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Recent advancements will prevent </w:t>
      </w:r>
      <w:r>
        <w:rPr>
          <w:b/>
          <w:i w:val="0"/>
          <w:smallCaps w:val="0"/>
          <w:strike w:val="0"/>
          <w:sz w:val="26"/>
          <w:u w:val="single"/>
        </w:rPr>
        <w:t>pollution</w:t>
      </w:r>
      <w:r>
        <w:rPr>
          <w:b/>
          <w:i w:val="0"/>
          <w:smallCaps w:val="0"/>
          <w:strike w:val="0"/>
          <w:sz w:val="26"/>
          <w:u w:val="none"/>
        </w:rPr>
        <w:t>---</w:t>
      </w:r>
      <w:r>
        <w:rPr>
          <w:b w:val="0"/>
          <w:i w:val="0"/>
          <w:smallCaps w:val="0"/>
          <w:strike w:val="0"/>
          <w:sz w:val="26"/>
          <w:u w:val="none"/>
        </w:rPr>
        <w:t xml:space="preserve">reservoirs, dissolution, and pore spaces ensure </w:t>
      </w:r>
      <w:r>
        <w:rPr>
          <w:b w:val="0"/>
          <w:i w:val="0"/>
          <w:smallCaps w:val="0"/>
          <w:strike w:val="0"/>
          <w:sz w:val="26"/>
          <w:u w:val="single"/>
        </w:rPr>
        <w:t>effectiveness</w:t>
      </w:r>
      <w:r>
        <w:rPr>
          <w:b w:val="0"/>
          <w:i w:val="0"/>
          <w:smallCaps w:val="0"/>
          <w:strike w:val="0"/>
          <w:sz w:val="26"/>
          <w:u w:val="none"/>
        </w:rPr>
        <w:t>---</w:t>
      </w:r>
      <w:r>
        <w:rPr>
          <w:b/>
          <w:i w:val="0"/>
          <w:smallCaps w:val="0"/>
          <w:strike w:val="0"/>
          <w:sz w:val="26"/>
          <w:u w:val="none"/>
        </w:rPr>
        <w:t xml:space="preserve">BUT current apathy has </w:t>
      </w:r>
      <w:r>
        <w:rPr>
          <w:b/>
          <w:i w:val="0"/>
          <w:smallCaps w:val="0"/>
          <w:strike w:val="0"/>
          <w:sz w:val="26"/>
          <w:u w:val="single"/>
        </w:rPr>
        <w:t>clouded</w:t>
      </w:r>
      <w:r>
        <w:rPr>
          <w:b/>
          <w:i w:val="0"/>
          <w:smallCaps w:val="0"/>
          <w:strike w:val="0"/>
          <w:sz w:val="26"/>
          <w:u w:val="none"/>
        </w:rPr>
        <w:t xml:space="preserve"> these studies.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Stephanie </w:t>
      </w:r>
      <w:r>
        <w:rPr>
          <w:b/>
          <w:i w:val="0"/>
          <w:smallCaps w:val="0"/>
          <w:strike w:val="0"/>
          <w:sz w:val="26"/>
          <w:u w:val="none"/>
        </w:rPr>
        <w:t>Flude &amp;</w:t>
      </w:r>
      <w:r>
        <w:rPr>
          <w:b w:val="0"/>
          <w:i w:val="0"/>
          <w:smallCaps w:val="0"/>
          <w:strike w:val="0"/>
          <w:u w:val="none"/>
        </w:rPr>
        <w:t xml:space="preserve"> Juan </w:t>
      </w:r>
      <w:r>
        <w:rPr>
          <w:b/>
          <w:i w:val="0"/>
          <w:smallCaps w:val="0"/>
          <w:strike w:val="0"/>
          <w:sz w:val="26"/>
          <w:u w:val="none"/>
        </w:rPr>
        <w:t>Alcade 20</w:t>
      </w:r>
      <w:r>
        <w:rPr>
          <w:b w:val="0"/>
          <w:i w:val="0"/>
          <w:smallCaps w:val="0"/>
          <w:strike w:val="0"/>
          <w:u w:val="none"/>
        </w:rPr>
        <w:t>. Stephanie is a Postdoctoral Researcher in Gas Geochemistry, University of Oxford. Juan is a Postdoctoral Researcher in Earth Sciences, Instituto de Ciencias de la Tierra Jaume Almera (ICTJA - CSIC), “Carbon capture and storage has stalled needlessly – three reasons why fears of CO₂ leakage are overblown.” Conversation. 3-4-2020. https://theconversation.com/carbon-capture-and-storage-has-stalled-needlessly-three-reasons-why-fears-of-co-leakage-are-overblown-130747 //EM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The idea is simple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: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capture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concentrate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CO₂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before it’s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released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to the air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and store it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deep </w:t>
      </w:r>
      <w:r>
        <w:rPr>
          <w:b w:val="0"/>
          <w:i w:val="0"/>
          <w:smallCaps w:val="0"/>
          <w:strike w:val="0"/>
          <w:sz w:val="22"/>
          <w:u w:val="single"/>
        </w:rPr>
        <w:t>underground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where it can’t escape</w:t>
      </w:r>
      <w:r>
        <w:rPr>
          <w:b w:val="0"/>
          <w:i w:val="0"/>
          <w:smallCaps w:val="0"/>
          <w:strike w:val="0"/>
          <w:sz w:val="16"/>
          <w:u w:val="none"/>
        </w:rPr>
        <w:t>. Instead of adding to the climate crisis, carbon capture and storage could turn power plants and factories into CO₂-sucking behemoths, filling underground reservoirs that otherwise held fossil fuels or salty water.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world’s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first</w:t>
      </w:r>
      <w:r>
        <w:rPr>
          <w:b/>
          <w:i w:val="0"/>
          <w:smallCaps w:val="0"/>
          <w:strike w:val="0"/>
          <w:sz w:val="22"/>
          <w:u w:val="single"/>
        </w:rPr>
        <w:t xml:space="preserve"> dedicated CCS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project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Sleipner (in the Norwegian North Sea), </w:t>
      </w:r>
      <w:r>
        <w:rPr>
          <w:b w:val="0"/>
          <w:i w:val="0"/>
          <w:smallCaps w:val="0"/>
          <w:strike w:val="0"/>
          <w:sz w:val="22"/>
          <w:u w:val="single"/>
        </w:rPr>
        <w:t>started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injecting CO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₂ </w:t>
      </w:r>
      <w:r>
        <w:rPr>
          <w:b w:val="0"/>
          <w:i w:val="0"/>
          <w:smallCaps w:val="0"/>
          <w:strike w:val="0"/>
          <w:sz w:val="22"/>
          <w:u w:val="single"/>
        </w:rPr>
        <w:t>into underground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reservoirs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1996. Since then,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it has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successfully stored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more than 20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million tonnes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(Mt). That might sound impressive, but </w:t>
      </w:r>
      <w:r>
        <w:rPr>
          <w:b w:val="0"/>
          <w:i w:val="0"/>
          <w:smallCaps w:val="0"/>
          <w:strike w:val="0"/>
          <w:sz w:val="22"/>
          <w:u w:val="single"/>
        </w:rPr>
        <w:t>it’s nowhere near enough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 </w:t>
      </w:r>
      <w:r>
        <w:rPr>
          <w:b w:val="0"/>
          <w:i w:val="0"/>
          <w:smallCaps w:val="0"/>
          <w:strike w:val="0"/>
          <w:sz w:val="22"/>
          <w:u w:val="single"/>
        </w:rPr>
        <w:t>I</w:t>
      </w:r>
      <w:r>
        <w:rPr>
          <w:b w:val="0"/>
          <w:i w:val="0"/>
          <w:smallCaps w:val="0"/>
          <w:strike w:val="0"/>
          <w:sz w:val="16"/>
          <w:u w:val="none"/>
        </w:rPr>
        <w:t xml:space="preserve">nternational </w:t>
      </w:r>
      <w:r>
        <w:rPr>
          <w:b w:val="0"/>
          <w:i w:val="0"/>
          <w:smallCaps w:val="0"/>
          <w:strike w:val="0"/>
          <w:sz w:val="22"/>
          <w:u w:val="single"/>
        </w:rPr>
        <w:t>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nergy </w:t>
      </w:r>
      <w:r>
        <w:rPr>
          <w:b w:val="0"/>
          <w:i w:val="0"/>
          <w:smallCaps w:val="0"/>
          <w:strike w:val="0"/>
          <w:sz w:val="22"/>
          <w:u w:val="single"/>
        </w:rPr>
        <w:t>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gency </w:t>
      </w:r>
      <w:r>
        <w:rPr>
          <w:b w:val="0"/>
          <w:i w:val="0"/>
          <w:smallCaps w:val="0"/>
          <w:strike w:val="0"/>
          <w:sz w:val="22"/>
          <w:u w:val="single"/>
        </w:rPr>
        <w:t>recommends that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21,400 Mt of CO₂ should be captured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stored by 2030 to limit global warming to 2°C. But, by the end of 2017, only 442 Mt had been injected and stored.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Waste CO₂ is </w:t>
      </w:r>
      <w:r>
        <w:rPr>
          <w:b/>
          <w:i w:val="0"/>
          <w:smallCaps w:val="0"/>
          <w:strike w:val="0"/>
          <w:sz w:val="22"/>
          <w:u w:val="single"/>
        </w:rPr>
        <w:t>purified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(the capture process),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then </w:t>
      </w:r>
      <w:r>
        <w:rPr>
          <w:b/>
          <w:i w:val="0"/>
          <w:smallCaps w:val="0"/>
          <w:strike w:val="0"/>
          <w:sz w:val="22"/>
          <w:u w:val="single"/>
        </w:rPr>
        <w:t>transported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to a storage site and disposed of by injecting deep underground. Stephanie Flude, CC BY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Why has the world been so slow to adopt CCS? A big issue is the upfront cost needed to build capture plants. These are expensive in the short term, but much cheaper than doing nothing about CO₂ emissions in the long run. But there are other issues too. If a CO₂ storage site should contain the injected carbon for thousands to millions of years, but a company operating that site only exists for a few decades, who should pay to fix it if CO₂ starts to leak out? And how much insurance should operators pay to cover the cost of hypothetical future problems?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This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fear of</w:t>
      </w:r>
      <w:r>
        <w:rPr>
          <w:b/>
          <w:i w:val="0"/>
          <w:smallCaps w:val="0"/>
          <w:strike w:val="0"/>
          <w:sz w:val="22"/>
          <w:u w:val="single"/>
        </w:rPr>
        <w:t xml:space="preserve"> CO₂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leaking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out 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storage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is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slowing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progress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on developing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CCS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at the scale needed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Bad reporting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CCS research,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combined with a </w:t>
      </w:r>
      <w:r>
        <w:rPr>
          <w:b/>
          <w:i w:val="0"/>
          <w:smallCaps w:val="0"/>
          <w:strike w:val="0"/>
          <w:sz w:val="22"/>
          <w:u w:val="single"/>
        </w:rPr>
        <w:t xml:space="preserve">general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distrust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the fossil fuel industry –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as well as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people wrongly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assuming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that there’s a link between CCS and fracking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–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seems to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have convinced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many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people that the risk 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CO₂ </w:t>
      </w:r>
      <w:r>
        <w:rPr>
          <w:b/>
          <w:i w:val="0"/>
          <w:smallCaps w:val="0"/>
          <w:strike w:val="0"/>
          <w:sz w:val="22"/>
          <w:u w:val="single"/>
        </w:rPr>
        <w:t>leakage is bigger than it really is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Don’t let yourself be misled. Understand issues with help from experts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Luckily, </w:t>
      </w:r>
      <w:r>
        <w:rPr>
          <w:b w:val="0"/>
          <w:i w:val="0"/>
          <w:smallCaps w:val="0"/>
          <w:strike w:val="0"/>
          <w:sz w:val="22"/>
          <w:u w:val="single"/>
        </w:rPr>
        <w:t>there are many reasons why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sequestered </w:t>
      </w:r>
      <w:r>
        <w:rPr>
          <w:b/>
          <w:i w:val="0"/>
          <w:smallCaps w:val="0"/>
          <w:strike w:val="0"/>
          <w:sz w:val="22"/>
          <w:u w:val="single"/>
        </w:rPr>
        <w:t>CO₂ is likely to stay safely locked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away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underground for millions of years. </w:t>
      </w:r>
      <w:r>
        <w:rPr>
          <w:b w:val="0"/>
          <w:i w:val="0"/>
          <w:smallCaps w:val="0"/>
          <w:strike w:val="0"/>
          <w:sz w:val="22"/>
          <w:u w:val="single"/>
        </w:rPr>
        <w:t>Much of this relies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natural processes that can be optimised in CCS by choosing </w:t>
      </w:r>
      <w:r>
        <w:rPr>
          <w:b w:val="0"/>
          <w:i w:val="0"/>
          <w:smallCaps w:val="0"/>
          <w:strike w:val="0"/>
          <w:sz w:val="22"/>
          <w:u w:val="single"/>
        </w:rPr>
        <w:t>the right places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and procedures to store CO₂.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1. </w:t>
      </w:r>
      <w:r>
        <w:rPr>
          <w:b w:val="0"/>
          <w:i w:val="0"/>
          <w:smallCaps w:val="0"/>
          <w:strike w:val="0"/>
          <w:sz w:val="22"/>
          <w:u w:val="single"/>
        </w:rPr>
        <w:t>Mimic oil and gas reservoirs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Oil and gas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buoyant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fluids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move upwards through porous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permeable </w:t>
      </w:r>
      <w:r>
        <w:rPr>
          <w:b w:val="0"/>
          <w:i w:val="0"/>
          <w:smallCaps w:val="0"/>
          <w:strike w:val="0"/>
          <w:sz w:val="22"/>
          <w:u w:val="single"/>
        </w:rPr>
        <w:t>rocks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until they reach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impermeable</w:t>
      </w:r>
      <w:r>
        <w:rPr>
          <w:b/>
          <w:i w:val="0"/>
          <w:smallCaps w:val="0"/>
          <w:strike w:val="0"/>
          <w:sz w:val="22"/>
          <w:u w:val="single"/>
        </w:rPr>
        <w:t xml:space="preserve"> rock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layer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This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impermeable </w:t>
      </w:r>
      <w:r>
        <w:rPr>
          <w:b w:val="0"/>
          <w:i w:val="0"/>
          <w:smallCaps w:val="0"/>
          <w:strike w:val="0"/>
          <w:sz w:val="22"/>
          <w:u w:val="single"/>
        </w:rPr>
        <w:t>layer is like a lid 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these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fluids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stopping them from leaking out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Here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they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accumulate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the underlying, porous reservoir rock,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held in place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for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thousands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millions of years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by the overlying, impermeable seal (at least until a fossil fuel company drills a well to extract them, that is).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This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process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called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structural trapping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is what keeps oil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natural gas </w:t>
      </w:r>
      <w:r>
        <w:rPr>
          <w:b w:val="0"/>
          <w:i w:val="0"/>
          <w:smallCaps w:val="0"/>
          <w:strike w:val="0"/>
          <w:sz w:val="22"/>
          <w:u w:val="single"/>
        </w:rPr>
        <w:t>underground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– and it can do the same for stored CO₂. </w:t>
      </w:r>
      <w:r>
        <w:rPr>
          <w:b w:val="0"/>
          <w:i w:val="0"/>
          <w:smallCaps w:val="0"/>
          <w:strike w:val="0"/>
          <w:sz w:val="22"/>
          <w:u w:val="single"/>
        </w:rPr>
        <w:t>A good CO₂ storage reservoir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will have multiple </w:t>
      </w:r>
      <w:r>
        <w:rPr>
          <w:b w:val="0"/>
          <w:i w:val="0"/>
          <w:smallCaps w:val="0"/>
          <w:strike w:val="0"/>
          <w:sz w:val="22"/>
          <w:u w:val="single"/>
        </w:rPr>
        <w:t>layers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between the reservoir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and the surface that CO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₂ </w:t>
      </w:r>
      <w:r>
        <w:rPr>
          <w:b/>
          <w:i w:val="0"/>
          <w:smallCaps w:val="0"/>
          <w:strike w:val="0"/>
          <w:sz w:val="22"/>
          <w:u w:val="single"/>
        </w:rPr>
        <w:t>can’t penetrate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But what if this impermeable layer is cut by a fault, or an old well that hasn’t been sealed properly?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Good </w:t>
      </w:r>
      <w:r>
        <w:rPr>
          <w:b/>
          <w:i w:val="0"/>
          <w:smallCaps w:val="0"/>
          <w:strike w:val="0"/>
          <w:sz w:val="22"/>
          <w:u w:val="single"/>
        </w:rPr>
        <w:t>regulation is the first line of defence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but even if mistakes are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made </w:t>
      </w:r>
      <w:r>
        <w:rPr>
          <w:b w:val="0"/>
          <w:i w:val="0"/>
          <w:smallCaps w:val="0"/>
          <w:strike w:val="0"/>
          <w:sz w:val="22"/>
          <w:u w:val="single"/>
        </w:rPr>
        <w:t>and the CO₂ does find a way out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there are other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mechanisms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will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keep the vast majority trapped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underground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The different trapping mechanisms that immobilise CO₂ underground. Stephanie Flude, CC BY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2. </w:t>
      </w:r>
      <w:r>
        <w:rPr>
          <w:b w:val="0"/>
          <w:i w:val="0"/>
          <w:smallCaps w:val="0"/>
          <w:strike w:val="0"/>
          <w:sz w:val="22"/>
          <w:u w:val="single"/>
        </w:rPr>
        <w:t>Trap microscopic CO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₂ </w:t>
      </w:r>
      <w:r>
        <w:rPr>
          <w:b w:val="0"/>
          <w:i w:val="0"/>
          <w:smallCaps w:val="0"/>
          <w:strike w:val="0"/>
          <w:sz w:val="22"/>
          <w:u w:val="single"/>
        </w:rPr>
        <w:t>bubbles in pore spaces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Soaking a sponge in water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you may notice that no matter how long it’s submerged, </w:t>
      </w:r>
      <w:r>
        <w:rPr>
          <w:b w:val="0"/>
          <w:i w:val="0"/>
          <w:smallCaps w:val="0"/>
          <w:strike w:val="0"/>
          <w:sz w:val="22"/>
          <w:u w:val="single"/>
        </w:rPr>
        <w:t>there are still air bubbles in the sponge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This process is called residual trapping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It happens when gases mix with water in the pore spaces of rocks and make it very difficult to remove all of the gas.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When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CO₂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is injected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mixes with the salty water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already in the reservoir’s pore spaces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some of it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will get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stuck</w:t>
      </w:r>
      <w:r>
        <w:rPr>
          <w:b/>
          <w:i w:val="0"/>
          <w:smallCaps w:val="0"/>
          <w:strike w:val="0"/>
          <w:sz w:val="22"/>
          <w:u w:val="single"/>
        </w:rPr>
        <w:t xml:space="preserve"> as microscopic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bubbles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Experiments on rocks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are typical of storage reservoirs </w:t>
      </w:r>
      <w:r>
        <w:rPr>
          <w:b w:val="0"/>
          <w:i w:val="0"/>
          <w:smallCaps w:val="0"/>
          <w:strike w:val="0"/>
          <w:sz w:val="22"/>
          <w:u w:val="single"/>
        </w:rPr>
        <w:t>suggest that between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12 and 92%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injected </w:t>
      </w:r>
      <w:r>
        <w:rPr>
          <w:b w:val="0"/>
          <w:i w:val="0"/>
          <w:smallCaps w:val="0"/>
          <w:strike w:val="0"/>
          <w:sz w:val="22"/>
          <w:u w:val="single"/>
        </w:rPr>
        <w:t>CO₂ could be immobilised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by this process.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3. </w:t>
      </w:r>
      <w:r>
        <w:rPr>
          <w:b/>
          <w:i w:val="0"/>
          <w:smallCaps w:val="0"/>
          <w:strike w:val="0"/>
          <w:sz w:val="22"/>
          <w:u w:val="single"/>
        </w:rPr>
        <w:t>Dissolve CO₂ in subterranean brine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CO₂ is soluble in water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and the pore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spaces of rocks </w:t>
      </w:r>
      <w:r>
        <w:rPr>
          <w:b w:val="0"/>
          <w:i w:val="0"/>
          <w:smallCaps w:val="0"/>
          <w:strike w:val="0"/>
          <w:sz w:val="22"/>
          <w:u w:val="single"/>
        </w:rPr>
        <w:t>underground are filled with salty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water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When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CO₂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is injected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will start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dissolve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 this brine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almost immediately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 carbon from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dissolved CO₂ will only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released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</w:t>
      </w:r>
      <w:r>
        <w:rPr>
          <w:b w:val="0"/>
          <w:i w:val="0"/>
          <w:smallCaps w:val="0"/>
          <w:strike w:val="0"/>
          <w:sz w:val="22"/>
          <w:u w:val="single"/>
        </w:rPr>
        <w:t>pressure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temperature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and chemical conditions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the reservoir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change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drastically,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which is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very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unlikely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far underground.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Even better,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CO₂-saturated brine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is denser than regular brine,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meaning it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will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start to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sink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This not only moves the carbon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further away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from the atmosphere</w:t>
      </w:r>
      <w:r>
        <w:rPr>
          <w:b w:val="0"/>
          <w:i w:val="0"/>
          <w:smallCaps w:val="0"/>
          <w:strike w:val="0"/>
          <w:sz w:val="16"/>
          <w:u w:val="none"/>
        </w:rPr>
        <w:t>, but it also increases mixing of brine within the reservoir, meaning more and more CO₂ can dissolve over time.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Over hundreds to thousands of years, </w:t>
      </w:r>
      <w:r>
        <w:rPr>
          <w:b w:val="0"/>
          <w:i w:val="0"/>
          <w:smallCaps w:val="0"/>
          <w:strike w:val="0"/>
          <w:sz w:val="22"/>
          <w:u w:val="single"/>
        </w:rPr>
        <w:t>the dissolved carbon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will react with </w:t>
      </w:r>
      <w:r>
        <w:rPr>
          <w:b/>
          <w:i w:val="0"/>
          <w:smallCaps w:val="0"/>
          <w:strike w:val="0"/>
          <w:sz w:val="22"/>
          <w:u w:val="single"/>
        </w:rPr>
        <w:t>metal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ions in the brine and start to precipitate carbonate minerals,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making it even more </w:t>
      </w:r>
      <w:r>
        <w:rPr>
          <w:b/>
          <w:i w:val="0"/>
          <w:smallCaps w:val="0"/>
          <w:strike w:val="0"/>
          <w:sz w:val="22"/>
          <w:u w:val="single"/>
        </w:rPr>
        <w:t>difficult to release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carbon as CO₂. This is the same mechanism that the Carbfix project in Iceland uses to trap CO₂ in basalt.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Worth the risk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Accidents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can and </w:t>
      </w:r>
      <w:r>
        <w:rPr>
          <w:b w:val="0"/>
          <w:i w:val="0"/>
          <w:smallCaps w:val="0"/>
          <w:strike w:val="0"/>
          <w:sz w:val="22"/>
          <w:u w:val="single"/>
        </w:rPr>
        <w:t>will happen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– </w:t>
      </w:r>
      <w:r>
        <w:rPr>
          <w:b w:val="0"/>
          <w:i w:val="0"/>
          <w:smallCaps w:val="0"/>
          <w:strike w:val="0"/>
          <w:sz w:val="22"/>
          <w:u w:val="single"/>
        </w:rPr>
        <w:t>CCS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like any other human activity, </w:t>
      </w:r>
      <w:r>
        <w:rPr>
          <w:b w:val="0"/>
          <w:i w:val="0"/>
          <w:smallCaps w:val="0"/>
          <w:strike w:val="0"/>
          <w:sz w:val="22"/>
          <w:u w:val="single"/>
        </w:rPr>
        <w:t>carries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 degree of </w:t>
      </w:r>
      <w:r>
        <w:rPr>
          <w:b w:val="0"/>
          <w:i w:val="0"/>
          <w:smallCaps w:val="0"/>
          <w:strike w:val="0"/>
          <w:sz w:val="22"/>
          <w:u w:val="single"/>
        </w:rPr>
        <w:t>risk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But we know for certain that if a site were to fail, </w:t>
      </w:r>
      <w:r>
        <w:rPr>
          <w:b w:val="0"/>
          <w:i w:val="0"/>
          <w:smallCaps w:val="0"/>
          <w:strike w:val="0"/>
          <w:sz w:val="22"/>
          <w:u w:val="single"/>
        </w:rPr>
        <w:t>far less CO₂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would leak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than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was </w:t>
      </w:r>
      <w:r>
        <w:rPr>
          <w:b w:val="0"/>
          <w:i w:val="0"/>
          <w:smallCaps w:val="0"/>
          <w:strike w:val="0"/>
          <w:sz w:val="22"/>
          <w:u w:val="single"/>
        </w:rPr>
        <w:t>injected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because a lot of the CO₂ becomes permanently trapped anyway. All 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these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natural trapping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mechanisms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ensure that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vast majority</w:t>
      </w:r>
      <w:r>
        <w:rPr>
          <w:b/>
          <w:i w:val="0"/>
          <w:smallCaps w:val="0"/>
          <w:strike w:val="0"/>
          <w:sz w:val="22"/>
          <w:u w:val="single"/>
        </w:rPr>
        <w:t xml:space="preserve"> of the CO₂ (up to 98%)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will remain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safely </w:t>
      </w:r>
      <w:r>
        <w:rPr>
          <w:b w:val="0"/>
          <w:i w:val="0"/>
          <w:smallCaps w:val="0"/>
          <w:strike w:val="0"/>
          <w:sz w:val="22"/>
          <w:u w:val="single"/>
        </w:rPr>
        <w:t>trapped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below ground for 10,000 years. </w:t>
      </w:r>
      <w:r>
        <w:rPr>
          <w:b w:val="0"/>
          <w:i w:val="0"/>
          <w:smallCaps w:val="0"/>
          <w:strike w:val="0"/>
          <w:sz w:val="22"/>
          <w:u w:val="single"/>
        </w:rPr>
        <w:t>Even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in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 unlikely, </w:t>
      </w:r>
      <w:r>
        <w:rPr>
          <w:b/>
          <w:i w:val="0"/>
          <w:smallCaps w:val="0"/>
          <w:strike w:val="0"/>
          <w:sz w:val="22"/>
          <w:u w:val="single"/>
        </w:rPr>
        <w:t>badly-regulated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worst-case scenario,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at least </w:t>
      </w:r>
      <w:r>
        <w:rPr>
          <w:b/>
          <w:i w:val="0"/>
          <w:smallCaps w:val="0"/>
          <w:strike w:val="0"/>
          <w:sz w:val="22"/>
          <w:u w:val="single"/>
        </w:rPr>
        <w:t>78%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the injected CO₂ </w:t>
      </w:r>
      <w:r>
        <w:rPr>
          <w:b w:val="0"/>
          <w:i w:val="0"/>
          <w:smallCaps w:val="0"/>
          <w:strike w:val="0"/>
          <w:sz w:val="22"/>
          <w:u w:val="single"/>
        </w:rPr>
        <w:t>is likely to stay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locked up.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risks of CO₂ leaking from storage should be weighed against the risks of not storing it at all. </w:t>
      </w:r>
      <w:r>
        <w:rPr>
          <w:b w:val="0"/>
          <w:i w:val="0"/>
          <w:smallCaps w:val="0"/>
          <w:strike w:val="0"/>
          <w:sz w:val="22"/>
          <w:u w:val="single"/>
        </w:rPr>
        <w:t>Currently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alternative is to </w:t>
      </w:r>
      <w:r>
        <w:rPr>
          <w:b/>
          <w:i w:val="0"/>
          <w:smallCaps w:val="0"/>
          <w:strike w:val="0"/>
          <w:sz w:val="22"/>
          <w:u w:val="single"/>
        </w:rPr>
        <w:t>emit 100%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of that CO₂ to the atmosphere</w:t>
      </w:r>
      <w:r>
        <w:rPr>
          <w:b w:val="0"/>
          <w:i w:val="0"/>
          <w:smallCaps w:val="0"/>
          <w:strike w:val="0"/>
          <w:sz w:val="16"/>
          <w:u w:val="none"/>
        </w:rPr>
        <w:t>. For industries such as steel and cement manufacturing – essential ingredients for many renewable energy technologies – CCS is the only way to reduce CO₂ emissions from many industrial plants. CCS can also help developing countries limit CO₂ emissions while reducing energy poverty.</w:t>
      </w:r>
    </w:p>
    <w:p>
      <w:pPr>
        <w:pStyle w:val="Caption"/>
      </w:pPr>
      <w:r>
        <w:t>Source: Bona Fide De Minimis Neg - Michigan 7 2024 HHRS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