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2. Trolls </w:t>
      </w:r>
      <w:r>
        <w:rPr>
          <w:b/>
          <w:i w:val="0"/>
          <w:smallCaps w:val="0"/>
          <w:strike w:val="0"/>
          <w:sz w:val="26"/>
          <w:u w:val="single"/>
        </w:rPr>
        <w:t>zero</w:t>
      </w:r>
      <w:r>
        <w:rPr>
          <w:b/>
          <w:i w:val="0"/>
          <w:smallCaps w:val="0"/>
          <w:strike w:val="0"/>
          <w:sz w:val="26"/>
          <w:u w:val="none"/>
        </w:rPr>
        <w:t xml:space="preserve"> startups.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N</w:t>
      </w:r>
      <w:r>
        <w:rPr>
          <w:b/>
          <w:i w:val="0"/>
          <w:smallCaps w:val="0"/>
          <w:strike w:val="0"/>
          <w:sz w:val="22"/>
          <w:u w:val="single"/>
        </w:rPr>
        <w:t>on-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racticing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</w:t>
      </w:r>
      <w:r>
        <w:rPr>
          <w:b/>
          <w:i w:val="0"/>
          <w:smallCaps w:val="0"/>
          <w:strike w:val="0"/>
          <w:sz w:val="22"/>
          <w:u w:val="single"/>
        </w:rPr>
        <w:t>ntitie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/>
          <w:i w:val="0"/>
          <w:smallCaps w:val="0"/>
          <w:strike w:val="0"/>
          <w:sz w:val="22"/>
          <w:u w:val="single"/>
        </w:rPr>
        <w:t xml:space="preserve"> present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another difficulty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.219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Seeking</w:t>
      </w:r>
      <w:r>
        <w:rPr>
          <w:b/>
          <w:i w:val="0"/>
          <w:smallCaps w:val="0"/>
          <w:strike w:val="0"/>
          <w:sz w:val="22"/>
          <w:u w:val="single"/>
        </w:rPr>
        <w:t xml:space="preserve"> to obtain the </w:t>
      </w:r>
      <w:r>
        <w:rPr>
          <w:b/>
          <w:i w:val="0"/>
          <w:smallCaps w:val="0"/>
          <w:strike w:val="0"/>
          <w:sz w:val="22"/>
          <w:u w:val="single"/>
        </w:rPr>
        <w:t xml:space="preserve">highest possible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royalties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, the</w:t>
      </w:r>
      <w:r>
        <w:rPr>
          <w:b/>
          <w:i w:val="0"/>
          <w:smallCaps w:val="0"/>
          <w:strike w:val="0"/>
          <w:sz w:val="22"/>
          <w:u w:val="single"/>
        </w:rPr>
        <w:t xml:space="preserve"> preferred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</w:t>
      </w:r>
      <w:r>
        <w:rPr>
          <w:b/>
          <w:i w:val="0"/>
          <w:smallCaps w:val="0"/>
          <w:strike w:val="0"/>
          <w:sz w:val="22"/>
          <w:u w:val="single"/>
        </w:rPr>
        <w:t xml:space="preserve">egy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hold</w:t>
      </w:r>
      <w:r>
        <w:rPr>
          <w:b/>
          <w:i w:val="0"/>
          <w:smallCaps w:val="0"/>
          <w:strike w:val="0"/>
          <w:sz w:val="22"/>
          <w:u w:val="single"/>
        </w:rPr>
        <w:t xml:space="preserve"> a group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wait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until the market chooses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winners</w:t>
      </w:r>
      <w:r>
        <w:rPr>
          <w:b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then sue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for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.220 Producing patentees that in the same market present another source of patent assertion. For example, former camera maker </w:t>
      </w:r>
      <w:r>
        <w:rPr>
          <w:b/>
          <w:i w:val="0"/>
          <w:smallCaps w:val="0"/>
          <w:strike w:val="0"/>
          <w:sz w:val="22"/>
          <w:u w:val="single"/>
        </w:rPr>
        <w:t>Kodak asserted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digital </w:t>
      </w:r>
      <w:r>
        <w:rPr>
          <w:b/>
          <w:i w:val="0"/>
          <w:smallCaps w:val="0"/>
          <w:strike w:val="0"/>
          <w:sz w:val="22"/>
          <w:u w:val="single"/>
        </w:rPr>
        <w:t>camera patents against Apple's iPhone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.221 Kodak's patents claim a component feature of the iPhone, which allows users to digitally preview images prior to taking a picture with the iPhone's camera.222 Similarly, Oracle, an information technology company, asserted software patents against Google's Android platform.223 Oracle sought billions in damages.224 Indeed, it has been estimated that </w:t>
      </w:r>
      <w:r>
        <w:rPr>
          <w:b/>
          <w:i w:val="0"/>
          <w:smallCaps w:val="0"/>
          <w:strike w:val="0"/>
          <w:sz w:val="22"/>
          <w:u w:val="single"/>
        </w:rPr>
        <w:t xml:space="preserve">$120 of every smartphone sold goes to paying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royalties</w:t>
      </w:r>
      <w:r>
        <w:rPr>
          <w:b/>
          <w:i w:val="0"/>
          <w:smallCaps w:val="0"/>
          <w:strike w:val="0"/>
          <w:sz w:val="22"/>
          <w:u w:val="single"/>
        </w:rPr>
        <w:t xml:space="preserve">, and that this figure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equal</w:t>
      </w:r>
      <w:r>
        <w:rPr>
          <w:b/>
          <w:i w:val="0"/>
          <w:smallCaps w:val="0"/>
          <w:strike w:val="0"/>
          <w:sz w:val="22"/>
          <w:u w:val="single"/>
        </w:rPr>
        <w:t xml:space="preserve">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or exceed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costs of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physical components</w:t>
      </w:r>
      <w:r>
        <w:rPr>
          <w:b w:val="0"/>
          <w:i w:val="0"/>
          <w:smallCaps w:val="0"/>
          <w:strike w:val="0"/>
          <w:sz w:val="16"/>
          <w:u w:val="none"/>
        </w:rPr>
        <w:t>.225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