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climate change </w:t>
      </w:r>
      <w:r>
        <w:rPr>
          <w:b/>
          <w:i/>
          <w:smallCaps w:val="0"/>
          <w:strike w:val="0"/>
          <w:sz w:val="26"/>
          <w:u w:val="single"/>
        </w:rPr>
        <w:t>is</w:t>
      </w:r>
      <w:r>
        <w:rPr>
          <w:b/>
          <w:i w:val="0"/>
          <w:smallCaps w:val="0"/>
          <w:strike w:val="0"/>
          <w:sz w:val="26"/>
          <w:u w:val="none"/>
        </w:rPr>
        <w:t xml:space="preserve"> existential</w:t>
      </w:r>
    </w:p>
    <w:p>
      <w:pPr>
        <w:spacing w:after="80"/>
      </w:pPr>
      <w:r>
        <w:rPr>
          <w:b/>
          <w:i w:val="0"/>
          <w:smallCaps w:val="0"/>
          <w:strike w:val="0"/>
          <w:sz w:val="26"/>
          <w:u w:val="none"/>
        </w:rPr>
        <w:t>Ord</w:t>
      </w:r>
      <w:r>
        <w:rPr>
          <w:b w:val="0"/>
          <w:i w:val="0"/>
          <w:smallCaps w:val="0"/>
          <w:strike w:val="0"/>
          <w:u w:val="none"/>
        </w:rPr>
        <w:t xml:space="preserve"> – same one - </w:t>
      </w:r>
      <w:r>
        <w:rPr>
          <w:b/>
          <w:i w:val="0"/>
          <w:smallCaps w:val="0"/>
          <w:strike w:val="0"/>
          <w:sz w:val="26"/>
          <w:u w:val="none"/>
        </w:rPr>
        <w:t>20</w:t>
      </w:r>
      <w:r>
        <w:rPr>
          <w:b w:val="0"/>
          <w:i w:val="0"/>
          <w:smallCaps w:val="0"/>
          <w:strike w:val="0"/>
          <w:u w:val="none"/>
        </w:rPr>
        <w:t>, research fellow at the Future of Humanity Institute at Oxford University, has advised the World Health Organization, the World Bank, the World Economic Forum, and the UK Prime Minister’s Office and Cabinet Office. (Toby, “4. Anthropogenic Risks”, The Precipice: Existential Risk and the Future of Humanity, Oxford)//BB</w:t>
      </w:r>
    </w:p>
    <w:p>
      <w:pPr>
        <w:spacing w:after="60"/>
      </w:pPr>
      <w:r>
        <w:rPr>
          <w:b w:val="0"/>
          <w:i w:val="0"/>
          <w:smallCaps w:val="0"/>
          <w:strike w:val="0"/>
          <w:u w:val="none"/>
        </w:rPr>
        <w:t xml:space="preserve">However, substantial regions would also remain below this threshold. Even with an extreme 20°C of warming there would be many coastal areas (and some elevated regions) that would have no days above the temperature/humidity threshold.89 So there would remain large areas in which humanity and civilization could continue. A world with 20°C of warming would be an unparalleled human and environmental tragedy, forcing mass migration and perhaps starvation too. This is reason enough to do our utmost to prevent anything like that from ever happening. However, our present task is identifying existential risks to </w:t>
      </w:r>
      <w:r>
        <w:rPr>
          <w:b w:val="0"/>
          <w:i w:val="0"/>
          <w:smallCaps w:val="0"/>
          <w:strike w:val="0"/>
          <w:u w:val="none"/>
        </w:rPr>
        <w:t>humanity</w:t>
      </w:r>
      <w:r>
        <w:rPr>
          <w:b w:val="0"/>
          <w:i w:val="0"/>
          <w:smallCaps w:val="0"/>
          <w:strike w:val="0"/>
          <w:u w:val="none"/>
        </w:rPr>
        <w:t xml:space="preserve"> and it is hard to see how any realistic level of heat stress could pose such a risk. </w:t>
      </w:r>
      <w:r>
        <w:rPr>
          <w:b w:val="0"/>
          <w:i w:val="0"/>
          <w:smallCaps w:val="0"/>
          <w:strike w:val="0"/>
          <w:u w:val="none"/>
        </w:rPr>
        <w:t>So</w:t>
      </w:r>
      <w:r>
        <w:rPr>
          <w:b w:val="0"/>
          <w:i w:val="0"/>
          <w:smallCaps w:val="0"/>
          <w:strike w:val="0"/>
          <w:u w:val="none"/>
        </w:rPr>
        <w:t xml:space="preserve"> the runaway and moist greenhouse effects remain the only known mechanisms through which climate change could directly cause our extinction or irrevocable collapse.</w:t>
      </w:r>
    </w:p>
    <w:p>
      <w:pPr>
        <w:spacing w:after="60"/>
      </w:pPr>
      <w:r>
        <w:rPr>
          <w:b w:val="0"/>
          <w:i w:val="0"/>
          <w:smallCaps w:val="0"/>
          <w:strike w:val="0"/>
          <w:u w:val="none"/>
        </w:rPr>
        <w:t xml:space="preserve">This doesn't rule out unknown mechanisms. </w:t>
      </w:r>
      <w:r>
        <w:rPr>
          <w:b/>
          <w:i w:val="0"/>
          <w:smallCaps w:val="0"/>
          <w:strike w:val="0"/>
          <w:sz w:val="22"/>
          <w:u w:val="single"/>
        </w:rPr>
        <w:t xml:space="preserve">We are </w:t>
      </w:r>
      <w:r>
        <w:rPr>
          <w:b/>
          <w:i w:val="0"/>
          <w:smallCaps w:val="0"/>
          <w:strike w:val="0"/>
          <w:sz w:val="22"/>
          <w:highlight w:val="cyan"/>
          <w:u w:val="single"/>
        </w:rPr>
        <w:t>considering large changes</w:t>
      </w:r>
      <w:r>
        <w:rPr>
          <w:b/>
          <w:i w:val="0"/>
          <w:smallCaps w:val="0"/>
          <w:strike w:val="0"/>
          <w:sz w:val="22"/>
          <w:u w:val="single"/>
        </w:rPr>
        <w:t xml:space="preserve"> to the Earth that may even be </w:t>
      </w:r>
      <w:r>
        <w:rPr>
          <w:b/>
          <w:i w:val="0"/>
          <w:smallCaps w:val="0"/>
          <w:strike w:val="0"/>
          <w:sz w:val="22"/>
          <w:highlight w:val="cyan"/>
          <w:u w:val="single"/>
        </w:rPr>
        <w:t>unprecedented in size or speed</w:t>
      </w:r>
      <w:r>
        <w:rPr>
          <w:b/>
          <w:i w:val="0"/>
          <w:smallCaps w:val="0"/>
          <w:strike w:val="0"/>
          <w:sz w:val="22"/>
          <w:u w:val="single"/>
        </w:rPr>
        <w:t xml:space="preserve">. </w:t>
      </w:r>
      <w:r>
        <w:rPr>
          <w:b/>
          <w:i w:val="0"/>
          <w:smallCaps w:val="0"/>
          <w:strike w:val="0"/>
          <w:sz w:val="28"/>
          <w:highlight w:val="cyan"/>
          <w:u w:val="single"/>
        </w:rPr>
        <w:t>It wouldn't be astonishing if that directly led to our permanent ruin</w:t>
      </w:r>
      <w:r>
        <w:rPr>
          <w:b w:val="0"/>
          <w:i w:val="0"/>
          <w:smallCaps w:val="0"/>
          <w:strike w:val="0"/>
          <w:u w:val="none"/>
        </w:rPr>
        <w:t xml:space="preserve">. </w:t>
      </w:r>
      <w:r>
        <w:rPr>
          <w:b/>
          <w:i w:val="0"/>
          <w:smallCaps w:val="0"/>
          <w:strike w:val="0"/>
          <w:sz w:val="22"/>
          <w:highlight w:val="cyan"/>
          <w:u w:val="single"/>
        </w:rPr>
        <w:t>The best argument</w:t>
      </w:r>
      <w:r>
        <w:rPr>
          <w:b/>
          <w:i w:val="0"/>
          <w:smallCaps w:val="0"/>
          <w:strike w:val="0"/>
          <w:sz w:val="22"/>
          <w:u w:val="single"/>
        </w:rPr>
        <w:t xml:space="preserve"> against such unknown mechanisms </w:t>
      </w:r>
      <w:r>
        <w:rPr>
          <w:b/>
          <w:i w:val="0"/>
          <w:smallCaps w:val="0"/>
          <w:strike w:val="0"/>
          <w:sz w:val="22"/>
          <w:highlight w:val="cyan"/>
          <w:u w:val="single"/>
        </w:rPr>
        <w:t>is</w:t>
      </w:r>
      <w:r>
        <w:rPr>
          <w:b/>
          <w:i w:val="0"/>
          <w:smallCaps w:val="0"/>
          <w:strike w:val="0"/>
          <w:sz w:val="22"/>
          <w:u w:val="single"/>
        </w:rPr>
        <w:t xml:space="preserve"> probably </w:t>
      </w:r>
      <w:r>
        <w:rPr>
          <w:b/>
          <w:i w:val="0"/>
          <w:smallCaps w:val="0"/>
          <w:strike w:val="0"/>
          <w:sz w:val="22"/>
          <w:highlight w:val="cyan"/>
          <w:u w:val="single"/>
        </w:rPr>
        <w:t>that the PETM did not lead to a mass</w:t>
      </w:r>
      <w:r>
        <w:rPr>
          <w:b/>
          <w:i w:val="0"/>
          <w:smallCaps w:val="0"/>
          <w:strike w:val="0"/>
          <w:sz w:val="22"/>
          <w:u w:val="single"/>
        </w:rPr>
        <w:t xml:space="preserve"> </w:t>
      </w:r>
      <w:r>
        <w:rPr>
          <w:b/>
          <w:i w:val="0"/>
          <w:smallCaps w:val="0"/>
          <w:strike w:val="0"/>
          <w:sz w:val="22"/>
          <w:highlight w:val="cyan"/>
          <w:u w:val="single"/>
        </w:rPr>
        <w:t>extinction</w:t>
      </w:r>
      <w:r>
        <w:rPr>
          <w:b w:val="0"/>
          <w:i w:val="0"/>
          <w:smallCaps w:val="0"/>
          <w:strike w:val="0"/>
          <w:u w:val="none"/>
        </w:rPr>
        <w:t xml:space="preserve">, despite temperatures rapidly rising about 50C, to reach a level 140C above pre-industrial temperatures. </w:t>
      </w:r>
      <w:r>
        <w:rPr>
          <w:b/>
          <w:i w:val="0"/>
          <w:smallCaps w:val="0"/>
          <w:strike w:val="0"/>
          <w:sz w:val="22"/>
          <w:highlight w:val="cyan"/>
          <w:u w:val="single"/>
        </w:rPr>
        <w:t>But this is tempered by the imprecision of</w:t>
      </w:r>
      <w:r>
        <w:rPr>
          <w:b/>
          <w:i w:val="0"/>
          <w:smallCaps w:val="0"/>
          <w:strike w:val="0"/>
          <w:sz w:val="22"/>
          <w:u w:val="single"/>
        </w:rPr>
        <w:t xml:space="preserve"> </w:t>
      </w:r>
      <w:r>
        <w:rPr>
          <w:b/>
          <w:i w:val="0"/>
          <w:smallCaps w:val="0"/>
          <w:strike w:val="0"/>
          <w:sz w:val="22"/>
          <w:highlight w:val="cyan"/>
          <w:u w:val="single"/>
        </w:rPr>
        <w:t>paleoclimate data, the sparsity of the fossil record, the smaller size of</w:t>
      </w:r>
      <w:r>
        <w:rPr>
          <w:b/>
          <w:i w:val="0"/>
          <w:smallCaps w:val="0"/>
          <w:strike w:val="0"/>
          <w:sz w:val="22"/>
          <w:u w:val="single"/>
        </w:rPr>
        <w:t xml:space="preserve"> </w:t>
      </w:r>
      <w:r>
        <w:rPr>
          <w:b/>
          <w:i w:val="0"/>
          <w:smallCaps w:val="0"/>
          <w:strike w:val="0"/>
          <w:sz w:val="22"/>
          <w:highlight w:val="cyan"/>
          <w:u w:val="single"/>
        </w:rPr>
        <w:t>mammals</w:t>
      </w:r>
      <w:r>
        <w:rPr>
          <w:b/>
          <w:i w:val="0"/>
          <w:smallCaps w:val="0"/>
          <w:strike w:val="0"/>
          <w:sz w:val="22"/>
          <w:u w:val="single"/>
        </w:rPr>
        <w:t xml:space="preserve"> at the time</w:t>
      </w:r>
      <w:r>
        <w:rPr>
          <w:b w:val="0"/>
          <w:i w:val="0"/>
          <w:smallCaps w:val="0"/>
          <w:strike w:val="0"/>
          <w:u w:val="none"/>
        </w:rPr>
        <w:t xml:space="preserve"> (making them more heat-tolerant), </w:t>
      </w:r>
      <w:r>
        <w:rPr>
          <w:b/>
          <w:i w:val="0"/>
          <w:smallCaps w:val="0"/>
          <w:strike w:val="0"/>
          <w:sz w:val="22"/>
          <w:highlight w:val="cyan"/>
          <w:u w:val="single"/>
        </w:rPr>
        <w:t>and a reluctance to rely on a single exampl</w:t>
      </w:r>
      <w:r>
        <w:rPr>
          <w:b/>
          <w:i w:val="0"/>
          <w:smallCaps w:val="0"/>
          <w:strike w:val="0"/>
          <w:sz w:val="22"/>
          <w:u w:val="single"/>
        </w:rPr>
        <w:t>e</w:t>
      </w:r>
      <w:r>
        <w:rPr>
          <w:b w:val="0"/>
          <w:i w:val="0"/>
          <w:smallCaps w:val="0"/>
          <w:strike w:val="0"/>
          <w:u w:val="none"/>
        </w:rPr>
        <w:t xml:space="preserve">. Most importantly, </w:t>
      </w:r>
      <w:r>
        <w:rPr>
          <w:b/>
          <w:i w:val="0"/>
          <w:smallCaps w:val="0"/>
          <w:strike w:val="0"/>
          <w:sz w:val="22"/>
          <w:highlight w:val="cyan"/>
          <w:u w:val="single"/>
        </w:rPr>
        <w:t xml:space="preserve">anthropogenic warming could be </w:t>
      </w:r>
      <w:r>
        <w:rPr>
          <w:b/>
          <w:i w:val="0"/>
          <w:smallCaps w:val="0"/>
          <w:strike w:val="0"/>
          <w:sz w:val="22"/>
          <w:highlight w:val="cyan"/>
          <w:u w:val="single"/>
        </w:rPr>
        <w:t>over a hundred times</w:t>
      </w:r>
      <w:r>
        <w:rPr>
          <w:b/>
          <w:i w:val="0"/>
          <w:smallCaps w:val="0"/>
          <w:strike w:val="0"/>
          <w:sz w:val="22"/>
          <w:highlight w:val="cyan"/>
          <w:u w:val="single"/>
        </w:rPr>
        <w:t xml:space="preserve"> faster than warming during the PETM</w:t>
      </w:r>
      <w:r>
        <w:rPr>
          <w:b w:val="0"/>
          <w:i w:val="0"/>
          <w:smallCaps w:val="0"/>
          <w:strike w:val="0"/>
          <w:u w:val="none"/>
        </w:rPr>
        <w:t xml:space="preserve">, and rapid warming has been suggested as a contributing factor in the end- Permian mass extinction, in which 96 percent of species went 91 In the end, we can say little more than that direct extinct. </w:t>
      </w:r>
      <w:r>
        <w:rPr>
          <w:b/>
          <w:i w:val="0"/>
          <w:smallCaps w:val="0"/>
          <w:strike w:val="0"/>
          <w:sz w:val="22"/>
          <w:highlight w:val="cyan"/>
          <w:u w:val="single"/>
        </w:rPr>
        <w:t>existential risk from climate change</w:t>
      </w:r>
      <w:r>
        <w:rPr>
          <w:b w:val="0"/>
          <w:i w:val="0"/>
          <w:smallCaps w:val="0"/>
          <w:strike w:val="0"/>
          <w:u w:val="none"/>
        </w:rPr>
        <w:t xml:space="preserve"> appears very </w:t>
      </w:r>
      <w:r>
        <w:rPr>
          <w:b w:val="0"/>
          <w:i w:val="0"/>
          <w:smallCaps w:val="0"/>
          <w:strike w:val="0"/>
          <w:u w:val="none"/>
        </w:rPr>
        <w:t>small, but</w:t>
      </w:r>
      <w:r>
        <w:rPr>
          <w:b w:val="0"/>
          <w:i w:val="0"/>
          <w:smallCaps w:val="0"/>
          <w:strike w:val="0"/>
          <w:u w:val="none"/>
        </w:rPr>
        <w:t xml:space="preserve"> </w:t>
      </w:r>
      <w:r>
        <w:rPr>
          <w:b/>
          <w:i w:val="0"/>
          <w:smallCaps w:val="0"/>
          <w:strike w:val="0"/>
          <w:sz w:val="22"/>
          <w:highlight w:val="cyan"/>
          <w:u w:val="single"/>
        </w:rPr>
        <w:t>cannot</w:t>
      </w:r>
      <w:r>
        <w:rPr>
          <w:b w:val="0"/>
          <w:i w:val="0"/>
          <w:smallCaps w:val="0"/>
          <w:strike w:val="0"/>
          <w:u w:val="none"/>
        </w:rPr>
        <w:t xml:space="preserve"> yet </w:t>
      </w:r>
      <w:r>
        <w:rPr>
          <w:b/>
          <w:i w:val="0"/>
          <w:smallCaps w:val="0"/>
          <w:strike w:val="0"/>
          <w:sz w:val="22"/>
          <w:highlight w:val="cyan"/>
          <w:u w:val="single"/>
        </w:rPr>
        <w:t>be</w:t>
      </w:r>
      <w:r>
        <w:rPr>
          <w:b/>
          <w:i w:val="0"/>
          <w:smallCaps w:val="0"/>
          <w:strike w:val="0"/>
          <w:sz w:val="22"/>
          <w:u w:val="single"/>
        </w:rPr>
        <w:t xml:space="preserve"> </w:t>
      </w:r>
      <w:r>
        <w:rPr>
          <w:b/>
          <w:i w:val="0"/>
          <w:smallCaps w:val="0"/>
          <w:strike w:val="0"/>
          <w:sz w:val="22"/>
          <w:highlight w:val="cyan"/>
          <w:u w:val="single"/>
        </w:rPr>
        <w:t>ruled ou</w:t>
      </w:r>
      <w:r>
        <w:rPr>
          <w:b/>
          <w:i w:val="0"/>
          <w:smallCaps w:val="0"/>
          <w:strike w:val="0"/>
          <w:sz w:val="22"/>
          <w:u w:val="single"/>
        </w:rPr>
        <w:t>t</w:t>
      </w:r>
      <w:r>
        <w:rPr>
          <w:b w:val="0"/>
          <w:i w:val="0"/>
          <w:smallCaps w:val="0"/>
          <w:strike w:val="0"/>
          <w:u w:val="none"/>
        </w:rPr>
        <w:t xml:space="preserve">. </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