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2 </w:t>
      </w:r>
      <w:r>
        <w:rPr>
          <w:b/>
          <w:i w:val="0"/>
          <w:smallCaps w:val="0"/>
          <w:strike w:val="0"/>
          <w:sz w:val="26"/>
          <w:u w:val="none"/>
        </w:rPr>
        <w:t>---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single"/>
        </w:rPr>
        <w:t>ENFORCEMENT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---</w:t>
      </w:r>
      <w:r>
        <w:rPr>
          <w:b/>
          <w:i w:val="0"/>
          <w:smallCaps w:val="0"/>
          <w:strike w:val="0"/>
          <w:sz w:val="26"/>
          <w:u w:val="none"/>
        </w:rPr>
        <w:t xml:space="preserve"> Plan would need to make exclusivity into take-and-pay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Jerome H. </w:t>
      </w:r>
      <w:r>
        <w:rPr>
          <w:b/>
          <w:i w:val="0"/>
          <w:smallCaps w:val="0"/>
          <w:strike w:val="0"/>
          <w:sz w:val="26"/>
          <w:u w:val="none"/>
        </w:rPr>
        <w:t>Reichman and</w:t>
      </w:r>
      <w:r>
        <w:rPr>
          <w:b w:val="0"/>
          <w:i w:val="0"/>
          <w:smallCaps w:val="0"/>
          <w:strike w:val="0"/>
          <w:u w:val="none"/>
        </w:rPr>
        <w:t xml:space="preserve"> Ana Santos </w:t>
      </w:r>
      <w:r>
        <w:rPr>
          <w:b/>
          <w:i w:val="0"/>
          <w:smallCaps w:val="0"/>
          <w:strike w:val="0"/>
          <w:sz w:val="26"/>
          <w:u w:val="none"/>
        </w:rPr>
        <w:t>Rutschman ’24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Bunyan S. Womble Professor of Law at Duke Law School</w:t>
      </w:r>
      <w:r>
        <w:rPr>
          <w:b w:val="0"/>
          <w:i w:val="0"/>
          <w:smallCaps w:val="0"/>
          <w:strike w:val="0"/>
          <w:u w:val="none"/>
        </w:rPr>
        <w:t xml:space="preserve"> focusing largely on IP law including comparative and international IP law and former s</w:t>
      </w:r>
      <w:r>
        <w:rPr>
          <w:b w:val="0"/>
          <w:i w:val="0"/>
          <w:smallCaps w:val="0"/>
          <w:strike w:val="0"/>
          <w:u w:val="none"/>
        </w:rPr>
        <w:t>pecial advisor to the United States National Academies and the International Council for Science (ICSU) on the subject of legal protection for databases</w:t>
      </w:r>
      <w:r>
        <w:rPr>
          <w:b w:val="0"/>
          <w:i w:val="0"/>
          <w:smallCaps w:val="0"/>
          <w:strike w:val="0"/>
          <w:u w:val="none"/>
        </w:rPr>
        <w:t xml:space="preserve">, teaches and researches IP law including being </w:t>
      </w:r>
      <w:r>
        <w:rPr>
          <w:b w:val="0"/>
          <w:i w:val="0"/>
          <w:smallCaps w:val="0"/>
          <w:strike w:val="0"/>
          <w:u w:val="none"/>
        </w:rPr>
        <w:t>a</w:t>
      </w:r>
      <w:r>
        <w:rPr>
          <w:b w:val="0"/>
          <w:i w:val="0"/>
          <w:smallCaps w:val="0"/>
          <w:strike w:val="0"/>
          <w:u w:val="none"/>
        </w:rPr>
        <w:t xml:space="preserve"> internationally recognized expert on vaccine law and </w:t>
      </w:r>
      <w:r>
        <w:rPr>
          <w:b w:val="0"/>
          <w:i w:val="0"/>
          <w:smallCaps w:val="0"/>
          <w:strike w:val="0"/>
          <w:u w:val="none"/>
        </w:rPr>
        <w:t>Bio Intellectual Property Scholar in 2017</w:t>
      </w:r>
      <w:r>
        <w:rPr>
          <w:b w:val="0"/>
          <w:i w:val="0"/>
          <w:smallCaps w:val="0"/>
          <w:strike w:val="0"/>
          <w:u w:val="none"/>
        </w:rPr>
        <w:t>, “</w:t>
      </w:r>
      <w:r>
        <w:rPr>
          <w:b w:val="0"/>
          <w:i w:val="0"/>
          <w:smallCaps w:val="0"/>
          <w:strike w:val="0"/>
          <w:u w:val="none"/>
        </w:rPr>
        <w:t xml:space="preserve">A Codified Liability Regime to Stimulate Greater Investment in </w:t>
      </w:r>
      <w:r>
        <w:rPr>
          <w:b w:val="0"/>
          <w:i w:val="0"/>
          <w:smallCaps w:val="0"/>
          <w:strike w:val="0"/>
          <w:u w:val="none"/>
        </w:rPr>
        <w:t>Subpatentable</w:t>
      </w:r>
      <w:r>
        <w:rPr>
          <w:b w:val="0"/>
          <w:i w:val="0"/>
          <w:smallCaps w:val="0"/>
          <w:strike w:val="0"/>
          <w:u w:val="none"/>
        </w:rPr>
        <w:t xml:space="preserve"> Innovation</w:t>
      </w:r>
      <w:r>
        <w:rPr>
          <w:b w:val="0"/>
          <w:i w:val="0"/>
          <w:smallCaps w:val="0"/>
          <w:strike w:val="0"/>
          <w:u w:val="none"/>
        </w:rPr>
        <w:t xml:space="preserve">,” </w:t>
      </w:r>
      <w:r>
        <w:rPr>
          <w:b w:val="0"/>
          <w:i/>
          <w:smallCaps w:val="0"/>
          <w:strike w:val="0"/>
          <w:u w:val="none"/>
        </w:rPr>
        <w:t>UC Davis Law Review</w:t>
      </w:r>
      <w:r>
        <w:rPr>
          <w:b w:val="0"/>
          <w:i w:val="0"/>
          <w:smallCaps w:val="0"/>
          <w:strike w:val="0"/>
          <w:u w:val="none"/>
        </w:rPr>
        <w:t xml:space="preserve">, February 2024, Vol. 57, Pg 2046, </w:t>
      </w:r>
      <w:r>
        <w:rPr>
          <w:b w:val="0"/>
          <w:i w:val="0"/>
          <w:smallCaps w:val="0"/>
          <w:strike w:val="0"/>
          <w:u w:val="none"/>
        </w:rPr>
        <w:t>https://lawreview.law.ucdavis.edu/archives/57/3/codified-liability-regime-stimulate-greater-investment-subpatentable-innovation</w:t>
      </w:r>
      <w:r>
        <w:rPr>
          <w:b w:val="0"/>
          <w:i w:val="0"/>
          <w:smallCaps w:val="0"/>
          <w:strike w:val="0"/>
          <w:u w:val="none"/>
        </w:rPr>
        <w:t>, Accessed 7-15-2024 by NT-RS through LexisNexis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What this Article suggests instead is that a better solution is to codify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liability rule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 xml:space="preserve">stimulate investment in </w:t>
      </w:r>
      <w:r>
        <w:rPr>
          <w:b/>
          <w:i w:val="0"/>
          <w:smallCaps w:val="0"/>
          <w:strike w:val="0"/>
          <w:sz w:val="22"/>
          <w:u w:val="single"/>
        </w:rPr>
        <w:t>subpatentable</w:t>
      </w:r>
      <w:r>
        <w:rPr>
          <w:b/>
          <w:i w:val="0"/>
          <w:smallCaps w:val="0"/>
          <w:strike w:val="0"/>
          <w:sz w:val="22"/>
          <w:u w:val="single"/>
        </w:rPr>
        <w:t xml:space="preserve"> innovation from the outset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Such a </w:t>
      </w:r>
      <w:r>
        <w:rPr>
          <w:b/>
          <w:i w:val="0"/>
          <w:smallCaps w:val="0"/>
          <w:strike w:val="0"/>
          <w:sz w:val="22"/>
          <w:u w:val="single"/>
        </w:rPr>
        <w:t xml:space="preserve">regime would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defend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investors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from the risks of forfeiture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arising from a system of unbridled and efficient competition, i.e., copying; </w:t>
      </w:r>
      <w:r>
        <w:rPr>
          <w:b/>
          <w:i w:val="0"/>
          <w:smallCaps w:val="0"/>
          <w:strike w:val="0"/>
          <w:sz w:val="22"/>
          <w:u w:val="single"/>
        </w:rPr>
        <w:t>but</w:t>
      </w:r>
      <w:r>
        <w:rPr>
          <w:b/>
          <w:i w:val="0"/>
          <w:smallCaps w:val="0"/>
          <w:strike w:val="0"/>
          <w:sz w:val="22"/>
          <w:u w:val="single"/>
        </w:rPr>
        <w:t xml:space="preserve"> it would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not reward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innovator with a lengthy period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exclusivity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, so much as</w:t>
      </w:r>
      <w:r>
        <w:rPr>
          <w:b/>
          <w:i w:val="0"/>
          <w:smallCaps w:val="0"/>
          <w:strike w:val="0"/>
          <w:sz w:val="22"/>
          <w:u w:val="single"/>
        </w:rPr>
        <w:t xml:space="preserve"> 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limited form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“take-and-pay</w:t>
      </w:r>
      <w:r>
        <w:rPr>
          <w:b/>
          <w:i w:val="0"/>
          <w:smallCaps w:val="0"/>
          <w:strike w:val="0"/>
          <w:sz w:val="22"/>
          <w:u w:val="single"/>
        </w:rPr>
        <w:t>”</w:t>
      </w:r>
      <w:r>
        <w:rPr>
          <w:b/>
          <w:i w:val="0"/>
          <w:smallCaps w:val="0"/>
          <w:strike w:val="0"/>
          <w:sz w:val="22"/>
          <w:u w:val="single"/>
        </w:rPr>
        <w:t xml:space="preserve"> protection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under a codified compulsory license. This liability rule would thus make copiers ex post partners in the innovative venture for a specified </w:t>
      </w:r>
      <w:r>
        <w:rPr>
          <w:b w:val="0"/>
          <w:i w:val="0"/>
          <w:smallCaps w:val="0"/>
          <w:strike w:val="0"/>
          <w:sz w:val="16"/>
          <w:u w:val="none"/>
        </w:rPr>
        <w:t>period of time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in the manner of a compulsory license. In this case, however, the number of partners subject to de facto compulsory licenses is unlimited in principle from the start. </w:t>
      </w:r>
      <w:r>
        <w:rPr>
          <w:b/>
          <w:i w:val="0"/>
          <w:smallCaps w:val="0"/>
          <w:strike w:val="0"/>
          <w:sz w:val="22"/>
          <w:u w:val="single"/>
        </w:rPr>
        <w:t>Revenues from a codified liability rule would constitute a market-based reward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the </w:t>
      </w:r>
      <w:r>
        <w:rPr>
          <w:b w:val="0"/>
          <w:i w:val="0"/>
          <w:smallCaps w:val="0"/>
          <w:strike w:val="0"/>
          <w:sz w:val="16"/>
          <w:u w:val="none"/>
        </w:rPr>
        <w:t>subpatentable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innovator, because the more that copiers serve the public interest in access to innovation, the bigger the reward to the </w:t>
      </w:r>
      <w:r>
        <w:rPr>
          <w:b w:val="0"/>
          <w:i w:val="0"/>
          <w:smallCaps w:val="0"/>
          <w:strike w:val="0"/>
          <w:sz w:val="16"/>
          <w:u w:val="none"/>
        </w:rPr>
        <w:t>subpatentable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innovator for the otherwise risky investment in such </w:t>
      </w:r>
      <w:r>
        <w:rPr>
          <w:b w:val="0"/>
          <w:i w:val="0"/>
          <w:smallCaps w:val="0"/>
          <w:strike w:val="0"/>
          <w:sz w:val="16"/>
          <w:u w:val="none"/>
        </w:rPr>
        <w:t>subpatentable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innovation to begin with. Another way to put it is that, while compulsory licenses already exist as a remedy of last resort, this proposal would turn them into an </w:t>
      </w:r>
      <w:r>
        <w:rPr>
          <w:b w:val="0"/>
          <w:i w:val="0"/>
          <w:smallCaps w:val="0"/>
          <w:strike w:val="0"/>
          <w:sz w:val="16"/>
          <w:u w:val="none"/>
        </w:rPr>
        <w:t>ex ante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modality of compensation for innovative contributions.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