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Info balkanization causes authoritarianism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Lisa </w:t>
      </w:r>
      <w:r>
        <w:rPr>
          <w:b/>
          <w:i w:val="0"/>
          <w:smallCaps w:val="0"/>
          <w:strike w:val="0"/>
          <w:sz w:val="26"/>
          <w:u w:val="none"/>
        </w:rPr>
        <w:t>Jackson ’22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VP of Member Services</w:t>
      </w:r>
      <w:r>
        <w:rPr>
          <w:b w:val="0"/>
          <w:i w:val="0"/>
          <w:smallCaps w:val="0"/>
          <w:strike w:val="0"/>
          <w:u w:val="none"/>
        </w:rPr>
        <w:t xml:space="preserve">, “Balkanization of the Internet,” </w:t>
      </w:r>
      <w:r>
        <w:rPr>
          <w:b w:val="0"/>
          <w:i/>
          <w:smallCaps w:val="0"/>
          <w:strike w:val="0"/>
          <w:u w:val="none"/>
        </w:rPr>
        <w:t>Business Executives for National Security</w:t>
      </w:r>
      <w:r>
        <w:rPr>
          <w:b w:val="0"/>
          <w:i w:val="0"/>
          <w:smallCaps w:val="0"/>
          <w:strike w:val="0"/>
          <w:u w:val="none"/>
        </w:rPr>
        <w:t xml:space="preserve">, 6-8-2022, </w:t>
      </w:r>
      <w:r>
        <w:rPr>
          <w:b w:val="0"/>
          <w:i w:val="0"/>
          <w:smallCaps w:val="0"/>
          <w:strike w:val="0"/>
          <w:u w:val="none"/>
        </w:rPr>
        <w:t>https://bens.org/balkanization-of-internet-pt1/</w:t>
      </w:r>
      <w:r>
        <w:rPr>
          <w:b w:val="0"/>
          <w:i w:val="0"/>
          <w:smallCaps w:val="0"/>
          <w:strike w:val="0"/>
          <w:u w:val="none"/>
        </w:rPr>
        <w:t>, Accessed 7-17-2024 by NT-RS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What 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balkanized info</w:t>
      </w:r>
      <w:r>
        <w:rPr>
          <w:b/>
          <w:i w:val="0"/>
          <w:smallCaps w:val="0"/>
          <w:strike w:val="0"/>
          <w:sz w:val="22"/>
          <w:u w:val="single"/>
        </w:rPr>
        <w:t xml:space="preserve">rmation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ecosystem portends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practice is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citizen</w:t>
      </w:r>
      <w:r>
        <w:rPr>
          <w:b/>
          <w:i w:val="0"/>
          <w:smallCaps w:val="0"/>
          <w:strike w:val="0"/>
          <w:sz w:val="22"/>
          <w:u w:val="single"/>
        </w:rPr>
        <w:t xml:space="preserve">ry that could potentially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/>
          <w:i w:val="0"/>
          <w:smallCaps w:val="0"/>
          <w:strike w:val="0"/>
          <w:sz w:val="22"/>
          <w:u w:val="single"/>
        </w:rPr>
        <w:t xml:space="preserve"> access to completely different sets of info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rmation about current affairs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perhaps </w:t>
      </w:r>
      <w:r>
        <w:rPr>
          <w:b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very splintered worldview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reality. </w:t>
      </w:r>
      <w:r>
        <w:rPr>
          <w:b/>
          <w:i w:val="0"/>
          <w:smallCaps w:val="0"/>
          <w:strike w:val="0"/>
          <w:sz w:val="22"/>
          <w:u w:val="single"/>
        </w:rPr>
        <w:t xml:space="preserve">Countries 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authoritarian</w:t>
      </w:r>
      <w:r>
        <w:rPr>
          <w:b/>
          <w:i w:val="0"/>
          <w:smallCaps w:val="0"/>
          <w:strike w:val="0"/>
          <w:sz w:val="22"/>
          <w:u w:val="single"/>
        </w:rPr>
        <w:t xml:space="preserve"> governments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already </w:t>
      </w:r>
      <w:r>
        <w:rPr>
          <w:b/>
          <w:i w:val="0"/>
          <w:smallCaps w:val="0"/>
          <w:strike w:val="0"/>
          <w:sz w:val="22"/>
          <w:u w:val="single"/>
        </w:rPr>
        <w:t xml:space="preserve">creating environments where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censorship</w:t>
      </w:r>
      <w:r>
        <w:rPr>
          <w:b/>
          <w:i w:val="0"/>
          <w:smallCaps w:val="0"/>
          <w:strike w:val="0"/>
          <w:sz w:val="22"/>
          <w:u w:val="single"/>
        </w:rPr>
        <w:t xml:space="preserve"> is easier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achieved and occurs with far greater frequency. Already a complex network of national laws and regulations, and centrally administered firewalls is facilitating the </w:t>
      </w:r>
      <w:r>
        <w:rPr>
          <w:b/>
          <w:i w:val="0"/>
          <w:smallCaps w:val="0"/>
          <w:strike w:val="0"/>
          <w:sz w:val="22"/>
          <w:u w:val="single"/>
        </w:rPr>
        <w:t>removal,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some governments, </w:t>
      </w:r>
      <w:r>
        <w:rPr>
          <w:b/>
          <w:i w:val="0"/>
          <w:smallCaps w:val="0"/>
          <w:strike w:val="0"/>
          <w:sz w:val="22"/>
          <w:u w:val="single"/>
        </w:rPr>
        <w:t xml:space="preserve">of access to disruptive material,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silencing of dissidents</w:t>
      </w:r>
      <w:r>
        <w:rPr>
          <w:b/>
          <w:i w:val="0"/>
          <w:smallCaps w:val="0"/>
          <w:strike w:val="0"/>
          <w:sz w:val="22"/>
          <w:u w:val="single"/>
        </w:rPr>
        <w:t>, and crushing of free expression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online. This is likely </w:t>
      </w:r>
      <w:r>
        <w:rPr>
          <w:b/>
          <w:i w:val="0"/>
          <w:smallCaps w:val="0"/>
          <w:strike w:val="0"/>
          <w:sz w:val="22"/>
          <w:u w:val="single"/>
        </w:rPr>
        <w:t xml:space="preserve">only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intensify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 the internet balkanizes even more.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