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is the most productive system </w:t>
      </w:r>
    </w:p>
    <w:p>
      <w:pPr>
        <w:spacing w:after="80"/>
      </w:pPr>
      <w:r>
        <w:rPr>
          <w:b/>
          <w:i w:val="0"/>
          <w:smallCaps w:val="0"/>
          <w:strike w:val="0"/>
          <w:sz w:val="26"/>
          <w:u w:val="none"/>
        </w:rPr>
        <w:t xml:space="preserve">Bowles ’23 </w:t>
      </w:r>
      <w:r>
        <w:rPr>
          <w:b w:val="0"/>
          <w:i w:val="0"/>
          <w:smallCaps w:val="0"/>
          <w:strike w:val="0"/>
          <w:u w:val="none"/>
        </w:rPr>
        <w:t>[</w:t>
      </w:r>
      <w:r>
        <w:rPr>
          <w:b w:val="0"/>
          <w:i w:val="0"/>
          <w:smallCaps w:val="0"/>
          <w:strike w:val="0"/>
          <w:u w:val="none"/>
        </w:rPr>
        <w:t>Paul; September 28; Professor of Economics and International Studies at the University of Northern British Columbia; Capitalism; “Capitalism as a system: natural and free”; p.20-21]</w:t>
      </w:r>
    </w:p>
    <w:p>
      <w:pPr>
        <w:spacing w:after="60"/>
      </w:pPr>
      <w:r>
        <w:rPr>
          <w:b w:val="0"/>
          <w:i w:val="0"/>
          <w:smallCaps w:val="0"/>
          <w:strike w:val="0"/>
          <w:highlight w:val="cyan"/>
          <w:u w:val="single"/>
        </w:rPr>
        <w:t>Capitalism is</w:t>
      </w:r>
      <w:r>
        <w:rPr>
          <w:b w:val="0"/>
          <w:i w:val="0"/>
          <w:smallCaps w:val="0"/>
          <w:strike w:val="0"/>
          <w:u w:val="single"/>
        </w:rPr>
        <w:t xml:space="preserve"> also </w:t>
      </w:r>
      <w:r>
        <w:rPr>
          <w:b w:val="0"/>
          <w:i w:val="0"/>
          <w:smallCaps w:val="0"/>
          <w:strike w:val="0"/>
          <w:highlight w:val="cyan"/>
          <w:u w:val="single"/>
        </w:rPr>
        <w:t>the most</w:t>
      </w:r>
      <w:r>
        <w:rPr>
          <w:b w:val="0"/>
          <w:i w:val="0"/>
          <w:smallCaps w:val="0"/>
          <w:strike w:val="0"/>
          <w:u w:val="single"/>
        </w:rPr>
        <w:t xml:space="preserve"> economically </w:t>
      </w:r>
      <w:r>
        <w:rPr>
          <w:b w:val="0"/>
          <w:i w:val="0"/>
          <w:smallCaps w:val="0"/>
          <w:strike w:val="0"/>
          <w:highlight w:val="cyan"/>
          <w:u w:val="single"/>
        </w:rPr>
        <w:t>productive system</w:t>
      </w:r>
      <w:r>
        <w:rPr>
          <w:b w:val="0"/>
          <w:i w:val="0"/>
          <w:smallCaps w:val="0"/>
          <w:strike w:val="0"/>
          <w:u w:val="single"/>
        </w:rPr>
        <w:t>.</w:t>
      </w:r>
      <w:r>
        <w:rPr>
          <w:b w:val="0"/>
          <w:i w:val="0"/>
          <w:smallCaps w:val="0"/>
          <w:strike w:val="0"/>
          <w:u w:val="none"/>
        </w:rPr>
        <w:t xml:space="preserve"> </w:t>
      </w:r>
      <w:r>
        <w:rPr>
          <w:b w:val="0"/>
          <w:i w:val="0"/>
          <w:smallCaps w:val="0"/>
          <w:strike w:val="0"/>
          <w:sz w:val="16"/>
          <w:u w:val="none"/>
        </w:rPr>
        <w:t>Implicit in much of the argument so far, of the philosophical justification of capitalism as an abstract system, is the argument that such a system also happens to be economically desirable. That is, to the philosophical argument that</w:t>
      </w:r>
      <w:r>
        <w:rPr>
          <w:b w:val="0"/>
          <w:i w:val="0"/>
          <w:smallCaps w:val="0"/>
          <w:strike w:val="0"/>
          <w:u w:val="none"/>
        </w:rPr>
        <w:t xml:space="preserve"> </w:t>
      </w:r>
      <w:r>
        <w:rPr>
          <w:b w:val="0"/>
          <w:i w:val="0"/>
          <w:smallCaps w:val="0"/>
          <w:strike w:val="0"/>
          <w:u w:val="single"/>
        </w:rPr>
        <w:t xml:space="preserve">capitalism is </w:t>
      </w:r>
      <w:r>
        <w:rPr>
          <w:b w:val="0"/>
          <w:i w:val="0"/>
          <w:smallCaps w:val="0"/>
          <w:strike w:val="0"/>
          <w:highlight w:val="cyan"/>
          <w:u w:val="single"/>
        </w:rPr>
        <w:t>capable of</w:t>
      </w:r>
      <w:r>
        <w:rPr>
          <w:b w:val="0"/>
          <w:i w:val="0"/>
          <w:smallCaps w:val="0"/>
          <w:strike w:val="0"/>
          <w:u w:val="single"/>
        </w:rPr>
        <w:t xml:space="preserve"> delivering </w:t>
      </w:r>
      <w:r>
        <w:rPr>
          <w:b w:val="0"/>
          <w:i w:val="0"/>
          <w:smallCaps w:val="0"/>
          <w:strike w:val="0"/>
          <w:highlight w:val="cyan"/>
          <w:u w:val="single"/>
        </w:rPr>
        <w:t>human freedom</w:t>
      </w:r>
      <w:r>
        <w:rPr>
          <w:b w:val="0"/>
          <w:i w:val="0"/>
          <w:smallCaps w:val="0"/>
          <w:strike w:val="0"/>
          <w:u w:val="single"/>
        </w:rPr>
        <w:t xml:space="preserve"> must be added a pragmatic argument that capitalism is a system which is not only capable of, but is </w:t>
      </w:r>
      <w:r>
        <w:rPr>
          <w:b w:val="0"/>
          <w:i w:val="0"/>
          <w:smallCaps w:val="0"/>
          <w:strike w:val="0"/>
          <w:highlight w:val="cyan"/>
          <w:u w:val="single"/>
        </w:rPr>
        <w:t>also</w:t>
      </w:r>
      <w:r>
        <w:rPr>
          <w:b w:val="0"/>
          <w:i w:val="0"/>
          <w:smallCaps w:val="0"/>
          <w:strike w:val="0"/>
          <w:u w:val="single"/>
        </w:rPr>
        <w:t xml:space="preserve"> the b</w:t>
      </w:r>
      <w:r>
        <w:rPr>
          <w:b w:val="0"/>
          <w:i w:val="0"/>
          <w:smallCaps w:val="0"/>
          <w:strike w:val="0"/>
          <w:highlight w:val="cyan"/>
          <w:u w:val="single"/>
        </w:rPr>
        <w:t>est suited to, delivering material benefits and</w:t>
      </w:r>
      <w:r>
        <w:rPr>
          <w:b w:val="0"/>
          <w:i w:val="0"/>
          <w:smallCaps w:val="0"/>
          <w:strike w:val="0"/>
          <w:u w:val="single"/>
        </w:rPr>
        <w:t xml:space="preserve"> </w:t>
      </w:r>
      <w:r>
        <w:rPr>
          <w:b w:val="0"/>
          <w:i w:val="0"/>
          <w:smallCaps w:val="0"/>
          <w:strike w:val="0"/>
          <w:u w:val="single"/>
        </w:rPr>
        <w:t xml:space="preserve">has </w:t>
      </w:r>
      <w:r>
        <w:rPr>
          <w:b w:val="0"/>
          <w:i w:val="0"/>
          <w:smallCaps w:val="0"/>
          <w:strike w:val="0"/>
          <w:highlight w:val="cyan"/>
          <w:u w:val="single"/>
        </w:rPr>
        <w:t>reduced global poverty</w:t>
      </w:r>
      <w:r>
        <w:rPr>
          <w:b w:val="0"/>
          <w:i w:val="0"/>
          <w:smallCaps w:val="0"/>
          <w:strike w:val="0"/>
          <w:u w:val="single"/>
        </w:rPr>
        <w:t xml:space="preserve"> over the long run. </w:t>
      </w:r>
      <w:r>
        <w:rPr>
          <w:b w:val="0"/>
          <w:i w:val="0"/>
          <w:smallCaps w:val="0"/>
          <w:strike w:val="0"/>
          <w:sz w:val="16"/>
          <w:u w:val="none"/>
        </w:rPr>
        <w:t xml:space="preserve">This pragmatic argument receives wider support and is accepted by many as the justification for capitalism, even if they do not embrace all of the philosophical arguments with enthusiasm. As  a  practical  matter,  it  is  argued  that  </w:t>
      </w:r>
      <w:r>
        <w:rPr>
          <w:b w:val="0"/>
          <w:i w:val="0"/>
          <w:smallCaps w:val="0"/>
          <w:strike w:val="0"/>
          <w:highlight w:val="cyan"/>
          <w:u w:val="single"/>
        </w:rPr>
        <w:t>the</w:t>
      </w:r>
      <w:r>
        <w:rPr>
          <w:b w:val="0"/>
          <w:i w:val="0"/>
          <w:smallCaps w:val="0"/>
          <w:strike w:val="0"/>
          <w:u w:val="single"/>
        </w:rPr>
        <w:t xml:space="preserve">  capitalist  </w:t>
      </w:r>
      <w:r>
        <w:rPr>
          <w:b w:val="0"/>
          <w:i w:val="0"/>
          <w:smallCaps w:val="0"/>
          <w:strike w:val="0"/>
          <w:highlight w:val="cyan"/>
          <w:u w:val="single"/>
        </w:rPr>
        <w:t>market  system</w:t>
      </w:r>
      <w:r>
        <w:rPr>
          <w:b w:val="0"/>
          <w:i w:val="0"/>
          <w:smallCaps w:val="0"/>
          <w:strike w:val="0"/>
          <w:u w:val="single"/>
        </w:rPr>
        <w:t xml:space="preserve">  best  </w:t>
      </w:r>
      <w:r>
        <w:rPr>
          <w:b w:val="0"/>
          <w:i w:val="0"/>
          <w:smallCaps w:val="0"/>
          <w:strike w:val="0"/>
          <w:highlight w:val="cyan"/>
          <w:u w:val="single"/>
        </w:rPr>
        <w:t>solves  the  “coordination  problem”  and</w:t>
      </w:r>
      <w:r>
        <w:rPr>
          <w:b w:val="0"/>
          <w:i w:val="0"/>
          <w:smallCaps w:val="0"/>
          <w:strike w:val="0"/>
          <w:u w:val="single"/>
        </w:rPr>
        <w:t xml:space="preserve">,  secondly,  that  it  </w:t>
      </w:r>
      <w:r>
        <w:rPr>
          <w:b w:val="0"/>
          <w:i w:val="0"/>
          <w:smallCaps w:val="0"/>
          <w:strike w:val="0"/>
          <w:u w:val="single"/>
        </w:rPr>
        <w:t>best</w:t>
      </w:r>
      <w:r>
        <w:rPr>
          <w:b w:val="0"/>
          <w:i w:val="0"/>
          <w:smallCaps w:val="0"/>
          <w:strike w:val="0"/>
          <w:highlight w:val="cyan"/>
          <w:u w:val="single"/>
        </w:rPr>
        <w:t xml:space="preserve">  provides</w:t>
      </w:r>
      <w:r>
        <w:rPr>
          <w:b w:val="0"/>
          <w:i w:val="0"/>
          <w:smallCaps w:val="0"/>
          <w:strike w:val="0"/>
          <w:u w:val="single"/>
        </w:rPr>
        <w:t xml:space="preserve">  the  </w:t>
      </w:r>
      <w:r>
        <w:rPr>
          <w:b w:val="0"/>
          <w:i w:val="0"/>
          <w:smallCaps w:val="0"/>
          <w:strike w:val="0"/>
          <w:highlight w:val="cyan"/>
          <w:u w:val="single"/>
        </w:rPr>
        <w:t>incentives  for  innovation</w:t>
      </w:r>
      <w:r>
        <w:rPr>
          <w:b w:val="0"/>
          <w:i w:val="0"/>
          <w:smallCaps w:val="0"/>
          <w:strike w:val="0"/>
          <w:u w:val="single"/>
        </w:rPr>
        <w:t xml:space="preserve"> and technological progress</w:t>
      </w:r>
      <w:r>
        <w:rPr>
          <w:b w:val="0"/>
          <w:i w:val="0"/>
          <w:smallCaps w:val="0"/>
          <w:strike w:val="0"/>
          <w:sz w:val="16"/>
          <w:u w:val="none"/>
        </w:rPr>
        <w:t>. The coordination problem is simply this: how can the production and consumption decisions of millions of agents be organized so that the outcome is desirable rather than chaotic?</w:t>
      </w:r>
      <w:r>
        <w:rPr>
          <w:b w:val="0"/>
          <w:i w:val="0"/>
          <w:smallCaps w:val="0"/>
          <w:strike w:val="0"/>
          <w:u w:val="none"/>
        </w:rPr>
        <w:t xml:space="preserve"> </w:t>
      </w:r>
      <w:r>
        <w:rPr>
          <w:b w:val="0"/>
          <w:i w:val="0"/>
          <w:smallCaps w:val="0"/>
          <w:strike w:val="0"/>
          <w:u w:val="single"/>
        </w:rPr>
        <w:t xml:space="preserve">The </w:t>
      </w:r>
      <w:r>
        <w:rPr>
          <w:b w:val="0"/>
          <w:i w:val="0"/>
          <w:smallCaps w:val="0"/>
          <w:strike w:val="0"/>
          <w:highlight w:val="cyan"/>
          <w:u w:val="single"/>
        </w:rPr>
        <w:t>coordination problem</w:t>
      </w:r>
      <w:r>
        <w:rPr>
          <w:b w:val="0"/>
          <w:i w:val="0"/>
          <w:smallCaps w:val="0"/>
          <w:strike w:val="0"/>
          <w:u w:val="single"/>
        </w:rPr>
        <w:t xml:space="preserve"> is </w:t>
      </w:r>
      <w:r>
        <w:rPr>
          <w:b w:val="0"/>
          <w:i w:val="0"/>
          <w:smallCaps w:val="0"/>
          <w:strike w:val="0"/>
          <w:highlight w:val="cyan"/>
          <w:u w:val="single"/>
        </w:rPr>
        <w:t>resolved</w:t>
      </w:r>
      <w:r>
        <w:rPr>
          <w:b w:val="0"/>
          <w:i w:val="0"/>
          <w:smallCaps w:val="0"/>
          <w:strike w:val="0"/>
          <w:u w:val="single"/>
        </w:rPr>
        <w:t xml:space="preserve"> in capitalism </w:t>
      </w:r>
      <w:r>
        <w:rPr>
          <w:b w:val="0"/>
          <w:i w:val="0"/>
          <w:smallCaps w:val="0"/>
          <w:strike w:val="0"/>
          <w:highlight w:val="cyan"/>
          <w:u w:val="single"/>
        </w:rPr>
        <w:t>by the use of markets</w:t>
      </w:r>
      <w:r>
        <w:rPr>
          <w:b w:val="0"/>
          <w:i w:val="0"/>
          <w:smallCaps w:val="0"/>
          <w:strike w:val="0"/>
          <w:u w:val="single"/>
        </w:rPr>
        <w:t>.</w:t>
      </w:r>
      <w:r>
        <w:rPr>
          <w:b w:val="0"/>
          <w:i w:val="0"/>
          <w:smallCaps w:val="0"/>
          <w:strike w:val="0"/>
          <w:u w:val="none"/>
        </w:rPr>
        <w:t xml:space="preserve"> </w:t>
      </w:r>
      <w:r>
        <w:rPr>
          <w:b w:val="0"/>
          <w:i w:val="0"/>
          <w:smallCaps w:val="0"/>
          <w:strike w:val="0"/>
          <w:sz w:val="16"/>
          <w:u w:val="none"/>
        </w:rPr>
        <w:t>Markets – the interactions of buyers and sellers – determine prices which permit goods to be sold for all those willing to offer their goods for sale at the market price and all purchasers willing to pay the market price to buy the goods. In this way,</w:t>
      </w:r>
      <w:r>
        <w:rPr>
          <w:b w:val="0"/>
          <w:i w:val="0"/>
          <w:smallCaps w:val="0"/>
          <w:strike w:val="0"/>
          <w:u w:val="none"/>
        </w:rPr>
        <w:t xml:space="preserve"> </w:t>
      </w:r>
      <w:r>
        <w:rPr>
          <w:b w:val="0"/>
          <w:i w:val="0"/>
          <w:smallCaps w:val="0"/>
          <w:strike w:val="0"/>
          <w:u w:val="single"/>
        </w:rPr>
        <w:t xml:space="preserve">markets, </w:t>
      </w:r>
      <w:r>
        <w:rPr>
          <w:b w:val="0"/>
          <w:i w:val="0"/>
          <w:smallCaps w:val="0"/>
          <w:strike w:val="0"/>
          <w:highlight w:val="cyan"/>
          <w:u w:val="single"/>
        </w:rPr>
        <w:t>by establishing prices</w:t>
      </w:r>
      <w:r>
        <w:rPr>
          <w:b w:val="0"/>
          <w:i w:val="0"/>
          <w:smallCaps w:val="0"/>
          <w:strike w:val="0"/>
          <w:u w:val="single"/>
        </w:rPr>
        <w:t xml:space="preserve">, </w:t>
      </w:r>
      <w:r>
        <w:rPr>
          <w:b w:val="0"/>
          <w:i w:val="0"/>
          <w:smallCaps w:val="0"/>
          <w:strike w:val="0"/>
          <w:highlight w:val="cyan"/>
          <w:u w:val="single"/>
        </w:rPr>
        <w:t>allow</w:t>
      </w:r>
      <w:r>
        <w:rPr>
          <w:b w:val="0"/>
          <w:i w:val="0"/>
          <w:smallCaps w:val="0"/>
          <w:strike w:val="0"/>
          <w:u w:val="single"/>
        </w:rPr>
        <w:t xml:space="preserve"> voluntary </w:t>
      </w:r>
      <w:r>
        <w:rPr>
          <w:b w:val="0"/>
          <w:i w:val="0"/>
          <w:smallCaps w:val="0"/>
          <w:strike w:val="0"/>
          <w:highlight w:val="cyan"/>
          <w:u w:val="single"/>
        </w:rPr>
        <w:t>exchange to coordinate the</w:t>
      </w:r>
      <w:r>
        <w:rPr>
          <w:b w:val="0"/>
          <w:i w:val="0"/>
          <w:smallCaps w:val="0"/>
          <w:strike w:val="0"/>
          <w:u w:val="single"/>
        </w:rPr>
        <w:t xml:space="preserve"> </w:t>
      </w:r>
      <w:r>
        <w:rPr>
          <w:b w:val="0"/>
          <w:i w:val="0"/>
          <w:smallCaps w:val="0"/>
          <w:strike w:val="0"/>
          <w:highlight w:val="cyan"/>
          <w:u w:val="single"/>
        </w:rPr>
        <w:t>economy</w:t>
      </w:r>
      <w:r>
        <w:rPr>
          <w:b w:val="0"/>
          <w:i w:val="0"/>
          <w:smallCaps w:val="0"/>
          <w:strike w:val="0"/>
          <w:u w:val="single"/>
        </w:rPr>
        <w:t>.</w:t>
      </w:r>
      <w:r>
        <w:rPr>
          <w:b w:val="0"/>
          <w:i w:val="0"/>
          <w:smallCaps w:val="0"/>
          <w:strike w:val="0"/>
          <w:u w:val="none"/>
        </w:rPr>
        <w:t xml:space="preserve"> </w:t>
      </w:r>
      <w:r>
        <w:rPr>
          <w:b w:val="0"/>
          <w:i w:val="0"/>
          <w:smallCaps w:val="0"/>
          <w:strike w:val="0"/>
          <w:sz w:val="16"/>
          <w:u w:val="none"/>
        </w:rPr>
        <w:t>Central to the claim that this process is desirable, in the sense that it solves the problem well, is the proposition that markets lead to equilibrium</w:t>
      </w:r>
      <w:r>
        <w:rPr>
          <w:b w:val="0"/>
          <w:i w:val="0"/>
          <w:smallCaps w:val="0"/>
          <w:strike w:val="0"/>
          <w:sz w:val="16"/>
          <w:u w:val="single"/>
        </w:rPr>
        <w:t>.</w:t>
      </w:r>
      <w:r>
        <w:rPr>
          <w:b w:val="0"/>
          <w:i w:val="0"/>
          <w:smallCaps w:val="0"/>
          <w:strike w:val="0"/>
          <w:u w:val="single"/>
        </w:rPr>
        <w:t xml:space="preserve"> That is, both individual markets and the economy as a whole have a tendency to equilibrium</w:t>
      </w:r>
      <w:r>
        <w:rPr>
          <w:b w:val="0"/>
          <w:i w:val="0"/>
          <w:smallCaps w:val="0"/>
          <w:strike w:val="0"/>
          <w:highlight w:val="cyan"/>
          <w:u w:val="single"/>
        </w:rPr>
        <w:t>. Capitalist markets are seen as robust and self-adjusting</w:t>
      </w:r>
      <w:r>
        <w:rPr>
          <w:b w:val="0"/>
          <w:i w:val="0"/>
          <w:smallCaps w:val="0"/>
          <w:strike w:val="0"/>
          <w:u w:val="single"/>
        </w:rPr>
        <w:t>; equilibrium can be expected if the market is allowed to operate freely</w:t>
      </w:r>
      <w:r>
        <w:rPr>
          <w:b w:val="0"/>
          <w:i w:val="0"/>
          <w:smallCaps w:val="0"/>
          <w:strike w:val="0"/>
          <w:u w:val="none"/>
        </w:rPr>
        <w:t xml:space="preserve">.  </w:t>
      </w:r>
      <w:r>
        <w:rPr>
          <w:b w:val="0"/>
          <w:i w:val="0"/>
          <w:smallCaps w:val="0"/>
          <w:strike w:val="0"/>
          <w:sz w:val="16"/>
          <w:u w:val="none"/>
        </w:rPr>
        <w:t>Disequilibrium in individual markets – meaning an  imbalance  between  supply  and  demand – is restored through a change in price. This may be obvious in the case of many goods. However, Friedman (1953) also famously argued that the same mechanism can be relied upon in markets, such as the foreign exchange market, where fluctuations are often the norm.</w:t>
      </w:r>
      <w:r>
        <w:rPr>
          <w:b w:val="0"/>
          <w:i w:val="0"/>
          <w:smallCaps w:val="0"/>
          <w:strike w:val="0"/>
          <w:sz w:val="16"/>
          <w:u w:val="none"/>
        </w:rPr>
        <w:t xml:space="preserve"> </w:t>
      </w:r>
      <w:r>
        <w:rPr>
          <w:b w:val="0"/>
          <w:i w:val="0"/>
          <w:smallCaps w:val="0"/>
          <w:strike w:val="0"/>
          <w:sz w:val="16"/>
          <w:u w:val="none"/>
        </w:rPr>
        <w:t>In such cases, the price mechanism should again be allowed to work and the actions of speculators are argued, in general, to be “stabilizing rather than the reverse” (1953: 175).</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