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current court has led to a decline in democracy---only legislative curbing can solve. </w:t>
      </w:r>
    </w:p>
    <w:p>
      <w:pPr>
        <w:spacing w:after="80"/>
      </w:pPr>
      <w:r>
        <w:rPr>
          <w:b/>
          <w:i w:val="0"/>
          <w:smallCaps w:val="0"/>
          <w:strike w:val="0"/>
          <w:sz w:val="26"/>
          <w:u w:val="none"/>
        </w:rPr>
        <w:t>CLC 22</w:t>
      </w:r>
      <w:r>
        <w:rPr>
          <w:b w:val="0"/>
          <w:i w:val="0"/>
          <w:smallCaps w:val="0"/>
          <w:strike w:val="0"/>
          <w:u w:val="none"/>
        </w:rPr>
        <w:t xml:space="preserve">---Campaign Legal Center (CLC) is a nonpartisan organization. (“The Supreme Court’s Role in Undermining American Democracy”, Campaign Legal Center, 7-13-2022, </w:t>
      </w:r>
      <w:r>
        <w:rPr>
          <w:b w:val="0"/>
          <w:i w:val="0"/>
          <w:smallCaps w:val="0"/>
          <w:strike w:val="0"/>
          <w:u w:val="none"/>
        </w:rPr>
        <w:t>https://campaignlegal.org/sites/default/files/2022-07/CLC%202022%20SCOTUS%20Report_072022%20%281%29.pdf</w:t>
      </w:r>
      <w:r>
        <w:rPr>
          <w:b w:val="0"/>
          <w:i w:val="0"/>
          <w:smallCaps w:val="0"/>
          <w:strike w:val="0"/>
          <w:u w:val="none"/>
        </w:rPr>
        <w:t>)//AN</w:t>
      </w:r>
    </w:p>
    <w:p>
      <w:pPr>
        <w:spacing w:after="60"/>
      </w:pPr>
      <w:r>
        <w:rPr>
          <w:b w:val="0"/>
          <w:i w:val="0"/>
          <w:smallCaps w:val="0"/>
          <w:strike w:val="0"/>
          <w:sz w:val="16"/>
          <w:u w:val="none"/>
        </w:rPr>
        <w:t xml:space="preserve">Part III: The Impact of the Roberts Court on American Democracy </w:t>
      </w:r>
    </w:p>
    <w:p>
      <w:pPr>
        <w:spacing w:after="60"/>
      </w:pPr>
      <w:r>
        <w:rPr>
          <w:b/>
          <w:i w:val="0"/>
          <w:smallCaps w:val="0"/>
          <w:strike w:val="0"/>
          <w:sz w:val="22"/>
          <w:highlight w:val="cyan"/>
          <w:u w:val="single"/>
        </w:rPr>
        <w:t xml:space="preserve">The Roberts </w:t>
      </w:r>
      <w:r>
        <w:rPr>
          <w:b/>
          <w:i w:val="0"/>
          <w:smallCaps w:val="0"/>
          <w:strike w:val="0"/>
          <w:sz w:val="22"/>
          <w:highlight w:val="cyan"/>
          <w:u w:val="single"/>
        </w:rPr>
        <w:t>Court</w:t>
      </w:r>
      <w:r>
        <w:rPr>
          <w:b/>
          <w:i w:val="0"/>
          <w:smallCaps w:val="0"/>
          <w:strike w:val="0"/>
          <w:sz w:val="22"/>
          <w:u w:val="single"/>
        </w:rPr>
        <w:t>’s</w:t>
      </w:r>
      <w:r>
        <w:rPr>
          <w:b/>
          <w:i w:val="0"/>
          <w:smallCaps w:val="0"/>
          <w:strike w:val="0"/>
          <w:sz w:val="22"/>
          <w:u w:val="single"/>
        </w:rPr>
        <w:t xml:space="preserve"> decisions</w:t>
      </w:r>
      <w:r>
        <w:rPr>
          <w:b w:val="0"/>
          <w:i w:val="0"/>
          <w:smallCaps w:val="0"/>
          <w:strike w:val="0"/>
          <w:sz w:val="16"/>
          <w:u w:val="none"/>
        </w:rPr>
        <w:t xml:space="preserve"> together </w:t>
      </w:r>
      <w:r>
        <w:rPr>
          <w:b/>
          <w:i w:val="0"/>
          <w:smallCaps w:val="0"/>
          <w:strike w:val="0"/>
          <w:sz w:val="22"/>
          <w:u w:val="single"/>
        </w:rPr>
        <w:t xml:space="preserve">have </w:t>
      </w:r>
      <w:r>
        <w:rPr>
          <w:b/>
          <w:i w:val="0"/>
          <w:smallCaps w:val="0"/>
          <w:strike w:val="0"/>
          <w:sz w:val="22"/>
          <w:highlight w:val="cyan"/>
          <w:u w:val="single"/>
        </w:rPr>
        <w:t>contributed</w:t>
      </w:r>
      <w:r>
        <w:rPr>
          <w:b/>
          <w:i w:val="0"/>
          <w:smallCaps w:val="0"/>
          <w:strike w:val="0"/>
          <w:sz w:val="22"/>
          <w:highlight w:val="cyan"/>
          <w:u w:val="single"/>
        </w:rPr>
        <w:t xml:space="preserve"> to the</w:t>
      </w:r>
      <w:r>
        <w:rPr>
          <w:b w:val="0"/>
          <w:i w:val="0"/>
          <w:smallCaps w:val="0"/>
          <w:strike w:val="0"/>
          <w:sz w:val="16"/>
          <w:u w:val="none"/>
        </w:rPr>
        <w:t xml:space="preserve"> recent </w:t>
      </w:r>
      <w:r>
        <w:rPr>
          <w:b/>
          <w:i w:val="0"/>
          <w:smallCaps w:val="0"/>
          <w:strike w:val="0"/>
          <w:sz w:val="22"/>
          <w:highlight w:val="cyan"/>
          <w:u w:val="single"/>
        </w:rPr>
        <w:t>decline</w:t>
      </w:r>
      <w:r>
        <w:rPr>
          <w:b/>
          <w:i w:val="0"/>
          <w:smallCaps w:val="0"/>
          <w:strike w:val="0"/>
          <w:sz w:val="22"/>
          <w:highlight w:val="cyan"/>
          <w:u w:val="single"/>
        </w:rPr>
        <w:t xml:space="preserve"> of</w:t>
      </w:r>
      <w:r>
        <w:rPr>
          <w:b w:val="0"/>
          <w:i w:val="0"/>
          <w:smallCaps w:val="0"/>
          <w:strike w:val="0"/>
          <w:sz w:val="16"/>
          <w:u w:val="none"/>
        </w:rPr>
        <w:t xml:space="preserve"> American </w:t>
      </w:r>
      <w:r>
        <w:rPr>
          <w:b/>
          <w:i w:val="0"/>
          <w:smallCaps w:val="0"/>
          <w:strike w:val="0"/>
          <w:sz w:val="22"/>
          <w:u w:val="single"/>
        </w:rPr>
        <w:t xml:space="preserve">representative </w:t>
      </w:r>
      <w:r>
        <w:rPr>
          <w:b/>
          <w:i w:val="0"/>
          <w:smallCaps w:val="0"/>
          <w:strike w:val="0"/>
          <w:sz w:val="22"/>
          <w:highlight w:val="cyan"/>
          <w:u w:val="single"/>
        </w:rPr>
        <w:t>democracy</w:t>
      </w:r>
      <w:r>
        <w:rPr>
          <w:b w:val="0"/>
          <w:i w:val="0"/>
          <w:smallCaps w:val="0"/>
          <w:strike w:val="0"/>
          <w:sz w:val="16"/>
          <w:u w:val="none"/>
        </w:rPr>
        <w:t xml:space="preserve">. </w:t>
      </w:r>
      <w:r>
        <w:rPr>
          <w:b/>
          <w:i w:val="0"/>
          <w:smallCaps w:val="0"/>
          <w:strike w:val="0"/>
          <w:sz w:val="22"/>
          <w:u w:val="single"/>
        </w:rPr>
        <w:t>Its decisions in</w:t>
      </w:r>
      <w:r>
        <w:rPr>
          <w:b w:val="0"/>
          <w:i w:val="0"/>
          <w:smallCaps w:val="0"/>
          <w:strike w:val="0"/>
          <w:sz w:val="16"/>
          <w:u w:val="none"/>
        </w:rPr>
        <w:t xml:space="preserve"> </w:t>
      </w:r>
      <w:r>
        <w:rPr>
          <w:b/>
          <w:i w:val="0"/>
          <w:smallCaps w:val="0"/>
          <w:strike w:val="0"/>
          <w:sz w:val="22"/>
          <w:u w:val="single"/>
        </w:rPr>
        <w:t>Shelby</w:t>
      </w:r>
      <w:r>
        <w:rPr>
          <w:b w:val="0"/>
          <w:i w:val="0"/>
          <w:smallCaps w:val="0"/>
          <w:strike w:val="0"/>
          <w:sz w:val="16"/>
          <w:u w:val="none"/>
        </w:rPr>
        <w:t xml:space="preserve"> County </w:t>
      </w:r>
      <w:r>
        <w:rPr>
          <w:b/>
          <w:i w:val="0"/>
          <w:smallCaps w:val="0"/>
          <w:strike w:val="0"/>
          <w:sz w:val="22"/>
          <w:u w:val="single"/>
        </w:rPr>
        <w:t xml:space="preserve">and </w:t>
      </w:r>
      <w:r>
        <w:rPr>
          <w:b/>
          <w:i w:val="0"/>
          <w:smallCaps w:val="0"/>
          <w:strike w:val="0"/>
          <w:sz w:val="22"/>
          <w:u w:val="single"/>
        </w:rPr>
        <w:t>Brnovich</w:t>
      </w:r>
      <w:r>
        <w:rPr>
          <w:b/>
          <w:i w:val="0"/>
          <w:smallCaps w:val="0"/>
          <w:strike w:val="0"/>
          <w:sz w:val="22"/>
          <w:u w:val="single"/>
        </w:rPr>
        <w:t xml:space="preserve"> </w:t>
      </w:r>
      <w:r>
        <w:rPr>
          <w:b/>
          <w:i w:val="0"/>
          <w:smallCaps w:val="0"/>
          <w:strike w:val="0"/>
          <w:sz w:val="22"/>
          <w:highlight w:val="cyan"/>
          <w:u w:val="single"/>
        </w:rPr>
        <w:t>gutted</w:t>
      </w:r>
      <w:r>
        <w:rPr>
          <w:b w:val="0"/>
          <w:i w:val="0"/>
          <w:smallCaps w:val="0"/>
          <w:strike w:val="0"/>
          <w:sz w:val="16"/>
          <w:u w:val="none"/>
        </w:rPr>
        <w:t xml:space="preserve"> the most powerful provisions of </w:t>
      </w:r>
      <w:r>
        <w:rPr>
          <w:b/>
          <w:i w:val="0"/>
          <w:smallCaps w:val="0"/>
          <w:strike w:val="0"/>
          <w:sz w:val="22"/>
          <w:u w:val="single"/>
        </w:rPr>
        <w:t xml:space="preserve">the </w:t>
      </w:r>
      <w:r>
        <w:rPr>
          <w:b/>
          <w:i w:val="0"/>
          <w:smallCaps w:val="0"/>
          <w:strike w:val="0"/>
          <w:sz w:val="22"/>
          <w:highlight w:val="cyan"/>
          <w:u w:val="single"/>
        </w:rPr>
        <w:t>Voting Rights</w:t>
      </w:r>
      <w:r>
        <w:rPr>
          <w:b/>
          <w:i w:val="0"/>
          <w:smallCaps w:val="0"/>
          <w:strike w:val="0"/>
          <w:sz w:val="22"/>
          <w:u w:val="single"/>
        </w:rPr>
        <w:t xml:space="preserve"> Act</w:t>
      </w:r>
      <w:r>
        <w:rPr>
          <w:b w:val="0"/>
          <w:i w:val="0"/>
          <w:smallCaps w:val="0"/>
          <w:strike w:val="0"/>
          <w:sz w:val="16"/>
          <w:u w:val="none"/>
        </w:rPr>
        <w:t xml:space="preserve">, hamstringing Congress’s noble efforts to deliver on the promise of the Fifteenth Amendment. </w:t>
      </w:r>
      <w:r>
        <w:rPr>
          <w:b/>
          <w:i w:val="0"/>
          <w:smallCaps w:val="0"/>
          <w:strike w:val="0"/>
          <w:sz w:val="22"/>
          <w:u w:val="single"/>
        </w:rPr>
        <w:t>These and other decisions</w:t>
      </w:r>
      <w:r>
        <w:rPr>
          <w:b w:val="0"/>
          <w:i w:val="0"/>
          <w:smallCaps w:val="0"/>
          <w:strike w:val="0"/>
          <w:sz w:val="16"/>
          <w:u w:val="none"/>
        </w:rPr>
        <w:t xml:space="preserve"> have </w:t>
      </w:r>
      <w:r>
        <w:rPr>
          <w:b/>
          <w:i w:val="0"/>
          <w:smallCaps w:val="0"/>
          <w:strike w:val="0"/>
          <w:sz w:val="22"/>
          <w:highlight w:val="cyan"/>
          <w:u w:val="single"/>
        </w:rPr>
        <w:t xml:space="preserve">made it </w:t>
      </w:r>
      <w:r>
        <w:rPr>
          <w:b/>
          <w:i w:val="0"/>
          <w:smallCaps w:val="0"/>
          <w:strike w:val="0"/>
          <w:sz w:val="22"/>
          <w:highlight w:val="cyan"/>
          <w:u w:val="single"/>
        </w:rPr>
        <w:t>easier</w:t>
      </w:r>
      <w:r>
        <w:rPr>
          <w:b/>
          <w:i w:val="0"/>
          <w:smallCaps w:val="0"/>
          <w:strike w:val="0"/>
          <w:sz w:val="22"/>
          <w:u w:val="single"/>
        </w:rPr>
        <w:t xml:space="preserve"> for</w:t>
      </w:r>
      <w:r>
        <w:rPr>
          <w:b/>
          <w:i w:val="0"/>
          <w:smallCaps w:val="0"/>
          <w:strike w:val="0"/>
          <w:sz w:val="22"/>
          <w:u w:val="single"/>
        </w:rPr>
        <w:t xml:space="preserve"> states </w:t>
      </w:r>
      <w:r>
        <w:rPr>
          <w:b/>
          <w:i w:val="0"/>
          <w:smallCaps w:val="0"/>
          <w:strike w:val="0"/>
          <w:sz w:val="22"/>
          <w:highlight w:val="cyan"/>
          <w:u w:val="single"/>
        </w:rPr>
        <w:t xml:space="preserve">to enact </w:t>
      </w:r>
      <w:r>
        <w:rPr>
          <w:b/>
          <w:i w:val="0"/>
          <w:smallCaps w:val="0"/>
          <w:strike w:val="0"/>
          <w:sz w:val="22"/>
          <w:highlight w:val="cyan"/>
          <w:u w:val="single"/>
        </w:rPr>
        <w:t>restrictive</w:t>
      </w:r>
      <w:r>
        <w:rPr>
          <w:b/>
          <w:i w:val="0"/>
          <w:smallCaps w:val="0"/>
          <w:strike w:val="0"/>
          <w:sz w:val="22"/>
          <w:highlight w:val="cyan"/>
          <w:u w:val="single"/>
        </w:rPr>
        <w:t xml:space="preserve"> voting </w:t>
      </w:r>
      <w:r>
        <w:rPr>
          <w:b/>
          <w:i w:val="0"/>
          <w:smallCaps w:val="0"/>
          <w:strike w:val="0"/>
          <w:sz w:val="22"/>
          <w:highlight w:val="cyan"/>
          <w:u w:val="single"/>
        </w:rPr>
        <w:t>laws</w:t>
      </w:r>
      <w:r>
        <w:rPr>
          <w:b/>
          <w:i w:val="0"/>
          <w:smallCaps w:val="0"/>
          <w:strike w:val="0"/>
          <w:sz w:val="22"/>
          <w:highlight w:val="cyan"/>
          <w:u w:val="single"/>
        </w:rPr>
        <w:t xml:space="preserve"> and draw </w:t>
      </w:r>
      <w:r>
        <w:rPr>
          <w:b/>
          <w:i w:val="0"/>
          <w:smallCaps w:val="0"/>
          <w:strike w:val="0"/>
          <w:sz w:val="22"/>
          <w:highlight w:val="cyan"/>
          <w:u w:val="single"/>
        </w:rPr>
        <w:t>electoral maps</w:t>
      </w:r>
      <w:r>
        <w:rPr>
          <w:b/>
          <w:i w:val="0"/>
          <w:smallCaps w:val="0"/>
          <w:strike w:val="0"/>
          <w:sz w:val="22"/>
          <w:highlight w:val="cyan"/>
          <w:u w:val="single"/>
        </w:rPr>
        <w:t xml:space="preserve"> that </w:t>
      </w:r>
      <w:r>
        <w:rPr>
          <w:b/>
          <w:i w:val="0"/>
          <w:smallCaps w:val="0"/>
          <w:strike w:val="0"/>
          <w:sz w:val="22"/>
          <w:highlight w:val="cyan"/>
          <w:u w:val="single"/>
        </w:rPr>
        <w:t>dilute</w:t>
      </w:r>
      <w:r>
        <w:rPr>
          <w:b/>
          <w:i w:val="0"/>
          <w:smallCaps w:val="0"/>
          <w:strike w:val="0"/>
          <w:sz w:val="22"/>
          <w:highlight w:val="cyan"/>
          <w:u w:val="single"/>
        </w:rPr>
        <w:t xml:space="preserve"> votes based on </w:t>
      </w:r>
      <w:r>
        <w:rPr>
          <w:b/>
          <w:i w:val="0"/>
          <w:smallCaps w:val="0"/>
          <w:strike w:val="0"/>
          <w:sz w:val="22"/>
          <w:highlight w:val="cyan"/>
          <w:u w:val="single"/>
        </w:rPr>
        <w:t>race</w:t>
      </w:r>
      <w:r>
        <w:rPr>
          <w:b/>
          <w:i w:val="0"/>
          <w:smallCaps w:val="0"/>
          <w:strike w:val="0"/>
          <w:sz w:val="22"/>
          <w:highlight w:val="cyan"/>
          <w:u w:val="single"/>
        </w:rPr>
        <w:t xml:space="preserve"> and</w:t>
      </w:r>
      <w:r>
        <w:rPr>
          <w:b w:val="0"/>
          <w:i w:val="0"/>
          <w:smallCaps w:val="0"/>
          <w:strike w:val="0"/>
          <w:sz w:val="16"/>
          <w:u w:val="none"/>
        </w:rPr>
        <w:t xml:space="preserve"> political </w:t>
      </w:r>
      <w:r>
        <w:rPr>
          <w:b/>
          <w:i w:val="0"/>
          <w:smallCaps w:val="0"/>
          <w:strike w:val="0"/>
          <w:sz w:val="22"/>
          <w:highlight w:val="cyan"/>
          <w:u w:val="single"/>
        </w:rPr>
        <w:t>party</w:t>
      </w:r>
      <w:r>
        <w:rPr>
          <w:b w:val="0"/>
          <w:i w:val="0"/>
          <w:smallCaps w:val="0"/>
          <w:strike w:val="0"/>
          <w:sz w:val="16"/>
          <w:highlight w:val="cyan"/>
          <w:u w:val="none"/>
        </w:rPr>
        <w:t>,</w:t>
      </w:r>
      <w:r>
        <w:rPr>
          <w:b w:val="0"/>
          <w:i w:val="0"/>
          <w:smallCaps w:val="0"/>
          <w:strike w:val="0"/>
          <w:sz w:val="16"/>
          <w:u w:val="none"/>
        </w:rPr>
        <w:t xml:space="preserve"> and at the same time, harder or impossible for voters to challenge them in court. Finally, </w:t>
      </w:r>
      <w:r>
        <w:rPr>
          <w:b/>
          <w:i w:val="0"/>
          <w:smallCaps w:val="0"/>
          <w:strike w:val="0"/>
          <w:sz w:val="22"/>
          <w:highlight w:val="cyan"/>
          <w:u w:val="single"/>
        </w:rPr>
        <w:t xml:space="preserve">the Court </w:t>
      </w:r>
      <w:r>
        <w:rPr>
          <w:b/>
          <w:i w:val="0"/>
          <w:smallCaps w:val="0"/>
          <w:strike w:val="0"/>
          <w:sz w:val="22"/>
          <w:u w:val="single"/>
        </w:rPr>
        <w:t xml:space="preserve">has </w:t>
      </w:r>
      <w:r>
        <w:rPr>
          <w:b/>
          <w:i w:val="0"/>
          <w:smallCaps w:val="0"/>
          <w:strike w:val="0"/>
          <w:sz w:val="22"/>
          <w:highlight w:val="cyan"/>
          <w:u w:val="single"/>
        </w:rPr>
        <w:t>transformed</w:t>
      </w:r>
      <w:r>
        <w:rPr>
          <w:b/>
          <w:i w:val="0"/>
          <w:smallCaps w:val="0"/>
          <w:strike w:val="0"/>
          <w:sz w:val="22"/>
          <w:highlight w:val="cyan"/>
          <w:u w:val="single"/>
        </w:rPr>
        <w:t xml:space="preserve"> the myth of voter fraud into a</w:t>
      </w:r>
      <w:r>
        <w:rPr>
          <w:b/>
          <w:i w:val="0"/>
          <w:smallCaps w:val="0"/>
          <w:strike w:val="0"/>
          <w:sz w:val="22"/>
          <w:u w:val="single"/>
        </w:rPr>
        <w:t xml:space="preserve"> free </w:t>
      </w:r>
      <w:r>
        <w:rPr>
          <w:b/>
          <w:i w:val="0"/>
          <w:smallCaps w:val="0"/>
          <w:strike w:val="0"/>
          <w:sz w:val="22"/>
          <w:highlight w:val="cyan"/>
          <w:u w:val="single"/>
        </w:rPr>
        <w:t xml:space="preserve">pass to enact </w:t>
      </w:r>
      <w:r>
        <w:rPr>
          <w:b/>
          <w:i w:val="0"/>
          <w:smallCaps w:val="0"/>
          <w:strike w:val="0"/>
          <w:sz w:val="22"/>
          <w:u w:val="single"/>
        </w:rPr>
        <w:t>burdensome</w:t>
      </w:r>
      <w:r>
        <w:rPr>
          <w:b/>
          <w:i w:val="0"/>
          <w:smallCaps w:val="0"/>
          <w:strike w:val="0"/>
          <w:sz w:val="22"/>
          <w:u w:val="single"/>
        </w:rPr>
        <w:t xml:space="preserve"> and </w:t>
      </w:r>
      <w:r>
        <w:rPr>
          <w:b/>
          <w:i w:val="0"/>
          <w:smallCaps w:val="0"/>
          <w:strike w:val="0"/>
          <w:sz w:val="22"/>
          <w:highlight w:val="cyan"/>
          <w:u w:val="single"/>
        </w:rPr>
        <w:t>discriminatory</w:t>
      </w:r>
      <w:r>
        <w:rPr>
          <w:b/>
          <w:i w:val="0"/>
          <w:smallCaps w:val="0"/>
          <w:strike w:val="0"/>
          <w:sz w:val="22"/>
          <w:u w:val="single"/>
        </w:rPr>
        <w:t xml:space="preserve"> </w:t>
      </w:r>
      <w:r>
        <w:rPr>
          <w:b/>
          <w:i w:val="0"/>
          <w:smallCaps w:val="0"/>
          <w:strike w:val="0"/>
          <w:sz w:val="22"/>
          <w:u w:val="single"/>
        </w:rPr>
        <w:t xml:space="preserve">voting </w:t>
      </w:r>
      <w:r>
        <w:rPr>
          <w:b/>
          <w:i w:val="0"/>
          <w:smallCaps w:val="0"/>
          <w:strike w:val="0"/>
          <w:sz w:val="22"/>
          <w:highlight w:val="cyan"/>
          <w:u w:val="single"/>
        </w:rPr>
        <w:t>rules</w:t>
      </w:r>
      <w:r>
        <w:rPr>
          <w:b w:val="0"/>
          <w:i w:val="0"/>
          <w:smallCaps w:val="0"/>
          <w:strike w:val="0"/>
          <w:sz w:val="16"/>
          <w:u w:val="none"/>
        </w:rPr>
        <w:t xml:space="preserve">, while </w:t>
      </w:r>
      <w:r>
        <w:rPr>
          <w:b/>
          <w:i w:val="0"/>
          <w:smallCaps w:val="0"/>
          <w:strike w:val="0"/>
          <w:sz w:val="22"/>
          <w:highlight w:val="cyan"/>
          <w:u w:val="single"/>
        </w:rPr>
        <w:t>narrowing</w:t>
      </w:r>
      <w:r>
        <w:rPr>
          <w:b/>
          <w:i w:val="0"/>
          <w:smallCaps w:val="0"/>
          <w:strike w:val="0"/>
          <w:sz w:val="22"/>
          <w:u w:val="single"/>
        </w:rPr>
        <w:t xml:space="preserve"> the acceptable </w:t>
      </w:r>
      <w:r>
        <w:rPr>
          <w:b/>
          <w:i w:val="0"/>
          <w:smallCaps w:val="0"/>
          <w:strike w:val="0"/>
          <w:sz w:val="22"/>
          <w:highlight w:val="cyan"/>
          <w:u w:val="single"/>
        </w:rPr>
        <w:t xml:space="preserve">justifications to </w:t>
      </w:r>
      <w:r>
        <w:rPr>
          <w:b/>
          <w:i w:val="0"/>
          <w:smallCaps w:val="0"/>
          <w:strike w:val="0"/>
          <w:sz w:val="22"/>
          <w:highlight w:val="cyan"/>
          <w:u w:val="single"/>
        </w:rPr>
        <w:t>rein in</w:t>
      </w:r>
      <w:r>
        <w:rPr>
          <w:b/>
          <w:i w:val="0"/>
          <w:smallCaps w:val="0"/>
          <w:strike w:val="0"/>
          <w:sz w:val="22"/>
          <w:highlight w:val="cyan"/>
          <w:u w:val="single"/>
        </w:rPr>
        <w:t xml:space="preserve"> the</w:t>
      </w:r>
      <w:r>
        <w:rPr>
          <w:b/>
          <w:i w:val="0"/>
          <w:smallCaps w:val="0"/>
          <w:strike w:val="0"/>
          <w:sz w:val="22"/>
          <w:u w:val="single"/>
        </w:rPr>
        <w:t xml:space="preserve"> </w:t>
      </w:r>
      <w:r>
        <w:rPr>
          <w:b/>
          <w:i w:val="0"/>
          <w:smallCaps w:val="0"/>
          <w:strike w:val="0"/>
          <w:sz w:val="22"/>
          <w:u w:val="single"/>
        </w:rPr>
        <w:t xml:space="preserve">distorting </w:t>
      </w:r>
      <w:r>
        <w:rPr>
          <w:b/>
          <w:i w:val="0"/>
          <w:smallCaps w:val="0"/>
          <w:strike w:val="0"/>
          <w:sz w:val="22"/>
          <w:highlight w:val="cyan"/>
          <w:u w:val="single"/>
        </w:rPr>
        <w:t>influence</w:t>
      </w:r>
      <w:r>
        <w:rPr>
          <w:b/>
          <w:i w:val="0"/>
          <w:smallCaps w:val="0"/>
          <w:strike w:val="0"/>
          <w:sz w:val="22"/>
          <w:highlight w:val="cyan"/>
          <w:u w:val="single"/>
        </w:rPr>
        <w:t xml:space="preserve"> of money in </w:t>
      </w:r>
      <w:r>
        <w:rPr>
          <w:b/>
          <w:i w:val="0"/>
          <w:smallCaps w:val="0"/>
          <w:strike w:val="0"/>
          <w:sz w:val="22"/>
          <w:highlight w:val="cyan"/>
          <w:u w:val="single"/>
        </w:rPr>
        <w:t>elections</w:t>
      </w:r>
      <w:r>
        <w:rPr>
          <w:b w:val="0"/>
          <w:i w:val="0"/>
          <w:smallCaps w:val="0"/>
          <w:strike w:val="0"/>
          <w:sz w:val="16"/>
          <w:highlight w:val="cyan"/>
          <w:u w:val="none"/>
        </w:rPr>
        <w:t xml:space="preserve">. </w:t>
      </w:r>
      <w:r>
        <w:rPr>
          <w:b/>
          <w:i w:val="0"/>
          <w:smallCaps w:val="0"/>
          <w:strike w:val="0"/>
          <w:sz w:val="22"/>
          <w:highlight w:val="cyan"/>
          <w:u w:val="single"/>
        </w:rPr>
        <w:t>All</w:t>
      </w:r>
      <w:r>
        <w:rPr>
          <w:b w:val="0"/>
          <w:i w:val="0"/>
          <w:smallCaps w:val="0"/>
          <w:strike w:val="0"/>
          <w:sz w:val="16"/>
          <w:u w:val="none"/>
        </w:rPr>
        <w:t xml:space="preserve"> of the Roberts Court’s </w:t>
      </w:r>
      <w:r>
        <w:rPr>
          <w:b/>
          <w:i w:val="0"/>
          <w:smallCaps w:val="0"/>
          <w:strike w:val="0"/>
          <w:sz w:val="22"/>
          <w:highlight w:val="cyan"/>
          <w:u w:val="single"/>
        </w:rPr>
        <w:t>decisions</w:t>
      </w:r>
      <w:r>
        <w:rPr>
          <w:b/>
          <w:i w:val="0"/>
          <w:smallCaps w:val="0"/>
          <w:strike w:val="0"/>
          <w:sz w:val="22"/>
          <w:highlight w:val="cyan"/>
          <w:u w:val="single"/>
        </w:rPr>
        <w:t xml:space="preserve"> </w:t>
      </w:r>
      <w:r>
        <w:rPr>
          <w:b/>
          <w:i w:val="0"/>
          <w:smallCaps w:val="0"/>
          <w:strike w:val="0"/>
          <w:sz w:val="22"/>
          <w:u w:val="single"/>
        </w:rPr>
        <w:t>have</w:t>
      </w:r>
      <w:r>
        <w:rPr>
          <w:b/>
          <w:i w:val="0"/>
          <w:smallCaps w:val="0"/>
          <w:strike w:val="0"/>
          <w:sz w:val="22"/>
          <w:u w:val="single"/>
        </w:rPr>
        <w:t xml:space="preserve"> also </w:t>
      </w:r>
      <w:r>
        <w:rPr>
          <w:b/>
          <w:i w:val="0"/>
          <w:smallCaps w:val="0"/>
          <w:strike w:val="0"/>
          <w:sz w:val="22"/>
          <w:highlight w:val="cyan"/>
          <w:u w:val="single"/>
        </w:rPr>
        <w:t>led</w:t>
      </w:r>
      <w:r>
        <w:rPr>
          <w:b/>
          <w:i w:val="0"/>
          <w:smallCaps w:val="0"/>
          <w:strike w:val="0"/>
          <w:sz w:val="22"/>
          <w:u w:val="single"/>
        </w:rPr>
        <w:t xml:space="preserve"> to greater </w:t>
      </w:r>
      <w:r>
        <w:rPr>
          <w:b/>
          <w:i w:val="0"/>
          <w:smallCaps w:val="0"/>
          <w:strike w:val="0"/>
          <w:sz w:val="22"/>
          <w:highlight w:val="cyan"/>
          <w:u w:val="single"/>
        </w:rPr>
        <w:t xml:space="preserve">political </w:t>
      </w:r>
      <w:r>
        <w:rPr>
          <w:b/>
          <w:i w:val="0"/>
          <w:smallCaps w:val="0"/>
          <w:strike w:val="0"/>
          <w:sz w:val="22"/>
          <w:highlight w:val="cyan"/>
          <w:u w:val="single"/>
        </w:rPr>
        <w:t>polarization</w:t>
      </w:r>
      <w:r>
        <w:rPr>
          <w:b/>
          <w:i w:val="0"/>
          <w:smallCaps w:val="0"/>
          <w:strike w:val="0"/>
          <w:sz w:val="22"/>
          <w:highlight w:val="cyan"/>
          <w:u w:val="single"/>
        </w:rPr>
        <w:t>.</w:t>
      </w:r>
      <w:r>
        <w:rPr>
          <w:b/>
          <w:i w:val="0"/>
          <w:smallCaps w:val="0"/>
          <w:strike w:val="0"/>
          <w:sz w:val="22"/>
          <w:u w:val="single"/>
        </w:rPr>
        <w:t xml:space="preserve"> </w:t>
      </w:r>
    </w:p>
    <w:p>
      <w:pPr>
        <w:spacing w:after="60"/>
      </w:pPr>
      <w:r>
        <w:rPr>
          <w:b w:val="0"/>
          <w:i w:val="0"/>
          <w:smallCaps w:val="0"/>
          <w:strike w:val="0"/>
          <w:sz w:val="16"/>
          <w:u w:val="none"/>
        </w:rPr>
        <w:t xml:space="preserve">As far as explanation, the Court’s decisions chronicled here lack any coherent and principled through-line. </w:t>
      </w:r>
      <w:r>
        <w:rPr>
          <w:b/>
          <w:i w:val="0"/>
          <w:smallCaps w:val="0"/>
          <w:strike w:val="0"/>
          <w:sz w:val="22"/>
          <w:u w:val="single"/>
        </w:rPr>
        <w:t xml:space="preserve">The </w:t>
      </w:r>
      <w:r>
        <w:rPr>
          <w:b/>
          <w:i w:val="0"/>
          <w:smallCaps w:val="0"/>
          <w:strike w:val="0"/>
          <w:sz w:val="22"/>
          <w:highlight w:val="cyan"/>
          <w:u w:val="single"/>
        </w:rPr>
        <w:t>decisions cannot be explained</w:t>
      </w:r>
      <w:r>
        <w:rPr>
          <w:b w:val="0"/>
          <w:i w:val="0"/>
          <w:smallCaps w:val="0"/>
          <w:strike w:val="0"/>
          <w:sz w:val="16"/>
          <w:u w:val="none"/>
        </w:rPr>
        <w:t xml:space="preserve">, for example, </w:t>
      </w:r>
      <w:r>
        <w:rPr>
          <w:b/>
          <w:i w:val="0"/>
          <w:smallCaps w:val="0"/>
          <w:strike w:val="0"/>
          <w:sz w:val="22"/>
          <w:highlight w:val="cyan"/>
          <w:u w:val="single"/>
        </w:rPr>
        <w:t>by a</w:t>
      </w:r>
      <w:r>
        <w:rPr>
          <w:b/>
          <w:i w:val="0"/>
          <w:smallCaps w:val="0"/>
          <w:strike w:val="0"/>
          <w:sz w:val="22"/>
          <w:u w:val="single"/>
        </w:rPr>
        <w:t xml:space="preserve"> principled </w:t>
      </w:r>
      <w:r>
        <w:rPr>
          <w:b/>
          <w:i w:val="0"/>
          <w:smallCaps w:val="0"/>
          <w:strike w:val="0"/>
          <w:sz w:val="22"/>
          <w:highlight w:val="cyan"/>
          <w:u w:val="single"/>
        </w:rPr>
        <w:t>commitment</w:t>
      </w:r>
      <w:r>
        <w:rPr>
          <w:b/>
          <w:i w:val="0"/>
          <w:smallCaps w:val="0"/>
          <w:strike w:val="0"/>
          <w:sz w:val="22"/>
          <w:highlight w:val="cyan"/>
          <w:u w:val="single"/>
        </w:rPr>
        <w:t xml:space="preserve"> to</w:t>
      </w:r>
      <w:r>
        <w:rPr>
          <w:b/>
          <w:i w:val="0"/>
          <w:smallCaps w:val="0"/>
          <w:strike w:val="0"/>
          <w:sz w:val="22"/>
          <w:u w:val="single"/>
        </w:rPr>
        <w:t xml:space="preserve"> </w:t>
      </w:r>
      <w:r>
        <w:rPr>
          <w:b/>
          <w:i w:val="0"/>
          <w:smallCaps w:val="0"/>
          <w:strike w:val="0"/>
          <w:sz w:val="22"/>
          <w:highlight w:val="cyan"/>
          <w:u w:val="single"/>
        </w:rPr>
        <w:t xml:space="preserve">judicial </w:t>
      </w:r>
      <w:r>
        <w:rPr>
          <w:b/>
          <w:i w:val="0"/>
          <w:smallCaps w:val="0"/>
          <w:strike w:val="0"/>
          <w:sz w:val="22"/>
          <w:highlight w:val="cyan"/>
          <w:u w:val="single"/>
        </w:rPr>
        <w:t>restraint</w:t>
      </w:r>
      <w:r>
        <w:rPr>
          <w:b w:val="0"/>
          <w:i w:val="0"/>
          <w:smallCaps w:val="0"/>
          <w:strike w:val="0"/>
          <w:sz w:val="16"/>
          <w:highlight w:val="cyan"/>
          <w:u w:val="none"/>
        </w:rPr>
        <w:t>.</w:t>
      </w:r>
      <w:r>
        <w:rPr>
          <w:b w:val="0"/>
          <w:i w:val="0"/>
          <w:smallCaps w:val="0"/>
          <w:strike w:val="0"/>
          <w:sz w:val="16"/>
          <w:u w:val="none"/>
        </w:rPr>
        <w:t xml:space="preserve"> That interest could explain why the Court in Rucho decided not to venture further into the political thicket. But it cannot explain the Court’s ready willingness to strike down democracy-reinforcing acts of Congress in Shelby County, Citizens United, and McCutcheon. It could explain the Court’s uniform deference to legislatures when they assert a need for discriminatory or burdensome voting rules to combat voter fraud. But </w:t>
      </w:r>
      <w:r>
        <w:rPr>
          <w:b/>
          <w:i w:val="0"/>
          <w:smallCaps w:val="0"/>
          <w:strike w:val="0"/>
          <w:sz w:val="22"/>
          <w:u w:val="single"/>
        </w:rPr>
        <w:t xml:space="preserve">it cannot explain the Court’s </w:t>
      </w:r>
      <w:r>
        <w:rPr>
          <w:b/>
          <w:i w:val="0"/>
          <w:smallCaps w:val="0"/>
          <w:strike w:val="0"/>
          <w:sz w:val="22"/>
          <w:u w:val="single"/>
        </w:rPr>
        <w:t>refusal</w:t>
      </w:r>
      <w:r>
        <w:rPr>
          <w:b/>
          <w:i w:val="0"/>
          <w:smallCaps w:val="0"/>
          <w:strike w:val="0"/>
          <w:sz w:val="22"/>
          <w:u w:val="single"/>
        </w:rPr>
        <w:t xml:space="preserve"> to afford</w:t>
      </w:r>
      <w:r>
        <w:rPr>
          <w:b w:val="0"/>
          <w:i w:val="0"/>
          <w:smallCaps w:val="0"/>
          <w:strike w:val="0"/>
          <w:sz w:val="16"/>
          <w:u w:val="none"/>
        </w:rPr>
        <w:t xml:space="preserve"> the same </w:t>
      </w:r>
      <w:r>
        <w:rPr>
          <w:b/>
          <w:i w:val="0"/>
          <w:smallCaps w:val="0"/>
          <w:strike w:val="0"/>
          <w:sz w:val="22"/>
          <w:u w:val="single"/>
        </w:rPr>
        <w:t>deference</w:t>
      </w:r>
      <w:r>
        <w:rPr>
          <w:b/>
          <w:i w:val="0"/>
          <w:smallCaps w:val="0"/>
          <w:strike w:val="0"/>
          <w:sz w:val="22"/>
          <w:u w:val="single"/>
        </w:rPr>
        <w:t xml:space="preserve"> when </w:t>
      </w:r>
      <w:r>
        <w:rPr>
          <w:b/>
          <w:i w:val="0"/>
          <w:smallCaps w:val="0"/>
          <w:strike w:val="0"/>
          <w:sz w:val="22"/>
          <w:u w:val="single"/>
        </w:rPr>
        <w:t>legislatures</w:t>
      </w:r>
      <w:r>
        <w:rPr>
          <w:b/>
          <w:i w:val="0"/>
          <w:smallCaps w:val="0"/>
          <w:strike w:val="0"/>
          <w:sz w:val="22"/>
          <w:u w:val="single"/>
        </w:rPr>
        <w:t xml:space="preserve"> see a need to regulate money in politics to </w:t>
      </w:r>
      <w:r>
        <w:rPr>
          <w:b/>
          <w:i w:val="0"/>
          <w:smallCaps w:val="0"/>
          <w:strike w:val="0"/>
          <w:sz w:val="22"/>
          <w:u w:val="single"/>
        </w:rPr>
        <w:t>combat</w:t>
      </w:r>
      <w:r>
        <w:rPr>
          <w:b/>
          <w:i w:val="0"/>
          <w:smallCaps w:val="0"/>
          <w:strike w:val="0"/>
          <w:sz w:val="22"/>
          <w:u w:val="single"/>
        </w:rPr>
        <w:t xml:space="preserve"> </w:t>
      </w:r>
      <w:r>
        <w:rPr>
          <w:b/>
          <w:i w:val="0"/>
          <w:smallCaps w:val="0"/>
          <w:strike w:val="0"/>
          <w:sz w:val="22"/>
          <w:u w:val="single"/>
        </w:rPr>
        <w:t>corruption</w:t>
      </w:r>
      <w:r>
        <w:rPr>
          <w:b w:val="0"/>
          <w:i w:val="0"/>
          <w:smallCaps w:val="0"/>
          <w:strike w:val="0"/>
          <w:sz w:val="16"/>
          <w:u w:val="none"/>
        </w:rPr>
        <w:t xml:space="preserve"> and its appearance. </w:t>
      </w:r>
      <w:r>
        <w:rPr>
          <w:b/>
          <w:i w:val="0"/>
          <w:smallCaps w:val="0"/>
          <w:strike w:val="0"/>
          <w:sz w:val="22"/>
          <w:highlight w:val="cyan"/>
          <w:u w:val="single"/>
        </w:rPr>
        <w:t>Nor can</w:t>
      </w:r>
      <w:r>
        <w:rPr>
          <w:b/>
          <w:i w:val="0"/>
          <w:smallCaps w:val="0"/>
          <w:strike w:val="0"/>
          <w:sz w:val="22"/>
          <w:u w:val="single"/>
        </w:rPr>
        <w:t xml:space="preserve"> these </w:t>
      </w:r>
      <w:r>
        <w:rPr>
          <w:b/>
          <w:i w:val="0"/>
          <w:smallCaps w:val="0"/>
          <w:strike w:val="0"/>
          <w:sz w:val="22"/>
          <w:highlight w:val="cyan"/>
          <w:u w:val="single"/>
        </w:rPr>
        <w:t xml:space="preserve">decisions be </w:t>
      </w:r>
      <w:r>
        <w:rPr>
          <w:b/>
          <w:i w:val="0"/>
          <w:smallCaps w:val="0"/>
          <w:strike w:val="0"/>
          <w:sz w:val="22"/>
          <w:highlight w:val="cyan"/>
          <w:u w:val="single"/>
        </w:rPr>
        <w:t>explained</w:t>
      </w:r>
      <w:r>
        <w:rPr>
          <w:b/>
          <w:i w:val="0"/>
          <w:smallCaps w:val="0"/>
          <w:strike w:val="0"/>
          <w:sz w:val="22"/>
          <w:highlight w:val="cyan"/>
          <w:u w:val="single"/>
        </w:rPr>
        <w:t xml:space="preserve"> by a </w:t>
      </w:r>
      <w:r>
        <w:rPr>
          <w:b/>
          <w:i w:val="0"/>
          <w:smallCaps w:val="0"/>
          <w:strike w:val="0"/>
          <w:sz w:val="22"/>
          <w:highlight w:val="cyan"/>
          <w:u w:val="single"/>
        </w:rPr>
        <w:t>devotion</w:t>
      </w:r>
      <w:r>
        <w:rPr>
          <w:b/>
          <w:i w:val="0"/>
          <w:smallCaps w:val="0"/>
          <w:strike w:val="0"/>
          <w:sz w:val="22"/>
          <w:highlight w:val="cyan"/>
          <w:u w:val="single"/>
        </w:rPr>
        <w:t xml:space="preserve"> to text</w:t>
      </w:r>
      <w:r>
        <w:rPr>
          <w:b w:val="0"/>
          <w:i w:val="0"/>
          <w:smallCaps w:val="0"/>
          <w:strike w:val="0"/>
          <w:sz w:val="16"/>
          <w:u w:val="none"/>
        </w:rPr>
        <w:t xml:space="preserve">, not with the addition of extra-textual factors in Brnovich or the failure to consider the Fifteenth Amendment in Shelby County. </w:t>
      </w:r>
      <w:r>
        <w:rPr>
          <w:b/>
          <w:i w:val="0"/>
          <w:smallCaps w:val="0"/>
          <w:strike w:val="0"/>
          <w:sz w:val="22"/>
          <w:highlight w:val="cyan"/>
          <w:u w:val="single"/>
        </w:rPr>
        <w:t>And</w:t>
      </w:r>
      <w:r>
        <w:rPr>
          <w:b/>
          <w:i w:val="0"/>
          <w:smallCaps w:val="0"/>
          <w:strike w:val="0"/>
          <w:sz w:val="22"/>
          <w:u w:val="single"/>
        </w:rPr>
        <w:t xml:space="preserve"> </w:t>
      </w:r>
      <w:r>
        <w:rPr>
          <w:b/>
          <w:i w:val="0"/>
          <w:smallCaps w:val="0"/>
          <w:strike w:val="0"/>
          <w:sz w:val="22"/>
          <w:u w:val="single"/>
        </w:rPr>
        <w:t>certainly</w:t>
      </w:r>
      <w:r>
        <w:rPr>
          <w:b/>
          <w:i w:val="0"/>
          <w:smallCaps w:val="0"/>
          <w:strike w:val="0"/>
          <w:sz w:val="22"/>
          <w:u w:val="single"/>
        </w:rPr>
        <w:t xml:space="preserve"> these decisions </w:t>
      </w:r>
      <w:r>
        <w:rPr>
          <w:b/>
          <w:i w:val="0"/>
          <w:smallCaps w:val="0"/>
          <w:strike w:val="0"/>
          <w:sz w:val="22"/>
          <w:u w:val="single"/>
        </w:rPr>
        <w:t>cannot</w:t>
      </w:r>
      <w:r>
        <w:rPr>
          <w:b/>
          <w:i w:val="0"/>
          <w:smallCaps w:val="0"/>
          <w:strike w:val="0"/>
          <w:sz w:val="22"/>
          <w:u w:val="single"/>
        </w:rPr>
        <w:t xml:space="preserve"> be explained by </w:t>
      </w:r>
      <w:r>
        <w:rPr>
          <w:b/>
          <w:i w:val="0"/>
          <w:smallCaps w:val="0"/>
          <w:strike w:val="0"/>
          <w:sz w:val="22"/>
          <w:highlight w:val="cyan"/>
          <w:u w:val="single"/>
        </w:rPr>
        <w:t>a</w:t>
      </w:r>
      <w:r>
        <w:rPr>
          <w:b/>
          <w:i w:val="0"/>
          <w:smallCaps w:val="0"/>
          <w:strike w:val="0"/>
          <w:sz w:val="22"/>
          <w:u w:val="single"/>
        </w:rPr>
        <w:t xml:space="preserve">n abiding </w:t>
      </w:r>
      <w:r>
        <w:rPr>
          <w:b/>
          <w:i w:val="0"/>
          <w:smallCaps w:val="0"/>
          <w:strike w:val="0"/>
          <w:sz w:val="22"/>
          <w:highlight w:val="cyan"/>
          <w:u w:val="single"/>
        </w:rPr>
        <w:t xml:space="preserve">respect for </w:t>
      </w:r>
      <w:r>
        <w:rPr>
          <w:b/>
          <w:i w:val="0"/>
          <w:smallCaps w:val="0"/>
          <w:strike w:val="0"/>
          <w:sz w:val="22"/>
          <w:highlight w:val="cyan"/>
          <w:u w:val="single"/>
        </w:rPr>
        <w:t>precedent</w:t>
      </w:r>
      <w:r>
        <w:rPr>
          <w:b w:val="0"/>
          <w:i w:val="0"/>
          <w:smallCaps w:val="0"/>
          <w:strike w:val="0"/>
          <w:sz w:val="16"/>
          <w:highlight w:val="cyan"/>
          <w:u w:val="none"/>
        </w:rPr>
        <w:t>,</w:t>
      </w:r>
      <w:r>
        <w:rPr>
          <w:b w:val="0"/>
          <w:i w:val="0"/>
          <w:smallCaps w:val="0"/>
          <w:strike w:val="0"/>
          <w:sz w:val="16"/>
          <w:u w:val="none"/>
        </w:rPr>
        <w:t xml:space="preserve"> not with Citizens United and Rucho both overruling key precedents. </w:t>
      </w:r>
    </w:p>
    <w:p>
      <w:pPr>
        <w:spacing w:after="60"/>
      </w:pPr>
      <w:r>
        <w:rPr>
          <w:b/>
          <w:i w:val="0"/>
          <w:smallCaps w:val="0"/>
          <w:strike w:val="0"/>
          <w:sz w:val="22"/>
          <w:highlight w:val="cyan"/>
          <w:u w:val="single"/>
        </w:rPr>
        <w:t xml:space="preserve">The </w:t>
      </w:r>
      <w:r>
        <w:rPr>
          <w:b/>
          <w:i w:val="0"/>
          <w:smallCaps w:val="0"/>
          <w:strike w:val="0"/>
          <w:sz w:val="22"/>
          <w:highlight w:val="cyan"/>
          <w:u w:val="single"/>
        </w:rPr>
        <w:t>lack</w:t>
      </w:r>
      <w:r>
        <w:rPr>
          <w:b/>
          <w:i w:val="0"/>
          <w:smallCaps w:val="0"/>
          <w:strike w:val="0"/>
          <w:sz w:val="22"/>
          <w:highlight w:val="cyan"/>
          <w:u w:val="single"/>
        </w:rPr>
        <w:t xml:space="preserve"> of</w:t>
      </w:r>
      <w:r>
        <w:rPr>
          <w:b/>
          <w:i w:val="0"/>
          <w:smallCaps w:val="0"/>
          <w:strike w:val="0"/>
          <w:sz w:val="22"/>
          <w:u w:val="single"/>
        </w:rPr>
        <w:t xml:space="preserve"> a </w:t>
      </w:r>
      <w:r>
        <w:rPr>
          <w:b/>
          <w:i w:val="0"/>
          <w:smallCaps w:val="0"/>
          <w:strike w:val="0"/>
          <w:sz w:val="22"/>
          <w:highlight w:val="cyan"/>
          <w:u w:val="single"/>
        </w:rPr>
        <w:t>unifying</w:t>
      </w:r>
      <w:r>
        <w:rPr>
          <w:b/>
          <w:i w:val="0"/>
          <w:smallCaps w:val="0"/>
          <w:strike w:val="0"/>
          <w:sz w:val="22"/>
          <w:u w:val="single"/>
        </w:rPr>
        <w:t xml:space="preserve"> </w:t>
      </w:r>
      <w:r>
        <w:rPr>
          <w:b/>
          <w:i w:val="0"/>
          <w:smallCaps w:val="0"/>
          <w:strike w:val="0"/>
          <w:sz w:val="22"/>
          <w:u w:val="single"/>
        </w:rPr>
        <w:t>theory</w:t>
      </w:r>
      <w:r>
        <w:rPr>
          <w:b/>
          <w:i w:val="0"/>
          <w:smallCaps w:val="0"/>
          <w:strike w:val="0"/>
          <w:sz w:val="22"/>
          <w:u w:val="single"/>
        </w:rPr>
        <w:t xml:space="preserve"> for the </w:t>
      </w:r>
      <w:r>
        <w:rPr>
          <w:b/>
          <w:i w:val="0"/>
          <w:smallCaps w:val="0"/>
          <w:strike w:val="0"/>
          <w:sz w:val="22"/>
          <w:u w:val="single"/>
        </w:rPr>
        <w:t>Roberts</w:t>
      </w:r>
      <w:r>
        <w:rPr>
          <w:b/>
          <w:i w:val="0"/>
          <w:smallCaps w:val="0"/>
          <w:strike w:val="0"/>
          <w:sz w:val="22"/>
          <w:u w:val="single"/>
        </w:rPr>
        <w:t xml:space="preserve"> Court</w:t>
      </w:r>
      <w:r>
        <w:rPr>
          <w:b w:val="0"/>
          <w:i w:val="0"/>
          <w:smallCaps w:val="0"/>
          <w:strike w:val="0"/>
          <w:sz w:val="16"/>
          <w:u w:val="none"/>
        </w:rPr>
        <w:t xml:space="preserve">’s democracy </w:t>
      </w:r>
      <w:r>
        <w:rPr>
          <w:b/>
          <w:i w:val="0"/>
          <w:smallCaps w:val="0"/>
          <w:strike w:val="0"/>
          <w:sz w:val="22"/>
          <w:highlight w:val="cyan"/>
          <w:u w:val="single"/>
        </w:rPr>
        <w:t xml:space="preserve">jurisprudence leaves an </w:t>
      </w:r>
      <w:r>
        <w:rPr>
          <w:b/>
          <w:i w:val="0"/>
          <w:smallCaps w:val="0"/>
          <w:strike w:val="0"/>
          <w:sz w:val="22"/>
          <w:u w:val="single"/>
        </w:rPr>
        <w:t>explanatory void</w:t>
      </w:r>
      <w:r>
        <w:rPr>
          <w:b/>
          <w:i w:val="0"/>
          <w:smallCaps w:val="0"/>
          <w:strike w:val="0"/>
          <w:sz w:val="22"/>
          <w:highlight w:val="cyan"/>
          <w:u w:val="single"/>
        </w:rPr>
        <w:t xml:space="preserve"> that does damage to the </w:t>
      </w:r>
      <w:r>
        <w:rPr>
          <w:b/>
          <w:i w:val="0"/>
          <w:smallCaps w:val="0"/>
          <w:strike w:val="0"/>
          <w:sz w:val="22"/>
          <w:highlight w:val="cyan"/>
          <w:u w:val="single"/>
        </w:rPr>
        <w:t>Court’s legitimacy</w:t>
      </w:r>
      <w:r>
        <w:rPr>
          <w:b w:val="0"/>
          <w:i w:val="0"/>
          <w:smallCaps w:val="0"/>
          <w:strike w:val="0"/>
          <w:sz w:val="16"/>
          <w:u w:val="none"/>
        </w:rPr>
        <w:t xml:space="preserve">. It leaves room to wonder whether the Roberts Court is guided in this realm not by some coherent judicial philosophy but by other motivations. Some have, for example, pointed to the consistent partisan make-up of the winners of these decisions—including where partisan amici fall on opposite sides of the “v”—as an indication that the outcomes may simply reflect loyalty of the Justices to the party or ideology of the President who appointed them.122 Another theory is that members of the current majority are simply averse to an egalitarian, participatory democracy in which every eligible citizen votes.123 Indeed, the losing party in every one of the Court’s decisions discussed here are American voters, particularly voters of color and those from marginalized backgrounds. </w:t>
      </w:r>
    </w:p>
    <w:p>
      <w:pPr>
        <w:spacing w:after="60"/>
      </w:pPr>
      <w:r>
        <w:rPr>
          <w:b w:val="0"/>
          <w:i w:val="0"/>
          <w:smallCaps w:val="0"/>
          <w:strike w:val="0"/>
          <w:sz w:val="16"/>
          <w:u w:val="none"/>
        </w:rPr>
        <w:t xml:space="preserve">Speculation about the Justices’ subjective motivations, especially as they relate to democracy itself, does no favors to the Court’s current public perception problem. </w:t>
      </w:r>
      <w:r>
        <w:rPr>
          <w:b/>
          <w:i w:val="0"/>
          <w:smallCaps w:val="0"/>
          <w:strike w:val="0"/>
          <w:sz w:val="22"/>
          <w:u w:val="single"/>
        </w:rPr>
        <w:t>A</w:t>
      </w:r>
      <w:r>
        <w:rPr>
          <w:b w:val="0"/>
          <w:i w:val="0"/>
          <w:smallCaps w:val="0"/>
          <w:strike w:val="0"/>
          <w:sz w:val="16"/>
          <w:u w:val="none"/>
        </w:rPr>
        <w:t xml:space="preserve"> June Gallop </w:t>
      </w:r>
      <w:r>
        <w:rPr>
          <w:b/>
          <w:i w:val="0"/>
          <w:smallCaps w:val="0"/>
          <w:strike w:val="0"/>
          <w:sz w:val="22"/>
          <w:u w:val="single"/>
        </w:rPr>
        <w:t xml:space="preserve">poll reported </w:t>
      </w:r>
      <w:r>
        <w:rPr>
          <w:b/>
          <w:i w:val="0"/>
          <w:smallCaps w:val="0"/>
          <w:strike w:val="0"/>
          <w:sz w:val="22"/>
          <w:u w:val="single"/>
        </w:rPr>
        <w:t>public confidence</w:t>
      </w:r>
      <w:r>
        <w:rPr>
          <w:b/>
          <w:i w:val="0"/>
          <w:smallCaps w:val="0"/>
          <w:strike w:val="0"/>
          <w:sz w:val="22"/>
          <w:u w:val="single"/>
        </w:rPr>
        <w:t xml:space="preserve"> in the Supreme Court at </w:t>
      </w:r>
      <w:r>
        <w:rPr>
          <w:b/>
          <w:i w:val="0"/>
          <w:smallCaps w:val="0"/>
          <w:strike w:val="0"/>
          <w:sz w:val="22"/>
          <w:u w:val="single"/>
        </w:rPr>
        <w:t>25 percent</w:t>
      </w:r>
      <w:r>
        <w:rPr>
          <w:b/>
          <w:i w:val="0"/>
          <w:smallCaps w:val="0"/>
          <w:strike w:val="0"/>
          <w:sz w:val="22"/>
          <w:u w:val="single"/>
        </w:rPr>
        <w:t>, a historic low</w:t>
      </w:r>
      <w:r>
        <w:rPr>
          <w:b w:val="0"/>
          <w:i w:val="0"/>
          <w:smallCaps w:val="0"/>
          <w:strike w:val="0"/>
          <w:sz w:val="16"/>
          <w:u w:val="none"/>
        </w:rPr>
        <w:t xml:space="preserve">.124 In a May 2022 Quinnipiac poll, </w:t>
      </w:r>
      <w:r>
        <w:rPr>
          <w:b/>
          <w:i w:val="0"/>
          <w:smallCaps w:val="0"/>
          <w:strike w:val="0"/>
          <w:sz w:val="22"/>
          <w:u w:val="single"/>
        </w:rPr>
        <w:t xml:space="preserve">a </w:t>
      </w:r>
      <w:r>
        <w:rPr>
          <w:b/>
          <w:i w:val="0"/>
          <w:smallCaps w:val="0"/>
          <w:strike w:val="0"/>
          <w:sz w:val="22"/>
          <w:u w:val="single"/>
        </w:rPr>
        <w:t>staggering</w:t>
      </w:r>
      <w:r>
        <w:rPr>
          <w:b/>
          <w:i w:val="0"/>
          <w:smallCaps w:val="0"/>
          <w:strike w:val="0"/>
          <w:sz w:val="22"/>
          <w:u w:val="single"/>
        </w:rPr>
        <w:t xml:space="preserve"> 61 percent of</w:t>
      </w:r>
      <w:r>
        <w:rPr>
          <w:b w:val="0"/>
          <w:i w:val="0"/>
          <w:smallCaps w:val="0"/>
          <w:strike w:val="0"/>
          <w:sz w:val="16"/>
          <w:u w:val="none"/>
        </w:rPr>
        <w:t xml:space="preserve"> registered </w:t>
      </w:r>
      <w:r>
        <w:rPr>
          <w:b/>
          <w:i w:val="0"/>
          <w:smallCaps w:val="0"/>
          <w:strike w:val="0"/>
          <w:sz w:val="22"/>
          <w:u w:val="single"/>
        </w:rPr>
        <w:t xml:space="preserve">voters said they </w:t>
      </w:r>
      <w:r>
        <w:rPr>
          <w:b/>
          <w:i w:val="0"/>
          <w:smallCaps w:val="0"/>
          <w:strike w:val="0"/>
          <w:sz w:val="22"/>
          <w:u w:val="single"/>
        </w:rPr>
        <w:t>believe</w:t>
      </w:r>
      <w:r>
        <w:rPr>
          <w:b/>
          <w:i w:val="0"/>
          <w:smallCaps w:val="0"/>
          <w:strike w:val="0"/>
          <w:sz w:val="22"/>
          <w:u w:val="single"/>
        </w:rPr>
        <w:t xml:space="preserve"> the Supreme Court is</w:t>
      </w:r>
      <w:r>
        <w:rPr>
          <w:b w:val="0"/>
          <w:i w:val="0"/>
          <w:smallCaps w:val="0"/>
          <w:strike w:val="0"/>
          <w:sz w:val="16"/>
          <w:u w:val="none"/>
        </w:rPr>
        <w:t xml:space="preserve"> mainly </w:t>
      </w:r>
      <w:r>
        <w:rPr>
          <w:b/>
          <w:i w:val="0"/>
          <w:smallCaps w:val="0"/>
          <w:strike w:val="0"/>
          <w:sz w:val="22"/>
          <w:u w:val="single"/>
        </w:rPr>
        <w:t>motivated</w:t>
      </w:r>
      <w:r>
        <w:rPr>
          <w:b/>
          <w:i w:val="0"/>
          <w:smallCaps w:val="0"/>
          <w:strike w:val="0"/>
          <w:sz w:val="22"/>
          <w:u w:val="single"/>
        </w:rPr>
        <w:t xml:space="preserve"> by </w:t>
      </w:r>
      <w:r>
        <w:rPr>
          <w:b/>
          <w:i w:val="0"/>
          <w:smallCaps w:val="0"/>
          <w:strike w:val="0"/>
          <w:sz w:val="22"/>
          <w:u w:val="single"/>
        </w:rPr>
        <w:t>politics</w:t>
      </w:r>
      <w:r>
        <w:rPr>
          <w:b/>
          <w:i w:val="0"/>
          <w:smallCaps w:val="0"/>
          <w:strike w:val="0"/>
          <w:sz w:val="22"/>
          <w:u w:val="single"/>
        </w:rPr>
        <w:t xml:space="preserve"> rather than law</w:t>
      </w:r>
      <w:r>
        <w:rPr>
          <w:b w:val="0"/>
          <w:i w:val="0"/>
          <w:smallCaps w:val="0"/>
          <w:strike w:val="0"/>
          <w:sz w:val="16"/>
          <w:u w:val="none"/>
        </w:rPr>
        <w:t xml:space="preserve">.125 And more than half of registered voters, 52 percent, reported that they disapproved of the way the Court is handling its job, with 37 percent approving and 14 percent not expressing an opinion.126 By contrast, in 2003, the Court’s disapproval rating was only 28 percent, with 56 percent approving and 17 percent not expressing an opinion.127 The President’s Commission on the Supreme Court acknowledged that the Court’s role in democracy and its perceived legitimacy are key factors in the debates surrounding court reform.128 In recent public statements, </w:t>
      </w:r>
      <w:r>
        <w:rPr>
          <w:b/>
          <w:i w:val="0"/>
          <w:smallCaps w:val="0"/>
          <w:strike w:val="0"/>
          <w:sz w:val="22"/>
          <w:u w:val="single"/>
        </w:rPr>
        <w:t xml:space="preserve">the </w:t>
      </w:r>
      <w:r>
        <w:rPr>
          <w:b/>
          <w:i w:val="0"/>
          <w:smallCaps w:val="0"/>
          <w:strike w:val="0"/>
          <w:sz w:val="22"/>
          <w:u w:val="single"/>
        </w:rPr>
        <w:t>Justices themselves</w:t>
      </w:r>
      <w:r>
        <w:rPr>
          <w:b/>
          <w:i w:val="0"/>
          <w:smallCaps w:val="0"/>
          <w:strike w:val="0"/>
          <w:sz w:val="22"/>
          <w:u w:val="single"/>
        </w:rPr>
        <w:t xml:space="preserve"> have also </w:t>
      </w:r>
      <w:r>
        <w:rPr>
          <w:b/>
          <w:i w:val="0"/>
          <w:smallCaps w:val="0"/>
          <w:strike w:val="0"/>
          <w:sz w:val="22"/>
          <w:u w:val="single"/>
        </w:rPr>
        <w:t>acknowledged</w:t>
      </w:r>
      <w:r>
        <w:rPr>
          <w:b/>
          <w:i w:val="0"/>
          <w:smallCaps w:val="0"/>
          <w:strike w:val="0"/>
          <w:sz w:val="22"/>
          <w:u w:val="single"/>
        </w:rPr>
        <w:t xml:space="preserve"> the problem</w:t>
      </w:r>
      <w:r>
        <w:rPr>
          <w:b w:val="0"/>
          <w:i w:val="0"/>
          <w:smallCaps w:val="0"/>
          <w:strike w:val="0"/>
          <w:sz w:val="16"/>
          <w:u w:val="none"/>
        </w:rPr>
        <w:t xml:space="preserve">.129 </w:t>
      </w:r>
    </w:p>
    <w:p>
      <w:pPr>
        <w:spacing w:after="60"/>
      </w:pPr>
      <w:r>
        <w:rPr>
          <w:b w:val="0"/>
          <w:i w:val="0"/>
          <w:smallCaps w:val="0"/>
          <w:strike w:val="0"/>
          <w:sz w:val="16"/>
          <w:u w:val="none"/>
        </w:rPr>
        <w:t xml:space="preserve">Conclusion </w:t>
      </w:r>
    </w:p>
    <w:p>
      <w:pPr>
        <w:spacing w:after="60"/>
      </w:pPr>
      <w:r>
        <w:rPr>
          <w:b w:val="0"/>
          <w:i w:val="0"/>
          <w:smallCaps w:val="0"/>
          <w:strike w:val="0"/>
          <w:sz w:val="16"/>
          <w:u w:val="none"/>
        </w:rPr>
        <w:t xml:space="preserve">In sum, </w:t>
      </w:r>
      <w:r>
        <w:rPr>
          <w:b/>
          <w:i w:val="0"/>
          <w:smallCaps w:val="0"/>
          <w:strike w:val="0"/>
          <w:sz w:val="22"/>
          <w:u w:val="single"/>
        </w:rPr>
        <w:t xml:space="preserve">the </w:t>
      </w:r>
      <w:r>
        <w:rPr>
          <w:b/>
          <w:i w:val="0"/>
          <w:smallCaps w:val="0"/>
          <w:strike w:val="0"/>
          <w:sz w:val="22"/>
          <w:u w:val="single"/>
        </w:rPr>
        <w:t>S</w:t>
      </w:r>
      <w:r>
        <w:rPr>
          <w:b/>
          <w:i w:val="0"/>
          <w:smallCaps w:val="0"/>
          <w:strike w:val="0"/>
          <w:sz w:val="22"/>
          <w:u w:val="single"/>
        </w:rPr>
        <w:t xml:space="preserve">upreme </w:t>
      </w:r>
      <w:r>
        <w:rPr>
          <w:b/>
          <w:i w:val="0"/>
          <w:smallCaps w:val="0"/>
          <w:strike w:val="0"/>
          <w:sz w:val="22"/>
          <w:u w:val="single"/>
        </w:rPr>
        <w:t>C</w:t>
      </w:r>
      <w:r>
        <w:rPr>
          <w:b/>
          <w:i w:val="0"/>
          <w:smallCaps w:val="0"/>
          <w:strike w:val="0"/>
          <w:sz w:val="22"/>
          <w:u w:val="single"/>
        </w:rPr>
        <w:t xml:space="preserve">ourt’s </w:t>
      </w:r>
      <w:r>
        <w:rPr>
          <w:b/>
          <w:i w:val="0"/>
          <w:smallCaps w:val="0"/>
          <w:strike w:val="0"/>
          <w:sz w:val="22"/>
          <w:highlight w:val="cyan"/>
          <w:u w:val="single"/>
        </w:rPr>
        <w:t>decisions</w:t>
      </w:r>
      <w:r>
        <w:rPr>
          <w:b/>
          <w:i w:val="0"/>
          <w:smallCaps w:val="0"/>
          <w:strike w:val="0"/>
          <w:sz w:val="22"/>
          <w:u w:val="single"/>
        </w:rPr>
        <w:t xml:space="preserve"> on voting rights</w:t>
      </w:r>
      <w:r>
        <w:rPr>
          <w:b w:val="0"/>
          <w:i w:val="0"/>
          <w:smallCaps w:val="0"/>
          <w:strike w:val="0"/>
          <w:sz w:val="16"/>
          <w:u w:val="none"/>
        </w:rPr>
        <w:t xml:space="preserve">, partisan </w:t>
      </w:r>
      <w:r>
        <w:rPr>
          <w:b/>
          <w:i w:val="0"/>
          <w:smallCaps w:val="0"/>
          <w:strike w:val="0"/>
          <w:sz w:val="22"/>
          <w:u w:val="single"/>
        </w:rPr>
        <w:t>gerrymandering</w:t>
      </w:r>
      <w:r>
        <w:rPr>
          <w:b/>
          <w:i w:val="0"/>
          <w:smallCaps w:val="0"/>
          <w:strike w:val="0"/>
          <w:sz w:val="22"/>
          <w:u w:val="single"/>
        </w:rPr>
        <w:t xml:space="preserve">, and campaign </w:t>
      </w:r>
      <w:r>
        <w:rPr>
          <w:b/>
          <w:i w:val="0"/>
          <w:smallCaps w:val="0"/>
          <w:strike w:val="0"/>
          <w:sz w:val="22"/>
          <w:u w:val="single"/>
        </w:rPr>
        <w:t>finance</w:t>
      </w:r>
      <w:r>
        <w:rPr>
          <w:b/>
          <w:i w:val="0"/>
          <w:smallCaps w:val="0"/>
          <w:strike w:val="0"/>
          <w:sz w:val="22"/>
          <w:u w:val="single"/>
        </w:rPr>
        <w:t xml:space="preserve"> have done, and </w:t>
      </w:r>
      <w:r>
        <w:rPr>
          <w:b/>
          <w:i w:val="0"/>
          <w:smallCaps w:val="0"/>
          <w:strike w:val="0"/>
          <w:sz w:val="22"/>
          <w:highlight w:val="cyan"/>
          <w:u w:val="single"/>
        </w:rPr>
        <w:t>continue</w:t>
      </w:r>
      <w:r>
        <w:rPr>
          <w:b/>
          <w:i w:val="0"/>
          <w:smallCaps w:val="0"/>
          <w:strike w:val="0"/>
          <w:sz w:val="22"/>
          <w:highlight w:val="cyan"/>
          <w:u w:val="single"/>
        </w:rPr>
        <w:t xml:space="preserve"> to do, </w:t>
      </w:r>
      <w:r>
        <w:rPr>
          <w:b/>
          <w:i w:val="0"/>
          <w:smallCaps w:val="0"/>
          <w:strike w:val="0"/>
          <w:sz w:val="22"/>
          <w:highlight w:val="cyan"/>
          <w:u w:val="single"/>
        </w:rPr>
        <w:t>damage</w:t>
      </w:r>
      <w:r>
        <w:rPr>
          <w:b/>
          <w:i w:val="0"/>
          <w:smallCaps w:val="0"/>
          <w:strike w:val="0"/>
          <w:sz w:val="22"/>
          <w:highlight w:val="cyan"/>
          <w:u w:val="single"/>
        </w:rPr>
        <w:t xml:space="preserve"> to voters,</w:t>
      </w:r>
      <w:r>
        <w:rPr>
          <w:b/>
          <w:i w:val="0"/>
          <w:smallCaps w:val="0"/>
          <w:strike w:val="0"/>
          <w:sz w:val="22"/>
          <w:u w:val="single"/>
        </w:rPr>
        <w:t xml:space="preserve"> </w:t>
      </w:r>
      <w:r>
        <w:rPr>
          <w:b/>
          <w:i w:val="0"/>
          <w:smallCaps w:val="0"/>
          <w:strike w:val="0"/>
          <w:sz w:val="22"/>
          <w:u w:val="single"/>
        </w:rPr>
        <w:t xml:space="preserve">American </w:t>
      </w:r>
      <w:r>
        <w:rPr>
          <w:b/>
          <w:i w:val="0"/>
          <w:smallCaps w:val="0"/>
          <w:strike w:val="0"/>
          <w:sz w:val="22"/>
          <w:highlight w:val="cyan"/>
          <w:u w:val="single"/>
        </w:rPr>
        <w:t>democracy</w:t>
      </w:r>
      <w:r>
        <w:rPr>
          <w:b/>
          <w:i w:val="0"/>
          <w:smallCaps w:val="0"/>
          <w:strike w:val="0"/>
          <w:sz w:val="22"/>
          <w:u w:val="single"/>
        </w:rPr>
        <w:t xml:space="preserve"> generally, </w:t>
      </w:r>
      <w:r>
        <w:rPr>
          <w:b/>
          <w:i w:val="0"/>
          <w:smallCaps w:val="0"/>
          <w:strike w:val="0"/>
          <w:sz w:val="22"/>
          <w:highlight w:val="cyan"/>
          <w:u w:val="single"/>
        </w:rPr>
        <w:t>and</w:t>
      </w:r>
      <w:r>
        <w:rPr>
          <w:b w:val="0"/>
          <w:i w:val="0"/>
          <w:smallCaps w:val="0"/>
          <w:strike w:val="0"/>
          <w:sz w:val="16"/>
          <w:u w:val="none"/>
        </w:rPr>
        <w:t xml:space="preserve"> to </w:t>
      </w:r>
      <w:r>
        <w:rPr>
          <w:b/>
          <w:i w:val="0"/>
          <w:smallCaps w:val="0"/>
          <w:strike w:val="0"/>
          <w:sz w:val="22"/>
          <w:u w:val="single"/>
        </w:rPr>
        <w:t xml:space="preserve">the </w:t>
      </w:r>
      <w:r>
        <w:rPr>
          <w:b/>
          <w:i w:val="0"/>
          <w:smallCaps w:val="0"/>
          <w:strike w:val="0"/>
          <w:sz w:val="22"/>
          <w:highlight w:val="cyan"/>
          <w:u w:val="single"/>
        </w:rPr>
        <w:t>legitimacy</w:t>
      </w:r>
      <w:r>
        <w:rPr>
          <w:b/>
          <w:i w:val="0"/>
          <w:smallCaps w:val="0"/>
          <w:strike w:val="0"/>
          <w:sz w:val="22"/>
          <w:highlight w:val="cyan"/>
          <w:u w:val="single"/>
        </w:rPr>
        <w:t xml:space="preserve"> of the</w:t>
      </w:r>
      <w:r>
        <w:rPr>
          <w:b/>
          <w:i w:val="0"/>
          <w:smallCaps w:val="0"/>
          <w:strike w:val="0"/>
          <w:sz w:val="22"/>
          <w:u w:val="single"/>
        </w:rPr>
        <w:t xml:space="preserve"> Supreme </w:t>
      </w:r>
      <w:r>
        <w:rPr>
          <w:b/>
          <w:i w:val="0"/>
          <w:smallCaps w:val="0"/>
          <w:strike w:val="0"/>
          <w:sz w:val="22"/>
          <w:highlight w:val="cyan"/>
          <w:u w:val="single"/>
        </w:rPr>
        <w:t>Court</w:t>
      </w:r>
      <w:r>
        <w:rPr>
          <w:b w:val="0"/>
          <w:i w:val="0"/>
          <w:smallCaps w:val="0"/>
          <w:strike w:val="0"/>
          <w:sz w:val="16"/>
          <w:u w:val="none"/>
        </w:rPr>
        <w:t xml:space="preserve"> itself. As we’ve noted, </w:t>
      </w:r>
      <w:r>
        <w:rPr>
          <w:b/>
          <w:i w:val="0"/>
          <w:smallCaps w:val="0"/>
          <w:strike w:val="0"/>
          <w:sz w:val="22"/>
          <w:u w:val="single"/>
        </w:rPr>
        <w:t xml:space="preserve">the Court’s new </w:t>
      </w:r>
      <w:r>
        <w:rPr>
          <w:b/>
          <w:i w:val="0"/>
          <w:smallCaps w:val="0"/>
          <w:strike w:val="0"/>
          <w:sz w:val="22"/>
          <w:u w:val="single"/>
        </w:rPr>
        <w:t>supermajority</w:t>
      </w:r>
      <w:r>
        <w:rPr>
          <w:b/>
          <w:i w:val="0"/>
          <w:smallCaps w:val="0"/>
          <w:strike w:val="0"/>
          <w:sz w:val="22"/>
          <w:u w:val="single"/>
        </w:rPr>
        <w:t xml:space="preserve"> appears poised to speed along on this anti-democratic trajectory</w:t>
      </w:r>
      <w:r>
        <w:rPr>
          <w:b w:val="0"/>
          <w:i w:val="0"/>
          <w:smallCaps w:val="0"/>
          <w:strike w:val="0"/>
          <w:sz w:val="16"/>
          <w:u w:val="none"/>
        </w:rPr>
        <w:t xml:space="preserve">, with cases like Merrill v. Milligan and Moore v. Harper on the Court’s docket for next term. </w:t>
      </w:r>
    </w:p>
    <w:p>
      <w:pPr>
        <w:spacing w:after="60"/>
      </w:pPr>
      <w:r>
        <w:rPr>
          <w:b w:val="0"/>
          <w:i w:val="0"/>
          <w:smallCaps w:val="0"/>
          <w:strike w:val="0"/>
          <w:sz w:val="16"/>
          <w:u w:val="none"/>
        </w:rPr>
        <w:t xml:space="preserve">The question now is: What is to be done? </w:t>
      </w:r>
      <w:r>
        <w:rPr>
          <w:b/>
          <w:i w:val="0"/>
          <w:smallCaps w:val="0"/>
          <w:strike w:val="0"/>
          <w:sz w:val="22"/>
          <w:u w:val="single"/>
        </w:rPr>
        <w:t xml:space="preserve">Better </w:t>
      </w:r>
      <w:r>
        <w:rPr>
          <w:b/>
          <w:i w:val="0"/>
          <w:smallCaps w:val="0"/>
          <w:strike w:val="0"/>
          <w:sz w:val="22"/>
          <w:u w:val="single"/>
        </w:rPr>
        <w:t>lawyering</w:t>
      </w:r>
      <w:r>
        <w:rPr>
          <w:b/>
          <w:i w:val="0"/>
          <w:smallCaps w:val="0"/>
          <w:strike w:val="0"/>
          <w:sz w:val="22"/>
          <w:u w:val="single"/>
        </w:rPr>
        <w:t xml:space="preserve"> by advocates for democracy is </w:t>
      </w:r>
      <w:r>
        <w:rPr>
          <w:b/>
          <w:i w:val="0"/>
          <w:smallCaps w:val="0"/>
          <w:strike w:val="0"/>
          <w:sz w:val="22"/>
          <w:u w:val="single"/>
        </w:rPr>
        <w:t>not the solution</w:t>
      </w:r>
      <w:r>
        <w:rPr>
          <w:b w:val="0"/>
          <w:i w:val="0"/>
          <w:smallCaps w:val="0"/>
          <w:strike w:val="0"/>
          <w:sz w:val="16"/>
          <w:u w:val="none"/>
        </w:rPr>
        <w:t xml:space="preserve">. The examples cited here show that this Court acts with determination to undermine democracy, even when its stated reasons for doing so are made out of whole cloth and utterly unpersuasive. When one branch of the federal government has gone this far astray, the only solution is a firm application of the “checks and balances” the Framers designed to prevent such abuses of power. Indeed, the Court’s consistent undermining of American democracy is a quintessential example of why our Constitution leaves no single actor or institution immune from correction. </w:t>
      </w:r>
    </w:p>
    <w:p>
      <w:pPr>
        <w:spacing w:after="60"/>
      </w:pPr>
      <w:r>
        <w:rPr>
          <w:b/>
          <w:i w:val="0"/>
          <w:smallCaps w:val="0"/>
          <w:strike w:val="0"/>
          <w:sz w:val="22"/>
          <w:highlight w:val="cyan"/>
          <w:u w:val="single"/>
        </w:rPr>
        <w:t>Congress</w:t>
      </w:r>
      <w:r>
        <w:rPr>
          <w:b/>
          <w:i w:val="0"/>
          <w:smallCaps w:val="0"/>
          <w:strike w:val="0"/>
          <w:sz w:val="22"/>
          <w:highlight w:val="cyan"/>
          <w:u w:val="single"/>
        </w:rPr>
        <w:t xml:space="preserve"> must </w:t>
      </w:r>
      <w:r>
        <w:rPr>
          <w:b/>
          <w:i w:val="0"/>
          <w:smallCaps w:val="0"/>
          <w:strike w:val="0"/>
          <w:sz w:val="22"/>
          <w:highlight w:val="cyan"/>
          <w:u w:val="single"/>
        </w:rPr>
        <w:t>step up</w:t>
      </w:r>
      <w:r>
        <w:rPr>
          <w:b/>
          <w:i w:val="0"/>
          <w:smallCaps w:val="0"/>
          <w:strike w:val="0"/>
          <w:sz w:val="22"/>
          <w:highlight w:val="cyan"/>
          <w:u w:val="single"/>
        </w:rPr>
        <w:t>. It has the</w:t>
      </w:r>
      <w:r>
        <w:rPr>
          <w:b/>
          <w:i w:val="0"/>
          <w:smallCaps w:val="0"/>
          <w:strike w:val="0"/>
          <w:sz w:val="22"/>
          <w:u w:val="single"/>
        </w:rPr>
        <w:t xml:space="preserve"> constitutional </w:t>
      </w:r>
      <w:r>
        <w:rPr>
          <w:b/>
          <w:i w:val="0"/>
          <w:smallCaps w:val="0"/>
          <w:strike w:val="0"/>
          <w:sz w:val="22"/>
          <w:highlight w:val="cyan"/>
          <w:u w:val="single"/>
        </w:rPr>
        <w:t>authority</w:t>
      </w:r>
      <w:r>
        <w:rPr>
          <w:b/>
          <w:i w:val="0"/>
          <w:smallCaps w:val="0"/>
          <w:strike w:val="0"/>
          <w:sz w:val="22"/>
          <w:highlight w:val="cyan"/>
          <w:u w:val="single"/>
        </w:rPr>
        <w:t xml:space="preserve"> to </w:t>
      </w:r>
      <w:r>
        <w:rPr>
          <w:b/>
          <w:i w:val="0"/>
          <w:smallCaps w:val="0"/>
          <w:strike w:val="0"/>
          <w:sz w:val="22"/>
          <w:highlight w:val="cyan"/>
          <w:u w:val="single"/>
        </w:rPr>
        <w:t>correct</w:t>
      </w:r>
      <w:r>
        <w:rPr>
          <w:b/>
          <w:i w:val="0"/>
          <w:smallCaps w:val="0"/>
          <w:strike w:val="0"/>
          <w:sz w:val="22"/>
          <w:u w:val="single"/>
        </w:rPr>
        <w:t xml:space="preserve"> many</w:t>
      </w:r>
      <w:r>
        <w:rPr>
          <w:b w:val="0"/>
          <w:i w:val="0"/>
          <w:smallCaps w:val="0"/>
          <w:strike w:val="0"/>
          <w:sz w:val="16"/>
          <w:u w:val="none"/>
        </w:rPr>
        <w:t>—though not all—</w:t>
      </w:r>
      <w:r>
        <w:rPr>
          <w:b/>
          <w:i w:val="0"/>
          <w:smallCaps w:val="0"/>
          <w:strike w:val="0"/>
          <w:sz w:val="22"/>
          <w:u w:val="single"/>
        </w:rPr>
        <w:t xml:space="preserve">of </w:t>
      </w:r>
      <w:r>
        <w:rPr>
          <w:b/>
          <w:i w:val="0"/>
          <w:smallCaps w:val="0"/>
          <w:strike w:val="0"/>
          <w:sz w:val="22"/>
          <w:highlight w:val="cyan"/>
          <w:u w:val="single"/>
        </w:rPr>
        <w:t>the Court's</w:t>
      </w:r>
      <w:r>
        <w:rPr>
          <w:b/>
          <w:i w:val="0"/>
          <w:smallCaps w:val="0"/>
          <w:strike w:val="0"/>
          <w:sz w:val="22"/>
          <w:u w:val="single"/>
        </w:rPr>
        <w:t xml:space="preserve"> most </w:t>
      </w:r>
      <w:r>
        <w:rPr>
          <w:b/>
          <w:i w:val="0"/>
          <w:smallCaps w:val="0"/>
          <w:strike w:val="0"/>
          <w:sz w:val="22"/>
          <w:u w:val="single"/>
        </w:rPr>
        <w:t>egregious</w:t>
      </w:r>
      <w:r>
        <w:rPr>
          <w:b/>
          <w:i w:val="0"/>
          <w:smallCaps w:val="0"/>
          <w:strike w:val="0"/>
          <w:sz w:val="22"/>
          <w:u w:val="single"/>
        </w:rPr>
        <w:t xml:space="preserve"> </w:t>
      </w:r>
      <w:r>
        <w:rPr>
          <w:b/>
          <w:i w:val="0"/>
          <w:smallCaps w:val="0"/>
          <w:strike w:val="0"/>
          <w:sz w:val="22"/>
          <w:highlight w:val="cyan"/>
          <w:u w:val="single"/>
        </w:rPr>
        <w:t xml:space="preserve">anti-democratic </w:t>
      </w:r>
      <w:r>
        <w:rPr>
          <w:b/>
          <w:i w:val="0"/>
          <w:smallCaps w:val="0"/>
          <w:strike w:val="0"/>
          <w:sz w:val="22"/>
          <w:highlight w:val="cyan"/>
          <w:u w:val="single"/>
        </w:rPr>
        <w:t>rulings</w:t>
      </w:r>
      <w:r>
        <w:rPr>
          <w:b w:val="0"/>
          <w:i w:val="0"/>
          <w:smallCaps w:val="0"/>
          <w:strike w:val="0"/>
          <w:sz w:val="16"/>
          <w:highlight w:val="cyan"/>
          <w:u w:val="none"/>
        </w:rPr>
        <w:t xml:space="preserve">. </w:t>
      </w:r>
      <w:r>
        <w:rPr>
          <w:b/>
          <w:i w:val="0"/>
          <w:smallCaps w:val="0"/>
          <w:strike w:val="0"/>
          <w:sz w:val="22"/>
          <w:highlight w:val="cyan"/>
          <w:u w:val="single"/>
        </w:rPr>
        <w:t>Congress has</w:t>
      </w:r>
      <w:r>
        <w:rPr>
          <w:b/>
          <w:i w:val="0"/>
          <w:smallCaps w:val="0"/>
          <w:strike w:val="0"/>
          <w:sz w:val="22"/>
          <w:u w:val="single"/>
        </w:rPr>
        <w:t xml:space="preserve"> </w:t>
      </w:r>
      <w:r>
        <w:rPr>
          <w:b/>
          <w:i w:val="0"/>
          <w:smallCaps w:val="0"/>
          <w:strike w:val="0"/>
          <w:sz w:val="22"/>
          <w:highlight w:val="cyan"/>
          <w:u w:val="single"/>
        </w:rPr>
        <w:t>authority</w:t>
      </w:r>
      <w:r>
        <w:rPr>
          <w:b/>
          <w:i w:val="0"/>
          <w:smallCaps w:val="0"/>
          <w:strike w:val="0"/>
          <w:sz w:val="22"/>
          <w:highlight w:val="cyan"/>
          <w:u w:val="single"/>
        </w:rPr>
        <w:t xml:space="preserve"> over</w:t>
      </w:r>
      <w:r>
        <w:rPr>
          <w:b w:val="0"/>
          <w:i w:val="0"/>
          <w:smallCaps w:val="0"/>
          <w:strike w:val="0"/>
          <w:sz w:val="16"/>
          <w:u w:val="none"/>
        </w:rPr>
        <w:t xml:space="preserve"> the size, jurisdiction, and other particulars of </w:t>
      </w:r>
      <w:r>
        <w:rPr>
          <w:b/>
          <w:i w:val="0"/>
          <w:smallCaps w:val="0"/>
          <w:strike w:val="0"/>
          <w:sz w:val="22"/>
          <w:highlight w:val="cyan"/>
          <w:u w:val="single"/>
        </w:rPr>
        <w:t>how the</w:t>
      </w:r>
      <w:r>
        <w:rPr>
          <w:b/>
          <w:i w:val="0"/>
          <w:smallCaps w:val="0"/>
          <w:strike w:val="0"/>
          <w:sz w:val="22"/>
          <w:u w:val="single"/>
        </w:rPr>
        <w:t xml:space="preserve"> Supreme </w:t>
      </w:r>
      <w:r>
        <w:rPr>
          <w:b/>
          <w:i w:val="0"/>
          <w:smallCaps w:val="0"/>
          <w:strike w:val="0"/>
          <w:sz w:val="22"/>
          <w:highlight w:val="cyan"/>
          <w:u w:val="single"/>
        </w:rPr>
        <w:t>Court</w:t>
      </w:r>
      <w:r>
        <w:rPr>
          <w:b/>
          <w:i w:val="0"/>
          <w:smallCaps w:val="0"/>
          <w:strike w:val="0"/>
          <w:sz w:val="22"/>
          <w:u w:val="single"/>
        </w:rPr>
        <w:t xml:space="preserve"> and the </w:t>
      </w:r>
      <w:r>
        <w:rPr>
          <w:b/>
          <w:i w:val="0"/>
          <w:smallCaps w:val="0"/>
          <w:strike w:val="0"/>
          <w:sz w:val="22"/>
          <w:u w:val="single"/>
        </w:rPr>
        <w:t>federal court</w:t>
      </w:r>
      <w:r>
        <w:rPr>
          <w:b/>
          <w:i w:val="0"/>
          <w:smallCaps w:val="0"/>
          <w:strike w:val="0"/>
          <w:sz w:val="22"/>
          <w:u w:val="single"/>
        </w:rPr>
        <w:t xml:space="preserve"> system </w:t>
      </w:r>
      <w:r>
        <w:rPr>
          <w:b/>
          <w:i w:val="0"/>
          <w:smallCaps w:val="0"/>
          <w:strike w:val="0"/>
          <w:sz w:val="22"/>
          <w:highlight w:val="cyan"/>
          <w:u w:val="single"/>
        </w:rPr>
        <w:t xml:space="preserve">is </w:t>
      </w:r>
      <w:r>
        <w:rPr>
          <w:b/>
          <w:i w:val="0"/>
          <w:smallCaps w:val="0"/>
          <w:strike w:val="0"/>
          <w:sz w:val="22"/>
          <w:highlight w:val="cyan"/>
          <w:u w:val="single"/>
        </w:rPr>
        <w:t>structured</w:t>
      </w:r>
      <w:r>
        <w:rPr>
          <w:b w:val="0"/>
          <w:i w:val="0"/>
          <w:smallCaps w:val="0"/>
          <w:strike w:val="0"/>
          <w:sz w:val="16"/>
          <w:u w:val="none"/>
        </w:rPr>
        <w:t xml:space="preserve">. The Framers also gave Congress the power to check the Court in other ways, such as changing the number of Justices and setting term limits. It is beyond the scope of this report to map out a specific program of congressional action in response to the Roberts Court’s anti-democratic crusade, but serious, consistent, and </w:t>
      </w:r>
      <w:r>
        <w:rPr>
          <w:b/>
          <w:i w:val="0"/>
          <w:smallCaps w:val="0"/>
          <w:strike w:val="0"/>
          <w:sz w:val="22"/>
          <w:highlight w:val="cyan"/>
          <w:u w:val="single"/>
        </w:rPr>
        <w:t xml:space="preserve">substantial legislative </w:t>
      </w:r>
      <w:r>
        <w:rPr>
          <w:b/>
          <w:i w:val="0"/>
          <w:smallCaps w:val="0"/>
          <w:strike w:val="0"/>
          <w:sz w:val="22"/>
          <w:highlight w:val="cyan"/>
          <w:u w:val="single"/>
        </w:rPr>
        <w:t>effort</w:t>
      </w:r>
      <w:r>
        <w:rPr>
          <w:b/>
          <w:i w:val="0"/>
          <w:smallCaps w:val="0"/>
          <w:strike w:val="0"/>
          <w:sz w:val="22"/>
          <w:u w:val="single"/>
        </w:rPr>
        <w:t xml:space="preserve"> to restore American democracy </w:t>
      </w:r>
      <w:r>
        <w:rPr>
          <w:b/>
          <w:i w:val="0"/>
          <w:smallCaps w:val="0"/>
          <w:strike w:val="0"/>
          <w:sz w:val="22"/>
          <w:highlight w:val="cyan"/>
          <w:u w:val="single"/>
        </w:rPr>
        <w:t xml:space="preserve">is the </w:t>
      </w:r>
      <w:r>
        <w:rPr>
          <w:b/>
          <w:i w:val="0"/>
          <w:smallCaps w:val="0"/>
          <w:strike w:val="0"/>
          <w:sz w:val="22"/>
          <w:highlight w:val="cyan"/>
          <w:u w:val="single"/>
        </w:rPr>
        <w:t>only remedy</w:t>
      </w:r>
      <w:r>
        <w:rPr>
          <w:b w:val="0"/>
          <w:i w:val="0"/>
          <w:smallCaps w:val="0"/>
          <w:strike w:val="0"/>
          <w:sz w:val="16"/>
          <w:u w:val="none"/>
        </w:rPr>
        <w:t xml:space="preserve"> we have left.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