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Democracy is </w:t>
      </w:r>
      <w:r>
        <w:rPr>
          <w:b/>
          <w:i w:val="0"/>
          <w:smallCaps w:val="0"/>
          <w:strike w:val="0"/>
          <w:sz w:val="26"/>
          <w:u w:val="single"/>
        </w:rPr>
        <w:t>resilient</w:t>
      </w:r>
      <w:r>
        <w:rPr>
          <w:b/>
          <w:i w:val="0"/>
          <w:smallCaps w:val="0"/>
          <w:strike w:val="0"/>
          <w:sz w:val="26"/>
          <w:u w:val="none"/>
        </w:rPr>
        <w:t xml:space="preserve">, but it solves </w:t>
      </w:r>
      <w:r>
        <w:rPr>
          <w:b/>
          <w:i w:val="0"/>
          <w:smallCaps w:val="0"/>
          <w:strike w:val="0"/>
          <w:sz w:val="26"/>
          <w:u w:val="single"/>
        </w:rPr>
        <w:t>nothing</w:t>
      </w:r>
      <w:r>
        <w:rPr>
          <w:b/>
          <w:i w:val="0"/>
          <w:smallCaps w:val="0"/>
          <w:strike w:val="0"/>
          <w:sz w:val="26"/>
          <w:u w:val="none"/>
        </w:rPr>
        <w:t>.</w:t>
      </w:r>
    </w:p>
    <w:p>
      <w:pPr>
        <w:spacing w:after="80"/>
      </w:pPr>
      <w:r>
        <w:rPr>
          <w:b/>
          <w:i w:val="0"/>
          <w:smallCaps w:val="0"/>
          <w:strike w:val="0"/>
          <w:sz w:val="26"/>
          <w:u w:val="none"/>
        </w:rPr>
        <w:t>Doorenspleet</w:t>
      </w:r>
      <w:r>
        <w:rPr>
          <w:b/>
          <w:i w:val="0"/>
          <w:smallCaps w:val="0"/>
          <w:strike w:val="0"/>
          <w:sz w:val="26"/>
          <w:u w:val="none"/>
        </w:rPr>
        <w:t xml:space="preserve"> 19</w:t>
      </w:r>
      <w:r>
        <w:rPr>
          <w:b w:val="0"/>
          <w:i w:val="0"/>
          <w:smallCaps w:val="0"/>
          <w:strike w:val="0"/>
          <w:u w:val="none"/>
        </w:rPr>
        <w:t xml:space="preserve"> Renske </w:t>
      </w:r>
      <w:r>
        <w:rPr>
          <w:b w:val="0"/>
          <w:i w:val="0"/>
          <w:smallCaps w:val="0"/>
          <w:strike w:val="0"/>
          <w:u w:val="none"/>
        </w:rPr>
        <w:t>Doorenspleet</w:t>
      </w:r>
      <w:r>
        <w:rPr>
          <w:b w:val="0"/>
          <w:i w:val="0"/>
          <w:smallCaps w:val="0"/>
          <w:strike w:val="0"/>
          <w:u w:val="none"/>
        </w:rPr>
        <w:t>, Politics Professor at the University of Warwick. [Rethinking the Value of Democracy: A Comparative Perspective, Palgrave Macmillan, p. 239-243]</w:t>
      </w:r>
    </w:p>
    <w:p>
      <w:pPr>
        <w:spacing w:after="60"/>
      </w:pPr>
      <w:r>
        <w:rPr>
          <w:b/>
          <w:i w:val="0"/>
          <w:smallCaps w:val="0"/>
          <w:strike w:val="0"/>
          <w:sz w:val="22"/>
          <w:u w:val="single"/>
        </w:rPr>
        <w:t xml:space="preserve">The value of democracy has been </w:t>
      </w:r>
      <w:r>
        <w:rPr>
          <w:b/>
          <w:i w:val="0"/>
          <w:smallCaps w:val="0"/>
          <w:strike w:val="0"/>
          <w:sz w:val="22"/>
          <w:u w:val="single"/>
        </w:rPr>
        <w:t>taken for granted</w:t>
      </w:r>
      <w:r>
        <w:rPr>
          <w:b w:val="0"/>
          <w:i w:val="0"/>
          <w:smallCaps w:val="0"/>
          <w:strike w:val="0"/>
          <w:sz w:val="16"/>
          <w:u w:val="none"/>
        </w:rPr>
        <w:t xml:space="preserve"> until recently, but this assumption seems to be under threat now more than ever before. As was explained in Chapter 1, democracy’s claim to be valuable does not rest on just one particular merit, and scholars tend to distinguish three different types of values (Sen 1999). This book focused on the instrumental value of democracy (and hence not on the intrinsic and constructive value), and investigated the value of democracy for peace (Chapters 3 and 4), control of corruption (Chapter 5) and economic development (Chapter 6). </w:t>
      </w:r>
      <w:r>
        <w:rPr>
          <w:b/>
          <w:i w:val="0"/>
          <w:smallCaps w:val="0"/>
          <w:strike w:val="0"/>
          <w:sz w:val="22"/>
          <w:highlight w:val="cyan"/>
          <w:u w:val="single"/>
        </w:rPr>
        <w:t>This study</w:t>
      </w:r>
      <w:r>
        <w:rPr>
          <w:b/>
          <w:i w:val="0"/>
          <w:smallCaps w:val="0"/>
          <w:strike w:val="0"/>
          <w:sz w:val="22"/>
          <w:u w:val="single"/>
        </w:rPr>
        <w:t xml:space="preserve"> was based on a </w:t>
      </w:r>
      <w:r>
        <w:rPr>
          <w:b/>
          <w:i w:val="0"/>
          <w:smallCaps w:val="0"/>
          <w:strike w:val="0"/>
          <w:sz w:val="22"/>
          <w:highlight w:val="cyan"/>
          <w:u w:val="single"/>
        </w:rPr>
        <w:t>search</w:t>
      </w:r>
      <w:r>
        <w:rPr>
          <w:b/>
          <w:i w:val="0"/>
          <w:smallCaps w:val="0"/>
          <w:strike w:val="0"/>
          <w:sz w:val="22"/>
          <w:u w:val="single"/>
        </w:rPr>
        <w:t xml:space="preserve"> of </w:t>
      </w:r>
      <w:r>
        <w:rPr>
          <w:b/>
          <w:i w:val="0"/>
          <w:smallCaps w:val="0"/>
          <w:strike w:val="0"/>
          <w:sz w:val="22"/>
          <w:highlight w:val="cyan"/>
          <w:u w:val="single"/>
        </w:rPr>
        <w:t>a</w:t>
      </w:r>
      <w:r>
        <w:rPr>
          <w:b/>
          <w:i w:val="0"/>
          <w:smallCaps w:val="0"/>
          <w:strike w:val="0"/>
          <w:sz w:val="22"/>
          <w:u w:val="single"/>
        </w:rPr>
        <w:t xml:space="preserve">n enormous </w:t>
      </w:r>
      <w:r>
        <w:rPr>
          <w:b/>
          <w:i w:val="0"/>
          <w:smallCaps w:val="0"/>
          <w:strike w:val="0"/>
          <w:sz w:val="22"/>
          <w:u w:val="single"/>
        </w:rPr>
        <w:t xml:space="preserve">academic </w:t>
      </w:r>
      <w:r>
        <w:rPr>
          <w:b/>
          <w:i w:val="0"/>
          <w:smallCaps w:val="0"/>
          <w:strike w:val="0"/>
          <w:sz w:val="22"/>
          <w:highlight w:val="cyan"/>
          <w:u w:val="single"/>
        </w:rPr>
        <w:t>database</w:t>
      </w:r>
      <w:r>
        <w:rPr>
          <w:b w:val="0"/>
          <w:i w:val="0"/>
          <w:smallCaps w:val="0"/>
          <w:strike w:val="0"/>
          <w:sz w:val="16"/>
          <w:u w:val="none"/>
        </w:rPr>
        <w:t xml:space="preserve"> for certain keywords,6 </w:t>
      </w:r>
      <w:r>
        <w:rPr>
          <w:b/>
          <w:i w:val="0"/>
          <w:smallCaps w:val="0"/>
          <w:strike w:val="0"/>
          <w:sz w:val="22"/>
          <w:u w:val="single"/>
        </w:rPr>
        <w:t xml:space="preserve">then </w:t>
      </w:r>
      <w:r>
        <w:rPr>
          <w:b/>
          <w:i w:val="0"/>
          <w:smallCaps w:val="0"/>
          <w:strike w:val="0"/>
          <w:sz w:val="22"/>
          <w:highlight w:val="cyan"/>
          <w:u w:val="single"/>
        </w:rPr>
        <w:t>pruned</w:t>
      </w:r>
      <w:r>
        <w:rPr>
          <w:b/>
          <w:i w:val="0"/>
          <w:smallCaps w:val="0"/>
          <w:strike w:val="0"/>
          <w:sz w:val="22"/>
          <w:u w:val="single"/>
        </w:rPr>
        <w:t xml:space="preserve"> </w:t>
      </w:r>
      <w:r>
        <w:rPr>
          <w:b/>
          <w:i w:val="0"/>
          <w:smallCaps w:val="0"/>
          <w:strike w:val="0"/>
          <w:sz w:val="22"/>
          <w:u w:val="single"/>
        </w:rPr>
        <w:t xml:space="preserve">the </w:t>
      </w:r>
      <w:r>
        <w:rPr>
          <w:b/>
          <w:i w:val="0"/>
          <w:smallCaps w:val="0"/>
          <w:strike w:val="0"/>
          <w:sz w:val="22"/>
          <w:highlight w:val="cyan"/>
          <w:u w:val="single"/>
        </w:rPr>
        <w:t>thousands of articles</w:t>
      </w:r>
      <w:r>
        <w:rPr>
          <w:b w:val="0"/>
          <w:i w:val="0"/>
          <w:smallCaps w:val="0"/>
          <w:strike w:val="0"/>
          <w:sz w:val="16"/>
          <w:u w:val="none"/>
        </w:rPr>
        <w:t xml:space="preserve"> down to a few hundred articles (see Appendix) </w:t>
      </w:r>
      <w:r>
        <w:rPr>
          <w:b/>
          <w:i w:val="0"/>
          <w:smallCaps w:val="0"/>
          <w:strike w:val="0"/>
          <w:sz w:val="22"/>
          <w:highlight w:val="cyan"/>
          <w:u w:val="single"/>
        </w:rPr>
        <w:t>which</w:t>
      </w:r>
      <w:r>
        <w:rPr>
          <w:b/>
          <w:i w:val="0"/>
          <w:smallCaps w:val="0"/>
          <w:strike w:val="0"/>
          <w:sz w:val="22"/>
          <w:u w:val="single"/>
        </w:rPr>
        <w:t xml:space="preserve"> </w:t>
      </w:r>
      <w:r>
        <w:rPr>
          <w:b/>
          <w:i w:val="0"/>
          <w:smallCaps w:val="0"/>
          <w:strike w:val="0"/>
          <w:sz w:val="22"/>
          <w:u w:val="single"/>
        </w:rPr>
        <w:t xml:space="preserve">statistically </w:t>
      </w:r>
      <w:r>
        <w:rPr>
          <w:b/>
          <w:i w:val="0"/>
          <w:smallCaps w:val="0"/>
          <w:strike w:val="0"/>
          <w:sz w:val="22"/>
          <w:highlight w:val="cyan"/>
          <w:u w:val="single"/>
        </w:rPr>
        <w:t>analysed</w:t>
      </w:r>
      <w:r>
        <w:rPr>
          <w:b/>
          <w:i w:val="0"/>
          <w:smallCaps w:val="0"/>
          <w:strike w:val="0"/>
          <w:sz w:val="22"/>
          <w:u w:val="single"/>
        </w:rPr>
        <w:t xml:space="preserve"> the connection between the </w:t>
      </w:r>
      <w:r>
        <w:rPr>
          <w:b/>
          <w:i w:val="0"/>
          <w:smallCaps w:val="0"/>
          <w:strike w:val="0"/>
          <w:sz w:val="22"/>
          <w:highlight w:val="cyan"/>
          <w:u w:val="single"/>
        </w:rPr>
        <w:t>democracy</w:t>
      </w:r>
      <w:r>
        <w:rPr>
          <w:b/>
          <w:i w:val="0"/>
          <w:smallCaps w:val="0"/>
          <w:strike w:val="0"/>
          <w:sz w:val="22"/>
          <w:u w:val="single"/>
        </w:rPr>
        <w:t xml:space="preserve"> and the four expected</w:t>
      </w:r>
      <w:r>
        <w:rPr>
          <w:b/>
          <w:i w:val="0"/>
          <w:smallCaps w:val="0"/>
          <w:strike w:val="0"/>
          <w:sz w:val="22"/>
          <w:u w:val="single"/>
        </w:rPr>
        <w:t xml:space="preserve"> </w:t>
      </w:r>
      <w:r>
        <w:rPr>
          <w:b/>
          <w:i w:val="0"/>
          <w:smallCaps w:val="0"/>
          <w:strike w:val="0"/>
          <w:sz w:val="22"/>
          <w:u w:val="single"/>
        </w:rPr>
        <w:t>outcomes</w:t>
      </w:r>
      <w:r>
        <w:rPr>
          <w:b w:val="0"/>
          <w:i w:val="0"/>
          <w:smallCaps w:val="0"/>
          <w:strike w:val="0"/>
          <w:sz w:val="16"/>
          <w:u w:val="none"/>
        </w:rPr>
        <w:t xml:space="preserve">. The </w:t>
      </w:r>
      <w:r>
        <w:rPr>
          <w:b w:val="0"/>
          <w:i w:val="0"/>
          <w:smallCaps w:val="0"/>
          <w:strike w:val="0"/>
          <w:sz w:val="16"/>
          <w:u w:val="none"/>
        </w:rPr>
        <w:t>frst</w:t>
      </w:r>
      <w:r>
        <w:rPr>
          <w:b w:val="0"/>
          <w:i w:val="0"/>
          <w:smallCaps w:val="0"/>
          <w:strike w:val="0"/>
          <w:sz w:val="16"/>
          <w:u w:val="none"/>
        </w:rPr>
        <w:t xml:space="preserve"> </w:t>
      </w:r>
      <w:r>
        <w:rPr>
          <w:b w:val="0"/>
          <w:i w:val="0"/>
          <w:smallCaps w:val="0"/>
          <w:strike w:val="0"/>
          <w:sz w:val="16"/>
          <w:u w:val="none"/>
        </w:rPr>
        <w:t>fiding</w:t>
      </w:r>
      <w:r>
        <w:rPr>
          <w:b w:val="0"/>
          <w:i w:val="0"/>
          <w:smallCaps w:val="0"/>
          <w:strike w:val="0"/>
          <w:sz w:val="16"/>
          <w:u w:val="none"/>
        </w:rPr>
        <w:t xml:space="preserve"> is that </w:t>
      </w:r>
      <w:r>
        <w:rPr>
          <w:b/>
          <w:i w:val="0"/>
          <w:smallCaps w:val="0"/>
          <w:strike w:val="0"/>
          <w:sz w:val="22"/>
          <w:highlight w:val="cyan"/>
          <w:u w:val="single"/>
        </w:rPr>
        <w:t>a</w:t>
      </w:r>
      <w:r>
        <w:rPr>
          <w:b/>
          <w:i w:val="0"/>
          <w:smallCaps w:val="0"/>
          <w:strike w:val="0"/>
          <w:sz w:val="22"/>
          <w:u w:val="single"/>
        </w:rPr>
        <w:t xml:space="preserve"> reverse </w:t>
      </w:r>
      <w:r>
        <w:rPr>
          <w:b/>
          <w:i w:val="0"/>
          <w:smallCaps w:val="0"/>
          <w:strike w:val="0"/>
          <w:sz w:val="22"/>
          <w:highlight w:val="cyan"/>
          <w:u w:val="single"/>
        </w:rPr>
        <w:t xml:space="preserve">wave away </w:t>
      </w:r>
      <w:r>
        <w:rPr>
          <w:b/>
          <w:i w:val="0"/>
          <w:smallCaps w:val="0"/>
          <w:strike w:val="0"/>
          <w:sz w:val="22"/>
          <w:u w:val="single"/>
        </w:rPr>
        <w:t>from democracy</w:t>
      </w:r>
      <w:r>
        <w:rPr>
          <w:b/>
          <w:i w:val="0"/>
          <w:smallCaps w:val="0"/>
          <w:strike w:val="0"/>
          <w:sz w:val="22"/>
          <w:u w:val="single"/>
        </w:rPr>
        <w:t xml:space="preserve"> </w:t>
      </w:r>
      <w:r>
        <w:rPr>
          <w:b/>
          <w:i w:val="0"/>
          <w:smallCaps w:val="0"/>
          <w:strike w:val="0"/>
          <w:sz w:val="22"/>
          <w:highlight w:val="cyan"/>
          <w:u w:val="single"/>
        </w:rPr>
        <w:t>has not happened</w:t>
      </w:r>
      <w:r>
        <w:rPr>
          <w:b w:val="0"/>
          <w:i w:val="0"/>
          <w:smallCaps w:val="0"/>
          <w:strike w:val="0"/>
          <w:sz w:val="16"/>
          <w:u w:val="none"/>
        </w:rPr>
        <w:t xml:space="preserve"> (see Chapter 2). Not yet, at least. </w:t>
      </w:r>
      <w:r>
        <w:rPr>
          <w:b/>
          <w:i w:val="0"/>
          <w:smallCaps w:val="0"/>
          <w:strike w:val="0"/>
          <w:sz w:val="22"/>
          <w:highlight w:val="cyan"/>
          <w:u w:val="single"/>
        </w:rPr>
        <w:t>Democracy is not</w:t>
      </w:r>
      <w:r>
        <w:rPr>
          <w:b/>
          <w:i w:val="0"/>
          <w:smallCaps w:val="0"/>
          <w:strike w:val="0"/>
          <w:sz w:val="22"/>
          <w:u w:val="single"/>
        </w:rPr>
        <w:t xml:space="preserve"> doing </w:t>
      </w:r>
      <w:r>
        <w:rPr>
          <w:b/>
          <w:i w:val="0"/>
          <w:smallCaps w:val="0"/>
          <w:strike w:val="0"/>
          <w:sz w:val="22"/>
          <w:highlight w:val="cyan"/>
          <w:u w:val="single"/>
        </w:rPr>
        <w:t>worse than before</w:t>
      </w:r>
      <w:r>
        <w:rPr>
          <w:b w:val="0"/>
          <w:i w:val="0"/>
          <w:smallCaps w:val="0"/>
          <w:strike w:val="0"/>
          <w:sz w:val="16"/>
          <w:u w:val="none"/>
        </w:rPr>
        <w:t xml:space="preserve">, at least not </w:t>
      </w:r>
      <w:r>
        <w:rPr>
          <w:b/>
          <w:i w:val="0"/>
          <w:smallCaps w:val="0"/>
          <w:strike w:val="0"/>
          <w:sz w:val="22"/>
          <w:highlight w:val="cyan"/>
          <w:u w:val="single"/>
        </w:rPr>
        <w:t>in comparative</w:t>
      </w:r>
      <w:r>
        <w:rPr>
          <w:b/>
          <w:i w:val="0"/>
          <w:smallCaps w:val="0"/>
          <w:strike w:val="0"/>
          <w:sz w:val="22"/>
          <w:u w:val="single"/>
        </w:rPr>
        <w:t xml:space="preserve"> perspective</w:t>
      </w:r>
      <w:r>
        <w:rPr>
          <w:b w:val="0"/>
          <w:i w:val="0"/>
          <w:smallCaps w:val="0"/>
          <w:strike w:val="0"/>
          <w:sz w:val="16"/>
          <w:u w:val="none"/>
        </w:rPr>
        <w:t xml:space="preserve">. While it is true that there is a dramatic decline in democracy in some countries,7 </w:t>
      </w:r>
      <w:r>
        <w:rPr>
          <w:b/>
          <w:i w:val="0"/>
          <w:smallCaps w:val="0"/>
          <w:strike w:val="0"/>
          <w:sz w:val="22"/>
          <w:u w:val="single"/>
        </w:rPr>
        <w:t>a general trend downwards cannot yet be detected</w:t>
      </w:r>
      <w:r>
        <w:rPr>
          <w:b w:val="0"/>
          <w:i w:val="0"/>
          <w:smallCaps w:val="0"/>
          <w:strike w:val="0"/>
          <w:sz w:val="16"/>
          <w:u w:val="none"/>
        </w:rPr>
        <w:t xml:space="preserve">. It would be better to talk about ‘stagnation’, as not many dictatorships have democratized recently, while democracies have not yet collapsed. Another </w:t>
      </w:r>
      <w:r>
        <w:rPr>
          <w:b w:val="0"/>
          <w:i w:val="0"/>
          <w:smallCaps w:val="0"/>
          <w:strike w:val="0"/>
          <w:sz w:val="16"/>
          <w:u w:val="none"/>
        </w:rPr>
        <w:t>fnding</w:t>
      </w:r>
      <w:r>
        <w:rPr>
          <w:b w:val="0"/>
          <w:i w:val="0"/>
          <w:smallCaps w:val="0"/>
          <w:strike w:val="0"/>
          <w:sz w:val="16"/>
          <w:u w:val="none"/>
        </w:rPr>
        <w:t xml:space="preserve"> is that the instrumental value of democracy is very questionable. The </w:t>
      </w:r>
      <w:r>
        <w:rPr>
          <w:b w:val="0"/>
          <w:i w:val="0"/>
          <w:smallCaps w:val="0"/>
          <w:strike w:val="0"/>
          <w:sz w:val="16"/>
          <w:u w:val="none"/>
        </w:rPr>
        <w:t>feld</w:t>
      </w:r>
      <w:r>
        <w:rPr>
          <w:b w:val="0"/>
          <w:i w:val="0"/>
          <w:smallCaps w:val="0"/>
          <w:strike w:val="0"/>
          <w:sz w:val="16"/>
          <w:u w:val="none"/>
        </w:rPr>
        <w:t xml:space="preserve"> has been deeply polarized between researchers who endorse a link between democracy and positive outcomes, and those who reject this optimistic idea and instead emphasize the negative effects of democracy. </w:t>
      </w:r>
      <w:r>
        <w:rPr>
          <w:b/>
          <w:i w:val="0"/>
          <w:smallCaps w:val="0"/>
          <w:strike w:val="0"/>
          <w:sz w:val="22"/>
          <w:u w:val="single"/>
        </w:rPr>
        <w:t xml:space="preserve">There has been </w:t>
      </w:r>
      <w:r>
        <w:rPr>
          <w:b/>
          <w:i w:val="0"/>
          <w:smallCaps w:val="0"/>
          <w:strike w:val="0"/>
          <w:sz w:val="22"/>
          <w:highlight w:val="cyan"/>
          <w:u w:val="single"/>
        </w:rPr>
        <w:t>‘no consensus’</w:t>
      </w:r>
      <w:r>
        <w:rPr>
          <w:b/>
          <w:i w:val="0"/>
          <w:smallCaps w:val="0"/>
          <w:strike w:val="0"/>
          <w:sz w:val="22"/>
          <w:highlight w:val="cyan"/>
          <w:u w:val="single"/>
        </w:rPr>
        <w:t xml:space="preserve"> in</w:t>
      </w:r>
      <w:r>
        <w:rPr>
          <w:b/>
          <w:i w:val="0"/>
          <w:smallCaps w:val="0"/>
          <w:strike w:val="0"/>
          <w:sz w:val="22"/>
          <w:u w:val="single"/>
        </w:rPr>
        <w:t xml:space="preserve"> </w:t>
      </w:r>
      <w:r>
        <w:rPr>
          <w:b/>
          <w:i w:val="0"/>
          <w:smallCaps w:val="0"/>
          <w:strike w:val="0"/>
          <w:sz w:val="22"/>
          <w:u w:val="single"/>
        </w:rPr>
        <w:t>the quantitative</w:t>
      </w:r>
      <w:r>
        <w:rPr>
          <w:b/>
          <w:i w:val="0"/>
          <w:smallCaps w:val="0"/>
          <w:strike w:val="0"/>
          <w:sz w:val="22"/>
          <w:u w:val="single"/>
        </w:rPr>
        <w:t xml:space="preserve"> </w:t>
      </w:r>
      <w:r>
        <w:rPr>
          <w:b/>
          <w:i w:val="0"/>
          <w:smallCaps w:val="0"/>
          <w:strike w:val="0"/>
          <w:sz w:val="22"/>
          <w:highlight w:val="cyan"/>
          <w:u w:val="single"/>
        </w:rPr>
        <w:t>lit</w:t>
      </w:r>
      <w:r>
        <w:rPr>
          <w:b/>
          <w:i w:val="0"/>
          <w:smallCaps w:val="0"/>
          <w:strike w:val="0"/>
          <w:sz w:val="22"/>
          <w:u w:val="single"/>
        </w:rPr>
        <w:t>erature</w:t>
      </w:r>
      <w:r>
        <w:rPr>
          <w:b/>
          <w:i w:val="0"/>
          <w:smallCaps w:val="0"/>
          <w:strike w:val="0"/>
          <w:sz w:val="22"/>
          <w:u w:val="single"/>
        </w:rPr>
        <w:t xml:space="preserve"> on whether democracy has</w:t>
      </w:r>
      <w:r>
        <w:rPr>
          <w:b w:val="0"/>
          <w:i w:val="0"/>
          <w:smallCaps w:val="0"/>
          <w:strike w:val="0"/>
          <w:sz w:val="16"/>
          <w:u w:val="none"/>
        </w:rPr>
        <w:t xml:space="preserve"> instrumental value which leads some </w:t>
      </w:r>
      <w:r>
        <w:rPr>
          <w:b/>
          <w:i w:val="0"/>
          <w:smallCaps w:val="0"/>
          <w:strike w:val="0"/>
          <w:sz w:val="22"/>
          <w:u w:val="single"/>
        </w:rPr>
        <w:t>beneficial general outcomes</w:t>
      </w:r>
      <w:r>
        <w:rPr>
          <w:b/>
          <w:i w:val="0"/>
          <w:smallCaps w:val="0"/>
          <w:strike w:val="0"/>
          <w:sz w:val="22"/>
          <w:u w:val="single"/>
        </w:rPr>
        <w:t xml:space="preserve">. Some </w:t>
      </w:r>
      <w:r>
        <w:rPr>
          <w:b/>
          <w:i w:val="0"/>
          <w:smallCaps w:val="0"/>
          <w:strike w:val="0"/>
          <w:sz w:val="22"/>
          <w:highlight w:val="cyan"/>
          <w:u w:val="single"/>
        </w:rPr>
        <w:t>scholars claim there is a consensus</w:t>
      </w:r>
      <w:r>
        <w:rPr>
          <w:b/>
          <w:i w:val="0"/>
          <w:smallCaps w:val="0"/>
          <w:strike w:val="0"/>
          <w:sz w:val="22"/>
          <w:u w:val="single"/>
        </w:rPr>
        <w:t xml:space="preserve">, but they only do so </w:t>
      </w:r>
      <w:r>
        <w:rPr>
          <w:b/>
          <w:i w:val="0"/>
          <w:smallCaps w:val="0"/>
          <w:strike w:val="0"/>
          <w:sz w:val="22"/>
          <w:highlight w:val="cyan"/>
          <w:u w:val="single"/>
        </w:rPr>
        <w:t>by ignoring</w:t>
      </w:r>
      <w:r>
        <w:rPr>
          <w:b/>
          <w:i w:val="0"/>
          <w:smallCaps w:val="0"/>
          <w:strike w:val="0"/>
          <w:sz w:val="22"/>
          <w:u w:val="single"/>
        </w:rPr>
        <w:t xml:space="preserve"> </w:t>
      </w:r>
      <w:r>
        <w:rPr>
          <w:b/>
          <w:i w:val="0"/>
          <w:smallCaps w:val="0"/>
          <w:strike w:val="0"/>
          <w:sz w:val="22"/>
          <w:u w:val="single"/>
        </w:rPr>
        <w:t xml:space="preserve">a huge amount of </w:t>
      </w:r>
      <w:r>
        <w:rPr>
          <w:b/>
          <w:i w:val="0"/>
          <w:smallCaps w:val="0"/>
          <w:strike w:val="0"/>
          <w:sz w:val="22"/>
          <w:highlight w:val="cyan"/>
          <w:u w:val="single"/>
        </w:rPr>
        <w:t>lit</w:t>
      </w:r>
      <w:r>
        <w:rPr>
          <w:b/>
          <w:i w:val="0"/>
          <w:smallCaps w:val="0"/>
          <w:strike w:val="0"/>
          <w:sz w:val="22"/>
          <w:u w:val="single"/>
        </w:rPr>
        <w:t>er</w:t>
      </w:r>
      <w:r>
        <w:rPr>
          <w:b/>
          <w:i w:val="0"/>
          <w:smallCaps w:val="0"/>
          <w:strike w:val="0"/>
          <w:sz w:val="22"/>
          <w:u w:val="single"/>
        </w:rPr>
        <w:t>ature</w:t>
      </w:r>
      <w:r>
        <w:rPr>
          <w:b/>
          <w:i w:val="0"/>
          <w:smallCaps w:val="0"/>
          <w:strike w:val="0"/>
          <w:sz w:val="22"/>
          <w:u w:val="single"/>
        </w:rPr>
        <w:t xml:space="preserve"> which</w:t>
      </w:r>
      <w:r>
        <w:rPr>
          <w:b/>
          <w:i w:val="0"/>
          <w:smallCaps w:val="0"/>
          <w:strike w:val="0"/>
          <w:sz w:val="22"/>
          <w:u w:val="single"/>
        </w:rPr>
        <w:t xml:space="preserve"> </w:t>
      </w:r>
      <w:r>
        <w:rPr>
          <w:b/>
          <w:i w:val="0"/>
          <w:smallCaps w:val="0"/>
          <w:strike w:val="0"/>
          <w:sz w:val="22"/>
          <w:u w:val="single"/>
        </w:rPr>
        <w:t>rejects their own point of view</w:t>
      </w:r>
      <w:r>
        <w:rPr>
          <w:b w:val="0"/>
          <w:i w:val="0"/>
          <w:smallCaps w:val="0"/>
          <w:strike w:val="0"/>
          <w:sz w:val="16"/>
          <w:u w:val="none"/>
        </w:rPr>
        <w:t xml:space="preserve">. After undertaking a large-scale analysis of carefully selected articles published on the topic (see Appendix), </w:t>
      </w:r>
      <w:r>
        <w:rPr>
          <w:b/>
          <w:i w:val="0"/>
          <w:smallCaps w:val="0"/>
          <w:strike w:val="0"/>
          <w:sz w:val="22"/>
          <w:u w:val="single"/>
        </w:rPr>
        <w:t>this book can conclude that the connections between democracy and</w:t>
      </w:r>
      <w:r>
        <w:rPr>
          <w:b/>
          <w:i w:val="0"/>
          <w:smallCaps w:val="0"/>
          <w:strike w:val="0"/>
          <w:sz w:val="22"/>
          <w:u w:val="single"/>
        </w:rPr>
        <w:t xml:space="preserve"> </w:t>
      </w:r>
      <w:r>
        <w:rPr>
          <w:b/>
          <w:i w:val="0"/>
          <w:smallCaps w:val="0"/>
          <w:strike w:val="0"/>
          <w:sz w:val="22"/>
          <w:u w:val="single"/>
        </w:rPr>
        <w:t xml:space="preserve">expected </w:t>
      </w:r>
      <w:r>
        <w:rPr>
          <w:b/>
          <w:i w:val="0"/>
          <w:smallCaps w:val="0"/>
          <w:strike w:val="0"/>
          <w:sz w:val="22"/>
          <w:highlight w:val="cyan"/>
          <w:u w:val="single"/>
        </w:rPr>
        <w:t>benefts</w:t>
      </w:r>
      <w:r>
        <w:rPr>
          <w:b/>
          <w:i w:val="0"/>
          <w:smallCaps w:val="0"/>
          <w:strike w:val="0"/>
          <w:sz w:val="22"/>
          <w:highlight w:val="cyan"/>
          <w:u w:val="single"/>
        </w:rPr>
        <w:t xml:space="preserve"> are</w:t>
      </w:r>
      <w:r>
        <w:rPr>
          <w:b/>
          <w:i w:val="0"/>
          <w:smallCaps w:val="0"/>
          <w:strike w:val="0"/>
          <w:sz w:val="22"/>
          <w:u w:val="single"/>
        </w:rPr>
        <w:t xml:space="preserve"> </w:t>
      </w:r>
      <w:r>
        <w:rPr>
          <w:b/>
          <w:i w:val="0"/>
          <w:smallCaps w:val="0"/>
          <w:strike w:val="0"/>
          <w:sz w:val="22"/>
          <w:u w:val="single"/>
        </w:rPr>
        <w:t>not</w:t>
      </w:r>
      <w:r>
        <w:rPr>
          <w:b w:val="0"/>
          <w:i w:val="0"/>
          <w:smallCaps w:val="0"/>
          <w:strike w:val="0"/>
          <w:sz w:val="16"/>
          <w:u w:val="none"/>
        </w:rPr>
        <w:t xml:space="preserve"> as </w:t>
      </w:r>
      <w:r>
        <w:rPr>
          <w:b/>
          <w:i w:val="0"/>
          <w:smallCaps w:val="0"/>
          <w:strike w:val="0"/>
          <w:sz w:val="22"/>
          <w:u w:val="single"/>
        </w:rPr>
        <w:t>strong</w:t>
      </w:r>
      <w:r>
        <w:rPr>
          <w:b w:val="0"/>
          <w:i w:val="0"/>
          <w:smallCaps w:val="0"/>
          <w:strike w:val="0"/>
          <w:sz w:val="16"/>
          <w:u w:val="none"/>
        </w:rPr>
        <w:t xml:space="preserve"> as they seem. Hence, we should not overstate the links between the phenomena. </w:t>
      </w:r>
      <w:r>
        <w:rPr>
          <w:b/>
          <w:i w:val="0"/>
          <w:smallCaps w:val="0"/>
          <w:strike w:val="0"/>
          <w:sz w:val="22"/>
          <w:u w:val="single"/>
        </w:rPr>
        <w:t>The overall evidence</w:t>
      </w:r>
      <w:r>
        <w:rPr>
          <w:b/>
          <w:i w:val="0"/>
          <w:smallCaps w:val="0"/>
          <w:strike w:val="0"/>
          <w:sz w:val="22"/>
          <w:u w:val="single"/>
        </w:rPr>
        <w:t xml:space="preserve"> is </w:t>
      </w:r>
      <w:r>
        <w:rPr>
          <w:b/>
          <w:i w:val="0"/>
          <w:smallCaps w:val="0"/>
          <w:strike w:val="0"/>
          <w:sz w:val="22"/>
          <w:highlight w:val="cyan"/>
          <w:u w:val="single"/>
        </w:rPr>
        <w:t>weak</w:t>
      </w:r>
      <w:r>
        <w:rPr>
          <w:b w:val="0"/>
          <w:i w:val="0"/>
          <w:smallCaps w:val="0"/>
          <w:strike w:val="0"/>
          <w:sz w:val="16"/>
          <w:u w:val="none"/>
        </w:rPr>
        <w:t xml:space="preserve">. Take the expected impact of democracy on peace for example. As Chapter 3 showed, the study of democracy and interstate war has been a </w:t>
      </w:r>
      <w:r>
        <w:rPr>
          <w:b w:val="0"/>
          <w:i w:val="0"/>
          <w:smallCaps w:val="0"/>
          <w:strike w:val="0"/>
          <w:sz w:val="16"/>
          <w:u w:val="none"/>
        </w:rPr>
        <w:t>fourishing</w:t>
      </w:r>
      <w:r>
        <w:rPr>
          <w:b w:val="0"/>
          <w:i w:val="0"/>
          <w:smallCaps w:val="0"/>
          <w:strike w:val="0"/>
          <w:sz w:val="16"/>
          <w:u w:val="none"/>
        </w:rPr>
        <w:t xml:space="preserve"> theme in political science, particularly since the 1970s. However, there are four reasons why democracy does not cause peace between countries, and why the empirical support for the popular idea of democratic peace is quite weak. </w:t>
      </w:r>
      <w:r>
        <w:rPr>
          <w:b/>
          <w:i w:val="0"/>
          <w:smallCaps w:val="0"/>
          <w:strike w:val="0"/>
          <w:sz w:val="22"/>
          <w:u w:val="single"/>
        </w:rPr>
        <w:t>Most statistical</w:t>
      </w:r>
      <w:r>
        <w:rPr>
          <w:b/>
          <w:i w:val="0"/>
          <w:smallCaps w:val="0"/>
          <w:strike w:val="0"/>
          <w:sz w:val="22"/>
          <w:u w:val="single"/>
        </w:rPr>
        <w:t xml:space="preserve"> </w:t>
      </w:r>
      <w:r>
        <w:rPr>
          <w:b/>
          <w:i w:val="0"/>
          <w:smallCaps w:val="0"/>
          <w:strike w:val="0"/>
          <w:sz w:val="22"/>
          <w:highlight w:val="cyan"/>
          <w:u w:val="single"/>
        </w:rPr>
        <w:t>studies</w:t>
      </w:r>
      <w:r>
        <w:rPr>
          <w:b/>
          <w:i w:val="0"/>
          <w:smallCaps w:val="0"/>
          <w:strike w:val="0"/>
          <w:sz w:val="22"/>
          <w:highlight w:val="cyan"/>
          <w:u w:val="single"/>
        </w:rPr>
        <w:t xml:space="preserve"> have not found </w:t>
      </w:r>
      <w:r>
        <w:rPr>
          <w:b/>
          <w:i w:val="0"/>
          <w:smallCaps w:val="0"/>
          <w:strike w:val="0"/>
          <w:sz w:val="22"/>
          <w:highlight w:val="cyan"/>
          <w:u w:val="single"/>
        </w:rPr>
        <w:t>a</w:t>
      </w:r>
      <w:r>
        <w:rPr>
          <w:b/>
          <w:i w:val="0"/>
          <w:smallCaps w:val="0"/>
          <w:strike w:val="0"/>
          <w:sz w:val="22"/>
          <w:u w:val="single"/>
        </w:rPr>
        <w:t xml:space="preserve"> strong </w:t>
      </w:r>
      <w:r>
        <w:rPr>
          <w:b/>
          <w:i w:val="0"/>
          <w:smallCaps w:val="0"/>
          <w:strike w:val="0"/>
          <w:sz w:val="22"/>
          <w:highlight w:val="cyan"/>
          <w:u w:val="single"/>
        </w:rPr>
        <w:t>correlation</w:t>
      </w:r>
      <w:r>
        <w:rPr>
          <w:b/>
          <w:i w:val="0"/>
          <w:smallCaps w:val="0"/>
          <w:strike w:val="0"/>
          <w:sz w:val="22"/>
          <w:highlight w:val="cyan"/>
          <w:u w:val="single"/>
        </w:rPr>
        <w:t xml:space="preserve"> between</w:t>
      </w:r>
      <w:r>
        <w:rPr>
          <w:b/>
          <w:i w:val="0"/>
          <w:smallCaps w:val="0"/>
          <w:strike w:val="0"/>
          <w:sz w:val="22"/>
          <w:u w:val="single"/>
        </w:rPr>
        <w:t xml:space="preserve"> democracy and</w:t>
      </w:r>
      <w:r>
        <w:rPr>
          <w:b/>
          <w:i w:val="0"/>
          <w:smallCaps w:val="0"/>
          <w:strike w:val="0"/>
          <w:sz w:val="22"/>
          <w:u w:val="single"/>
        </w:rPr>
        <w:t xml:space="preserve"> </w:t>
      </w:r>
      <w:r>
        <w:rPr>
          <w:b/>
          <w:i w:val="0"/>
          <w:smallCaps w:val="0"/>
          <w:strike w:val="0"/>
          <w:sz w:val="22"/>
          <w:u w:val="single"/>
        </w:rPr>
        <w:t xml:space="preserve">interstate </w:t>
      </w:r>
      <w:r>
        <w:rPr>
          <w:b/>
          <w:i w:val="0"/>
          <w:smallCaps w:val="0"/>
          <w:strike w:val="0"/>
          <w:sz w:val="22"/>
          <w:highlight w:val="cyan"/>
          <w:u w:val="single"/>
        </w:rPr>
        <w:t>war</w:t>
      </w:r>
      <w:r>
        <w:rPr>
          <w:b/>
          <w:i w:val="0"/>
          <w:smallCaps w:val="0"/>
          <w:strike w:val="0"/>
          <w:sz w:val="22"/>
          <w:highlight w:val="cyan"/>
          <w:u w:val="single"/>
        </w:rPr>
        <w:t xml:space="preserve"> at </w:t>
      </w:r>
      <w:r>
        <w:rPr>
          <w:b/>
          <w:i w:val="0"/>
          <w:smallCaps w:val="0"/>
          <w:strike w:val="0"/>
          <w:sz w:val="22"/>
          <w:highlight w:val="cyan"/>
          <w:u w:val="single"/>
        </w:rPr>
        <w:t>the dyadic</w:t>
      </w:r>
      <w:r>
        <w:rPr>
          <w:b/>
          <w:i w:val="0"/>
          <w:smallCaps w:val="0"/>
          <w:strike w:val="0"/>
          <w:sz w:val="22"/>
          <w:u w:val="single"/>
        </w:rPr>
        <w:t xml:space="preserve"> level</w:t>
      </w:r>
      <w:r>
        <w:rPr>
          <w:b w:val="0"/>
          <w:i w:val="0"/>
          <w:smallCaps w:val="0"/>
          <w:strike w:val="0"/>
          <w:sz w:val="16"/>
          <w:u w:val="none"/>
        </w:rPr>
        <w:t xml:space="preserve">. They show that </w:t>
      </w:r>
      <w:r>
        <w:rPr>
          <w:b/>
          <w:i w:val="0"/>
          <w:smallCaps w:val="0"/>
          <w:strike w:val="0"/>
          <w:sz w:val="22"/>
          <w:highlight w:val="cyan"/>
          <w:u w:val="single"/>
        </w:rPr>
        <w:t>there are</w:t>
      </w:r>
      <w:r>
        <w:rPr>
          <w:b/>
          <w:i w:val="0"/>
          <w:smallCaps w:val="0"/>
          <w:strike w:val="0"/>
          <w:sz w:val="22"/>
          <w:u w:val="single"/>
        </w:rPr>
        <w:t xml:space="preserve"> other—</w:t>
      </w:r>
      <w:r>
        <w:rPr>
          <w:b/>
          <w:i w:val="0"/>
          <w:smallCaps w:val="0"/>
          <w:strike w:val="0"/>
          <w:sz w:val="22"/>
          <w:highlight w:val="cyan"/>
          <w:u w:val="single"/>
        </w:rPr>
        <w:t>more powerful</w:t>
      </w:r>
      <w:r>
        <w:rPr>
          <w:b/>
          <w:i w:val="0"/>
          <w:smallCaps w:val="0"/>
          <w:strike w:val="0"/>
          <w:sz w:val="22"/>
          <w:highlight w:val="cyan"/>
          <w:u w:val="single"/>
        </w:rPr>
        <w:t>—explanations</w:t>
      </w:r>
      <w:r>
        <w:rPr>
          <w:b/>
          <w:i w:val="0"/>
          <w:smallCaps w:val="0"/>
          <w:strike w:val="0"/>
          <w:sz w:val="22"/>
          <w:u w:val="single"/>
        </w:rPr>
        <w:t xml:space="preserve"> for war</w:t>
      </w:r>
      <w:r>
        <w:rPr>
          <w:b w:val="0"/>
          <w:i w:val="0"/>
          <w:smallCaps w:val="0"/>
          <w:strike w:val="0"/>
          <w:sz w:val="16"/>
          <w:u w:val="none"/>
        </w:rPr>
        <w:t xml:space="preserve"> and peace, and even that </w:t>
      </w:r>
      <w:r>
        <w:rPr>
          <w:b/>
          <w:i w:val="0"/>
          <w:smallCaps w:val="0"/>
          <w:strike w:val="0"/>
          <w:sz w:val="22"/>
          <w:u w:val="single"/>
        </w:rPr>
        <w:t>the impact</w:t>
      </w:r>
      <w:r>
        <w:rPr>
          <w:b/>
          <w:i w:val="0"/>
          <w:smallCaps w:val="0"/>
          <w:strike w:val="0"/>
          <w:sz w:val="22"/>
          <w:u w:val="single"/>
        </w:rPr>
        <w:t xml:space="preserve"> </w:t>
      </w:r>
      <w:r>
        <w:rPr>
          <w:b/>
          <w:i w:val="0"/>
          <w:smallCaps w:val="0"/>
          <w:strike w:val="0"/>
          <w:sz w:val="22"/>
          <w:u w:val="single"/>
        </w:rPr>
        <w:t xml:space="preserve">of </w:t>
      </w:r>
      <w:r>
        <w:rPr>
          <w:b/>
          <w:i w:val="0"/>
          <w:smallCaps w:val="0"/>
          <w:strike w:val="0"/>
          <w:sz w:val="22"/>
          <w:highlight w:val="cyan"/>
          <w:u w:val="single"/>
        </w:rPr>
        <w:t>democracy is</w:t>
      </w:r>
      <w:r>
        <w:rPr>
          <w:b/>
          <w:i w:val="0"/>
          <w:smallCaps w:val="0"/>
          <w:strike w:val="0"/>
          <w:sz w:val="22"/>
          <w:u w:val="single"/>
        </w:rPr>
        <w:t xml:space="preserve"> </w:t>
      </w:r>
      <w:r>
        <w:rPr>
          <w:b/>
          <w:i w:val="0"/>
          <w:smallCaps w:val="0"/>
          <w:strike w:val="0"/>
          <w:sz w:val="22"/>
          <w:u w:val="single"/>
        </w:rPr>
        <w:t xml:space="preserve">a </w:t>
      </w:r>
      <w:r>
        <w:rPr>
          <w:b/>
          <w:i w:val="0"/>
          <w:smallCaps w:val="0"/>
          <w:strike w:val="0"/>
          <w:sz w:val="22"/>
          <w:highlight w:val="cyan"/>
          <w:u w:val="single"/>
        </w:rPr>
        <w:t>spurious</w:t>
      </w:r>
      <w:r>
        <w:rPr>
          <w:b/>
          <w:i w:val="0"/>
          <w:smallCaps w:val="0"/>
          <w:strike w:val="0"/>
          <w:sz w:val="22"/>
          <w:u w:val="single"/>
        </w:rPr>
        <w:t xml:space="preserve"> one</w:t>
      </w:r>
      <w:r>
        <w:rPr>
          <w:b w:val="0"/>
          <w:i w:val="0"/>
          <w:smallCaps w:val="0"/>
          <w:strike w:val="0"/>
          <w:sz w:val="16"/>
          <w:u w:val="none"/>
        </w:rPr>
        <w:t xml:space="preserve"> (caveat 1). Moreover, </w:t>
      </w:r>
      <w:r>
        <w:rPr>
          <w:b/>
          <w:i w:val="0"/>
          <w:smallCaps w:val="0"/>
          <w:strike w:val="0"/>
          <w:sz w:val="22"/>
          <w:u w:val="single"/>
        </w:rPr>
        <w:t>the theoretical</w:t>
      </w:r>
      <w:r>
        <w:rPr>
          <w:b/>
          <w:i w:val="0"/>
          <w:smallCaps w:val="0"/>
          <w:strike w:val="0"/>
          <w:sz w:val="22"/>
          <w:u w:val="single"/>
        </w:rPr>
        <w:t xml:space="preserve"> </w:t>
      </w:r>
      <w:r>
        <w:rPr>
          <w:b/>
          <w:i w:val="0"/>
          <w:smallCaps w:val="0"/>
          <w:strike w:val="0"/>
          <w:sz w:val="22"/>
          <w:u w:val="single"/>
        </w:rPr>
        <w:t xml:space="preserve">foundation of the democratic peace hypothesis is </w:t>
      </w:r>
      <w:r>
        <w:rPr>
          <w:b/>
          <w:i w:val="0"/>
          <w:smallCaps w:val="0"/>
          <w:strike w:val="0"/>
          <w:sz w:val="22"/>
          <w:u w:val="single"/>
        </w:rPr>
        <w:t>weak</w:t>
      </w:r>
      <w:r>
        <w:rPr>
          <w:b w:val="0"/>
          <w:i w:val="0"/>
          <w:smallCaps w:val="0"/>
          <w:strike w:val="0"/>
          <w:sz w:val="16"/>
          <w:u w:val="none"/>
        </w:rPr>
        <w:t xml:space="preserve">, and </w:t>
      </w:r>
      <w:r>
        <w:rPr>
          <w:b/>
          <w:i w:val="0"/>
          <w:smallCaps w:val="0"/>
          <w:strike w:val="0"/>
          <w:sz w:val="22"/>
          <w:u w:val="single"/>
        </w:rPr>
        <w:t xml:space="preserve">the </w:t>
      </w:r>
      <w:r>
        <w:rPr>
          <w:b/>
          <w:i w:val="0"/>
          <w:smallCaps w:val="0"/>
          <w:strike w:val="0"/>
          <w:sz w:val="22"/>
          <w:highlight w:val="cyan"/>
          <w:u w:val="single"/>
        </w:rPr>
        <w:t xml:space="preserve">causal mechanisms are </w:t>
      </w:r>
      <w:r>
        <w:rPr>
          <w:b/>
          <w:i w:val="0"/>
          <w:smallCaps w:val="0"/>
          <w:strike w:val="0"/>
          <w:sz w:val="22"/>
          <w:highlight w:val="cyan"/>
          <w:u w:val="single"/>
        </w:rPr>
        <w:t>unclear</w:t>
      </w:r>
      <w:r>
        <w:rPr>
          <w:b w:val="0"/>
          <w:i w:val="0"/>
          <w:smallCaps w:val="0"/>
          <w:strike w:val="0"/>
          <w:sz w:val="16"/>
          <w:u w:val="none"/>
        </w:rPr>
        <w:t xml:space="preserve"> (caveat 2). In addition, </w:t>
      </w:r>
      <w:r>
        <w:rPr>
          <w:b/>
          <w:i w:val="0"/>
          <w:smallCaps w:val="0"/>
          <w:strike w:val="0"/>
          <w:sz w:val="22"/>
          <w:highlight w:val="cyan"/>
          <w:u w:val="single"/>
        </w:rPr>
        <w:t>democracies are not</w:t>
      </w:r>
      <w:r>
        <w:rPr>
          <w:b w:val="0"/>
          <w:i w:val="0"/>
          <w:smallCaps w:val="0"/>
          <w:strike w:val="0"/>
          <w:sz w:val="16"/>
          <w:u w:val="none"/>
        </w:rPr>
        <w:t xml:space="preserve"> necessarily </w:t>
      </w:r>
      <w:r>
        <w:rPr>
          <w:b/>
          <w:i w:val="0"/>
          <w:smallCaps w:val="0"/>
          <w:strike w:val="0"/>
          <w:sz w:val="22"/>
          <w:highlight w:val="cyan"/>
          <w:u w:val="single"/>
        </w:rPr>
        <w:t>more peaceful</w:t>
      </w:r>
      <w:r>
        <w:rPr>
          <w:b/>
          <w:i w:val="0"/>
          <w:smallCaps w:val="0"/>
          <w:strike w:val="0"/>
          <w:sz w:val="22"/>
          <w:u w:val="single"/>
        </w:rPr>
        <w:t xml:space="preserve"> in general</w:t>
      </w:r>
      <w:r>
        <w:rPr>
          <w:b w:val="0"/>
          <w:i w:val="0"/>
          <w:smallCaps w:val="0"/>
          <w:strike w:val="0"/>
          <w:sz w:val="16"/>
          <w:u w:val="none"/>
        </w:rPr>
        <w:t xml:space="preserve">, and </w:t>
      </w:r>
      <w:r>
        <w:rPr>
          <w:b/>
          <w:i w:val="0"/>
          <w:smallCaps w:val="0"/>
          <w:strike w:val="0"/>
          <w:sz w:val="22"/>
          <w:u w:val="single"/>
        </w:rPr>
        <w:t xml:space="preserve">the </w:t>
      </w:r>
      <w:r>
        <w:rPr>
          <w:b/>
          <w:i w:val="0"/>
          <w:smallCaps w:val="0"/>
          <w:strike w:val="0"/>
          <w:sz w:val="22"/>
          <w:highlight w:val="cyan"/>
          <w:u w:val="single"/>
        </w:rPr>
        <w:t>evidence</w:t>
      </w:r>
      <w:r>
        <w:rPr>
          <w:b w:val="0"/>
          <w:i w:val="0"/>
          <w:smallCaps w:val="0"/>
          <w:strike w:val="0"/>
          <w:sz w:val="16"/>
          <w:u w:val="none"/>
        </w:rPr>
        <w:t xml:space="preserve"> for the democratic peace hypothesis </w:t>
      </w:r>
      <w:r>
        <w:rPr>
          <w:b/>
          <w:i w:val="0"/>
          <w:smallCaps w:val="0"/>
          <w:strike w:val="0"/>
          <w:sz w:val="22"/>
          <w:highlight w:val="cyan"/>
          <w:u w:val="single"/>
        </w:rPr>
        <w:t xml:space="preserve">at </w:t>
      </w:r>
      <w:r>
        <w:rPr>
          <w:b/>
          <w:i w:val="0"/>
          <w:smallCaps w:val="0"/>
          <w:strike w:val="0"/>
          <w:sz w:val="22"/>
          <w:highlight w:val="cyan"/>
          <w:u w:val="single"/>
        </w:rPr>
        <w:t>the monadic</w:t>
      </w:r>
      <w:r>
        <w:rPr>
          <w:b/>
          <w:i w:val="0"/>
          <w:smallCaps w:val="0"/>
          <w:strike w:val="0"/>
          <w:sz w:val="22"/>
          <w:u w:val="single"/>
        </w:rPr>
        <w:t xml:space="preserve"> level</w:t>
      </w:r>
      <w:r>
        <w:rPr>
          <w:b/>
          <w:i w:val="0"/>
          <w:smallCaps w:val="0"/>
          <w:strike w:val="0"/>
          <w:sz w:val="22"/>
          <w:u w:val="single"/>
        </w:rPr>
        <w:t xml:space="preserve"> </w:t>
      </w:r>
      <w:r>
        <w:rPr>
          <w:b/>
          <w:i w:val="0"/>
          <w:smallCaps w:val="0"/>
          <w:strike w:val="0"/>
          <w:sz w:val="22"/>
          <w:highlight w:val="cyan"/>
          <w:u w:val="single"/>
        </w:rPr>
        <w:t xml:space="preserve">is </w:t>
      </w:r>
      <w:r>
        <w:rPr>
          <w:b/>
          <w:i w:val="0"/>
          <w:smallCaps w:val="0"/>
          <w:strike w:val="0"/>
          <w:sz w:val="22"/>
          <w:highlight w:val="cyan"/>
          <w:u w:val="single"/>
        </w:rPr>
        <w:t>inconclusive</w:t>
      </w:r>
      <w:r>
        <w:rPr>
          <w:b w:val="0"/>
          <w:i w:val="0"/>
          <w:smallCaps w:val="0"/>
          <w:strike w:val="0"/>
          <w:sz w:val="16"/>
          <w:u w:val="none"/>
        </w:rPr>
        <w:t xml:space="preserve"> (caveat 3). Finally, the process of </w:t>
      </w:r>
      <w:r>
        <w:rPr>
          <w:b/>
          <w:i w:val="0"/>
          <w:smallCaps w:val="0"/>
          <w:strike w:val="0"/>
          <w:sz w:val="22"/>
          <w:u w:val="single"/>
        </w:rPr>
        <w:t xml:space="preserve">democratization is </w:t>
      </w:r>
      <w:r>
        <w:rPr>
          <w:b/>
          <w:i w:val="0"/>
          <w:smallCaps w:val="0"/>
          <w:strike w:val="0"/>
          <w:sz w:val="22"/>
          <w:u w:val="single"/>
        </w:rPr>
        <w:t>dangerous</w:t>
      </w:r>
      <w:r>
        <w:rPr>
          <w:b w:val="0"/>
          <w:i w:val="0"/>
          <w:smallCaps w:val="0"/>
          <w:strike w:val="0"/>
          <w:sz w:val="16"/>
          <w:u w:val="none"/>
        </w:rPr>
        <w:t xml:space="preserve">. Living in a democratizing country means living in a less peaceful country (caveat 4). With regard to peace between countries, we cannot defend the idea that democracy has instrumental value. </w:t>
      </w:r>
      <w:r>
        <w:rPr>
          <w:b/>
          <w:i w:val="0"/>
          <w:smallCaps w:val="0"/>
          <w:strike w:val="0"/>
          <w:sz w:val="22"/>
          <w:u w:val="single"/>
        </w:rPr>
        <w:t>Can the</w:t>
      </w:r>
      <w:r>
        <w:rPr>
          <w:b w:val="0"/>
          <w:i w:val="0"/>
          <w:smallCaps w:val="0"/>
          <w:strike w:val="0"/>
          <w:sz w:val="16"/>
          <w:u w:val="none"/>
        </w:rPr>
        <w:t xml:space="preserve"> (instrumental) </w:t>
      </w:r>
      <w:r>
        <w:rPr>
          <w:b/>
          <w:i w:val="0"/>
          <w:smallCaps w:val="0"/>
          <w:strike w:val="0"/>
          <w:sz w:val="22"/>
          <w:u w:val="single"/>
        </w:rPr>
        <w:t>value</w:t>
      </w:r>
      <w:r>
        <w:rPr>
          <w:b w:val="0"/>
          <w:i w:val="0"/>
          <w:smallCaps w:val="0"/>
          <w:strike w:val="0"/>
          <w:sz w:val="16"/>
          <w:u w:val="none"/>
        </w:rPr>
        <w:t xml:space="preserve"> of democracy </w:t>
      </w:r>
      <w:r>
        <w:rPr>
          <w:b/>
          <w:i w:val="0"/>
          <w:smallCaps w:val="0"/>
          <w:strike w:val="0"/>
          <w:sz w:val="22"/>
          <w:u w:val="single"/>
        </w:rPr>
        <w:t>be found in the prevention of civil war?</w:t>
      </w:r>
      <w:r>
        <w:rPr>
          <w:b w:val="0"/>
          <w:i w:val="0"/>
          <w:smallCaps w:val="0"/>
          <w:strike w:val="0"/>
          <w:sz w:val="16"/>
          <w:u w:val="none"/>
        </w:rPr>
        <w:t xml:space="preserve"> Or is the evidence for the opposite idea more convincing, and does democracy have a ‘dark side’ which makes civil war more likely? The findings are confusing, which is exacerbated by the fact that different aspects of civil war (prevalence, onset, duration and severity) are mixed up in some civil war studies. Moreover, defining civil war is a delicate, politically sensitive issue. Determining whether there is a civil war in a particular country is incredibly </w:t>
      </w:r>
      <w:r>
        <w:rPr>
          <w:b w:val="0"/>
          <w:i w:val="0"/>
          <w:smallCaps w:val="0"/>
          <w:strike w:val="0"/>
          <w:sz w:val="16"/>
          <w:u w:val="none"/>
        </w:rPr>
        <w:t>diffcult</w:t>
      </w:r>
      <w:r>
        <w:rPr>
          <w:b w:val="0"/>
          <w:i w:val="0"/>
          <w:smallCaps w:val="0"/>
          <w:strike w:val="0"/>
          <w:sz w:val="16"/>
          <w:u w:val="none"/>
        </w:rPr>
        <w:t xml:space="preserve">, while measurements suffer from many weaknesses (caveat 1). Moreover, </w:t>
      </w:r>
      <w:r>
        <w:rPr>
          <w:b/>
          <w:i w:val="0"/>
          <w:smallCaps w:val="0"/>
          <w:strike w:val="0"/>
          <w:sz w:val="22"/>
          <w:highlight w:val="cyan"/>
          <w:u w:val="single"/>
        </w:rPr>
        <w:t xml:space="preserve">there is </w:t>
      </w:r>
      <w:r>
        <w:rPr>
          <w:b/>
          <w:i w:val="0"/>
          <w:smallCaps w:val="0"/>
          <w:strike w:val="0"/>
          <w:sz w:val="22"/>
          <w:highlight w:val="cyan"/>
          <w:u w:val="single"/>
        </w:rPr>
        <w:t>no</w:t>
      </w:r>
      <w:r>
        <w:rPr>
          <w:b/>
          <w:i w:val="0"/>
          <w:smallCaps w:val="0"/>
          <w:strike w:val="0"/>
          <w:sz w:val="22"/>
          <w:u w:val="single"/>
        </w:rPr>
        <w:t xml:space="preserve"> linear </w:t>
      </w:r>
      <w:r>
        <w:rPr>
          <w:b/>
          <w:i w:val="0"/>
          <w:smallCaps w:val="0"/>
          <w:strike w:val="0"/>
          <w:sz w:val="22"/>
          <w:highlight w:val="cyan"/>
          <w:u w:val="single"/>
        </w:rPr>
        <w:t>link</w:t>
      </w:r>
      <w:r>
        <w:rPr>
          <w:b/>
          <w:i w:val="0"/>
          <w:smallCaps w:val="0"/>
          <w:strike w:val="0"/>
          <w:sz w:val="22"/>
          <w:highlight w:val="cyan"/>
          <w:u w:val="single"/>
        </w:rPr>
        <w:t xml:space="preserve">: civil wars are </w:t>
      </w:r>
      <w:r>
        <w:rPr>
          <w:b/>
          <w:i w:val="0"/>
          <w:smallCaps w:val="0"/>
          <w:strike w:val="0"/>
          <w:sz w:val="22"/>
          <w:highlight w:val="cyan"/>
          <w:u w:val="single"/>
        </w:rPr>
        <w:t>just as unlikely</w:t>
      </w:r>
      <w:r>
        <w:rPr>
          <w:b/>
          <w:i w:val="0"/>
          <w:smallCaps w:val="0"/>
          <w:strike w:val="0"/>
          <w:sz w:val="22"/>
          <w:highlight w:val="cyan"/>
          <w:u w:val="single"/>
        </w:rPr>
        <w:t xml:space="preserve"> in democracies</w:t>
      </w:r>
      <w:r>
        <w:rPr>
          <w:b/>
          <w:i w:val="0"/>
          <w:smallCaps w:val="0"/>
          <w:strike w:val="0"/>
          <w:sz w:val="22"/>
          <w:u w:val="single"/>
        </w:rPr>
        <w:t xml:space="preserve"> as in dictatorships</w:t>
      </w:r>
      <w:r>
        <w:rPr>
          <w:b w:val="0"/>
          <w:i w:val="0"/>
          <w:smallCaps w:val="0"/>
          <w:strike w:val="0"/>
          <w:sz w:val="16"/>
          <w:u w:val="none"/>
        </w:rPr>
        <w:t xml:space="preserve"> (caveat 2). Civil war is most likely in times of political change. </w:t>
      </w:r>
      <w:r>
        <w:rPr>
          <w:b/>
          <w:i w:val="0"/>
          <w:smallCaps w:val="0"/>
          <w:strike w:val="0"/>
          <w:sz w:val="22"/>
          <w:highlight w:val="cyan"/>
          <w:u w:val="single"/>
        </w:rPr>
        <w:t>Democratization</w:t>
      </w:r>
      <w:r>
        <w:rPr>
          <w:b/>
          <w:i w:val="0"/>
          <w:smallCaps w:val="0"/>
          <w:strike w:val="0"/>
          <w:sz w:val="22"/>
          <w:u w:val="single"/>
        </w:rPr>
        <w:t xml:space="preserve"> is </w:t>
      </w:r>
      <w:r>
        <w:rPr>
          <w:b/>
          <w:i w:val="0"/>
          <w:smallCaps w:val="0"/>
          <w:strike w:val="0"/>
          <w:sz w:val="22"/>
          <w:u w:val="single"/>
        </w:rPr>
        <w:t>a very</w:t>
      </w:r>
      <w:r>
        <w:rPr>
          <w:b/>
          <w:i w:val="0"/>
          <w:smallCaps w:val="0"/>
          <w:strike w:val="0"/>
          <w:sz w:val="22"/>
          <w:u w:val="single"/>
        </w:rPr>
        <w:t xml:space="preserve"> </w:t>
      </w:r>
      <w:r>
        <w:rPr>
          <w:b/>
          <w:i w:val="0"/>
          <w:smallCaps w:val="0"/>
          <w:strike w:val="0"/>
          <w:sz w:val="22"/>
          <w:highlight w:val="cyan"/>
          <w:u w:val="single"/>
        </w:rPr>
        <w:t>unpredictable</w:t>
      </w:r>
      <w:r>
        <w:rPr>
          <w:b/>
          <w:i w:val="0"/>
          <w:smallCaps w:val="0"/>
          <w:strike w:val="0"/>
          <w:sz w:val="22"/>
          <w:highlight w:val="cyan"/>
          <w:u w:val="single"/>
        </w:rPr>
        <w:t xml:space="preserve">, </w:t>
      </w:r>
      <w:r>
        <w:rPr>
          <w:b/>
          <w:i w:val="0"/>
          <w:smallCaps w:val="0"/>
          <w:strike w:val="0"/>
          <w:sz w:val="22"/>
          <w:highlight w:val="cyan"/>
          <w:u w:val="single"/>
        </w:rPr>
        <w:t>dangerous</w:t>
      </w:r>
      <w:r>
        <w:rPr>
          <w:b/>
          <w:i w:val="0"/>
          <w:smallCaps w:val="0"/>
          <w:strike w:val="0"/>
          <w:sz w:val="22"/>
          <w:u w:val="single"/>
        </w:rPr>
        <w:t xml:space="preserve"> process</w:t>
      </w:r>
      <w:r>
        <w:rPr>
          <w:b/>
          <w:i w:val="0"/>
          <w:smallCaps w:val="0"/>
          <w:strike w:val="0"/>
          <w:sz w:val="22"/>
          <w:u w:val="single"/>
        </w:rPr>
        <w:t xml:space="preserve">, </w:t>
      </w:r>
      <w:r>
        <w:rPr>
          <w:b/>
          <w:i w:val="0"/>
          <w:smallCaps w:val="0"/>
          <w:strike w:val="0"/>
          <w:sz w:val="22"/>
          <w:highlight w:val="cyan"/>
          <w:u w:val="single"/>
        </w:rPr>
        <w:t>increasing</w:t>
      </w:r>
      <w:r>
        <w:rPr>
          <w:b/>
          <w:i w:val="0"/>
          <w:smallCaps w:val="0"/>
          <w:strike w:val="0"/>
          <w:sz w:val="22"/>
          <w:u w:val="single"/>
        </w:rPr>
        <w:t xml:space="preserve"> the chance of </w:t>
      </w:r>
      <w:r>
        <w:rPr>
          <w:b/>
          <w:i w:val="0"/>
          <w:smallCaps w:val="0"/>
          <w:strike w:val="0"/>
          <w:sz w:val="22"/>
          <w:highlight w:val="cyan"/>
          <w:u w:val="single"/>
        </w:rPr>
        <w:t>civil war</w:t>
      </w:r>
      <w:r>
        <w:rPr>
          <w:b/>
          <w:i w:val="0"/>
          <w:smallCaps w:val="0"/>
          <w:strike w:val="0"/>
          <w:sz w:val="22"/>
          <w:u w:val="single"/>
        </w:rPr>
        <w:t xml:space="preserve"> significantly</w:t>
      </w:r>
      <w:r>
        <w:rPr>
          <w:b w:val="0"/>
          <w:i w:val="0"/>
          <w:smallCaps w:val="0"/>
          <w:strike w:val="0"/>
          <w:sz w:val="16"/>
          <w:u w:val="none"/>
        </w:rPr>
        <w:t xml:space="preserve">. Hybrid systems are at risk as well: the chance of civil war is much higher compared to other political systems (caveat 3). More </w:t>
      </w:r>
      <w:r>
        <w:rPr>
          <w:b w:val="0"/>
          <w:i w:val="0"/>
          <w:smallCaps w:val="0"/>
          <w:strike w:val="0"/>
          <w:sz w:val="16"/>
          <w:u w:val="none"/>
        </w:rPr>
        <w:t>specifcally</w:t>
      </w:r>
      <w:r>
        <w:rPr>
          <w:b w:val="0"/>
          <w:i w:val="0"/>
          <w:smallCaps w:val="0"/>
          <w:strike w:val="0"/>
          <w:sz w:val="16"/>
          <w:u w:val="none"/>
        </w:rPr>
        <w:t xml:space="preserve">, both the strength and type of political institutions matter when explaining civil war. However, </w:t>
      </w:r>
      <w:r>
        <w:rPr>
          <w:b/>
          <w:i w:val="0"/>
          <w:smallCaps w:val="0"/>
          <w:strike w:val="0"/>
          <w:sz w:val="22"/>
          <w:u w:val="single"/>
        </w:rPr>
        <w:t xml:space="preserve">the type of political system (e.g. democracy or dictatorship) is </w:t>
      </w:r>
      <w:r>
        <w:rPr>
          <w:b/>
          <w:i w:val="0"/>
          <w:smallCaps w:val="0"/>
          <w:strike w:val="0"/>
          <w:sz w:val="22"/>
          <w:u w:val="single"/>
        </w:rPr>
        <w:t>not the decisive factor at all</w:t>
      </w:r>
      <w:r>
        <w:rPr>
          <w:b w:val="0"/>
          <w:i w:val="0"/>
          <w:smallCaps w:val="0"/>
          <w:strike w:val="0"/>
          <w:sz w:val="16"/>
          <w:u w:val="none"/>
        </w:rPr>
        <w:t xml:space="preserve"> (caveat 4). Finally, democracy has only limited explanatory power (caveat 5). </w:t>
      </w:r>
      <w:r>
        <w:rPr>
          <w:b/>
          <w:i w:val="0"/>
          <w:smallCaps w:val="0"/>
          <w:strike w:val="0"/>
          <w:sz w:val="22"/>
          <w:u w:val="single"/>
        </w:rPr>
        <w:t>Economic factors are far more</w:t>
      </w:r>
      <w:r>
        <w:rPr>
          <w:b/>
          <w:i w:val="0"/>
          <w:smallCaps w:val="0"/>
          <w:strike w:val="0"/>
          <w:sz w:val="22"/>
          <w:u w:val="single"/>
        </w:rPr>
        <w:t xml:space="preserve"> significant</w:t>
      </w:r>
      <w:r>
        <w:rPr>
          <w:b/>
          <w:i w:val="0"/>
          <w:smallCaps w:val="0"/>
          <w:strike w:val="0"/>
          <w:sz w:val="22"/>
          <w:u w:val="single"/>
        </w:rPr>
        <w:t xml:space="preserve"> than political factors</w:t>
      </w:r>
      <w:r>
        <w:rPr>
          <w:b w:val="0"/>
          <w:i w:val="0"/>
          <w:smallCaps w:val="0"/>
          <w:strike w:val="0"/>
          <w:sz w:val="16"/>
          <w:u w:val="none"/>
        </w:rPr>
        <w:t xml:space="preserve"> (such as having a democratic system) when explaining the onset, duration and severity of civil war. To prevent civil war, it would make more sense to make poorer countries richer, instead of promoting democracy. </w:t>
      </w:r>
      <w:r>
        <w:rPr>
          <w:b/>
          <w:i w:val="0"/>
          <w:smallCaps w:val="0"/>
          <w:strike w:val="0"/>
          <w:sz w:val="22"/>
          <w:u w:val="single"/>
        </w:rPr>
        <w:t>Helping countries</w:t>
      </w:r>
      <w:r>
        <w:rPr>
          <w:b w:val="0"/>
          <w:i w:val="0"/>
          <w:smallCaps w:val="0"/>
          <w:strike w:val="0"/>
          <w:sz w:val="16"/>
          <w:u w:val="none"/>
        </w:rPr>
        <w:t xml:space="preserve"> to </w:t>
      </w:r>
      <w:r>
        <w:rPr>
          <w:b/>
          <w:i w:val="0"/>
          <w:smallCaps w:val="0"/>
          <w:strike w:val="0"/>
          <w:sz w:val="22"/>
          <w:u w:val="single"/>
        </w:rPr>
        <w:t xml:space="preserve">democratize would </w:t>
      </w:r>
      <w:r>
        <w:rPr>
          <w:b/>
          <w:i w:val="0"/>
          <w:smallCaps w:val="0"/>
          <w:strike w:val="0"/>
          <w:sz w:val="22"/>
          <w:u w:val="single"/>
        </w:rPr>
        <w:t>even be</w:t>
      </w:r>
      <w:r>
        <w:rPr>
          <w:b/>
          <w:i w:val="0"/>
          <w:smallCaps w:val="0"/>
          <w:strike w:val="0"/>
          <w:sz w:val="22"/>
          <w:u w:val="single"/>
        </w:rPr>
        <w:t xml:space="preserve"> </w:t>
      </w:r>
      <w:r>
        <w:rPr>
          <w:b/>
          <w:i w:val="0"/>
          <w:smallCaps w:val="0"/>
          <w:strike w:val="0"/>
          <w:sz w:val="22"/>
          <w:u w:val="single"/>
        </w:rPr>
        <w:t>a very dangerous idea</w:t>
      </w:r>
      <w:r>
        <w:rPr>
          <w:b w:val="0"/>
          <w:i w:val="0"/>
          <w:smallCaps w:val="0"/>
          <w:strike w:val="0"/>
          <w:sz w:val="16"/>
          <w:u w:val="none"/>
        </w:rPr>
        <w:t xml:space="preserve">, as countries with changing levels of democracy are most vulnerable, making civil wars most likely. It is true that there is evidence that the chance of civil war decreases when the extent of democracy increases considerably. The problem however is that most countries do not go through big political changes but through small changes instead; those small steps—away or towards more democracy—are dangerous. Not only is the onset of civil war likely under such circumstances, but civil wars also tend to be longer, and the </w:t>
      </w:r>
      <w:r>
        <w:rPr>
          <w:b w:val="0"/>
          <w:i w:val="0"/>
          <w:smallCaps w:val="0"/>
          <w:strike w:val="0"/>
          <w:sz w:val="16"/>
          <w:u w:val="none"/>
        </w:rPr>
        <w:t>confict</w:t>
      </w:r>
      <w:r>
        <w:rPr>
          <w:b w:val="0"/>
          <w:i w:val="0"/>
          <w:smallCaps w:val="0"/>
          <w:strike w:val="0"/>
          <w:sz w:val="16"/>
          <w:u w:val="none"/>
        </w:rPr>
        <w:t xml:space="preserve"> is more cruel leading to more victims, destruction and killings (see Chapter 4). A more encouraging story can be told around the value for democracy to control corruption in a country (see Chapter 5). Fighting corruption has been high on the agenda of international organizations such as the World Bank and the IMF. Moreover, the theme of corruption has been studied thoroughly in many different academic disciplines—mainly in economics, but also in sociology, political science and law. Democracy has often been suggested as one of the remedies when </w:t>
      </w:r>
      <w:r>
        <w:rPr>
          <w:b w:val="0"/>
          <w:i w:val="0"/>
          <w:smallCaps w:val="0"/>
          <w:strike w:val="0"/>
          <w:sz w:val="16"/>
          <w:u w:val="none"/>
        </w:rPr>
        <w:t>fghting</w:t>
      </w:r>
      <w:r>
        <w:rPr>
          <w:b w:val="0"/>
          <w:i w:val="0"/>
          <w:smallCaps w:val="0"/>
          <w:strike w:val="0"/>
          <w:sz w:val="16"/>
          <w:u w:val="none"/>
        </w:rPr>
        <w:t xml:space="preserve"> against high levels of continuous corruption. So far, the statistical evidence has strongly supported this idea. As Chapter 5 showed, dozens of studies with broad quantitative, cross-national and comparative research have found statistically </w:t>
      </w:r>
      <w:r>
        <w:rPr>
          <w:b w:val="0"/>
          <w:i w:val="0"/>
          <w:smallCaps w:val="0"/>
          <w:strike w:val="0"/>
          <w:sz w:val="16"/>
          <w:u w:val="none"/>
        </w:rPr>
        <w:t>signifcant</w:t>
      </w:r>
      <w:r>
        <w:rPr>
          <w:b w:val="0"/>
          <w:i w:val="0"/>
          <w:smallCaps w:val="0"/>
          <w:strike w:val="0"/>
          <w:sz w:val="16"/>
          <w:u w:val="none"/>
        </w:rPr>
        <w:t xml:space="preserve"> associations between (less) democracy and (more) corruption. However, there are vast problems around conceptualization (caveat 1) and measurement (caveat 2) of ‘corruption’. Another caveat is that </w:t>
      </w:r>
      <w:r>
        <w:rPr>
          <w:b/>
          <w:i w:val="0"/>
          <w:smallCaps w:val="0"/>
          <w:strike w:val="0"/>
          <w:sz w:val="22"/>
          <w:highlight w:val="cyan"/>
          <w:u w:val="single"/>
        </w:rPr>
        <w:t>democratizing countries are</w:t>
      </w:r>
      <w:r>
        <w:rPr>
          <w:b/>
          <w:i w:val="0"/>
          <w:smallCaps w:val="0"/>
          <w:strike w:val="0"/>
          <w:sz w:val="22"/>
          <w:u w:val="single"/>
        </w:rPr>
        <w:t xml:space="preserve"> </w:t>
      </w:r>
      <w:r>
        <w:rPr>
          <w:b/>
          <w:i w:val="0"/>
          <w:smallCaps w:val="0"/>
          <w:strike w:val="0"/>
          <w:sz w:val="22"/>
          <w:u w:val="single"/>
        </w:rPr>
        <w:t xml:space="preserve">the </w:t>
      </w:r>
      <w:r>
        <w:rPr>
          <w:b/>
          <w:i w:val="0"/>
          <w:smallCaps w:val="0"/>
          <w:strike w:val="0"/>
          <w:sz w:val="22"/>
          <w:highlight w:val="cyan"/>
          <w:u w:val="single"/>
        </w:rPr>
        <w:t>poor</w:t>
      </w:r>
      <w:r>
        <w:rPr>
          <w:b/>
          <w:i w:val="0"/>
          <w:smallCaps w:val="0"/>
          <w:strike w:val="0"/>
          <w:sz w:val="22"/>
          <w:u w:val="single"/>
        </w:rPr>
        <w:t xml:space="preserve">est </w:t>
      </w:r>
      <w:r>
        <w:rPr>
          <w:b/>
          <w:i w:val="0"/>
          <w:smallCaps w:val="0"/>
          <w:strike w:val="0"/>
          <w:sz w:val="22"/>
          <w:u w:val="single"/>
        </w:rPr>
        <w:t>performers</w:t>
      </w:r>
      <w:r>
        <w:rPr>
          <w:b/>
          <w:i w:val="0"/>
          <w:smallCaps w:val="0"/>
          <w:strike w:val="0"/>
          <w:sz w:val="22"/>
          <w:u w:val="single"/>
        </w:rPr>
        <w:t xml:space="preserve"> </w:t>
      </w:r>
      <w:r>
        <w:rPr>
          <w:b/>
          <w:i w:val="0"/>
          <w:smallCaps w:val="0"/>
          <w:strike w:val="0"/>
          <w:sz w:val="22"/>
          <w:highlight w:val="cyan"/>
          <w:u w:val="single"/>
        </w:rPr>
        <w:t>with</w:t>
      </w:r>
      <w:r>
        <w:rPr>
          <w:b w:val="0"/>
          <w:i w:val="0"/>
          <w:smallCaps w:val="0"/>
          <w:strike w:val="0"/>
          <w:u w:val="none"/>
        </w:rPr>
        <w:t xml:space="preserve"> r</w:t>
      </w:r>
      <w:r>
        <w:rPr>
          <w:b w:val="0"/>
          <w:i w:val="0"/>
          <w:smallCaps w:val="0"/>
          <w:strike w:val="0"/>
          <w:sz w:val="16"/>
          <w:u w:val="none"/>
        </w:rPr>
        <w:t xml:space="preserve">egard to </w:t>
      </w:r>
      <w:r>
        <w:rPr>
          <w:b/>
          <w:i w:val="0"/>
          <w:smallCaps w:val="0"/>
          <w:strike w:val="0"/>
          <w:sz w:val="22"/>
          <w:u w:val="single"/>
        </w:rPr>
        <w:t xml:space="preserve">controlling </w:t>
      </w:r>
      <w:r>
        <w:rPr>
          <w:b/>
          <w:i w:val="0"/>
          <w:smallCaps w:val="0"/>
          <w:strike w:val="0"/>
          <w:sz w:val="22"/>
          <w:highlight w:val="cyan"/>
          <w:u w:val="single"/>
        </w:rPr>
        <w:t>corruption</w:t>
      </w:r>
      <w:r>
        <w:rPr>
          <w:b w:val="0"/>
          <w:i w:val="0"/>
          <w:smallCaps w:val="0"/>
          <w:strike w:val="0"/>
          <w:sz w:val="16"/>
          <w:u w:val="none"/>
        </w:rPr>
        <w:t xml:space="preserve"> (caveat 3). Moreover, it is not democracy in general, but particular political institutions which have an impact on the control of corruption; and a free press also helps a lot in order to limit corruptive practices in a country (caveat 4). In addition, democracies seem to be less affected by corruption than dictatorships, but at the same time, there is clear evidence that economic factors have more explanatory power (caveat 5). In conclusion, more democracy means less corruption, but we need to be modest (as other factors matter more) and cautious (as there are many caveats). The perceived impact of democracy on development has been highly contested as well (see Chapter 6). Some scholars argue that democratic systems have a positive impact, while others argue that high levels of democracy actually reduce the levels of economic growth and development. Particularly since the 1990s, statistical studies have focused on this debate, and </w:t>
      </w:r>
      <w:r>
        <w:rPr>
          <w:b/>
          <w:i w:val="0"/>
          <w:smallCaps w:val="0"/>
          <w:strike w:val="0"/>
          <w:sz w:val="22"/>
          <w:u w:val="single"/>
        </w:rPr>
        <w:t xml:space="preserve">the empirical </w:t>
      </w:r>
      <w:r>
        <w:rPr>
          <w:b/>
          <w:i w:val="0"/>
          <w:smallCaps w:val="0"/>
          <w:strike w:val="0"/>
          <w:sz w:val="22"/>
          <w:highlight w:val="cyan"/>
          <w:u w:val="single"/>
        </w:rPr>
        <w:t>ev</w:t>
      </w:r>
      <w:r>
        <w:rPr>
          <w:b/>
          <w:i w:val="0"/>
          <w:smallCaps w:val="0"/>
          <w:strike w:val="0"/>
          <w:sz w:val="22"/>
          <w:u w:val="single"/>
        </w:rPr>
        <w:t>i</w:t>
      </w:r>
      <w:r>
        <w:rPr>
          <w:b/>
          <w:i w:val="0"/>
          <w:smallCaps w:val="0"/>
          <w:strike w:val="0"/>
          <w:sz w:val="22"/>
          <w:u w:val="single"/>
        </w:rPr>
        <w:t xml:space="preserve">dence </w:t>
      </w:r>
      <w:r>
        <w:rPr>
          <w:b/>
          <w:i w:val="0"/>
          <w:smallCaps w:val="0"/>
          <w:strike w:val="0"/>
          <w:sz w:val="22"/>
          <w:highlight w:val="cyan"/>
          <w:u w:val="single"/>
        </w:rPr>
        <w:t xml:space="preserve">is </w:t>
      </w:r>
      <w:r>
        <w:rPr>
          <w:b/>
          <w:i w:val="0"/>
          <w:smallCaps w:val="0"/>
          <w:strike w:val="0"/>
          <w:sz w:val="22"/>
          <w:highlight w:val="cyan"/>
          <w:u w:val="single"/>
        </w:rPr>
        <w:t>clear</w:t>
      </w:r>
      <w:r>
        <w:rPr>
          <w:b/>
          <w:i w:val="0"/>
          <w:smallCaps w:val="0"/>
          <w:strike w:val="0"/>
          <w:sz w:val="22"/>
          <w:highlight w:val="cyan"/>
          <w:u w:val="single"/>
        </w:rPr>
        <w:t xml:space="preserve">: there is </w:t>
      </w:r>
      <w:r>
        <w:rPr>
          <w:b/>
          <w:i w:val="0"/>
          <w:smallCaps w:val="0"/>
          <w:strike w:val="0"/>
          <w:sz w:val="22"/>
          <w:highlight w:val="cyan"/>
          <w:u w:val="single"/>
        </w:rPr>
        <w:t>no</w:t>
      </w:r>
      <w:r>
        <w:rPr>
          <w:b/>
          <w:i w:val="0"/>
          <w:smallCaps w:val="0"/>
          <w:strike w:val="0"/>
          <w:sz w:val="22"/>
          <w:u w:val="single"/>
        </w:rPr>
        <w:t xml:space="preserve"> direct </w:t>
      </w:r>
      <w:r>
        <w:rPr>
          <w:b/>
          <w:i w:val="0"/>
          <w:smallCaps w:val="0"/>
          <w:strike w:val="0"/>
          <w:sz w:val="22"/>
          <w:highlight w:val="cyan"/>
          <w:u w:val="single"/>
        </w:rPr>
        <w:t>impact</w:t>
      </w:r>
      <w:r>
        <w:rPr>
          <w:b/>
          <w:i w:val="0"/>
          <w:smallCaps w:val="0"/>
          <w:strike w:val="0"/>
          <w:sz w:val="22"/>
          <w:highlight w:val="cyan"/>
          <w:u w:val="single"/>
        </w:rPr>
        <w:t xml:space="preserve"> of democracy on</w:t>
      </w:r>
      <w:r>
        <w:rPr>
          <w:b/>
          <w:i w:val="0"/>
          <w:smallCaps w:val="0"/>
          <w:strike w:val="0"/>
          <w:sz w:val="22"/>
          <w:u w:val="single"/>
        </w:rPr>
        <w:t xml:space="preserve"> development</w:t>
      </w:r>
      <w:r>
        <w:rPr>
          <w:b w:val="0"/>
          <w:i w:val="0"/>
          <w:smallCaps w:val="0"/>
          <w:strike w:val="0"/>
          <w:sz w:val="16"/>
          <w:u w:val="none"/>
        </w:rPr>
        <w:t xml:space="preserve">. Hence, both approaches cannot be supported (see caveat 1). The indirect impact via other factors is also questionable (caveat 2). Moreover, </w:t>
      </w:r>
      <w:r>
        <w:rPr>
          <w:b/>
          <w:i w:val="0"/>
          <w:smallCaps w:val="0"/>
          <w:strike w:val="0"/>
          <w:sz w:val="22"/>
          <w:u w:val="single"/>
        </w:rPr>
        <w:t xml:space="preserve">there is </w:t>
      </w:r>
      <w:r>
        <w:rPr>
          <w:b/>
          <w:i w:val="0"/>
          <w:smallCaps w:val="0"/>
          <w:strike w:val="0"/>
          <w:sz w:val="22"/>
          <w:u w:val="single"/>
        </w:rPr>
        <w:t>too much variation</w:t>
      </w:r>
      <w:r>
        <w:rPr>
          <w:b/>
          <w:i w:val="0"/>
          <w:smallCaps w:val="0"/>
          <w:strike w:val="0"/>
          <w:sz w:val="22"/>
          <w:u w:val="single"/>
        </w:rPr>
        <w:t xml:space="preserve"> in</w:t>
      </w:r>
      <w:r>
        <w:rPr>
          <w:b w:val="0"/>
          <w:i w:val="0"/>
          <w:smallCaps w:val="0"/>
          <w:strike w:val="0"/>
          <w:sz w:val="16"/>
          <w:u w:val="none"/>
        </w:rPr>
        <w:t xml:space="preserve"> levels of economic </w:t>
      </w:r>
      <w:r>
        <w:rPr>
          <w:b/>
          <w:i w:val="0"/>
          <w:smallCaps w:val="0"/>
          <w:strike w:val="0"/>
          <w:sz w:val="22"/>
          <w:highlight w:val="cyan"/>
          <w:u w:val="single"/>
        </w:rPr>
        <w:t>growth</w:t>
      </w:r>
      <w:r>
        <w:rPr>
          <w:b w:val="0"/>
          <w:i w:val="0"/>
          <w:smallCaps w:val="0"/>
          <w:strike w:val="0"/>
          <w:sz w:val="16"/>
          <w:u w:val="none"/>
        </w:rPr>
        <w:t xml:space="preserve"> and development </w:t>
      </w:r>
      <w:r>
        <w:rPr>
          <w:b/>
          <w:i w:val="0"/>
          <w:smallCaps w:val="0"/>
          <w:strike w:val="0"/>
          <w:sz w:val="22"/>
          <w:u w:val="single"/>
        </w:rPr>
        <w:t>among the dictatorial systems</w:t>
      </w:r>
      <w:r>
        <w:rPr>
          <w:b w:val="0"/>
          <w:i w:val="0"/>
          <w:smallCaps w:val="0"/>
          <w:strike w:val="0"/>
          <w:sz w:val="16"/>
          <w:u w:val="none"/>
        </w:rPr>
        <w:t>, and there are huge regional differences (caveat 3). Adopting a one-size-</w:t>
      </w:r>
      <w:r>
        <w:rPr>
          <w:b w:val="0"/>
          <w:i w:val="0"/>
          <w:smallCaps w:val="0"/>
          <w:strike w:val="0"/>
          <w:sz w:val="16"/>
          <w:u w:val="none"/>
        </w:rPr>
        <w:t>ftsall</w:t>
      </w:r>
      <w:r>
        <w:rPr>
          <w:b w:val="0"/>
          <w:i w:val="0"/>
          <w:smallCaps w:val="0"/>
          <w:strike w:val="0"/>
          <w:sz w:val="16"/>
          <w:u w:val="none"/>
        </w:rPr>
        <w:t xml:space="preserve"> approach would not be wise at all. In addition, in order to increase development, it would be better to focus on alternative factors such as improving institutional quality and good governance (caveat 4). There is not </w:t>
      </w:r>
      <w:r>
        <w:rPr>
          <w:b w:val="0"/>
          <w:i w:val="0"/>
          <w:smallCaps w:val="0"/>
          <w:strike w:val="0"/>
          <w:sz w:val="16"/>
          <w:u w:val="none"/>
        </w:rPr>
        <w:t>suffcient</w:t>
      </w:r>
      <w:r>
        <w:rPr>
          <w:b w:val="0"/>
          <w:i w:val="0"/>
          <w:smallCaps w:val="0"/>
          <w:strike w:val="0"/>
          <w:sz w:val="16"/>
          <w:u w:val="none"/>
        </w:rPr>
        <w:t xml:space="preserve"> evidence to state that democracy has instrumental value, at least not with regard to economic growth. However, future research needs to include broader concepts and measurements of development in their models, as so far studies have mainly focused on explaining cross-national differences in growth of GDP (caveat 5). Overall, </w:t>
      </w:r>
      <w:r>
        <w:rPr>
          <w:b/>
          <w:i w:val="0"/>
          <w:smallCaps w:val="0"/>
          <w:strike w:val="0"/>
          <w:sz w:val="22"/>
          <w:u w:val="single"/>
        </w:rPr>
        <w:t xml:space="preserve">the instrumental </w:t>
      </w:r>
      <w:r>
        <w:rPr>
          <w:b/>
          <w:i w:val="0"/>
          <w:smallCaps w:val="0"/>
          <w:strike w:val="0"/>
          <w:sz w:val="22"/>
          <w:highlight w:val="cyan"/>
          <w:u w:val="single"/>
        </w:rPr>
        <w:t>value</w:t>
      </w:r>
      <w:r>
        <w:rPr>
          <w:b/>
          <w:i w:val="0"/>
          <w:smallCaps w:val="0"/>
          <w:strike w:val="0"/>
          <w:sz w:val="22"/>
          <w:u w:val="single"/>
        </w:rPr>
        <w:t xml:space="preserve"> of democracy</w:t>
      </w:r>
      <w:r>
        <w:rPr>
          <w:b/>
          <w:i w:val="0"/>
          <w:smallCaps w:val="0"/>
          <w:strike w:val="0"/>
          <w:sz w:val="22"/>
          <w:u w:val="single"/>
        </w:rPr>
        <w:t xml:space="preserve"> </w:t>
      </w:r>
      <w:r>
        <w:rPr>
          <w:b/>
          <w:i w:val="0"/>
          <w:smallCaps w:val="0"/>
          <w:strike w:val="0"/>
          <w:sz w:val="22"/>
          <w:highlight w:val="cyan"/>
          <w:u w:val="single"/>
        </w:rPr>
        <w:t>is</w:t>
      </w:r>
      <w:r>
        <w:rPr>
          <w:b w:val="0"/>
          <w:i w:val="0"/>
          <w:smallCaps w:val="0"/>
          <w:strike w:val="0"/>
          <w:sz w:val="16"/>
          <w:u w:val="none"/>
        </w:rPr>
        <w:t>—at best—tentative, or—if being less mild—</w:t>
      </w:r>
      <w:r>
        <w:rPr>
          <w:b/>
          <w:i w:val="0"/>
          <w:smallCaps w:val="0"/>
          <w:strike w:val="0"/>
          <w:sz w:val="22"/>
          <w:u w:val="single"/>
        </w:rPr>
        <w:t xml:space="preserve">simply </w:t>
      </w:r>
      <w:r>
        <w:rPr>
          <w:b/>
          <w:i w:val="0"/>
          <w:smallCaps w:val="0"/>
          <w:strike w:val="0"/>
          <w:sz w:val="22"/>
          <w:highlight w:val="cyan"/>
          <w:u w:val="single"/>
        </w:rPr>
        <w:t>non-existent</w:t>
      </w:r>
      <w:r>
        <w:rPr>
          <w:b/>
          <w:i w:val="0"/>
          <w:smallCaps w:val="0"/>
          <w:strike w:val="0"/>
          <w:sz w:val="22"/>
          <w:highlight w:val="cyan"/>
          <w:u w:val="single"/>
        </w:rPr>
        <w:t xml:space="preserve">. Democracy is </w:t>
      </w:r>
      <w:r>
        <w:rPr>
          <w:b/>
          <w:i w:val="0"/>
          <w:smallCaps w:val="0"/>
          <w:strike w:val="0"/>
          <w:sz w:val="22"/>
          <w:highlight w:val="cyan"/>
          <w:u w:val="single"/>
        </w:rPr>
        <w:t>not</w:t>
      </w:r>
      <w:r>
        <w:rPr>
          <w:b/>
          <w:i w:val="0"/>
          <w:smallCaps w:val="0"/>
          <w:strike w:val="0"/>
          <w:sz w:val="22"/>
          <w:u w:val="single"/>
        </w:rPr>
        <w:t xml:space="preserve"> necessarily</w:t>
      </w:r>
      <w:r>
        <w:rPr>
          <w:b/>
          <w:i w:val="0"/>
          <w:smallCaps w:val="0"/>
          <w:strike w:val="0"/>
          <w:sz w:val="22"/>
          <w:u w:val="single"/>
        </w:rPr>
        <w:t xml:space="preserve"> </w:t>
      </w:r>
      <w:r>
        <w:rPr>
          <w:b/>
          <w:i w:val="0"/>
          <w:smallCaps w:val="0"/>
          <w:strike w:val="0"/>
          <w:sz w:val="22"/>
          <w:highlight w:val="cyan"/>
          <w:u w:val="single"/>
        </w:rPr>
        <w:t>better</w:t>
      </w:r>
      <w:r>
        <w:rPr>
          <w:b/>
          <w:i w:val="0"/>
          <w:smallCaps w:val="0"/>
          <w:strike w:val="0"/>
          <w:sz w:val="22"/>
          <w:u w:val="single"/>
        </w:rPr>
        <w:t xml:space="preserve"> than </w:t>
      </w:r>
      <w:r>
        <w:rPr>
          <w:b/>
          <w:i w:val="0"/>
          <w:smallCaps w:val="0"/>
          <w:strike w:val="0"/>
          <w:sz w:val="22"/>
          <w:u w:val="single"/>
        </w:rPr>
        <w:t>any alternative form of government</w:t>
      </w:r>
      <w:r>
        <w:rPr>
          <w:b/>
          <w:i w:val="0"/>
          <w:smallCaps w:val="0"/>
          <w:strike w:val="0"/>
          <w:sz w:val="22"/>
          <w:u w:val="single"/>
        </w:rPr>
        <w:t xml:space="preserve">. </w:t>
      </w:r>
      <w:r>
        <w:rPr>
          <w:b/>
          <w:i w:val="0"/>
          <w:smallCaps w:val="0"/>
          <w:strike w:val="0"/>
          <w:sz w:val="22"/>
          <w:highlight w:val="cyan"/>
          <w:u w:val="single"/>
        </w:rPr>
        <w:t>With</w:t>
      </w:r>
      <w:r>
        <w:rPr>
          <w:b w:val="0"/>
          <w:i w:val="0"/>
          <w:smallCaps w:val="0"/>
          <w:strike w:val="0"/>
          <w:sz w:val="16"/>
          <w:u w:val="none"/>
        </w:rPr>
        <w:t xml:space="preserve"> regard to </w:t>
      </w:r>
      <w:r>
        <w:rPr>
          <w:b/>
          <w:i w:val="0"/>
          <w:smallCaps w:val="0"/>
          <w:strike w:val="0"/>
          <w:sz w:val="22"/>
          <w:u w:val="single"/>
        </w:rPr>
        <w:t>many</w:t>
      </w:r>
      <w:r>
        <w:rPr>
          <w:b w:val="0"/>
          <w:i w:val="0"/>
          <w:smallCaps w:val="0"/>
          <w:strike w:val="0"/>
          <w:sz w:val="16"/>
          <w:u w:val="none"/>
        </w:rPr>
        <w:t xml:space="preserve"> of the expected </w:t>
      </w:r>
      <w:r>
        <w:rPr>
          <w:b/>
          <w:i w:val="0"/>
          <w:smallCaps w:val="0"/>
          <w:strike w:val="0"/>
          <w:sz w:val="22"/>
          <w:u w:val="single"/>
        </w:rPr>
        <w:t>benefts</w:t>
      </w:r>
      <w:r>
        <w:rPr>
          <w:b/>
          <w:i w:val="0"/>
          <w:smallCaps w:val="0"/>
          <w:strike w:val="0"/>
          <w:sz w:val="22"/>
          <w:u w:val="single"/>
        </w:rPr>
        <w:t xml:space="preserve">—such as less </w:t>
      </w:r>
      <w:r>
        <w:rPr>
          <w:b/>
          <w:i w:val="0"/>
          <w:smallCaps w:val="0"/>
          <w:strike w:val="0"/>
          <w:sz w:val="22"/>
          <w:highlight w:val="cyan"/>
          <w:u w:val="single"/>
        </w:rPr>
        <w:t>war</w:t>
      </w:r>
      <w:r>
        <w:rPr>
          <w:b/>
          <w:i w:val="0"/>
          <w:smallCaps w:val="0"/>
          <w:strike w:val="0"/>
          <w:sz w:val="22"/>
          <w:u w:val="single"/>
        </w:rPr>
        <w:t xml:space="preserve">, less </w:t>
      </w:r>
      <w:r>
        <w:rPr>
          <w:b/>
          <w:i w:val="0"/>
          <w:smallCaps w:val="0"/>
          <w:strike w:val="0"/>
          <w:sz w:val="22"/>
          <w:highlight w:val="cyan"/>
          <w:u w:val="single"/>
        </w:rPr>
        <w:t>corruption</w:t>
      </w:r>
      <w:r>
        <w:rPr>
          <w:b/>
          <w:i w:val="0"/>
          <w:smallCaps w:val="0"/>
          <w:strike w:val="0"/>
          <w:sz w:val="22"/>
          <w:u w:val="single"/>
        </w:rPr>
        <w:t xml:space="preserve"> </w:t>
      </w:r>
      <w:r>
        <w:rPr>
          <w:b/>
          <w:i w:val="0"/>
          <w:smallCaps w:val="0"/>
          <w:strike w:val="0"/>
          <w:sz w:val="22"/>
          <w:highlight w:val="cyan"/>
          <w:u w:val="single"/>
        </w:rPr>
        <w:t>and</w:t>
      </w:r>
      <w:r>
        <w:rPr>
          <w:b/>
          <w:i w:val="0"/>
          <w:smallCaps w:val="0"/>
          <w:strike w:val="0"/>
          <w:sz w:val="22"/>
          <w:u w:val="single"/>
        </w:rPr>
        <w:t xml:space="preserve"> more economic </w:t>
      </w:r>
      <w:r>
        <w:rPr>
          <w:b/>
          <w:i w:val="0"/>
          <w:smallCaps w:val="0"/>
          <w:strike w:val="0"/>
          <w:sz w:val="22"/>
          <w:highlight w:val="cyan"/>
          <w:u w:val="single"/>
        </w:rPr>
        <w:t xml:space="preserve">development—democracy </w:t>
      </w:r>
      <w:r>
        <w:rPr>
          <w:b/>
          <w:i w:val="0"/>
          <w:smallCaps w:val="0"/>
          <w:strike w:val="0"/>
          <w:sz w:val="22"/>
          <w:highlight w:val="cyan"/>
          <w:u w:val="single"/>
        </w:rPr>
        <w:t>does deliver</w:t>
      </w:r>
      <w:r>
        <w:rPr>
          <w:b/>
          <w:i w:val="0"/>
          <w:smallCaps w:val="0"/>
          <w:strike w:val="0"/>
          <w:sz w:val="22"/>
          <w:u w:val="single"/>
        </w:rPr>
        <w:t xml:space="preserve">, but </w:t>
      </w:r>
      <w:r>
        <w:rPr>
          <w:b/>
          <w:i w:val="0"/>
          <w:smallCaps w:val="0"/>
          <w:strike w:val="0"/>
          <w:sz w:val="22"/>
          <w:highlight w:val="cyan"/>
          <w:u w:val="single"/>
        </w:rPr>
        <w:t>so do nondemocratic systems</w:t>
      </w:r>
      <w:r>
        <w:rPr>
          <w:b w:val="0"/>
          <w:i w:val="0"/>
          <w:smallCaps w:val="0"/>
          <w:strike w:val="0"/>
          <w:sz w:val="16"/>
          <w:u w:val="none"/>
        </w:rPr>
        <w:t xml:space="preserve">. High or low levels of democracy do not make a distinctive difference. Mid-range democracy levels do matter though. Hybrid systems can be associated with many negative outcomes, while this is also the case for democratizing countries. Moreover, other explanations—typically certain </w:t>
      </w:r>
      <w:r>
        <w:rPr>
          <w:b w:val="0"/>
          <w:i w:val="0"/>
          <w:smallCaps w:val="0"/>
          <w:strike w:val="0"/>
          <w:sz w:val="16"/>
          <w:u w:val="none"/>
        </w:rPr>
        <w:t>favourable</w:t>
      </w:r>
      <w:r>
        <w:rPr>
          <w:b w:val="0"/>
          <w:i w:val="0"/>
          <w:smallCaps w:val="0"/>
          <w:strike w:val="0"/>
          <w:sz w:val="16"/>
          <w:u w:val="none"/>
        </w:rPr>
        <w:t xml:space="preserve"> economic factors in a country—are much more powerful to explain the expected </w:t>
      </w:r>
      <w:r>
        <w:rPr>
          <w:b w:val="0"/>
          <w:i w:val="0"/>
          <w:smallCaps w:val="0"/>
          <w:strike w:val="0"/>
          <w:sz w:val="16"/>
          <w:u w:val="none"/>
        </w:rPr>
        <w:t>benefts</w:t>
      </w:r>
      <w:r>
        <w:rPr>
          <w:b w:val="0"/>
          <w:i w:val="0"/>
          <w:smallCaps w:val="0"/>
          <w:strike w:val="0"/>
          <w:sz w:val="16"/>
          <w:u w:val="none"/>
        </w:rPr>
        <w:t>, at least compared to the single fact that a country is a democracy or not. The impact of democracy fades away in the powerful shadows of the economic factors.8</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