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water wars – adaptation, cooperation, no incentive and globalization</w:t>
      </w:r>
    </w:p>
    <w:p>
      <w:pPr>
        <w:spacing w:after="80"/>
      </w:pPr>
      <w:r>
        <w:rPr>
          <w:b/>
          <w:i w:val="0"/>
          <w:smallCaps w:val="0"/>
          <w:strike w:val="0"/>
          <w:sz w:val="26"/>
          <w:u w:val="none"/>
        </w:rPr>
        <w:t>Dell’Angelo</w:t>
      </w:r>
      <w:r>
        <w:rPr>
          <w:b/>
          <w:i w:val="0"/>
          <w:smallCaps w:val="0"/>
          <w:strike w:val="0"/>
          <w:sz w:val="26"/>
          <w:u w:val="none"/>
        </w:rPr>
        <w:t xml:space="preserve"> 18, </w:t>
      </w:r>
      <w:r>
        <w:rPr>
          <w:b w:val="0"/>
          <w:i w:val="0"/>
          <w:smallCaps w:val="0"/>
          <w:strike w:val="0"/>
          <w:sz w:val="26"/>
          <w:u w:val="none"/>
        </w:rPr>
        <w:t>Jampel</w:t>
      </w:r>
      <w:r>
        <w:rPr>
          <w:b w:val="0"/>
          <w:i w:val="0"/>
          <w:smallCaps w:val="0"/>
          <w:strike w:val="0"/>
          <w:sz w:val="26"/>
          <w:u w:val="none"/>
        </w:rPr>
        <w:t xml:space="preserve"> </w:t>
      </w:r>
      <w:r>
        <w:rPr>
          <w:b w:val="0"/>
          <w:i w:val="0"/>
          <w:smallCaps w:val="0"/>
          <w:strike w:val="0"/>
          <w:sz w:val="26"/>
          <w:u w:val="none"/>
        </w:rPr>
        <w:t>Dell’Angelo</w:t>
      </w:r>
      <w:r>
        <w:rPr>
          <w:b w:val="0"/>
          <w:i w:val="0"/>
          <w:smallCaps w:val="0"/>
          <w:strike w:val="0"/>
          <w:sz w:val="26"/>
          <w:u w:val="none"/>
        </w:rPr>
        <w:t xml:space="preserve">, Paolo </w:t>
      </w:r>
      <w:r>
        <w:rPr>
          <w:b w:val="0"/>
          <w:i w:val="0"/>
          <w:smallCaps w:val="0"/>
          <w:strike w:val="0"/>
          <w:sz w:val="26"/>
          <w:u w:val="none"/>
        </w:rPr>
        <w:t>d’Odorico</w:t>
      </w:r>
      <w:r>
        <w:rPr>
          <w:b w:val="0"/>
          <w:i w:val="0"/>
          <w:smallCaps w:val="0"/>
          <w:strike w:val="0"/>
          <w:sz w:val="26"/>
          <w:u w:val="none"/>
        </w:rPr>
        <w:t xml:space="preserve">, Maria Cristina Rulli, Associate Professor of Water Governance and Politics, </w:t>
      </w:r>
      <w:r>
        <w:rPr>
          <w:b w:val="0"/>
          <w:i w:val="0"/>
          <w:smallCaps w:val="0"/>
          <w:strike w:val="0"/>
          <w:sz w:val="26"/>
          <w:u w:val="none"/>
        </w:rPr>
        <w:t>Progessor</w:t>
      </w:r>
      <w:r>
        <w:rPr>
          <w:b w:val="0"/>
          <w:i w:val="0"/>
          <w:smallCaps w:val="0"/>
          <w:strike w:val="0"/>
          <w:sz w:val="26"/>
          <w:u w:val="none"/>
        </w:rPr>
        <w:t xml:space="preserve"> of Hydrology and Social Resources @ Berkeley, Professor of Water and Food Security, “The neglected costs of water peace,” 10/11/18, </w:t>
      </w:r>
      <w:r>
        <w:rPr>
          <w:b w:val="0"/>
          <w:i w:val="0"/>
          <w:smallCaps w:val="0"/>
          <w:strike w:val="0"/>
          <w:u w:val="none"/>
        </w:rPr>
        <w:t>https://onlinelibrary.wiley.com/doi/full/10.1002/wat2.1316</w:t>
      </w:r>
      <w:r>
        <w:rPr>
          <w:b w:val="0"/>
          <w:i w:val="0"/>
          <w:smallCaps w:val="0"/>
          <w:strike w:val="0"/>
          <w:sz w:val="26"/>
          <w:u w:val="none"/>
        </w:rPr>
        <w:t xml:space="preserve"> //cc</w:t>
      </w:r>
    </w:p>
    <w:p>
      <w:pPr>
        <w:spacing w:after="60"/>
      </w:pPr>
      <w:r>
        <w:rPr>
          <w:b w:val="0"/>
          <w:i w:val="0"/>
          <w:smallCaps w:val="0"/>
          <w:strike w:val="0"/>
          <w:sz w:val="16"/>
          <w:u w:val="none"/>
        </w:rPr>
        <w:t>The first argument that “</w:t>
      </w:r>
      <w:r>
        <w:rPr>
          <w:b w:val="0"/>
          <w:i w:val="0"/>
          <w:smallCaps w:val="0"/>
          <w:strike w:val="0"/>
          <w:sz w:val="22"/>
          <w:u w:val="single"/>
        </w:rPr>
        <w:t>interstate cooperation</w:t>
      </w:r>
      <w:r>
        <w:rPr>
          <w:b w:val="0"/>
          <w:i w:val="0"/>
          <w:smallCaps w:val="0"/>
          <w:strike w:val="0"/>
          <w:sz w:val="16"/>
          <w:u w:val="none"/>
        </w:rPr>
        <w:t xml:space="preserve"> on freshwater resources </w:t>
      </w:r>
      <w:r>
        <w:rPr>
          <w:b w:val="0"/>
          <w:i w:val="0"/>
          <w:smallCaps w:val="0"/>
          <w:strike w:val="0"/>
          <w:sz w:val="22"/>
          <w:u w:val="single"/>
        </w:rPr>
        <w:t>prevails over conflict</w:t>
      </w:r>
      <w:r>
        <w:rPr>
          <w:b w:val="0"/>
          <w:i w:val="0"/>
          <w:smallCaps w:val="0"/>
          <w:strike w:val="0"/>
          <w:sz w:val="16"/>
          <w:u w:val="none"/>
        </w:rPr>
        <w:t xml:space="preserve">” </w:t>
      </w:r>
      <w:r>
        <w:rPr>
          <w:b w:val="0"/>
          <w:i w:val="0"/>
          <w:smallCaps w:val="0"/>
          <w:strike w:val="0"/>
          <w:sz w:val="22"/>
          <w:u w:val="single"/>
        </w:rPr>
        <w:t>is supported by historical evidence</w:t>
      </w:r>
      <w:r>
        <w:rPr>
          <w:b w:val="0"/>
          <w:i w:val="0"/>
          <w:smallCaps w:val="0"/>
          <w:strike w:val="0"/>
          <w:sz w:val="16"/>
          <w:u w:val="none"/>
        </w:rPr>
        <w:t xml:space="preserve">. While there are some analyses indicating that sharing of international rivers might increase the probability of militarized disputes (Toset, Gleditsch &amp; Hegre, 2000) it has been shown that </w:t>
      </w:r>
      <w:r>
        <w:rPr>
          <w:b w:val="0"/>
          <w:i w:val="0"/>
          <w:smallCaps w:val="0"/>
          <w:strike w:val="0"/>
          <w:sz w:val="16"/>
          <w:u w:val="none"/>
        </w:rPr>
        <w:t xml:space="preserve">the </w:t>
      </w:r>
      <w:r>
        <w:rPr>
          <w:b w:val="0"/>
          <w:i w:val="0"/>
          <w:smallCaps w:val="0"/>
          <w:strike w:val="0"/>
          <w:sz w:val="22"/>
          <w:u w:val="single"/>
        </w:rPr>
        <w:t>majority of</w:t>
      </w:r>
      <w:r>
        <w:rPr>
          <w:b w:val="0"/>
          <w:i w:val="0"/>
          <w:smallCaps w:val="0"/>
          <w:strike w:val="0"/>
          <w:sz w:val="22"/>
          <w:u w:val="single"/>
        </w:rPr>
        <w:t xml:space="preserve"> </w:t>
      </w:r>
      <w:r>
        <w:rPr>
          <w:b w:val="0"/>
          <w:i w:val="0"/>
          <w:smallCaps w:val="0"/>
          <w:strike w:val="0"/>
          <w:sz w:val="22"/>
          <w:highlight w:val="green"/>
          <w:u w:val="single"/>
        </w:rPr>
        <w:t>water</w:t>
      </w:r>
      <w:r>
        <w:rPr>
          <w:b w:val="0"/>
          <w:i w:val="0"/>
          <w:smallCaps w:val="0"/>
          <w:strike w:val="0"/>
          <w:sz w:val="22"/>
          <w:u w:val="single"/>
        </w:rPr>
        <w:t xml:space="preserve">-related interstate </w:t>
      </w:r>
      <w:r>
        <w:rPr>
          <w:b w:val="0"/>
          <w:i w:val="0"/>
          <w:smallCaps w:val="0"/>
          <w:strike w:val="0"/>
          <w:sz w:val="22"/>
          <w:highlight w:val="green"/>
          <w:u w:val="single"/>
        </w:rPr>
        <w:t>conflicts</w:t>
      </w:r>
      <w:r>
        <w:rPr>
          <w:b w:val="0"/>
          <w:i w:val="0"/>
          <w:smallCaps w:val="0"/>
          <w:strike w:val="0"/>
          <w:sz w:val="22"/>
          <w:u w:val="single"/>
        </w:rPr>
        <w:t xml:space="preserve"> </w:t>
      </w:r>
      <w:r>
        <w:rPr>
          <w:b/>
          <w:i w:val="0"/>
          <w:smallCaps w:val="0"/>
          <w:strike w:val="0"/>
          <w:sz w:val="22"/>
          <w:highlight w:val="green"/>
          <w:u w:val="single"/>
        </w:rPr>
        <w:t>have</w:t>
      </w:r>
      <w:r>
        <w:rPr>
          <w:b/>
          <w:i w:val="0"/>
          <w:smallCaps w:val="0"/>
          <w:strike w:val="0"/>
          <w:sz w:val="22"/>
          <w:u w:val="single"/>
        </w:rPr>
        <w:t xml:space="preserve"> </w:t>
      </w:r>
      <w:r>
        <w:rPr>
          <w:b/>
          <w:i w:val="0"/>
          <w:smallCaps w:val="0"/>
          <w:strike w:val="0"/>
          <w:sz w:val="22"/>
          <w:highlight w:val="green"/>
          <w:u w:val="single"/>
        </w:rPr>
        <w:t>been resolved</w:t>
      </w:r>
      <w:r>
        <w:rPr>
          <w:b/>
          <w:i w:val="0"/>
          <w:smallCaps w:val="0"/>
          <w:strike w:val="0"/>
          <w:sz w:val="22"/>
          <w:u w:val="single"/>
        </w:rPr>
        <w:t xml:space="preserve"> in a cooperative way</w:t>
      </w:r>
      <w:r>
        <w:rPr>
          <w:b w:val="0"/>
          <w:i w:val="0"/>
          <w:smallCaps w:val="0"/>
          <w:strike w:val="0"/>
          <w:sz w:val="16"/>
          <w:u w:val="none"/>
        </w:rPr>
        <w:t xml:space="preserve"> (Wolf, 2007). </w:t>
      </w:r>
      <w:r>
        <w:rPr>
          <w:b w:val="0"/>
          <w:i w:val="0"/>
          <w:smallCaps w:val="0"/>
          <w:strike w:val="0"/>
          <w:sz w:val="22"/>
          <w:u w:val="single"/>
        </w:rPr>
        <w:t>The cost of warfare</w:t>
      </w:r>
      <w:r>
        <w:rPr>
          <w:b w:val="0"/>
          <w:i w:val="0"/>
          <w:smallCaps w:val="0"/>
          <w:strike w:val="0"/>
          <w:sz w:val="16"/>
          <w:u w:val="none"/>
        </w:rPr>
        <w:t xml:space="preserve"> by far </w:t>
      </w:r>
      <w:r>
        <w:rPr>
          <w:b w:val="0"/>
          <w:i w:val="0"/>
          <w:smallCaps w:val="0"/>
          <w:strike w:val="0"/>
          <w:sz w:val="22"/>
          <w:u w:val="single"/>
        </w:rPr>
        <w:t>would hardly be justified</w:t>
      </w:r>
      <w:r>
        <w:rPr>
          <w:b w:val="0"/>
          <w:i w:val="0"/>
          <w:smallCaps w:val="0"/>
          <w:strike w:val="0"/>
          <w:sz w:val="16"/>
          <w:u w:val="none"/>
        </w:rPr>
        <w:t xml:space="preserve"> </w:t>
      </w:r>
      <w:r>
        <w:rPr>
          <w:b w:val="0"/>
          <w:i w:val="0"/>
          <w:smallCaps w:val="0"/>
          <w:strike w:val="0"/>
          <w:sz w:val="22"/>
          <w:u w:val="single"/>
        </w:rPr>
        <w:t>by</w:t>
      </w:r>
      <w:r>
        <w:rPr>
          <w:b w:val="0"/>
          <w:i w:val="0"/>
          <w:smallCaps w:val="0"/>
          <w:strike w:val="0"/>
          <w:sz w:val="16"/>
          <w:u w:val="none"/>
        </w:rPr>
        <w:t xml:space="preserve"> the appropriation of </w:t>
      </w:r>
      <w:r>
        <w:rPr>
          <w:b w:val="0"/>
          <w:i w:val="0"/>
          <w:smallCaps w:val="0"/>
          <w:strike w:val="0"/>
          <w:sz w:val="22"/>
          <w:u w:val="single"/>
        </w:rPr>
        <w:t>a resource</w:t>
      </w:r>
      <w:r>
        <w:rPr>
          <w:b w:val="0"/>
          <w:i w:val="0"/>
          <w:smallCaps w:val="0"/>
          <w:strike w:val="0"/>
          <w:sz w:val="16"/>
          <w:u w:val="none"/>
        </w:rPr>
        <w:t xml:space="preserve"> </w:t>
      </w:r>
      <w:r>
        <w:rPr>
          <w:b w:val="0"/>
          <w:i w:val="0"/>
          <w:smallCaps w:val="0"/>
          <w:strike w:val="0"/>
          <w:sz w:val="22"/>
          <w:u w:val="single"/>
        </w:rPr>
        <w:t>that does not</w:t>
      </w:r>
      <w:r>
        <w:rPr>
          <w:b w:val="0"/>
          <w:i w:val="0"/>
          <w:smallCaps w:val="0"/>
          <w:strike w:val="0"/>
          <w:sz w:val="16"/>
          <w:u w:val="none"/>
        </w:rPr>
        <w:t xml:space="preserve"> directly </w:t>
      </w:r>
      <w:r>
        <w:rPr>
          <w:b w:val="0"/>
          <w:i w:val="0"/>
          <w:smallCaps w:val="0"/>
          <w:strike w:val="0"/>
          <w:sz w:val="22"/>
          <w:u w:val="single"/>
        </w:rPr>
        <w:t>lead to high profits</w:t>
      </w:r>
      <w:r>
        <w:rPr>
          <w:b w:val="0"/>
          <w:i w:val="0"/>
          <w:smallCaps w:val="0"/>
          <w:strike w:val="0"/>
          <w:sz w:val="16"/>
          <w:u w:val="none"/>
        </w:rPr>
        <w:t xml:space="preserve"> such as water (Selby, 2005). A systematic search for a water war with interstate violence produced only one result, pointing at the military conflict of the city-states of Umma and Lagash over the use of the </w:t>
      </w:r>
      <w:r>
        <w:rPr>
          <w:b w:val="0"/>
          <w:i w:val="0"/>
          <w:smallCaps w:val="0"/>
          <w:strike w:val="0"/>
          <w:sz w:val="16"/>
          <w:u w:val="none"/>
        </w:rPr>
        <w:t>Tigris river</w:t>
      </w:r>
      <w:r>
        <w:rPr>
          <w:b w:val="0"/>
          <w:i w:val="0"/>
          <w:smallCaps w:val="0"/>
          <w:strike w:val="0"/>
          <w:sz w:val="16"/>
          <w:u w:val="none"/>
        </w:rPr>
        <w:t xml:space="preserve"> in 2,500 BCE, as the only water war that has ever happened (</w:t>
      </w:r>
      <w:r>
        <w:rPr>
          <w:b w:val="0"/>
          <w:i w:val="0"/>
          <w:smallCaps w:val="0"/>
          <w:strike w:val="0"/>
          <w:sz w:val="16"/>
          <w:u w:val="none"/>
        </w:rPr>
        <w:t>Gleick</w:t>
      </w:r>
      <w:r>
        <w:rPr>
          <w:b w:val="0"/>
          <w:i w:val="0"/>
          <w:smallCaps w:val="0"/>
          <w:strike w:val="0"/>
          <w:sz w:val="16"/>
          <w:u w:val="none"/>
        </w:rPr>
        <w:t xml:space="preserve">, 1993). The solid presence of cooperative interactions and </w:t>
      </w:r>
      <w:r>
        <w:rPr>
          <w:b w:val="0"/>
          <w:i w:val="0"/>
          <w:smallCaps w:val="0"/>
          <w:strike w:val="0"/>
          <w:sz w:val="22"/>
          <w:u w:val="single"/>
        </w:rPr>
        <w:t>the clear absence of formal wars over</w:t>
      </w:r>
      <w:r>
        <w:rPr>
          <w:b w:val="0"/>
          <w:i w:val="0"/>
          <w:smallCaps w:val="0"/>
          <w:strike w:val="0"/>
          <w:sz w:val="16"/>
          <w:u w:val="none"/>
        </w:rPr>
        <w:t xml:space="preserve"> freshwater </w:t>
      </w:r>
      <w:r>
        <w:rPr>
          <w:b w:val="0"/>
          <w:i w:val="0"/>
          <w:smallCaps w:val="0"/>
          <w:strike w:val="0"/>
          <w:sz w:val="22"/>
          <w:u w:val="single"/>
        </w:rPr>
        <w:t>resources</w:t>
      </w:r>
      <w:r>
        <w:rPr>
          <w:b w:val="0"/>
          <w:i w:val="0"/>
          <w:smallCaps w:val="0"/>
          <w:strike w:val="0"/>
          <w:sz w:val="16"/>
          <w:u w:val="none"/>
        </w:rPr>
        <w:t xml:space="preserve"> </w:t>
      </w:r>
      <w:r>
        <w:rPr>
          <w:b w:val="0"/>
          <w:i w:val="0"/>
          <w:smallCaps w:val="0"/>
          <w:strike w:val="0"/>
          <w:sz w:val="22"/>
          <w:u w:val="single"/>
        </w:rPr>
        <w:t>are</w:t>
      </w:r>
      <w:r>
        <w:rPr>
          <w:b w:val="0"/>
          <w:i w:val="0"/>
          <w:smallCaps w:val="0"/>
          <w:strike w:val="0"/>
          <w:sz w:val="16"/>
          <w:u w:val="none"/>
        </w:rPr>
        <w:t xml:space="preserve"> also </w:t>
      </w:r>
      <w:r>
        <w:rPr>
          <w:b w:val="0"/>
          <w:i w:val="0"/>
          <w:smallCaps w:val="0"/>
          <w:strike w:val="0"/>
          <w:sz w:val="22"/>
          <w:u w:val="single"/>
        </w:rPr>
        <w:t>supported</w:t>
      </w:r>
      <w:r>
        <w:rPr>
          <w:b w:val="0"/>
          <w:i w:val="0"/>
          <w:smallCaps w:val="0"/>
          <w:strike w:val="0"/>
          <w:sz w:val="16"/>
          <w:u w:val="none"/>
        </w:rPr>
        <w:t xml:space="preserve"> </w:t>
      </w:r>
      <w:r>
        <w:rPr>
          <w:b w:val="0"/>
          <w:i w:val="0"/>
          <w:smallCaps w:val="0"/>
          <w:strike w:val="0"/>
          <w:sz w:val="22"/>
          <w:u w:val="single"/>
        </w:rPr>
        <w:t>by</w:t>
      </w:r>
      <w:r>
        <w:rPr>
          <w:b w:val="0"/>
          <w:i w:val="0"/>
          <w:smallCaps w:val="0"/>
          <w:strike w:val="0"/>
          <w:sz w:val="16"/>
          <w:u w:val="none"/>
        </w:rPr>
        <w:t xml:space="preserve"> the </w:t>
      </w:r>
      <w:r>
        <w:rPr>
          <w:b w:val="0"/>
          <w:i w:val="0"/>
          <w:smallCaps w:val="0"/>
          <w:strike w:val="0"/>
          <w:sz w:val="22"/>
          <w:u w:val="single"/>
        </w:rPr>
        <w:t>analysis of contemporary times</w:t>
      </w:r>
      <w:r>
        <w:rPr>
          <w:b w:val="0"/>
          <w:i w:val="0"/>
          <w:smallCaps w:val="0"/>
          <w:strike w:val="0"/>
          <w:sz w:val="16"/>
          <w:u w:val="none"/>
        </w:rPr>
        <w:t xml:space="preserve">. </w:t>
      </w:r>
      <w:r>
        <w:rPr>
          <w:b w:val="0"/>
          <w:i w:val="0"/>
          <w:smallCaps w:val="0"/>
          <w:strike w:val="0"/>
          <w:sz w:val="22"/>
          <w:u w:val="single"/>
        </w:rPr>
        <w:t>The relatively large number of</w:t>
      </w:r>
      <w:r>
        <w:rPr>
          <w:b w:val="0"/>
          <w:i w:val="0"/>
          <w:smallCaps w:val="0"/>
          <w:strike w:val="0"/>
          <w:sz w:val="16"/>
          <w:u w:val="none"/>
        </w:rPr>
        <w:t xml:space="preserve"> </w:t>
      </w:r>
      <w:r>
        <w:rPr>
          <w:b w:val="0"/>
          <w:i w:val="0"/>
          <w:smallCaps w:val="0"/>
          <w:strike w:val="0"/>
          <w:sz w:val="22"/>
          <w:u w:val="single"/>
        </w:rPr>
        <w:t>water treaties</w:t>
      </w:r>
      <w:r>
        <w:rPr>
          <w:b w:val="0"/>
          <w:i w:val="0"/>
          <w:smallCaps w:val="0"/>
          <w:strike w:val="0"/>
          <w:sz w:val="16"/>
          <w:u w:val="none"/>
        </w:rPr>
        <w:t xml:space="preserve"> among countries sharing water bodies </w:t>
      </w:r>
      <w:r>
        <w:rPr>
          <w:b w:val="0"/>
          <w:i w:val="0"/>
          <w:smallCaps w:val="0"/>
          <w:strike w:val="0"/>
          <w:sz w:val="22"/>
          <w:u w:val="single"/>
        </w:rPr>
        <w:t>can be considered</w:t>
      </w:r>
      <w:r>
        <w:rPr>
          <w:b w:val="0"/>
          <w:i w:val="0"/>
          <w:smallCaps w:val="0"/>
          <w:strike w:val="0"/>
          <w:sz w:val="16"/>
          <w:u w:val="none"/>
        </w:rPr>
        <w:t xml:space="preserve"> as </w:t>
      </w:r>
      <w:r>
        <w:rPr>
          <w:b w:val="0"/>
          <w:i w:val="0"/>
          <w:smallCaps w:val="0"/>
          <w:strike w:val="0"/>
          <w:sz w:val="16"/>
          <w:u w:val="none"/>
        </w:rPr>
        <w:t xml:space="preserve">a </w:t>
      </w:r>
      <w:r>
        <w:rPr>
          <w:b w:val="0"/>
          <w:i w:val="0"/>
          <w:smallCaps w:val="0"/>
          <w:strike w:val="0"/>
          <w:sz w:val="22"/>
          <w:u w:val="single"/>
        </w:rPr>
        <w:t>compelling evidence</w:t>
      </w:r>
      <w:r>
        <w:rPr>
          <w:b w:val="0"/>
          <w:i w:val="0"/>
          <w:smallCaps w:val="0"/>
          <w:strike w:val="0"/>
          <w:sz w:val="16"/>
          <w:u w:val="none"/>
        </w:rPr>
        <w:t xml:space="preserve"> of cooperation (Wolf, 1998)</w:t>
      </w:r>
      <w:r>
        <w:rPr>
          <w:b w:val="0"/>
          <w:i w:val="0"/>
          <w:smallCaps w:val="0"/>
          <w:strike w:val="0"/>
          <w:sz w:val="16"/>
          <w:u w:val="none"/>
        </w:rPr>
        <w:t xml:space="preserve">. </w:t>
      </w:r>
      <w:r>
        <w:rPr>
          <w:b w:val="0"/>
          <w:i w:val="0"/>
          <w:smallCaps w:val="0"/>
          <w:strike w:val="0"/>
          <w:sz w:val="22"/>
          <w:highlight w:val="green"/>
          <w:u w:val="single"/>
        </w:rPr>
        <w:t>An</w:t>
      </w:r>
      <w:r>
        <w:rPr>
          <w:b w:val="0"/>
          <w:i w:val="0"/>
          <w:smallCaps w:val="0"/>
          <w:strike w:val="0"/>
          <w:sz w:val="22"/>
          <w:u w:val="single"/>
        </w:rPr>
        <w:t xml:space="preserve"> </w:t>
      </w:r>
      <w:r>
        <w:rPr>
          <w:b w:val="0"/>
          <w:i w:val="0"/>
          <w:smallCaps w:val="0"/>
          <w:strike w:val="0"/>
          <w:sz w:val="22"/>
          <w:highlight w:val="green"/>
          <w:u w:val="single"/>
        </w:rPr>
        <w:t>exhaustive dataset</w:t>
      </w:r>
      <w:r>
        <w:rPr>
          <w:b w:val="0"/>
          <w:i w:val="0"/>
          <w:smallCaps w:val="0"/>
          <w:strike w:val="0"/>
          <w:sz w:val="16"/>
          <w:u w:val="none"/>
        </w:rPr>
        <w:t xml:space="preserve"> on interactions </w:t>
      </w:r>
      <w:r>
        <w:rPr>
          <w:b w:val="0"/>
          <w:i w:val="0"/>
          <w:smallCaps w:val="0"/>
          <w:strike w:val="0"/>
          <w:sz w:val="22"/>
          <w:u w:val="single"/>
        </w:rPr>
        <w:t>between two or more states</w:t>
      </w:r>
      <w:r>
        <w:rPr>
          <w:b w:val="0"/>
          <w:i w:val="0"/>
          <w:smallCaps w:val="0"/>
          <w:strike w:val="0"/>
          <w:sz w:val="16"/>
          <w:u w:val="none"/>
        </w:rPr>
        <w:t xml:space="preserve"> on water resources in the second half of the 20th century </w:t>
      </w:r>
      <w:r>
        <w:rPr>
          <w:b w:val="0"/>
          <w:i w:val="0"/>
          <w:smallCaps w:val="0"/>
          <w:strike w:val="0"/>
          <w:sz w:val="22"/>
          <w:highlight w:val="green"/>
          <w:u w:val="single"/>
        </w:rPr>
        <w:t>reveals</w:t>
      </w:r>
      <w:r>
        <w:rPr>
          <w:b w:val="0"/>
          <w:i w:val="0"/>
          <w:smallCaps w:val="0"/>
          <w:strike w:val="0"/>
          <w:sz w:val="16"/>
          <w:u w:val="none"/>
        </w:rPr>
        <w:t xml:space="preserve"> that out of </w:t>
      </w:r>
      <w:r>
        <w:rPr>
          <w:b w:val="0"/>
          <w:i w:val="0"/>
          <w:smallCaps w:val="0"/>
          <w:strike w:val="0"/>
          <w:sz w:val="22"/>
          <w:highlight w:val="green"/>
          <w:u w:val="single"/>
        </w:rPr>
        <w:t>1,831</w:t>
      </w:r>
      <w:r>
        <w:rPr>
          <w:b w:val="0"/>
          <w:i w:val="0"/>
          <w:smallCaps w:val="0"/>
          <w:strike w:val="0"/>
          <w:sz w:val="16"/>
          <w:u w:val="none"/>
        </w:rPr>
        <w:t xml:space="preserve"> </w:t>
      </w:r>
      <w:r>
        <w:rPr>
          <w:b w:val="0"/>
          <w:i w:val="0"/>
          <w:smallCaps w:val="0"/>
          <w:strike w:val="0"/>
          <w:sz w:val="22"/>
          <w:highlight w:val="green"/>
          <w:u w:val="single"/>
        </w:rPr>
        <w:t>interactions</w:t>
      </w:r>
      <w:r>
        <w:rPr>
          <w:b w:val="0"/>
          <w:i w:val="0"/>
          <w:smallCaps w:val="0"/>
          <w:strike w:val="0"/>
          <w:sz w:val="16"/>
          <w:u w:val="none"/>
        </w:rPr>
        <w:t>, conflictive or cooperative, ~</w:t>
      </w:r>
      <w:r>
        <w:rPr>
          <w:b/>
          <w:i w:val="0"/>
          <w:smallCaps w:val="0"/>
          <w:strike w:val="0"/>
          <w:sz w:val="22"/>
          <w:highlight w:val="green"/>
          <w:u w:val="single"/>
        </w:rPr>
        <w:t>67% were cooperative</w:t>
      </w:r>
      <w:r>
        <w:rPr>
          <w:b w:val="0"/>
          <w:i w:val="0"/>
          <w:smallCaps w:val="0"/>
          <w:strike w:val="0"/>
          <w:sz w:val="16"/>
          <w:u w:val="none"/>
        </w:rPr>
        <w:t xml:space="preserve">. Of the 507 more conflictive events, </w:t>
      </w:r>
      <w:r>
        <w:rPr>
          <w:b/>
          <w:i w:val="0"/>
          <w:smallCaps w:val="0"/>
          <w:strike w:val="0"/>
          <w:sz w:val="22"/>
          <w:u w:val="single"/>
        </w:rPr>
        <w:t>only 43 cases</w:t>
      </w:r>
      <w:r>
        <w:rPr>
          <w:b w:val="0"/>
          <w:i w:val="0"/>
          <w:smallCaps w:val="0"/>
          <w:strike w:val="0"/>
          <w:sz w:val="16"/>
          <w:u w:val="none"/>
        </w:rPr>
        <w:t xml:space="preserve"> </w:t>
      </w:r>
      <w:r>
        <w:rPr>
          <w:b w:val="0"/>
          <w:i w:val="0"/>
          <w:smallCaps w:val="0"/>
          <w:strike w:val="0"/>
          <w:sz w:val="22"/>
          <w:u w:val="single"/>
        </w:rPr>
        <w:t>were associated with military acts</w:t>
      </w:r>
      <w:r>
        <w:rPr>
          <w:b w:val="0"/>
          <w:i w:val="0"/>
          <w:smallCaps w:val="0"/>
          <w:strike w:val="0"/>
          <w:sz w:val="16"/>
          <w:u w:val="none"/>
        </w:rPr>
        <w:t xml:space="preserve"> </w:t>
      </w:r>
      <w:r>
        <w:rPr>
          <w:b w:val="0"/>
          <w:i w:val="0"/>
          <w:smallCaps w:val="0"/>
          <w:strike w:val="0"/>
          <w:sz w:val="22"/>
          <w:u w:val="single"/>
        </w:rPr>
        <w:t>while 414</w:t>
      </w:r>
      <w:r>
        <w:rPr>
          <w:b w:val="0"/>
          <w:i w:val="0"/>
          <w:smallCaps w:val="0"/>
          <w:strike w:val="0"/>
          <w:sz w:val="16"/>
          <w:u w:val="none"/>
        </w:rPr>
        <w:t xml:space="preserve"> </w:t>
      </w:r>
      <w:r>
        <w:rPr>
          <w:b/>
          <w:i w:val="0"/>
          <w:smallCaps w:val="0"/>
          <w:strike w:val="0"/>
          <w:sz w:val="22"/>
          <w:u w:val="single"/>
        </w:rPr>
        <w:t>were limited to verbal hostility</w:t>
      </w:r>
      <w:r>
        <w:rPr>
          <w:b w:val="0"/>
          <w:i w:val="0"/>
          <w:smallCaps w:val="0"/>
          <w:strike w:val="0"/>
          <w:sz w:val="16"/>
          <w:u w:val="none"/>
        </w:rPr>
        <w:t xml:space="preserve">. </w:t>
      </w:r>
      <w:r>
        <w:rPr>
          <w:b/>
          <w:i w:val="0"/>
          <w:smallCaps w:val="0"/>
          <w:strike w:val="0"/>
          <w:sz w:val="22"/>
          <w:highlight w:val="green"/>
          <w:u w:val="single"/>
        </w:rPr>
        <w:t>No events</w:t>
      </w:r>
      <w:r>
        <w:rPr>
          <w:b/>
          <w:i w:val="0"/>
          <w:smallCaps w:val="0"/>
          <w:strike w:val="0"/>
          <w:sz w:val="22"/>
          <w:u w:val="single"/>
        </w:rPr>
        <w:t xml:space="preserve"> </w:t>
      </w:r>
      <w:r>
        <w:rPr>
          <w:b/>
          <w:i w:val="0"/>
          <w:smallCaps w:val="0"/>
          <w:strike w:val="0"/>
          <w:sz w:val="22"/>
          <w:highlight w:val="green"/>
          <w:u w:val="single"/>
        </w:rPr>
        <w:t>were</w:t>
      </w:r>
      <w:r>
        <w:rPr>
          <w:b/>
          <w:i w:val="0"/>
          <w:smallCaps w:val="0"/>
          <w:strike w:val="0"/>
          <w:sz w:val="22"/>
          <w:u w:val="single"/>
        </w:rPr>
        <w:t xml:space="preserve"> categorized as </w:t>
      </w:r>
      <w:r>
        <w:rPr>
          <w:b/>
          <w:i w:val="0"/>
          <w:smallCaps w:val="0"/>
          <w:strike w:val="0"/>
          <w:sz w:val="22"/>
          <w:highlight w:val="green"/>
          <w:u w:val="single"/>
        </w:rPr>
        <w:t>formal war</w:t>
      </w:r>
      <w:r>
        <w:rPr>
          <w:b w:val="0"/>
          <w:i w:val="0"/>
          <w:smallCaps w:val="0"/>
          <w:strike w:val="0"/>
          <w:sz w:val="16"/>
          <w:u w:val="none"/>
        </w:rPr>
        <w:t xml:space="preserve"> (Wolf, Yoffe, &amp; Giordano, 2003). The second argument that can be described as a form of “technological optimism,” stems from the belief that </w:t>
      </w:r>
      <w:r>
        <w:rPr>
          <w:b w:val="0"/>
          <w:i w:val="0"/>
          <w:smallCaps w:val="0"/>
          <w:strike w:val="0"/>
          <w:sz w:val="22"/>
          <w:u w:val="single"/>
        </w:rPr>
        <w:t>the development of new technologies</w:t>
      </w:r>
      <w:r>
        <w:rPr>
          <w:b w:val="0"/>
          <w:i w:val="0"/>
          <w:smallCaps w:val="0"/>
          <w:strike w:val="0"/>
          <w:sz w:val="16"/>
          <w:u w:val="none"/>
        </w:rPr>
        <w:t xml:space="preserve">, </w:t>
      </w:r>
      <w:r>
        <w:rPr>
          <w:b w:val="0"/>
          <w:i w:val="0"/>
          <w:smallCaps w:val="0"/>
          <w:strike w:val="0"/>
          <w:sz w:val="22"/>
          <w:u w:val="single"/>
        </w:rPr>
        <w:t>the adoption of modern agricultural techniques, and</w:t>
      </w:r>
      <w:r>
        <w:rPr>
          <w:b w:val="0"/>
          <w:i w:val="0"/>
          <w:smallCaps w:val="0"/>
          <w:strike w:val="0"/>
          <w:sz w:val="16"/>
          <w:u w:val="none"/>
        </w:rPr>
        <w:t xml:space="preserve"> the use of </w:t>
      </w:r>
      <w:r>
        <w:rPr>
          <w:b w:val="0"/>
          <w:i w:val="0"/>
          <w:smallCaps w:val="0"/>
          <w:strike w:val="0"/>
          <w:sz w:val="22"/>
          <w:highlight w:val="green"/>
          <w:u w:val="single"/>
        </w:rPr>
        <w:t>science-based methods</w:t>
      </w:r>
      <w:r>
        <w:rPr>
          <w:b w:val="0"/>
          <w:i w:val="0"/>
          <w:smallCaps w:val="0"/>
          <w:strike w:val="0"/>
          <w:sz w:val="22"/>
          <w:u w:val="single"/>
        </w:rPr>
        <w:t xml:space="preserve"> of crop distribution</w:t>
      </w:r>
      <w:r>
        <w:rPr>
          <w:b w:val="0"/>
          <w:i w:val="0"/>
          <w:smallCaps w:val="0"/>
          <w:strike w:val="0"/>
          <w:sz w:val="16"/>
          <w:u w:val="none"/>
        </w:rPr>
        <w:t xml:space="preserve"> </w:t>
      </w:r>
      <w:r>
        <w:rPr>
          <w:b/>
          <w:i w:val="0"/>
          <w:smallCaps w:val="0"/>
          <w:strike w:val="0"/>
          <w:sz w:val="22"/>
          <w:highlight w:val="green"/>
          <w:u w:val="single"/>
        </w:rPr>
        <w:t>will increase</w:t>
      </w:r>
      <w:r>
        <w:rPr>
          <w:b/>
          <w:i w:val="0"/>
          <w:smallCaps w:val="0"/>
          <w:strike w:val="0"/>
          <w:sz w:val="22"/>
          <w:u w:val="single"/>
        </w:rPr>
        <w:t xml:space="preserve"> fresh</w:t>
      </w:r>
      <w:r>
        <w:rPr>
          <w:b/>
          <w:i w:val="0"/>
          <w:smallCaps w:val="0"/>
          <w:strike w:val="0"/>
          <w:sz w:val="22"/>
          <w:highlight w:val="green"/>
          <w:u w:val="single"/>
        </w:rPr>
        <w:t>water</w:t>
      </w:r>
      <w:r>
        <w:rPr>
          <w:b/>
          <w:i w:val="0"/>
          <w:smallCaps w:val="0"/>
          <w:strike w:val="0"/>
          <w:sz w:val="22"/>
          <w:u w:val="single"/>
        </w:rPr>
        <w:t xml:space="preserve"> availability</w:t>
      </w:r>
      <w:r>
        <w:rPr>
          <w:b w:val="0"/>
          <w:i w:val="0"/>
          <w:smallCaps w:val="0"/>
          <w:strike w:val="0"/>
          <w:sz w:val="16"/>
          <w:u w:val="none"/>
        </w:rPr>
        <w:t xml:space="preserve"> or enhance water use efficiency in agriculture, mining or other industries, thereby reducing competition for water and conflict. Although not explicitly formulated as an argument to dismiss the emergence of water wars, </w:t>
      </w:r>
      <w:r>
        <w:rPr>
          <w:b w:val="0"/>
          <w:i w:val="0"/>
          <w:smallCaps w:val="0"/>
          <w:strike w:val="0"/>
          <w:sz w:val="22"/>
          <w:u w:val="single"/>
        </w:rPr>
        <w:t>this confidence in future technological</w:t>
      </w:r>
      <w:r>
        <w:rPr>
          <w:b w:val="0"/>
          <w:i w:val="0"/>
          <w:smallCaps w:val="0"/>
          <w:strike w:val="0"/>
          <w:sz w:val="16"/>
          <w:u w:val="none"/>
        </w:rPr>
        <w:t xml:space="preserve"> and science-based solutions to produce more with less, </w:t>
      </w:r>
      <w:r>
        <w:rPr>
          <w:b w:val="0"/>
          <w:i w:val="0"/>
          <w:smallCaps w:val="0"/>
          <w:strike w:val="0"/>
          <w:sz w:val="22"/>
          <w:u w:val="single"/>
        </w:rPr>
        <w:t>is</w:t>
      </w:r>
      <w:r>
        <w:rPr>
          <w:b w:val="0"/>
          <w:i w:val="0"/>
          <w:smallCaps w:val="0"/>
          <w:strike w:val="0"/>
          <w:sz w:val="16"/>
          <w:u w:val="none"/>
        </w:rPr>
        <w:t xml:space="preserve"> </w:t>
      </w:r>
      <w:r>
        <w:rPr>
          <w:b w:val="0"/>
          <w:i w:val="0"/>
          <w:smallCaps w:val="0"/>
          <w:strike w:val="0"/>
          <w:sz w:val="22"/>
          <w:u w:val="single"/>
        </w:rPr>
        <w:t>motivated by research</w:t>
      </w:r>
      <w:r>
        <w:rPr>
          <w:b w:val="0"/>
          <w:i w:val="0"/>
          <w:smallCaps w:val="0"/>
          <w:strike w:val="0"/>
          <w:sz w:val="16"/>
          <w:u w:val="none"/>
        </w:rPr>
        <w:t xml:space="preserve"> </w:t>
      </w:r>
      <w:r>
        <w:rPr>
          <w:b/>
          <w:i w:val="0"/>
          <w:smallCaps w:val="0"/>
          <w:strike w:val="0"/>
          <w:sz w:val="22"/>
          <w:u w:val="single"/>
        </w:rPr>
        <w:t>on the development of new cultivars</w:t>
      </w:r>
      <w:r>
        <w:rPr>
          <w:b w:val="0"/>
          <w:i w:val="0"/>
          <w:smallCaps w:val="0"/>
          <w:strike w:val="0"/>
          <w:sz w:val="16"/>
          <w:u w:val="none"/>
        </w:rPr>
        <w:t xml:space="preserve"> that are more drought-adapted or have higher water use efficiency (“more crop per drop,”, see </w:t>
      </w:r>
      <w:r>
        <w:rPr>
          <w:b w:val="0"/>
          <w:i w:val="0"/>
          <w:smallCaps w:val="0"/>
          <w:strike w:val="0"/>
          <w:sz w:val="16"/>
          <w:u w:val="none"/>
        </w:rPr>
        <w:t>Falkenmark</w:t>
      </w:r>
      <w:r>
        <w:rPr>
          <w:b w:val="0"/>
          <w:i w:val="0"/>
          <w:smallCaps w:val="0"/>
          <w:strike w:val="0"/>
          <w:sz w:val="16"/>
          <w:u w:val="none"/>
        </w:rPr>
        <w:t xml:space="preserve"> &amp; </w:t>
      </w:r>
      <w:r>
        <w:rPr>
          <w:b w:val="0"/>
          <w:i w:val="0"/>
          <w:smallCaps w:val="0"/>
          <w:strike w:val="0"/>
          <w:sz w:val="16"/>
          <w:u w:val="none"/>
        </w:rPr>
        <w:t>Rockström</w:t>
      </w:r>
      <w:r>
        <w:rPr>
          <w:b w:val="0"/>
          <w:i w:val="0"/>
          <w:smallCaps w:val="0"/>
          <w:strike w:val="0"/>
          <w:sz w:val="16"/>
          <w:u w:val="none"/>
        </w:rPr>
        <w:t xml:space="preserve">, 2004), the adoption of </w:t>
      </w:r>
      <w:r>
        <w:rPr>
          <w:b w:val="0"/>
          <w:i w:val="0"/>
          <w:smallCaps w:val="0"/>
          <w:strike w:val="0"/>
          <w:sz w:val="22"/>
          <w:u w:val="single"/>
        </w:rPr>
        <w:t>agricultural techniques that reduce nonproductive water</w:t>
      </w:r>
      <w:r>
        <w:rPr>
          <w:b w:val="0"/>
          <w:i w:val="0"/>
          <w:smallCaps w:val="0"/>
          <w:strike w:val="0"/>
          <w:sz w:val="16"/>
          <w:u w:val="none"/>
        </w:rPr>
        <w:t xml:space="preserve"> consumption associated with soil evaporation and inefficient irrigation technology (e.g., </w:t>
      </w:r>
      <w:r>
        <w:rPr>
          <w:b w:val="0"/>
          <w:i w:val="0"/>
          <w:smallCaps w:val="0"/>
          <w:strike w:val="0"/>
          <w:sz w:val="16"/>
          <w:u w:val="none"/>
        </w:rPr>
        <w:t>Jägermeyr</w:t>
      </w:r>
      <w:r>
        <w:rPr>
          <w:b w:val="0"/>
          <w:i w:val="0"/>
          <w:smallCaps w:val="0"/>
          <w:strike w:val="0"/>
          <w:sz w:val="16"/>
          <w:u w:val="none"/>
        </w:rPr>
        <w:t xml:space="preserve"> et al., 2016), the </w:t>
      </w:r>
      <w:r>
        <w:rPr>
          <w:b w:val="0"/>
          <w:i w:val="0"/>
          <w:smallCaps w:val="0"/>
          <w:strike w:val="0"/>
          <w:sz w:val="22"/>
          <w:u w:val="single"/>
        </w:rPr>
        <w:t>selection of crops that are more suitable</w:t>
      </w:r>
      <w:r>
        <w:rPr>
          <w:b w:val="0"/>
          <w:i w:val="0"/>
          <w:smallCaps w:val="0"/>
          <w:strike w:val="0"/>
          <w:sz w:val="16"/>
          <w:u w:val="none"/>
        </w:rPr>
        <w:t xml:space="preserve"> to the local hydroclimatic conditions (Davis, Rulli, Seveso &amp; </w:t>
      </w:r>
      <w:r>
        <w:rPr>
          <w:b w:val="0"/>
          <w:i w:val="0"/>
          <w:smallCaps w:val="0"/>
          <w:strike w:val="0"/>
          <w:sz w:val="16"/>
          <w:u w:val="none"/>
        </w:rPr>
        <w:t>D'Odorico</w:t>
      </w:r>
      <w:r>
        <w:rPr>
          <w:b w:val="0"/>
          <w:i w:val="0"/>
          <w:smallCaps w:val="0"/>
          <w:strike w:val="0"/>
          <w:sz w:val="16"/>
          <w:u w:val="none"/>
        </w:rPr>
        <w:t xml:space="preserve">, 2017) </w:t>
      </w:r>
      <w:r>
        <w:rPr>
          <w:b w:val="0"/>
          <w:i w:val="0"/>
          <w:smallCaps w:val="0"/>
          <w:strike w:val="0"/>
          <w:sz w:val="22"/>
          <w:u w:val="single"/>
        </w:rPr>
        <w:t>and</w:t>
      </w:r>
      <w:r>
        <w:rPr>
          <w:b w:val="0"/>
          <w:i w:val="0"/>
          <w:smallCaps w:val="0"/>
          <w:strike w:val="0"/>
          <w:sz w:val="16"/>
          <w:u w:val="none"/>
        </w:rPr>
        <w:t xml:space="preserve"> the </w:t>
      </w:r>
      <w:r>
        <w:rPr>
          <w:b w:val="0"/>
          <w:i w:val="0"/>
          <w:smallCaps w:val="0"/>
          <w:strike w:val="0"/>
          <w:sz w:val="22"/>
          <w:u w:val="single"/>
        </w:rPr>
        <w:t>reliance on strategies and technologies for waste reduction</w:t>
      </w:r>
      <w:r>
        <w:rPr>
          <w:b w:val="0"/>
          <w:i w:val="0"/>
          <w:smallCaps w:val="0"/>
          <w:strike w:val="0"/>
          <w:sz w:val="16"/>
          <w:u w:val="none"/>
        </w:rPr>
        <w:t xml:space="preserve"> and reuse (</w:t>
      </w:r>
      <w:r>
        <w:rPr>
          <w:b w:val="0"/>
          <w:i w:val="0"/>
          <w:smallCaps w:val="0"/>
          <w:strike w:val="0"/>
          <w:sz w:val="16"/>
          <w:u w:val="none"/>
        </w:rPr>
        <w:t>Kummu</w:t>
      </w:r>
      <w:r>
        <w:rPr>
          <w:b w:val="0"/>
          <w:i w:val="0"/>
          <w:smallCaps w:val="0"/>
          <w:strike w:val="0"/>
          <w:sz w:val="16"/>
          <w:u w:val="none"/>
        </w:rPr>
        <w:t xml:space="preserve"> et al., 2012). Technological advancements ranging from </w:t>
      </w:r>
      <w:r>
        <w:rPr>
          <w:b w:val="0"/>
          <w:i w:val="0"/>
          <w:smallCaps w:val="0"/>
          <w:strike w:val="0"/>
          <w:sz w:val="22"/>
          <w:u w:val="single"/>
        </w:rPr>
        <w:t>large-scale desalinization</w:t>
      </w:r>
      <w:r>
        <w:rPr>
          <w:b w:val="0"/>
          <w:i w:val="0"/>
          <w:smallCaps w:val="0"/>
          <w:strike w:val="0"/>
          <w:sz w:val="16"/>
          <w:u w:val="none"/>
        </w:rPr>
        <w:t xml:space="preserve"> </w:t>
      </w:r>
      <w:r>
        <w:rPr>
          <w:b w:val="0"/>
          <w:i w:val="0"/>
          <w:smallCaps w:val="0"/>
          <w:strike w:val="0"/>
          <w:sz w:val="22"/>
          <w:u w:val="single"/>
        </w:rPr>
        <w:t>to</w:t>
      </w:r>
      <w:r>
        <w:rPr>
          <w:b w:val="0"/>
          <w:i w:val="0"/>
          <w:smallCaps w:val="0"/>
          <w:strike w:val="0"/>
          <w:sz w:val="16"/>
          <w:u w:val="none"/>
        </w:rPr>
        <w:t xml:space="preserve"> new local systems of </w:t>
      </w:r>
      <w:r>
        <w:rPr>
          <w:b w:val="0"/>
          <w:i w:val="0"/>
          <w:smallCaps w:val="0"/>
          <w:strike w:val="0"/>
          <w:sz w:val="22"/>
          <w:u w:val="single"/>
        </w:rPr>
        <w:t>water purification have led to a</w:t>
      </w:r>
      <w:r>
        <w:rPr>
          <w:b w:val="0"/>
          <w:i w:val="0"/>
          <w:smallCaps w:val="0"/>
          <w:strike w:val="0"/>
          <w:sz w:val="16"/>
          <w:u w:val="none"/>
        </w:rPr>
        <w:t xml:space="preserve"> </w:t>
      </w:r>
      <w:r>
        <w:rPr>
          <w:b/>
          <w:i w:val="0"/>
          <w:smallCaps w:val="0"/>
          <w:strike w:val="0"/>
          <w:sz w:val="22"/>
          <w:u w:val="single"/>
        </w:rPr>
        <w:t>widespread trust in techno fixes</w:t>
      </w:r>
      <w:r>
        <w:rPr>
          <w:b w:val="0"/>
          <w:i w:val="0"/>
          <w:smallCaps w:val="0"/>
          <w:strike w:val="0"/>
          <w:sz w:val="16"/>
          <w:u w:val="none"/>
        </w:rPr>
        <w:t xml:space="preserve"> that can also improve drinking water availability. </w:t>
      </w:r>
      <w:r>
        <w:rPr>
          <w:b w:val="0"/>
          <w:i w:val="0"/>
          <w:smallCaps w:val="0"/>
          <w:strike w:val="0"/>
          <w:sz w:val="22"/>
          <w:u w:val="single"/>
        </w:rPr>
        <w:t>Collectively</w:t>
      </w:r>
      <w:r>
        <w:rPr>
          <w:b w:val="0"/>
          <w:i w:val="0"/>
          <w:smallCaps w:val="0"/>
          <w:strike w:val="0"/>
          <w:sz w:val="16"/>
          <w:u w:val="none"/>
        </w:rPr>
        <w:t xml:space="preserve">, </w:t>
      </w:r>
      <w:r>
        <w:rPr>
          <w:b w:val="0"/>
          <w:i w:val="0"/>
          <w:smallCaps w:val="0"/>
          <w:strike w:val="0"/>
          <w:sz w:val="22"/>
          <w:u w:val="single"/>
        </w:rPr>
        <w:t xml:space="preserve">technological advances </w:t>
      </w:r>
      <w:r>
        <w:rPr>
          <w:b/>
          <w:i w:val="0"/>
          <w:smallCaps w:val="0"/>
          <w:strike w:val="0"/>
          <w:sz w:val="22"/>
          <w:u w:val="single"/>
        </w:rPr>
        <w:t>can reduce the competition for water resources</w:t>
      </w:r>
      <w:r>
        <w:rPr>
          <w:b w:val="0"/>
          <w:i w:val="0"/>
          <w:smallCaps w:val="0"/>
          <w:strike w:val="0"/>
          <w:sz w:val="16"/>
          <w:u w:val="none"/>
        </w:rPr>
        <w:t>, however, some of these fixes may have detrimental environmental and social costs (</w:t>
      </w:r>
      <w:r>
        <w:rPr>
          <w:b w:val="0"/>
          <w:i w:val="0"/>
          <w:smallCaps w:val="0"/>
          <w:strike w:val="0"/>
          <w:sz w:val="16"/>
          <w:u w:val="none"/>
        </w:rPr>
        <w:t>D'Odorico</w:t>
      </w:r>
      <w:r>
        <w:rPr>
          <w:b w:val="0"/>
          <w:i w:val="0"/>
          <w:smallCaps w:val="0"/>
          <w:strike w:val="0"/>
          <w:sz w:val="16"/>
          <w:u w:val="none"/>
        </w:rPr>
        <w:t xml:space="preserve"> et al., 2018; Palmer et al., 2015). The third argument, describes how </w:t>
      </w:r>
      <w:r>
        <w:rPr>
          <w:b w:val="0"/>
          <w:i w:val="0"/>
          <w:smallCaps w:val="0"/>
          <w:strike w:val="0"/>
          <w:sz w:val="22"/>
          <w:u w:val="single"/>
        </w:rPr>
        <w:t>the anatomic differences</w:t>
      </w:r>
      <w:r>
        <w:rPr>
          <w:b w:val="0"/>
          <w:i w:val="0"/>
          <w:smallCaps w:val="0"/>
          <w:strike w:val="0"/>
          <w:sz w:val="16"/>
          <w:u w:val="none"/>
        </w:rPr>
        <w:t xml:space="preserve"> </w:t>
      </w:r>
      <w:r>
        <w:rPr>
          <w:b w:val="0"/>
          <w:i w:val="0"/>
          <w:smallCaps w:val="0"/>
          <w:strike w:val="0"/>
          <w:sz w:val="22"/>
          <w:u w:val="single"/>
        </w:rPr>
        <w:t>between water and oil</w:t>
      </w:r>
      <w:r>
        <w:rPr>
          <w:b w:val="0"/>
          <w:i w:val="0"/>
          <w:smallCaps w:val="0"/>
          <w:strike w:val="0"/>
          <w:sz w:val="16"/>
          <w:u w:val="none"/>
        </w:rPr>
        <w:t xml:space="preserve"> as strategic economic resources, </w:t>
      </w:r>
      <w:r>
        <w:rPr>
          <w:b w:val="0"/>
          <w:i w:val="0"/>
          <w:smallCaps w:val="0"/>
          <w:strike w:val="0"/>
          <w:sz w:val="22"/>
          <w:u w:val="single"/>
        </w:rPr>
        <w:t>are explicative of the fact that water</w:t>
      </w:r>
      <w:r>
        <w:rPr>
          <w:b w:val="0"/>
          <w:i w:val="0"/>
          <w:smallCaps w:val="0"/>
          <w:strike w:val="0"/>
          <w:sz w:val="16"/>
          <w:u w:val="none"/>
        </w:rPr>
        <w:t xml:space="preserve">, differently from oil, </w:t>
      </w:r>
      <w:r>
        <w:rPr>
          <w:b/>
          <w:i w:val="0"/>
          <w:smallCaps w:val="0"/>
          <w:strike w:val="0"/>
          <w:sz w:val="22"/>
          <w:u w:val="single"/>
        </w:rPr>
        <w:t>does not justify interstate military intervention</w:t>
      </w:r>
      <w:r>
        <w:rPr>
          <w:b w:val="0"/>
          <w:i w:val="0"/>
          <w:smallCaps w:val="0"/>
          <w:strike w:val="0"/>
          <w:sz w:val="16"/>
          <w:u w:val="none"/>
        </w:rPr>
        <w:t xml:space="preserve">. </w:t>
      </w:r>
      <w:r>
        <w:rPr>
          <w:b w:val="0"/>
          <w:i w:val="0"/>
          <w:smallCaps w:val="0"/>
          <w:strike w:val="0"/>
          <w:sz w:val="16"/>
          <w:u w:val="none"/>
        </w:rPr>
        <w:t>It is clear that oil</w:t>
      </w:r>
      <w:r>
        <w:rPr>
          <w:b w:val="0"/>
          <w:i w:val="0"/>
          <w:smallCaps w:val="0"/>
          <w:strike w:val="0"/>
          <w:sz w:val="16"/>
          <w:u w:val="none"/>
        </w:rPr>
        <w:t xml:space="preserve"> </w:t>
      </w:r>
      <w:r>
        <w:rPr>
          <w:b w:val="0"/>
          <w:i w:val="0"/>
          <w:smallCaps w:val="0"/>
          <w:strike w:val="0"/>
          <w:sz w:val="22"/>
          <w:u w:val="single"/>
        </w:rPr>
        <w:t>is prevalently at the center of</w:t>
      </w:r>
      <w:r>
        <w:rPr>
          <w:b w:val="0"/>
          <w:i w:val="0"/>
          <w:smallCaps w:val="0"/>
          <w:strike w:val="0"/>
          <w:sz w:val="16"/>
          <w:u w:val="none"/>
        </w:rPr>
        <w:t xml:space="preserve"> contemporary </w:t>
      </w:r>
      <w:r>
        <w:rPr>
          <w:b w:val="0"/>
          <w:i w:val="0"/>
          <w:smallCaps w:val="0"/>
          <w:strike w:val="0"/>
          <w:sz w:val="22"/>
          <w:u w:val="single"/>
        </w:rPr>
        <w:t>geopolitical tensions</w:t>
      </w:r>
      <w:r>
        <w:rPr>
          <w:b w:val="0"/>
          <w:i w:val="0"/>
          <w:smallCaps w:val="0"/>
          <w:strike w:val="0"/>
          <w:sz w:val="16"/>
          <w:u w:val="none"/>
        </w:rPr>
        <w:t xml:space="preserve">, violence, conflicts and interstate wars. Oil is associated with civil conflicts and can be a major cause of regional interstate conflicts. Water instead, while being increasingly associated with local violent conflicts in the global South, has practically never been systemically associated with interstate conflicts nor wars (Selby, 2005). </w:t>
      </w:r>
      <w:r>
        <w:rPr>
          <w:b w:val="0"/>
          <w:i w:val="0"/>
          <w:smallCaps w:val="0"/>
          <w:strike w:val="0"/>
          <w:sz w:val="22"/>
          <w:u w:val="single"/>
        </w:rPr>
        <w:t>The political economy of these</w:t>
      </w:r>
      <w:r>
        <w:rPr>
          <w:b w:val="0"/>
          <w:i w:val="0"/>
          <w:smallCaps w:val="0"/>
          <w:strike w:val="0"/>
          <w:sz w:val="16"/>
          <w:u w:val="none"/>
        </w:rPr>
        <w:t xml:space="preserve"> </w:t>
      </w:r>
      <w:r>
        <w:rPr>
          <w:b w:val="0"/>
          <w:i w:val="0"/>
          <w:smallCaps w:val="0"/>
          <w:strike w:val="0"/>
          <w:sz w:val="22"/>
          <w:u w:val="single"/>
        </w:rPr>
        <w:t>resources</w:t>
      </w:r>
      <w:r>
        <w:rPr>
          <w:b w:val="0"/>
          <w:i w:val="0"/>
          <w:smallCaps w:val="0"/>
          <w:strike w:val="0"/>
          <w:sz w:val="16"/>
          <w:u w:val="none"/>
        </w:rPr>
        <w:t xml:space="preserve"> </w:t>
      </w:r>
      <w:r>
        <w:rPr>
          <w:b/>
          <w:i w:val="0"/>
          <w:smallCaps w:val="0"/>
          <w:strike w:val="0"/>
          <w:sz w:val="22"/>
          <w:u w:val="single"/>
        </w:rPr>
        <w:t>is essentially different</w:t>
      </w:r>
      <w:r>
        <w:rPr>
          <w:b w:val="0"/>
          <w:i w:val="0"/>
          <w:smallCaps w:val="0"/>
          <w:strike w:val="0"/>
          <w:sz w:val="16"/>
          <w:u w:val="none"/>
        </w:rPr>
        <w:t xml:space="preserve"> </w:t>
      </w:r>
      <w:r>
        <w:rPr>
          <w:b w:val="0"/>
          <w:i w:val="0"/>
          <w:smallCaps w:val="0"/>
          <w:strike w:val="0"/>
          <w:sz w:val="22"/>
          <w:u w:val="single"/>
        </w:rPr>
        <w:t>because</w:t>
      </w:r>
      <w:r>
        <w:rPr>
          <w:b w:val="0"/>
          <w:i w:val="0"/>
          <w:smallCaps w:val="0"/>
          <w:strike w:val="0"/>
          <w:sz w:val="16"/>
          <w:u w:val="none"/>
        </w:rPr>
        <w:t xml:space="preserve"> </w:t>
      </w:r>
      <w:r>
        <w:rPr>
          <w:b w:val="0"/>
          <w:i w:val="0"/>
          <w:smallCaps w:val="0"/>
          <w:strike w:val="0"/>
          <w:sz w:val="22"/>
          <w:u w:val="single"/>
        </w:rPr>
        <w:t>of several intrinsic characteristics</w:t>
      </w:r>
      <w:r>
        <w:rPr>
          <w:b w:val="0"/>
          <w:i w:val="0"/>
          <w:smallCaps w:val="0"/>
          <w:strike w:val="0"/>
          <w:sz w:val="16"/>
          <w:u w:val="none"/>
        </w:rPr>
        <w:t xml:space="preserve">. </w:t>
      </w:r>
      <w:r>
        <w:rPr>
          <w:b w:val="0"/>
          <w:i w:val="0"/>
          <w:smallCaps w:val="0"/>
          <w:strike w:val="0"/>
          <w:sz w:val="22"/>
          <w:u w:val="single"/>
        </w:rPr>
        <w:t>Oil</w:t>
      </w:r>
      <w:r>
        <w:rPr>
          <w:b w:val="0"/>
          <w:i w:val="0"/>
          <w:smallCaps w:val="0"/>
          <w:strike w:val="0"/>
          <w:sz w:val="16"/>
          <w:u w:val="none"/>
        </w:rPr>
        <w:t xml:space="preserve">, for example, </w:t>
      </w:r>
      <w:r>
        <w:rPr>
          <w:b/>
          <w:i w:val="0"/>
          <w:smallCaps w:val="0"/>
          <w:strike w:val="0"/>
          <w:sz w:val="22"/>
          <w:u w:val="single"/>
        </w:rPr>
        <w:t>is a motor of industrial production</w:t>
      </w:r>
      <w:r>
        <w:rPr>
          <w:b w:val="0"/>
          <w:i w:val="0"/>
          <w:smallCaps w:val="0"/>
          <w:strike w:val="0"/>
          <w:sz w:val="16"/>
          <w:u w:val="none"/>
        </w:rPr>
        <w:t xml:space="preserve"> </w:t>
      </w:r>
      <w:r>
        <w:rPr>
          <w:b w:val="0"/>
          <w:i w:val="0"/>
          <w:smallCaps w:val="0"/>
          <w:strike w:val="0"/>
          <w:sz w:val="22"/>
          <w:u w:val="single"/>
        </w:rPr>
        <w:t>while water is</w:t>
      </w:r>
      <w:r>
        <w:rPr>
          <w:b w:val="0"/>
          <w:i w:val="0"/>
          <w:smallCaps w:val="0"/>
          <w:strike w:val="0"/>
          <w:sz w:val="16"/>
          <w:u w:val="none"/>
        </w:rPr>
        <w:t xml:space="preserve"> more of a </w:t>
      </w:r>
      <w:r>
        <w:rPr>
          <w:b w:val="0"/>
          <w:i w:val="0"/>
          <w:smallCaps w:val="0"/>
          <w:strike w:val="0"/>
          <w:sz w:val="22"/>
          <w:u w:val="single"/>
        </w:rPr>
        <w:t>key input for biological processes</w:t>
      </w:r>
      <w:r>
        <w:rPr>
          <w:b w:val="0"/>
          <w:i w:val="0"/>
          <w:smallCaps w:val="0"/>
          <w:strike w:val="0"/>
          <w:sz w:val="16"/>
          <w:u w:val="none"/>
        </w:rPr>
        <w:t xml:space="preserve">, including agricultural production; </w:t>
      </w:r>
      <w:r>
        <w:rPr>
          <w:b/>
          <w:i w:val="0"/>
          <w:smallCaps w:val="0"/>
          <w:strike w:val="0"/>
          <w:sz w:val="22"/>
          <w:highlight w:val="green"/>
          <w:u w:val="single"/>
        </w:rPr>
        <w:t>oil is</w:t>
      </w:r>
      <w:r>
        <w:rPr>
          <w:b/>
          <w:i w:val="0"/>
          <w:smallCaps w:val="0"/>
          <w:strike w:val="0"/>
          <w:sz w:val="22"/>
          <w:u w:val="single"/>
        </w:rPr>
        <w:t xml:space="preserve"> geographically </w:t>
      </w:r>
      <w:r>
        <w:rPr>
          <w:b/>
          <w:i w:val="0"/>
          <w:smallCaps w:val="0"/>
          <w:strike w:val="0"/>
          <w:sz w:val="22"/>
          <w:highlight w:val="green"/>
          <w:u w:val="single"/>
        </w:rPr>
        <w:t>unevenly</w:t>
      </w:r>
      <w:r>
        <w:rPr>
          <w:b/>
          <w:i w:val="0"/>
          <w:smallCaps w:val="0"/>
          <w:strike w:val="0"/>
          <w:sz w:val="22"/>
          <w:u w:val="single"/>
        </w:rPr>
        <w:t xml:space="preserve"> </w:t>
      </w:r>
      <w:r>
        <w:rPr>
          <w:b/>
          <w:i w:val="0"/>
          <w:smallCaps w:val="0"/>
          <w:strike w:val="0"/>
          <w:sz w:val="22"/>
          <w:highlight w:val="green"/>
          <w:u w:val="single"/>
        </w:rPr>
        <w:t>distributed</w:t>
      </w:r>
      <w:r>
        <w:rPr>
          <w:b/>
          <w:i w:val="0"/>
          <w:smallCaps w:val="0"/>
          <w:strike w:val="0"/>
          <w:sz w:val="22"/>
          <w:u w:val="single"/>
        </w:rPr>
        <w:t xml:space="preserve"> and nonrenewable</w:t>
      </w:r>
      <w:r>
        <w:rPr>
          <w:b w:val="0"/>
          <w:i w:val="0"/>
          <w:smallCaps w:val="0"/>
          <w:strike w:val="0"/>
          <w:sz w:val="16"/>
          <w:u w:val="none"/>
        </w:rPr>
        <w:t xml:space="preserve"> </w:t>
      </w:r>
      <w:r>
        <w:rPr>
          <w:b w:val="0"/>
          <w:i w:val="0"/>
          <w:smallCaps w:val="0"/>
          <w:strike w:val="0"/>
          <w:sz w:val="22"/>
          <w:u w:val="single"/>
        </w:rPr>
        <w:t>while water is a renewable and relatively widely distributed resource</w:t>
      </w:r>
      <w:r>
        <w:rPr>
          <w:b w:val="0"/>
          <w:i w:val="0"/>
          <w:smallCaps w:val="0"/>
          <w:strike w:val="0"/>
          <w:sz w:val="16"/>
          <w:u w:val="none"/>
        </w:rPr>
        <w:t xml:space="preserve">; </w:t>
      </w:r>
      <w:r>
        <w:rPr>
          <w:b/>
          <w:i w:val="0"/>
          <w:smallCaps w:val="0"/>
          <w:strike w:val="0"/>
          <w:sz w:val="22"/>
          <w:u w:val="single"/>
        </w:rPr>
        <w:t>oil leads to very high profits</w:t>
      </w:r>
      <w:r>
        <w:rPr>
          <w:b w:val="0"/>
          <w:i w:val="0"/>
          <w:smallCaps w:val="0"/>
          <w:strike w:val="0"/>
          <w:sz w:val="16"/>
          <w:u w:val="none"/>
        </w:rPr>
        <w:t xml:space="preserve"> and tends to be </w:t>
      </w:r>
      <w:r>
        <w:rPr>
          <w:b w:val="0"/>
          <w:i w:val="0"/>
          <w:smallCaps w:val="0"/>
          <w:strike w:val="0"/>
          <w:sz w:val="16"/>
          <w:u w:val="none"/>
        </w:rPr>
        <w:t>oligopolistically</w:t>
      </w:r>
      <w:r>
        <w:rPr>
          <w:b w:val="0"/>
          <w:i w:val="0"/>
          <w:smallCaps w:val="0"/>
          <w:strike w:val="0"/>
          <w:sz w:val="16"/>
          <w:u w:val="none"/>
        </w:rPr>
        <w:t xml:space="preserve"> organized, </w:t>
      </w:r>
      <w:r>
        <w:rPr>
          <w:b w:val="0"/>
          <w:i w:val="0"/>
          <w:smallCaps w:val="0"/>
          <w:strike w:val="0"/>
          <w:sz w:val="22"/>
          <w:u w:val="single"/>
        </w:rPr>
        <w:t>while water tends to be a public or common-pool resource</w:t>
      </w:r>
      <w:r>
        <w:rPr>
          <w:b w:val="0"/>
          <w:i w:val="0"/>
          <w:smallCaps w:val="0"/>
          <w:strike w:val="0"/>
          <w:sz w:val="16"/>
          <w:u w:val="none"/>
        </w:rPr>
        <w:t xml:space="preserve"> which does not directly lead to high profits (Selby, 2005). The last argument is about the strategic power of virtual water. Central to this argument is the work of Allan (1996, 1998, 2002) which elaborates on how </w:t>
      </w:r>
      <w:r>
        <w:rPr>
          <w:b w:val="0"/>
          <w:i w:val="0"/>
          <w:smallCaps w:val="0"/>
          <w:strike w:val="0"/>
          <w:sz w:val="22"/>
          <w:u w:val="single"/>
        </w:rPr>
        <w:t xml:space="preserve">water resources can be appropriated </w:t>
      </w:r>
      <w:r>
        <w:rPr>
          <w:b/>
          <w:i w:val="0"/>
          <w:smallCaps w:val="0"/>
          <w:strike w:val="0"/>
          <w:sz w:val="22"/>
          <w:u w:val="single"/>
        </w:rPr>
        <w:t>through the transnational trade</w:t>
      </w:r>
      <w:r>
        <w:rPr>
          <w:b w:val="0"/>
          <w:i w:val="0"/>
          <w:smallCaps w:val="0"/>
          <w:strike w:val="0"/>
          <w:sz w:val="16"/>
          <w:u w:val="none"/>
        </w:rPr>
        <w:t xml:space="preserve"> of agricultural commodities. The adjective “virtual” is used to stress that such </w:t>
      </w:r>
      <w:r>
        <w:rPr>
          <w:b w:val="0"/>
          <w:i w:val="0"/>
          <w:smallCaps w:val="0"/>
          <w:strike w:val="0"/>
          <w:sz w:val="22"/>
          <w:highlight w:val="green"/>
          <w:u w:val="single"/>
        </w:rPr>
        <w:t xml:space="preserve">water is </w:t>
      </w:r>
      <w:r>
        <w:rPr>
          <w:b/>
          <w:i w:val="0"/>
          <w:smallCaps w:val="0"/>
          <w:strike w:val="0"/>
          <w:sz w:val="22"/>
          <w:highlight w:val="green"/>
          <w:u w:val="single"/>
        </w:rPr>
        <w:t>not physically</w:t>
      </w:r>
      <w:r>
        <w:rPr>
          <w:b/>
          <w:i w:val="0"/>
          <w:smallCaps w:val="0"/>
          <w:strike w:val="0"/>
          <w:sz w:val="22"/>
          <w:u w:val="single"/>
        </w:rPr>
        <w:t xml:space="preserve"> </w:t>
      </w:r>
      <w:r>
        <w:rPr>
          <w:b w:val="0"/>
          <w:i w:val="0"/>
          <w:smallCaps w:val="0"/>
          <w:strike w:val="0"/>
          <w:sz w:val="22"/>
          <w:highlight w:val="green"/>
          <w:u w:val="single"/>
        </w:rPr>
        <w:t>present</w:t>
      </w:r>
      <w:r>
        <w:rPr>
          <w:b w:val="0"/>
          <w:i w:val="0"/>
          <w:smallCaps w:val="0"/>
          <w:strike w:val="0"/>
          <w:sz w:val="22"/>
          <w:u w:val="single"/>
        </w:rPr>
        <w:t xml:space="preserve"> </w:t>
      </w:r>
      <w:r>
        <w:rPr>
          <w:b w:val="0"/>
          <w:i w:val="0"/>
          <w:smallCaps w:val="0"/>
          <w:strike w:val="0"/>
          <w:sz w:val="22"/>
          <w:highlight w:val="green"/>
          <w:u w:val="single"/>
        </w:rPr>
        <w:t>in the</w:t>
      </w:r>
      <w:r>
        <w:rPr>
          <w:b w:val="0"/>
          <w:i w:val="0"/>
          <w:smallCaps w:val="0"/>
          <w:strike w:val="0"/>
          <w:sz w:val="22"/>
          <w:u w:val="single"/>
        </w:rPr>
        <w:t xml:space="preserve"> </w:t>
      </w:r>
      <w:r>
        <w:rPr>
          <w:b w:val="0"/>
          <w:i w:val="0"/>
          <w:smallCaps w:val="0"/>
          <w:strike w:val="0"/>
          <w:sz w:val="22"/>
          <w:highlight w:val="green"/>
          <w:u w:val="single"/>
        </w:rPr>
        <w:t>commodities that are traded</w:t>
      </w:r>
      <w:r>
        <w:rPr>
          <w:b w:val="0"/>
          <w:i w:val="0"/>
          <w:smallCaps w:val="0"/>
          <w:strike w:val="0"/>
          <w:sz w:val="16"/>
          <w:u w:val="none"/>
        </w:rPr>
        <w:t xml:space="preserve">. </w:t>
      </w:r>
      <w:r>
        <w:rPr>
          <w:b w:val="0"/>
          <w:i w:val="0"/>
          <w:smallCaps w:val="0"/>
          <w:strike w:val="0"/>
          <w:sz w:val="22"/>
          <w:u w:val="single"/>
        </w:rPr>
        <w:t>Some regions</w:t>
      </w:r>
      <w:r>
        <w:rPr>
          <w:b w:val="0"/>
          <w:i w:val="0"/>
          <w:smallCaps w:val="0"/>
          <w:strike w:val="0"/>
          <w:sz w:val="16"/>
          <w:u w:val="none"/>
        </w:rPr>
        <w:t xml:space="preserve"> of the world, such as the Middle East</w:t>
      </w:r>
      <w:r>
        <w:rPr>
          <w:b w:val="0"/>
          <w:i w:val="0"/>
          <w:smallCaps w:val="0"/>
          <w:strike w:val="0"/>
          <w:sz w:val="22"/>
          <w:u w:val="single"/>
        </w:rPr>
        <w:t>, do not have enough water to produce</w:t>
      </w:r>
      <w:r>
        <w:rPr>
          <w:b w:val="0"/>
          <w:i w:val="0"/>
          <w:smallCaps w:val="0"/>
          <w:strike w:val="0"/>
          <w:sz w:val="16"/>
          <w:u w:val="none"/>
        </w:rPr>
        <w:t xml:space="preserve"> </w:t>
      </w:r>
      <w:r>
        <w:rPr>
          <w:b w:val="0"/>
          <w:i w:val="0"/>
          <w:smallCaps w:val="0"/>
          <w:strike w:val="0"/>
          <w:sz w:val="22"/>
          <w:u w:val="single"/>
        </w:rPr>
        <w:t>all the food required</w:t>
      </w:r>
      <w:r>
        <w:rPr>
          <w:b w:val="0"/>
          <w:i w:val="0"/>
          <w:smallCaps w:val="0"/>
          <w:strike w:val="0"/>
          <w:sz w:val="16"/>
          <w:u w:val="none"/>
        </w:rPr>
        <w:t xml:space="preserve"> to feed their populations. This situation could be expected to lead social tensions. </w:t>
      </w:r>
      <w:r>
        <w:rPr>
          <w:b w:val="0"/>
          <w:i w:val="0"/>
          <w:smallCaps w:val="0"/>
          <w:strike w:val="0"/>
          <w:sz w:val="22"/>
          <w:u w:val="single"/>
        </w:rPr>
        <w:t>However</w:t>
      </w:r>
      <w:r>
        <w:rPr>
          <w:b w:val="0"/>
          <w:i w:val="0"/>
          <w:smallCaps w:val="0"/>
          <w:strike w:val="0"/>
          <w:sz w:val="16"/>
          <w:u w:val="none"/>
        </w:rPr>
        <w:t xml:space="preserve">, according to Allan, reliance on </w:t>
      </w:r>
      <w:r>
        <w:rPr>
          <w:b/>
          <w:i w:val="0"/>
          <w:smallCaps w:val="0"/>
          <w:strike w:val="0"/>
          <w:sz w:val="22"/>
          <w:highlight w:val="green"/>
          <w:u w:val="single"/>
        </w:rPr>
        <w:t>international trade</w:t>
      </w:r>
      <w:r>
        <w:rPr>
          <w:b w:val="0"/>
          <w:i w:val="0"/>
          <w:smallCaps w:val="0"/>
          <w:strike w:val="0"/>
          <w:sz w:val="16"/>
          <w:u w:val="none"/>
        </w:rPr>
        <w:t xml:space="preserve"> </w:t>
      </w:r>
      <w:r>
        <w:rPr>
          <w:b w:val="0"/>
          <w:i w:val="0"/>
          <w:smallCaps w:val="0"/>
          <w:strike w:val="0"/>
          <w:sz w:val="22"/>
          <w:highlight w:val="green"/>
          <w:u w:val="single"/>
        </w:rPr>
        <w:t>has</w:t>
      </w:r>
      <w:r>
        <w:rPr>
          <w:b w:val="0"/>
          <w:i w:val="0"/>
          <w:smallCaps w:val="0"/>
          <w:strike w:val="0"/>
          <w:sz w:val="22"/>
          <w:u w:val="single"/>
        </w:rPr>
        <w:t xml:space="preserve"> </w:t>
      </w:r>
      <w:r>
        <w:rPr>
          <w:b w:val="0"/>
          <w:i w:val="0"/>
          <w:smallCaps w:val="0"/>
          <w:strike w:val="0"/>
          <w:sz w:val="22"/>
          <w:highlight w:val="green"/>
          <w:u w:val="single"/>
        </w:rPr>
        <w:t>allowed</w:t>
      </w:r>
      <w:r>
        <w:rPr>
          <w:b w:val="0"/>
          <w:i w:val="0"/>
          <w:smallCaps w:val="0"/>
          <w:strike w:val="0"/>
          <w:sz w:val="22"/>
          <w:u w:val="single"/>
        </w:rPr>
        <w:t xml:space="preserve"> </w:t>
      </w:r>
      <w:r>
        <w:rPr>
          <w:b w:val="0"/>
          <w:i w:val="0"/>
          <w:smallCaps w:val="0"/>
          <w:strike w:val="0"/>
          <w:sz w:val="22"/>
          <w:highlight w:val="green"/>
          <w:u w:val="single"/>
        </w:rPr>
        <w:t>these countries to circumvent</w:t>
      </w:r>
      <w:r>
        <w:rPr>
          <w:b w:val="0"/>
          <w:i w:val="0"/>
          <w:smallCaps w:val="0"/>
          <w:strike w:val="0"/>
          <w:sz w:val="16"/>
          <w:u w:val="none"/>
        </w:rPr>
        <w:t xml:space="preserve"> their </w:t>
      </w:r>
      <w:r>
        <w:rPr>
          <w:b w:val="0"/>
          <w:i w:val="0"/>
          <w:smallCaps w:val="0"/>
          <w:strike w:val="0"/>
          <w:sz w:val="22"/>
          <w:highlight w:val="green"/>
          <w:u w:val="single"/>
        </w:rPr>
        <w:t>chronic water</w:t>
      </w:r>
      <w:r>
        <w:rPr>
          <w:b w:val="0"/>
          <w:i w:val="0"/>
          <w:smallCaps w:val="0"/>
          <w:strike w:val="0"/>
          <w:sz w:val="22"/>
          <w:u w:val="single"/>
        </w:rPr>
        <w:t xml:space="preserve"> </w:t>
      </w:r>
      <w:r>
        <w:rPr>
          <w:b w:val="0"/>
          <w:i w:val="0"/>
          <w:smallCaps w:val="0"/>
          <w:strike w:val="0"/>
          <w:sz w:val="22"/>
          <w:highlight w:val="green"/>
          <w:u w:val="single"/>
        </w:rPr>
        <w:t>scarcity</w:t>
      </w:r>
      <w:r>
        <w:rPr>
          <w:b w:val="0"/>
          <w:i w:val="0"/>
          <w:smallCaps w:val="0"/>
          <w:strike w:val="0"/>
          <w:sz w:val="16"/>
          <w:u w:val="none"/>
        </w:rPr>
        <w:t xml:space="preserve"> and meet their needs. In this light, trade can be explicitly considered as a mechanism that has a water-saving function (Hoekstra &amp; Chapagain, 2008; Konar, Hussein, </w:t>
      </w:r>
      <w:r>
        <w:rPr>
          <w:b w:val="0"/>
          <w:i w:val="0"/>
          <w:smallCaps w:val="0"/>
          <w:strike w:val="0"/>
          <w:sz w:val="16"/>
          <w:u w:val="none"/>
        </w:rPr>
        <w:t>Hanasaki</w:t>
      </w:r>
      <w:r>
        <w:rPr>
          <w:b w:val="0"/>
          <w:i w:val="0"/>
          <w:smallCaps w:val="0"/>
          <w:strike w:val="0"/>
          <w:sz w:val="16"/>
          <w:u w:val="none"/>
        </w:rPr>
        <w:t xml:space="preserve">, </w:t>
      </w:r>
      <w:r>
        <w:rPr>
          <w:b w:val="0"/>
          <w:i w:val="0"/>
          <w:smallCaps w:val="0"/>
          <w:strike w:val="0"/>
          <w:sz w:val="16"/>
          <w:u w:val="none"/>
        </w:rPr>
        <w:t>Mauzerall</w:t>
      </w:r>
      <w:r>
        <w:rPr>
          <w:b w:val="0"/>
          <w:i w:val="0"/>
          <w:smallCaps w:val="0"/>
          <w:strike w:val="0"/>
          <w:sz w:val="16"/>
          <w:u w:val="none"/>
        </w:rPr>
        <w:t xml:space="preserve"> &amp; Rodriguez-Iturbe, 2013). Allan (1998) noted that the importation of agricultural commodities and other goods is associated with the virtual transfer of the water resources used to produce those goods. More specifically, his work (Allan, 1996, 1998, 2002, 2003, 2005) described how </w:t>
      </w:r>
      <w:r>
        <w:rPr>
          <w:b w:val="0"/>
          <w:i w:val="0"/>
          <w:smallCaps w:val="0"/>
          <w:strike w:val="0"/>
          <w:sz w:val="22"/>
          <w:u w:val="single"/>
        </w:rPr>
        <w:t>countries' dependence on water</w:t>
      </w:r>
      <w:r>
        <w:rPr>
          <w:b w:val="0"/>
          <w:i w:val="0"/>
          <w:smallCaps w:val="0"/>
          <w:strike w:val="0"/>
          <w:sz w:val="16"/>
          <w:u w:val="none"/>
        </w:rPr>
        <w:t xml:space="preserve"> </w:t>
      </w:r>
      <w:r>
        <w:rPr>
          <w:b w:val="0"/>
          <w:i w:val="0"/>
          <w:smallCaps w:val="0"/>
          <w:strike w:val="0"/>
          <w:sz w:val="22"/>
          <w:u w:val="single"/>
        </w:rPr>
        <w:t>for agriculture</w:t>
      </w:r>
      <w:r>
        <w:rPr>
          <w:b w:val="0"/>
          <w:i w:val="0"/>
          <w:smallCaps w:val="0"/>
          <w:strike w:val="0"/>
          <w:sz w:val="16"/>
          <w:u w:val="none"/>
        </w:rPr>
        <w:t xml:space="preserve">, which on average accounts for 70% of the entire global water consumption (Richter, 2014), </w:t>
      </w:r>
      <w:r>
        <w:rPr>
          <w:b w:val="0"/>
          <w:i w:val="0"/>
          <w:smallCaps w:val="0"/>
          <w:strike w:val="0"/>
          <w:sz w:val="22"/>
          <w:u w:val="single"/>
        </w:rPr>
        <w:t>is often satisfied</w:t>
      </w:r>
      <w:r>
        <w:rPr>
          <w:b w:val="0"/>
          <w:i w:val="0"/>
          <w:smallCaps w:val="0"/>
          <w:strike w:val="0"/>
          <w:sz w:val="16"/>
          <w:u w:val="none"/>
        </w:rPr>
        <w:t xml:space="preserve"> </w:t>
      </w:r>
      <w:r>
        <w:rPr>
          <w:b w:val="0"/>
          <w:i w:val="0"/>
          <w:smallCaps w:val="0"/>
          <w:strike w:val="0"/>
          <w:sz w:val="22"/>
          <w:u w:val="single"/>
        </w:rPr>
        <w:t xml:space="preserve">by the </w:t>
      </w:r>
      <w:r>
        <w:rPr>
          <w:b/>
          <w:i w:val="0"/>
          <w:smallCaps w:val="0"/>
          <w:strike w:val="0"/>
          <w:sz w:val="22"/>
          <w:u w:val="single"/>
        </w:rPr>
        <w:t>import of agricultural commodities</w:t>
      </w:r>
      <w:r>
        <w:rPr>
          <w:b w:val="0"/>
          <w:i w:val="0"/>
          <w:smallCaps w:val="0"/>
          <w:strike w:val="0"/>
          <w:sz w:val="16"/>
          <w:u w:val="none"/>
        </w:rPr>
        <w:t xml:space="preserve">. He demonstrates his argument relying also on historical evidence. In the case of the Middle East and North Africa, Allan (1998) estimates that virtual water flows associated with the importation of grains from North America exceeds the actual water flows in the Nile River. It is by analyzing the virtual water trade phenomenon that Allan </w:t>
      </w:r>
      <w:r>
        <w:rPr>
          <w:b w:val="0"/>
          <w:i w:val="0"/>
          <w:smallCaps w:val="0"/>
          <w:strike w:val="0"/>
          <w:sz w:val="16"/>
          <w:u w:val="none"/>
        </w:rPr>
        <w:t>comes to the conclusion</w:t>
      </w:r>
      <w:r>
        <w:rPr>
          <w:b w:val="0"/>
          <w:i w:val="0"/>
          <w:smallCaps w:val="0"/>
          <w:strike w:val="0"/>
          <w:sz w:val="16"/>
          <w:u w:val="none"/>
        </w:rPr>
        <w:t xml:space="preserve"> that it is much more logical and convenient to trade with foreign countries and import virtual water from them rather than going at war with them. Despite some analytical criticism (</w:t>
      </w:r>
      <w:r>
        <w:rPr>
          <w:b w:val="0"/>
          <w:i w:val="0"/>
          <w:smallCaps w:val="0"/>
          <w:strike w:val="0"/>
          <w:sz w:val="16"/>
          <w:u w:val="none"/>
        </w:rPr>
        <w:t>Ansink</w:t>
      </w:r>
      <w:r>
        <w:rPr>
          <w:b w:val="0"/>
          <w:i w:val="0"/>
          <w:smallCaps w:val="0"/>
          <w:strike w:val="0"/>
          <w:sz w:val="16"/>
          <w:u w:val="none"/>
        </w:rPr>
        <w:t xml:space="preserve">, 2010), virtual water trade remains at the basis of one of the key arguments used to refute the “water leads to war” thesis. </w:t>
      </w:r>
      <w:r>
        <w:rPr>
          <w:b w:val="0"/>
          <w:i w:val="0"/>
          <w:smallCaps w:val="0"/>
          <w:strike w:val="0"/>
          <w:sz w:val="22"/>
          <w:u w:val="single"/>
        </w:rPr>
        <w:t>Other studies</w:t>
      </w:r>
      <w:r>
        <w:rPr>
          <w:b w:val="0"/>
          <w:i w:val="0"/>
          <w:smallCaps w:val="0"/>
          <w:strike w:val="0"/>
          <w:sz w:val="16"/>
          <w:u w:val="none"/>
        </w:rPr>
        <w:t xml:space="preserve">, mostly on the industrial sector, are </w:t>
      </w:r>
      <w:r>
        <w:rPr>
          <w:b/>
          <w:i w:val="0"/>
          <w:smallCaps w:val="0"/>
          <w:strike w:val="0"/>
          <w:sz w:val="22"/>
          <w:u w:val="single"/>
        </w:rPr>
        <w:t>also supporting the view</w:t>
      </w:r>
      <w:r>
        <w:rPr>
          <w:b w:val="0"/>
          <w:i w:val="0"/>
          <w:smallCaps w:val="0"/>
          <w:strike w:val="0"/>
          <w:sz w:val="16"/>
          <w:u w:val="none"/>
        </w:rPr>
        <w:t xml:space="preserve"> </w:t>
      </w:r>
      <w:r>
        <w:rPr>
          <w:b w:val="0"/>
          <w:i w:val="0"/>
          <w:smallCaps w:val="0"/>
          <w:strike w:val="0"/>
          <w:sz w:val="22"/>
          <w:u w:val="single"/>
        </w:rPr>
        <w:t>that trade reduces the likelihood of conflict</w:t>
      </w:r>
      <w:r>
        <w:rPr>
          <w:b w:val="0"/>
          <w:i w:val="0"/>
          <w:smallCaps w:val="0"/>
          <w:strike w:val="0"/>
          <w:sz w:val="16"/>
          <w:u w:val="none"/>
        </w:rPr>
        <w:t xml:space="preserve">, though their focus is neither on water resources nor on virtual water trade (De Angelis, </w:t>
      </w:r>
      <w:r>
        <w:rPr>
          <w:b w:val="0"/>
          <w:i w:val="0"/>
          <w:smallCaps w:val="0"/>
          <w:strike w:val="0"/>
          <w:sz w:val="16"/>
          <w:u w:val="none"/>
        </w:rPr>
        <w:t>Metulini</w:t>
      </w:r>
      <w:r>
        <w:rPr>
          <w:b w:val="0"/>
          <w:i w:val="0"/>
          <w:smallCaps w:val="0"/>
          <w:strike w:val="0"/>
          <w:sz w:val="16"/>
          <w:u w:val="none"/>
        </w:rPr>
        <w:t xml:space="preserve">, Bove, </w:t>
      </w:r>
      <w:r>
        <w:rPr>
          <w:b w:val="0"/>
          <w:i w:val="0"/>
          <w:smallCaps w:val="0"/>
          <w:strike w:val="0"/>
          <w:sz w:val="16"/>
          <w:u w:val="none"/>
        </w:rPr>
        <w:t>Ricaboni</w:t>
      </w:r>
      <w:r>
        <w:rPr>
          <w:b w:val="0"/>
          <w:i w:val="0"/>
          <w:smallCaps w:val="0"/>
          <w:strike w:val="0"/>
          <w:sz w:val="16"/>
          <w:u w:val="none"/>
        </w:rPr>
        <w:t xml:space="preserve">, 2017; </w:t>
      </w:r>
      <w:r>
        <w:rPr>
          <w:b w:val="0"/>
          <w:i w:val="0"/>
          <w:smallCaps w:val="0"/>
          <w:strike w:val="0"/>
          <w:sz w:val="16"/>
          <w:u w:val="none"/>
        </w:rPr>
        <w:t>Dorussen</w:t>
      </w:r>
      <w:r>
        <w:rPr>
          <w:b w:val="0"/>
          <w:i w:val="0"/>
          <w:smallCaps w:val="0"/>
          <w:strike w:val="0"/>
          <w:sz w:val="16"/>
          <w:u w:val="none"/>
        </w:rPr>
        <w:t>, 2006; Hegre, Oneal, Russett, 2010). The counterargument, could be that trade has sustained population growth in importing countries, thereby enhancing water scarcity, trade dependence and consequently increasing in the long run the risk of instability while reducing societal resilience (</w:t>
      </w:r>
      <w:r>
        <w:rPr>
          <w:b w:val="0"/>
          <w:i w:val="0"/>
          <w:smallCaps w:val="0"/>
          <w:strike w:val="0"/>
          <w:sz w:val="16"/>
          <w:u w:val="none"/>
        </w:rPr>
        <w:t>D'Odorico</w:t>
      </w:r>
      <w:r>
        <w:rPr>
          <w:b w:val="0"/>
          <w:i w:val="0"/>
          <w:smallCaps w:val="0"/>
          <w:strike w:val="0"/>
          <w:sz w:val="16"/>
          <w:u w:val="none"/>
        </w:rPr>
        <w:t xml:space="preserve">, </w:t>
      </w:r>
      <w:r>
        <w:rPr>
          <w:b w:val="0"/>
          <w:i w:val="0"/>
          <w:smallCaps w:val="0"/>
          <w:strike w:val="0"/>
          <w:sz w:val="16"/>
          <w:u w:val="none"/>
        </w:rPr>
        <w:t>Laio</w:t>
      </w:r>
      <w:r>
        <w:rPr>
          <w:b w:val="0"/>
          <w:i w:val="0"/>
          <w:smallCaps w:val="0"/>
          <w:strike w:val="0"/>
          <w:sz w:val="16"/>
          <w:u w:val="none"/>
        </w:rPr>
        <w:t xml:space="preserve"> &amp; Ridolfi, 2010; </w:t>
      </w:r>
      <w:r>
        <w:rPr>
          <w:b w:val="0"/>
          <w:i w:val="0"/>
          <w:smallCaps w:val="0"/>
          <w:strike w:val="0"/>
          <w:sz w:val="16"/>
          <w:u w:val="none"/>
        </w:rPr>
        <w:t>Suweis</w:t>
      </w:r>
      <w:r>
        <w:rPr>
          <w:b w:val="0"/>
          <w:i w:val="0"/>
          <w:smallCaps w:val="0"/>
          <w:strike w:val="0"/>
          <w:sz w:val="16"/>
          <w:u w:val="none"/>
        </w:rPr>
        <w:t xml:space="preserve"> et al., 2013). </w:t>
      </w:r>
      <w:r>
        <w:rPr>
          <w:b w:val="0"/>
          <w:i w:val="0"/>
          <w:smallCaps w:val="0"/>
          <w:strike w:val="0"/>
          <w:sz w:val="22"/>
          <w:u w:val="single"/>
        </w:rPr>
        <w:t>According to these four arguments</w:t>
      </w:r>
      <w:r>
        <w:rPr>
          <w:b w:val="0"/>
          <w:i w:val="0"/>
          <w:smallCaps w:val="0"/>
          <w:strike w:val="0"/>
          <w:sz w:val="16"/>
          <w:u w:val="none"/>
        </w:rPr>
        <w:t xml:space="preserve"> and other, not less important, analytical contributions, </w:t>
      </w:r>
      <w:r>
        <w:rPr>
          <w:b w:val="0"/>
          <w:i w:val="0"/>
          <w:smallCaps w:val="0"/>
          <w:strike w:val="0"/>
          <w:sz w:val="22"/>
          <w:u w:val="single"/>
        </w:rPr>
        <w:t>there is</w:t>
      </w:r>
      <w:r>
        <w:rPr>
          <w:b w:val="0"/>
          <w:i w:val="0"/>
          <w:smallCaps w:val="0"/>
          <w:strike w:val="0"/>
          <w:sz w:val="16"/>
          <w:u w:val="none"/>
        </w:rPr>
        <w:t xml:space="preserve"> </w:t>
      </w:r>
      <w:r>
        <w:rPr>
          <w:b/>
          <w:i w:val="0"/>
          <w:smallCaps w:val="0"/>
          <w:strike w:val="0"/>
          <w:sz w:val="22"/>
          <w:u w:val="single"/>
        </w:rPr>
        <w:t>consensus</w:t>
      </w:r>
      <w:r>
        <w:rPr>
          <w:b w:val="0"/>
          <w:i w:val="0"/>
          <w:smallCaps w:val="0"/>
          <w:strike w:val="0"/>
          <w:sz w:val="16"/>
          <w:u w:val="none"/>
        </w:rPr>
        <w:t xml:space="preserve"> </w:t>
      </w:r>
      <w:r>
        <w:rPr>
          <w:b w:val="0"/>
          <w:i w:val="0"/>
          <w:smallCaps w:val="0"/>
          <w:strike w:val="0"/>
          <w:sz w:val="22"/>
          <w:u w:val="single"/>
        </w:rPr>
        <w:t>that water wars should be</w:t>
      </w:r>
      <w:r>
        <w:rPr>
          <w:b w:val="0"/>
          <w:i w:val="0"/>
          <w:smallCaps w:val="0"/>
          <w:strike w:val="0"/>
          <w:sz w:val="16"/>
          <w:u w:val="none"/>
        </w:rPr>
        <w:t xml:space="preserve"> </w:t>
      </w:r>
      <w:r>
        <w:rPr>
          <w:b/>
          <w:i w:val="0"/>
          <w:smallCaps w:val="0"/>
          <w:strike w:val="0"/>
          <w:sz w:val="22"/>
          <w:u w:val="single"/>
        </w:rPr>
        <w:t>considered a dispelled myth</w:t>
      </w:r>
      <w:r>
        <w:rPr>
          <w:b w:val="0"/>
          <w:i w:val="0"/>
          <w:smallCaps w:val="0"/>
          <w:strike w:val="0"/>
          <w:sz w:val="16"/>
          <w:u w:val="none"/>
        </w:rPr>
        <w:t xml:space="preserve"> (Barnaby, 2009). Practically nonexistent instead are recent scholarly contributions that actively support the water leads to war thesis. </w:t>
      </w:r>
      <w:r>
        <w:rPr>
          <w:b w:val="0"/>
          <w:i w:val="0"/>
          <w:smallCaps w:val="0"/>
          <w:strike w:val="0"/>
          <w:sz w:val="16"/>
          <w:u w:val="none"/>
        </w:rPr>
        <w:t>Gleick</w:t>
      </w:r>
      <w:r>
        <w:rPr>
          <w:b w:val="0"/>
          <w:i w:val="0"/>
          <w:smallCaps w:val="0"/>
          <w:strike w:val="0"/>
          <w:sz w:val="16"/>
          <w:u w:val="none"/>
        </w:rPr>
        <w:t xml:space="preserve"> (1993) is often referred to in the context of water violence history. However, </w:t>
      </w:r>
      <w:r>
        <w:rPr>
          <w:b w:val="0"/>
          <w:i w:val="0"/>
          <w:smallCaps w:val="0"/>
          <w:strike w:val="0"/>
          <w:sz w:val="16"/>
          <w:u w:val="none"/>
        </w:rPr>
        <w:t>Gleick's</w:t>
      </w:r>
      <w:r>
        <w:rPr>
          <w:b w:val="0"/>
          <w:i w:val="0"/>
          <w:smallCaps w:val="0"/>
          <w:strike w:val="0"/>
          <w:sz w:val="16"/>
          <w:u w:val="none"/>
        </w:rPr>
        <w:t xml:space="preserve"> accounts of water-related conflicts are not at the state level and, when organized national warfare happens, it is for water as a military strategic target, never for water as the primary cause of military intervention (Wolf, 1998, 2007). </w:t>
      </w:r>
      <w:r>
        <w:rPr>
          <w:b w:val="0"/>
          <w:i w:val="0"/>
          <w:smallCaps w:val="0"/>
          <w:strike w:val="0"/>
          <w:sz w:val="16"/>
          <w:u w:val="none"/>
        </w:rPr>
        <w:t>Also</w:t>
      </w:r>
      <w:r>
        <w:rPr>
          <w:b w:val="0"/>
          <w:i w:val="0"/>
          <w:smallCaps w:val="0"/>
          <w:strike w:val="0"/>
          <w:sz w:val="16"/>
          <w:u w:val="none"/>
        </w:rPr>
        <w:t xml:space="preserve"> in the case of the Israeli-Palestinian confrontation over water in the West Bank, there have been many instances of conflicts but none that can be formally considered a water war (Zeitoun, 2007) as water, rather than being the reason for the conflict, is described as a strategic tool used for military purposes (Selby, 2003).</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