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Violent revolution to destroy the world </w:t>
      </w:r>
      <w:r>
        <w:rPr>
          <w:b/>
          <w:i w:val="0"/>
          <w:smallCaps w:val="0"/>
          <w:strike w:val="0"/>
          <w:sz w:val="26"/>
          <w:u w:val="none"/>
        </w:rPr>
        <w:t xml:space="preserve">fails to resolve the political question of structural antagonisms and creates net more violence </w:t>
      </w:r>
    </w:p>
    <w:p>
      <w:pPr>
        <w:spacing w:after="80"/>
      </w:pPr>
      <w:r>
        <w:rPr>
          <w:b/>
          <w:i w:val="0"/>
          <w:smallCaps w:val="0"/>
          <w:strike w:val="0"/>
          <w:sz w:val="26"/>
          <w:u w:val="none"/>
        </w:rPr>
        <w:t>Gordon 18</w:t>
      </w:r>
      <w:r>
        <w:rPr>
          <w:b w:val="0"/>
          <w:i w:val="0"/>
          <w:smallCaps w:val="0"/>
          <w:strike w:val="0"/>
          <w:u w:val="none"/>
        </w:rPr>
        <w:t xml:space="preserve">—Professor of Philosophy and Africana Studies at UCONN-Storrs [Lewis R. Gordon, </w:t>
      </w:r>
      <w:r>
        <w:rPr>
          <w:b w:val="0"/>
          <w:i w:val="0"/>
          <w:smallCaps w:val="0"/>
          <w:strike w:val="0"/>
          <w:u w:val="none"/>
        </w:rPr>
        <w:t>Interviewed</w:t>
      </w:r>
      <w:r>
        <w:rPr>
          <w:b w:val="0"/>
          <w:i w:val="0"/>
          <w:smallCaps w:val="0"/>
          <w:strike w:val="0"/>
          <w:u w:val="none"/>
        </w:rPr>
        <w:t xml:space="preserve"> by Scott Phillips, Debate coach at Dartmouth University, 4/24/2018, “Dr. Lewis Gordon on </w:t>
      </w:r>
      <w:r>
        <w:rPr>
          <w:b w:val="0"/>
          <w:i w:val="0"/>
          <w:smallCaps w:val="0"/>
          <w:strike w:val="0"/>
          <w:u w:val="none"/>
        </w:rPr>
        <w:t>Afropessimism</w:t>
      </w:r>
      <w:r>
        <w:rPr>
          <w:b w:val="0"/>
          <w:i w:val="0"/>
          <w:smallCaps w:val="0"/>
          <w:strike w:val="0"/>
          <w:u w:val="none"/>
        </w:rPr>
        <w:t xml:space="preserve">”, HS Impact, http://www.podcastgarden.com/episode/dr-lewis-gordon-on-afropessimism_126717, 47:31 to 58:09, Transcribed] </w:t>
      </w:r>
      <w:r>
        <w:rPr>
          <w:b w:val="0"/>
          <w:i w:val="0"/>
          <w:smallCaps w:val="0"/>
          <w:strike w:val="0"/>
          <w:u w:val="none"/>
        </w:rPr>
        <w:t>AMarb</w:t>
      </w:r>
    </w:p>
    <w:p>
      <w:pPr>
        <w:spacing w:after="60"/>
      </w:pPr>
      <w:r>
        <w:rPr>
          <w:b w:val="0"/>
          <w:i w:val="0"/>
          <w:smallCaps w:val="0"/>
          <w:strike w:val="0"/>
          <w:sz w:val="16"/>
          <w:u w:val="none"/>
        </w:rPr>
        <w:t xml:space="preserve">Scott Phillips: I guess in the context of that then </w:t>
      </w:r>
      <w:r>
        <w:rPr>
          <w:b w:val="0"/>
          <w:i w:val="0"/>
          <w:smallCaps w:val="0"/>
          <w:strike w:val="0"/>
          <w:sz w:val="22"/>
          <w:u w:val="single"/>
        </w:rPr>
        <w:t>I wanted to ask you about</w:t>
      </w:r>
      <w:r>
        <w:rPr>
          <w:b w:val="0"/>
          <w:i w:val="0"/>
          <w:smallCaps w:val="0"/>
          <w:strike w:val="0"/>
          <w:sz w:val="16"/>
          <w:u w:val="none"/>
        </w:rPr>
        <w:t xml:space="preserve"> sort of some of the, the, I guess </w:t>
      </w:r>
      <w:r>
        <w:rPr>
          <w:b/>
          <w:i w:val="0"/>
          <w:smallCaps w:val="0"/>
          <w:strike w:val="0"/>
          <w:sz w:val="22"/>
          <w:u w:val="single"/>
        </w:rPr>
        <w:t>you wouldn't call them political projects</w:t>
      </w:r>
      <w:r>
        <w:rPr>
          <w:b w:val="0"/>
          <w:i w:val="0"/>
          <w:smallCaps w:val="0"/>
          <w:strike w:val="0"/>
          <w:sz w:val="22"/>
          <w:u w:val="single"/>
        </w:rPr>
        <w:t>, but what Afropessimists recommend that people do instead of</w:t>
      </w:r>
      <w:r>
        <w:rPr>
          <w:b w:val="0"/>
          <w:i w:val="0"/>
          <w:smallCaps w:val="0"/>
          <w:strike w:val="0"/>
          <w:sz w:val="16"/>
          <w:u w:val="none"/>
        </w:rPr>
        <w:t xml:space="preserve"> sort of </w:t>
      </w:r>
      <w:r>
        <w:rPr>
          <w:b w:val="0"/>
          <w:i w:val="0"/>
          <w:smallCaps w:val="0"/>
          <w:strike w:val="0"/>
          <w:sz w:val="22"/>
          <w:u w:val="single"/>
        </w:rPr>
        <w:t>engage in liberal civil society.</w:t>
      </w:r>
      <w:r>
        <w:rPr>
          <w:b w:val="0"/>
          <w:i w:val="0"/>
          <w:smallCaps w:val="0"/>
          <w:strike w:val="0"/>
          <w:sz w:val="16"/>
          <w:u w:val="none"/>
        </w:rPr>
        <w:t xml:space="preserve"> </w:t>
      </w:r>
      <w:r>
        <w:rPr>
          <w:b w:val="0"/>
          <w:i w:val="0"/>
          <w:smallCaps w:val="0"/>
          <w:strike w:val="0"/>
          <w:sz w:val="16"/>
          <w:u w:val="none"/>
        </w:rPr>
        <w:t>So</w:t>
      </w:r>
      <w:r>
        <w:rPr>
          <w:b w:val="0"/>
          <w:i w:val="0"/>
          <w:smallCaps w:val="0"/>
          <w:strike w:val="0"/>
          <w:sz w:val="16"/>
          <w:u w:val="none"/>
        </w:rPr>
        <w:t xml:space="preserve"> I guess kind of a famous one, </w:t>
      </w:r>
      <w:r>
        <w:rPr>
          <w:b w:val="0"/>
          <w:i w:val="0"/>
          <w:smallCaps w:val="0"/>
          <w:strike w:val="0"/>
          <w:sz w:val="22"/>
          <w:u w:val="single"/>
        </w:rPr>
        <w:t>they use the quote</w:t>
      </w:r>
      <w:r>
        <w:rPr>
          <w:b w:val="0"/>
          <w:i w:val="0"/>
          <w:smallCaps w:val="0"/>
          <w:strike w:val="0"/>
          <w:sz w:val="16"/>
          <w:u w:val="none"/>
        </w:rPr>
        <w:t xml:space="preserve"> from Césaire and Fanon </w:t>
      </w:r>
      <w:r>
        <w:rPr>
          <w:b w:val="0"/>
          <w:i w:val="0"/>
          <w:smallCaps w:val="0"/>
          <w:strike w:val="0"/>
          <w:sz w:val="22"/>
          <w:u w:val="single"/>
        </w:rPr>
        <w:t xml:space="preserve">about </w:t>
      </w:r>
      <w:r>
        <w:rPr>
          <w:b/>
          <w:i w:val="0"/>
          <w:smallCaps w:val="0"/>
          <w:strike w:val="0"/>
          <w:sz w:val="22"/>
          <w:u w:val="single"/>
        </w:rPr>
        <w:t>ending the world</w:t>
      </w:r>
      <w:r>
        <w:rPr>
          <w:b w:val="0"/>
          <w:i w:val="0"/>
          <w:smallCaps w:val="0"/>
          <w:strike w:val="0"/>
          <w:sz w:val="22"/>
          <w:u w:val="single"/>
        </w:rPr>
        <w:t xml:space="preserve">, or sometimes they say like </w:t>
      </w:r>
      <w:r>
        <w:rPr>
          <w:b/>
          <w:i w:val="0"/>
          <w:smallCaps w:val="0"/>
          <w:strike w:val="0"/>
          <w:sz w:val="22"/>
          <w:u w:val="single"/>
        </w:rPr>
        <w:t>burn it down</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So</w:t>
      </w:r>
      <w:r>
        <w:rPr>
          <w:b w:val="0"/>
          <w:i w:val="0"/>
          <w:smallCaps w:val="0"/>
          <w:strike w:val="0"/>
          <w:sz w:val="16"/>
          <w:u w:val="none"/>
        </w:rPr>
        <w:t xml:space="preserve"> I guess what, </w:t>
      </w:r>
      <w:r>
        <w:rPr>
          <w:b w:val="0"/>
          <w:i w:val="0"/>
          <w:smallCaps w:val="0"/>
          <w:strike w:val="0"/>
          <w:sz w:val="22"/>
          <w:u w:val="single"/>
        </w:rPr>
        <w:t>what do you think is the reason or the set of rationale for why sort of like engaging in</w:t>
      </w:r>
      <w:r>
        <w:rPr>
          <w:b w:val="0"/>
          <w:i w:val="0"/>
          <w:smallCaps w:val="0"/>
          <w:strike w:val="0"/>
          <w:sz w:val="16"/>
          <w:u w:val="none"/>
        </w:rPr>
        <w:t xml:space="preserve"> sort of, I guess </w:t>
      </w:r>
      <w:r>
        <w:rPr>
          <w:b w:val="0"/>
          <w:i w:val="0"/>
          <w:smallCaps w:val="0"/>
          <w:strike w:val="0"/>
          <w:sz w:val="22"/>
          <w:u w:val="single"/>
        </w:rPr>
        <w:t>more traditional political struggle is meaningful</w:t>
      </w:r>
      <w:r>
        <w:rPr>
          <w:b w:val="0"/>
          <w:i w:val="0"/>
          <w:smallCaps w:val="0"/>
          <w:strike w:val="0"/>
          <w:sz w:val="16"/>
          <w:u w:val="none"/>
        </w:rPr>
        <w:t xml:space="preserve">/I guess </w:t>
      </w:r>
      <w:r>
        <w:rPr>
          <w:b w:val="0"/>
          <w:i w:val="0"/>
          <w:smallCaps w:val="0"/>
          <w:strike w:val="0"/>
          <w:sz w:val="22"/>
          <w:u w:val="single"/>
        </w:rPr>
        <w:t>why not try and do something and that sort of like more radical outside the system?</w:t>
      </w:r>
      <w:r>
        <w:rPr>
          <w:b w:val="0"/>
          <w:i w:val="0"/>
          <w:smallCaps w:val="0"/>
          <w:strike w:val="0"/>
          <w:sz w:val="16"/>
          <w:u w:val="none"/>
        </w:rPr>
        <w:t xml:space="preserve"> I guess in kind of talking about this, I'm thinking about, in one of the books, you edited on African American studies. There's an exchange between Gates and Marable about how African American Studies departments should relate to the political system and trying to like kind of avoid the way academics can be sort of trapped within </w:t>
      </w:r>
      <w:r>
        <w:rPr>
          <w:b w:val="0"/>
          <w:i w:val="0"/>
          <w:smallCaps w:val="0"/>
          <w:strike w:val="0"/>
          <w:sz w:val="16"/>
          <w:u w:val="none"/>
        </w:rPr>
        <w:t>a</w:t>
      </w:r>
      <w:r>
        <w:rPr>
          <w:b w:val="0"/>
          <w:i w:val="0"/>
          <w:smallCaps w:val="0"/>
          <w:strike w:val="0"/>
          <w:sz w:val="16"/>
          <w:u w:val="none"/>
        </w:rPr>
        <w:t xml:space="preserve"> only focusing on what's good for kind of government policy making problems. </w:t>
      </w:r>
      <w:r>
        <w:rPr>
          <w:b w:val="0"/>
          <w:i w:val="0"/>
          <w:smallCaps w:val="0"/>
          <w:strike w:val="0"/>
          <w:sz w:val="16"/>
          <w:u w:val="none"/>
        </w:rPr>
        <w:t>So</w:t>
      </w:r>
      <w:r>
        <w:rPr>
          <w:b w:val="0"/>
          <w:i w:val="0"/>
          <w:smallCaps w:val="0"/>
          <w:strike w:val="0"/>
          <w:sz w:val="16"/>
          <w:u w:val="none"/>
        </w:rPr>
        <w:t xml:space="preserve"> like what, </w:t>
      </w:r>
      <w:r>
        <w:rPr>
          <w:b/>
          <w:i w:val="0"/>
          <w:smallCaps w:val="0"/>
          <w:strike w:val="0"/>
          <w:sz w:val="22"/>
          <w:u w:val="single"/>
        </w:rPr>
        <w:t>what is the effective way to be political</w:t>
      </w:r>
      <w:r>
        <w:rPr>
          <w:b w:val="0"/>
          <w:i w:val="0"/>
          <w:smallCaps w:val="0"/>
          <w:strike w:val="0"/>
          <w:sz w:val="16"/>
          <w:u w:val="none"/>
        </w:rPr>
        <w:t xml:space="preserve"> while avoiding that kind of trap? </w:t>
      </w:r>
    </w:p>
    <w:p>
      <w:pPr>
        <w:spacing w:after="60"/>
      </w:pPr>
      <w:r>
        <w:rPr>
          <w:b w:val="0"/>
          <w:i w:val="0"/>
          <w:smallCaps w:val="0"/>
          <w:strike w:val="0"/>
          <w:sz w:val="16"/>
          <w:u w:val="none"/>
        </w:rPr>
        <w:t xml:space="preserve">Lewis R. Gordon: Well, you know, these aren't [inaudible]. It always trumped me that </w:t>
      </w:r>
      <w:r>
        <w:rPr>
          <w:b w:val="0"/>
          <w:i w:val="0"/>
          <w:smallCaps w:val="0"/>
          <w:strike w:val="0"/>
          <w:sz w:val="22"/>
          <w:u w:val="single"/>
        </w:rPr>
        <w:t xml:space="preserve">people who have never really lived through violence and struggles </w:t>
      </w:r>
      <w:r>
        <w:rPr>
          <w:b/>
          <w:i w:val="0"/>
          <w:smallCaps w:val="0"/>
          <w:strike w:val="0"/>
          <w:sz w:val="22"/>
          <w:u w:val="single"/>
        </w:rPr>
        <w:t>romanticize it</w:t>
      </w:r>
      <w:r>
        <w:rPr>
          <w:b w:val="0"/>
          <w:i w:val="0"/>
          <w:smallCaps w:val="0"/>
          <w:strike w:val="0"/>
          <w:sz w:val="22"/>
          <w:u w:val="single"/>
        </w:rPr>
        <w:t>.</w:t>
      </w:r>
      <w:r>
        <w:rPr>
          <w:b w:val="0"/>
          <w:i w:val="0"/>
          <w:smallCaps w:val="0"/>
          <w:strike w:val="0"/>
          <w:sz w:val="16"/>
          <w:u w:val="none"/>
        </w:rPr>
        <w:t xml:space="preserve"> You know, the people who did, a lot of </w:t>
      </w:r>
      <w:r>
        <w:rPr>
          <w:b w:val="0"/>
          <w:i w:val="0"/>
          <w:smallCaps w:val="0"/>
          <w:strike w:val="0"/>
          <w:sz w:val="22"/>
          <w:highlight w:val="green"/>
          <w:u w:val="single"/>
        </w:rPr>
        <w:t>people</w:t>
      </w:r>
      <w:r>
        <w:rPr>
          <w:b w:val="0"/>
          <w:i w:val="0"/>
          <w:smallCaps w:val="0"/>
          <w:strike w:val="0"/>
          <w:sz w:val="16"/>
          <w:u w:val="none"/>
        </w:rPr>
        <w:t xml:space="preserve"> are </w:t>
      </w:r>
      <w:r>
        <w:rPr>
          <w:b w:val="0"/>
          <w:i w:val="0"/>
          <w:smallCaps w:val="0"/>
          <w:strike w:val="0"/>
          <w:sz w:val="22"/>
          <w:highlight w:val="green"/>
          <w:u w:val="single"/>
        </w:rPr>
        <w:t>calling for burning down are</w:t>
      </w:r>
      <w:r>
        <w:rPr>
          <w:b w:val="0"/>
          <w:i w:val="0"/>
          <w:smallCaps w:val="0"/>
          <w:strike w:val="0"/>
          <w:sz w:val="22"/>
          <w:u w:val="single"/>
        </w:rPr>
        <w:t xml:space="preserve"> really </w:t>
      </w:r>
      <w:r>
        <w:rPr>
          <w:b w:val="0"/>
          <w:i w:val="0"/>
          <w:smallCaps w:val="0"/>
          <w:strike w:val="0"/>
          <w:sz w:val="22"/>
          <w:highlight w:val="green"/>
          <w:u w:val="single"/>
        </w:rPr>
        <w:t xml:space="preserve">saying for </w:t>
      </w:r>
      <w:r>
        <w:rPr>
          <w:b/>
          <w:i w:val="0"/>
          <w:smallCaps w:val="0"/>
          <w:strike w:val="0"/>
          <w:sz w:val="22"/>
          <w:highlight w:val="green"/>
          <w:u w:val="single"/>
        </w:rPr>
        <w:t>somebody else to do it</w:t>
      </w:r>
      <w:r>
        <w:rPr>
          <w:b w:val="0"/>
          <w:i w:val="0"/>
          <w:smallCaps w:val="0"/>
          <w:strike w:val="0"/>
          <w:sz w:val="22"/>
          <w:u w:val="single"/>
        </w:rPr>
        <w:t xml:space="preserve">, but they </w:t>
      </w:r>
      <w:r>
        <w:rPr>
          <w:b/>
          <w:i w:val="0"/>
          <w:smallCaps w:val="0"/>
          <w:strike w:val="0"/>
          <w:sz w:val="22"/>
          <w:u w:val="single"/>
        </w:rPr>
        <w:t>want the benefits</w:t>
      </w:r>
      <w:r>
        <w:rPr>
          <w:b w:val="0"/>
          <w:i w:val="0"/>
          <w:smallCaps w:val="0"/>
          <w:strike w:val="0"/>
          <w:sz w:val="22"/>
          <w:u w:val="single"/>
        </w:rPr>
        <w:t xml:space="preserve"> of, of what happens </w:t>
      </w:r>
      <w:r>
        <w:rPr>
          <w:b/>
          <w:i w:val="0"/>
          <w:smallCaps w:val="0"/>
          <w:strike w:val="0"/>
          <w:sz w:val="22"/>
          <w:u w:val="single"/>
        </w:rPr>
        <w:t>when people build things up</w:t>
      </w:r>
      <w:r>
        <w:rPr>
          <w:b w:val="0"/>
          <w:i w:val="0"/>
          <w:smallCaps w:val="0"/>
          <w:strike w:val="0"/>
          <w:sz w:val="22"/>
          <w:u w:val="single"/>
        </w:rPr>
        <w:t>.</w:t>
      </w:r>
      <w:r>
        <w:rPr>
          <w:b w:val="0"/>
          <w:i w:val="0"/>
          <w:smallCaps w:val="0"/>
          <w:strike w:val="0"/>
          <w:sz w:val="16"/>
          <w:u w:val="none"/>
        </w:rPr>
        <w:t xml:space="preserve"> They don't want to do with the hard work of building, look the </w:t>
      </w:r>
      <w:r>
        <w:rPr>
          <w:b w:val="0"/>
          <w:i w:val="0"/>
          <w:smallCaps w:val="0"/>
          <w:strike w:val="0"/>
          <w:sz w:val="22"/>
          <w:u w:val="single"/>
        </w:rPr>
        <w:t xml:space="preserve">problem with </w:t>
      </w:r>
      <w:r>
        <w:rPr>
          <w:b w:val="0"/>
          <w:i w:val="0"/>
          <w:smallCaps w:val="0"/>
          <w:strike w:val="0"/>
          <w:sz w:val="22"/>
          <w:u w:val="single"/>
        </w:rPr>
        <w:t>those kind of arguments</w:t>
      </w:r>
      <w:r>
        <w:rPr>
          <w:b w:val="0"/>
          <w:i w:val="0"/>
          <w:smallCaps w:val="0"/>
          <w:strike w:val="0"/>
          <w:sz w:val="22"/>
          <w:u w:val="single"/>
        </w:rPr>
        <w:t xml:space="preserve"> is </w:t>
      </w:r>
      <w:r>
        <w:rPr>
          <w:b/>
          <w:i w:val="0"/>
          <w:smallCaps w:val="0"/>
          <w:strike w:val="0"/>
          <w:sz w:val="22"/>
          <w:highlight w:val="green"/>
          <w:u w:val="single"/>
        </w:rPr>
        <w:t>they're reactionary</w:t>
      </w:r>
      <w:r>
        <w:rPr>
          <w:b w:val="0"/>
          <w:i w:val="0"/>
          <w:smallCaps w:val="0"/>
          <w:strike w:val="0"/>
          <w:sz w:val="22"/>
          <w:highlight w:val="green"/>
          <w:u w:val="single"/>
        </w:rPr>
        <w:t>.</w:t>
      </w:r>
      <w:r>
        <w:rPr>
          <w:b w:val="0"/>
          <w:i w:val="0"/>
          <w:smallCaps w:val="0"/>
          <w:strike w:val="0"/>
          <w:sz w:val="16"/>
          <w:u w:val="none"/>
        </w:rPr>
        <w:t xml:space="preserve"> What I mean by reactionary is this, it's a lot like what you see in the, the, the, the, the kind of arguments </w:t>
      </w:r>
      <w:r>
        <w:rPr>
          <w:b w:val="0"/>
          <w:i w:val="0"/>
          <w:smallCaps w:val="0"/>
          <w:strike w:val="0"/>
          <w:sz w:val="22"/>
          <w:highlight w:val="green"/>
          <w:u w:val="single"/>
        </w:rPr>
        <w:t xml:space="preserve">in which people throw people into a </w:t>
      </w:r>
      <w:r>
        <w:rPr>
          <w:b/>
          <w:i w:val="0"/>
          <w:smallCaps w:val="0"/>
          <w:strike w:val="0"/>
          <w:sz w:val="22"/>
          <w:highlight w:val="green"/>
          <w:u w:val="single"/>
        </w:rPr>
        <w:t>false dilemma</w:t>
      </w:r>
      <w:r>
        <w:rPr>
          <w:b w:val="0"/>
          <w:i w:val="0"/>
          <w:smallCaps w:val="0"/>
          <w:strike w:val="0"/>
          <w:sz w:val="22"/>
          <w:highlight w:val="green"/>
          <w:u w:val="single"/>
        </w:rPr>
        <w:t>.</w:t>
      </w:r>
      <w:r>
        <w:rPr>
          <w:b w:val="0"/>
          <w:i w:val="0"/>
          <w:smallCaps w:val="0"/>
          <w:strike w:val="0"/>
          <w:sz w:val="16"/>
          <w:u w:val="none"/>
        </w:rPr>
        <w:t xml:space="preserve"> If you remember in the Black Panther movie the kill monger character kept saying, it's either conquer or be conquered. Now if you believe reality is only about </w:t>
      </w:r>
      <w:r>
        <w:rPr>
          <w:b w:val="0"/>
          <w:i w:val="0"/>
          <w:smallCaps w:val="0"/>
          <w:strike w:val="0"/>
          <w:sz w:val="22"/>
          <w:highlight w:val="green"/>
          <w:u w:val="single"/>
        </w:rPr>
        <w:t xml:space="preserve">if reality really is </w:t>
      </w:r>
      <w:r>
        <w:rPr>
          <w:b/>
          <w:i w:val="0"/>
          <w:smallCaps w:val="0"/>
          <w:strike w:val="0"/>
          <w:sz w:val="22"/>
          <w:highlight w:val="green"/>
          <w:u w:val="single"/>
        </w:rPr>
        <w:t>ontologically</w:t>
      </w:r>
      <w:r>
        <w:rPr>
          <w:b w:val="0"/>
          <w:i w:val="0"/>
          <w:smallCaps w:val="0"/>
          <w:strike w:val="0"/>
          <w:sz w:val="22"/>
          <w:highlight w:val="green"/>
          <w:u w:val="single"/>
        </w:rPr>
        <w:t xml:space="preserve"> about </w:t>
      </w:r>
      <w:r>
        <w:rPr>
          <w:b/>
          <w:i w:val="0"/>
          <w:smallCaps w:val="0"/>
          <w:strike w:val="0"/>
          <w:sz w:val="22"/>
          <w:highlight w:val="green"/>
          <w:u w:val="single"/>
        </w:rPr>
        <w:t xml:space="preserve">being a </w:t>
      </w:r>
      <w:r>
        <w:rPr>
          <w:b/>
          <w:i w:val="0"/>
          <w:smallCaps w:val="0"/>
          <w:strike w:val="0"/>
          <w:sz w:val="22"/>
          <w:highlight w:val="green"/>
          <w:u w:val="single"/>
        </w:rPr>
        <w:t>conquerer</w:t>
      </w:r>
      <w:r>
        <w:rPr>
          <w:b w:val="0"/>
          <w:i w:val="0"/>
          <w:smallCaps w:val="0"/>
          <w:strike w:val="0"/>
          <w:sz w:val="22"/>
          <w:highlight w:val="green"/>
          <w:u w:val="single"/>
        </w:rPr>
        <w:t xml:space="preserve"> or </w:t>
      </w:r>
      <w:r>
        <w:rPr>
          <w:b/>
          <w:i w:val="0"/>
          <w:smallCaps w:val="0"/>
          <w:strike w:val="0"/>
          <w:sz w:val="22"/>
          <w:highlight w:val="green"/>
          <w:u w:val="single"/>
        </w:rPr>
        <w:t>being conquered</w:t>
      </w:r>
      <w:r>
        <w:rPr>
          <w:b w:val="0"/>
          <w:i w:val="0"/>
          <w:smallCaps w:val="0"/>
          <w:strike w:val="0"/>
          <w:sz w:val="22"/>
          <w:highlight w:val="green"/>
          <w:u w:val="single"/>
        </w:rPr>
        <w:t>, then</w:t>
      </w:r>
      <w:r>
        <w:rPr>
          <w:b w:val="0"/>
          <w:i w:val="0"/>
          <w:smallCaps w:val="0"/>
          <w:strike w:val="0"/>
          <w:sz w:val="22"/>
          <w:u w:val="single"/>
        </w:rPr>
        <w:t xml:space="preserve"> there really is only one thing you should do, conquer, so </w:t>
      </w:r>
      <w:r>
        <w:rPr>
          <w:b/>
          <w:i w:val="0"/>
          <w:smallCaps w:val="0"/>
          <w:strike w:val="0"/>
          <w:sz w:val="22"/>
          <w:u w:val="single"/>
        </w:rPr>
        <w:t>burn it down</w:t>
      </w:r>
      <w:r>
        <w:rPr>
          <w:b w:val="0"/>
          <w:i w:val="0"/>
          <w:smallCaps w:val="0"/>
          <w:strike w:val="0"/>
          <w:sz w:val="22"/>
          <w:u w:val="single"/>
        </w:rPr>
        <w:t xml:space="preserve"> and </w:t>
      </w:r>
      <w:r>
        <w:rPr>
          <w:b/>
          <w:i w:val="0"/>
          <w:smallCaps w:val="0"/>
          <w:strike w:val="0"/>
          <w:sz w:val="22"/>
          <w:u w:val="single"/>
        </w:rPr>
        <w:t>dominate people</w:t>
      </w:r>
      <w:r>
        <w:rPr>
          <w:b w:val="0"/>
          <w:i w:val="0"/>
          <w:smallCaps w:val="0"/>
          <w:strike w:val="0"/>
          <w:sz w:val="22"/>
          <w:u w:val="single"/>
        </w:rPr>
        <w:t xml:space="preserve">. </w:t>
      </w:r>
      <w:r>
        <w:rPr>
          <w:b w:val="0"/>
          <w:i w:val="0"/>
          <w:smallCaps w:val="0"/>
          <w:strike w:val="0"/>
          <w:sz w:val="22"/>
          <w:u w:val="single"/>
        </w:rPr>
        <w:t>However</w:t>
      </w:r>
      <w:r>
        <w:rPr>
          <w:b w:val="0"/>
          <w:i w:val="0"/>
          <w:smallCaps w:val="0"/>
          <w:strike w:val="0"/>
          <w:sz w:val="16"/>
          <w:u w:val="none"/>
        </w:rPr>
        <w:t xml:space="preserve"> there's another. But the problem with those is </w:t>
      </w:r>
      <w:r>
        <w:rPr>
          <w:b/>
          <w:i w:val="0"/>
          <w:smallCaps w:val="0"/>
          <w:strike w:val="0"/>
          <w:sz w:val="22"/>
          <w:u w:val="single"/>
        </w:rPr>
        <w:t>those are lies</w:t>
      </w:r>
      <w:r>
        <w:rPr>
          <w:b w:val="0"/>
          <w:i w:val="0"/>
          <w:smallCaps w:val="0"/>
          <w:strike w:val="0"/>
          <w:sz w:val="22"/>
          <w:u w:val="single"/>
        </w:rPr>
        <w:t>.</w:t>
      </w:r>
      <w:r>
        <w:rPr>
          <w:b w:val="0"/>
          <w:i w:val="0"/>
          <w:smallCaps w:val="0"/>
          <w:strike w:val="0"/>
          <w:sz w:val="16"/>
          <w:u w:val="none"/>
        </w:rPr>
        <w:t xml:space="preserve"> There are other ways to do things. </w:t>
      </w:r>
      <w:r>
        <w:rPr>
          <w:b w:val="0"/>
          <w:i w:val="0"/>
          <w:smallCaps w:val="0"/>
          <w:strike w:val="0"/>
          <w:sz w:val="22"/>
          <w:u w:val="single"/>
        </w:rPr>
        <w:t xml:space="preserve">The other way to do things, to </w:t>
      </w:r>
      <w:r>
        <w:rPr>
          <w:b/>
          <w:i w:val="0"/>
          <w:smallCaps w:val="0"/>
          <w:strike w:val="0"/>
          <w:sz w:val="22"/>
          <w:highlight w:val="green"/>
          <w:u w:val="single"/>
        </w:rPr>
        <w:t>fight against</w:t>
      </w:r>
      <w:r>
        <w:rPr>
          <w:b w:val="0"/>
          <w:i w:val="0"/>
          <w:smallCaps w:val="0"/>
          <w:strike w:val="0"/>
          <w:sz w:val="22"/>
          <w:highlight w:val="green"/>
          <w:u w:val="single"/>
        </w:rPr>
        <w:t xml:space="preserve"> a </w:t>
      </w:r>
      <w:r>
        <w:rPr>
          <w:b/>
          <w:i w:val="0"/>
          <w:smallCaps w:val="0"/>
          <w:strike w:val="0"/>
          <w:sz w:val="22"/>
          <w:highlight w:val="green"/>
          <w:u w:val="single"/>
        </w:rPr>
        <w:t>world that is structured</w:t>
      </w:r>
      <w:r>
        <w:rPr>
          <w:b w:val="0"/>
          <w:i w:val="0"/>
          <w:smallCaps w:val="0"/>
          <w:strike w:val="0"/>
          <w:sz w:val="22"/>
          <w:highlight w:val="green"/>
          <w:u w:val="single"/>
        </w:rPr>
        <w:t xml:space="preserve"> according to </w:t>
      </w:r>
      <w:r>
        <w:rPr>
          <w:b/>
          <w:i w:val="0"/>
          <w:smallCaps w:val="0"/>
          <w:strike w:val="0"/>
          <w:sz w:val="22"/>
          <w:highlight w:val="green"/>
          <w:u w:val="single"/>
        </w:rPr>
        <w:t>conquerer</w:t>
      </w:r>
      <w:r>
        <w:rPr>
          <w:b w:val="0"/>
          <w:i w:val="0"/>
          <w:smallCaps w:val="0"/>
          <w:strike w:val="0"/>
          <w:sz w:val="22"/>
          <w:highlight w:val="green"/>
          <w:u w:val="single"/>
        </w:rPr>
        <w:t xml:space="preserve"> and </w:t>
      </w:r>
      <w:r>
        <w:rPr>
          <w:b/>
          <w:i w:val="0"/>
          <w:smallCaps w:val="0"/>
          <w:strike w:val="0"/>
          <w:sz w:val="22"/>
          <w:highlight w:val="green"/>
          <w:u w:val="single"/>
        </w:rPr>
        <w:t>conquered</w:t>
      </w:r>
      <w:r>
        <w:rPr>
          <w:b w:val="0"/>
          <w:i w:val="0"/>
          <w:smallCaps w:val="0"/>
          <w:strike w:val="0"/>
          <w:sz w:val="22"/>
          <w:highlight w:val="green"/>
          <w:u w:val="single"/>
        </w:rPr>
        <w:t>.</w:t>
      </w:r>
      <w:r>
        <w:rPr>
          <w:b w:val="0"/>
          <w:i w:val="0"/>
          <w:smallCaps w:val="0"/>
          <w:strike w:val="0"/>
          <w:sz w:val="16"/>
          <w:u w:val="none"/>
        </w:rPr>
        <w:t xml:space="preserve"> Now, if you're going to do that, that means then you got to say, wait a minute, maybe you're giving me a false dilemma. You see the issue isn't about you got to go via liberal and work in the system or you work completely outside of the system. You may there, there, there's a third option which is that </w:t>
      </w:r>
      <w:r>
        <w:rPr>
          <w:b w:val="0"/>
          <w:i w:val="0"/>
          <w:smallCaps w:val="0"/>
          <w:strike w:val="0"/>
          <w:sz w:val="22"/>
          <w:highlight w:val="green"/>
          <w:u w:val="single"/>
        </w:rPr>
        <w:t>one</w:t>
      </w:r>
      <w:r>
        <w:rPr>
          <w:b w:val="0"/>
          <w:i w:val="0"/>
          <w:smallCaps w:val="0"/>
          <w:strike w:val="0"/>
          <w:sz w:val="22"/>
          <w:u w:val="single"/>
        </w:rPr>
        <w:t xml:space="preserve"> ultimately </w:t>
      </w:r>
      <w:r>
        <w:rPr>
          <w:b w:val="0"/>
          <w:i w:val="0"/>
          <w:smallCaps w:val="0"/>
          <w:strike w:val="0"/>
          <w:sz w:val="22"/>
          <w:highlight w:val="green"/>
          <w:u w:val="single"/>
        </w:rPr>
        <w:t>can work with a “</w:t>
      </w:r>
      <w:r>
        <w:rPr>
          <w:b/>
          <w:i w:val="0"/>
          <w:smallCaps w:val="0"/>
          <w:strike w:val="0"/>
          <w:sz w:val="22"/>
          <w:highlight w:val="green"/>
          <w:u w:val="single"/>
        </w:rPr>
        <w:t>both and</w:t>
      </w:r>
      <w:r>
        <w:rPr>
          <w:b w:val="0"/>
          <w:i w:val="0"/>
          <w:smallCaps w:val="0"/>
          <w:strike w:val="0"/>
          <w:sz w:val="22"/>
          <w:highlight w:val="green"/>
          <w:u w:val="single"/>
        </w:rPr>
        <w:t>”</w:t>
      </w:r>
      <w:r>
        <w:rPr>
          <w:b w:val="0"/>
          <w:i w:val="0"/>
          <w:smallCaps w:val="0"/>
          <w:strike w:val="0"/>
          <w:sz w:val="22"/>
          <w:u w:val="single"/>
        </w:rPr>
        <w:t xml:space="preserve"> and what I mean by “both and” is</w:t>
      </w:r>
      <w:r>
        <w:rPr>
          <w:b w:val="0"/>
          <w:i w:val="0"/>
          <w:smallCaps w:val="0"/>
          <w:strike w:val="0"/>
          <w:sz w:val="16"/>
          <w:u w:val="none"/>
        </w:rPr>
        <w:t xml:space="preserve">, for instance, if you get up in the morning and you want to get somewhere what you may want, you may, you may use certain technological resources, but there are other things you may you could do. If one is trying to build a better society. The problem is </w:t>
      </w:r>
      <w:r>
        <w:rPr>
          <w:b w:val="0"/>
          <w:i w:val="0"/>
          <w:smallCaps w:val="0"/>
          <w:strike w:val="0"/>
          <w:sz w:val="22"/>
          <w:highlight w:val="green"/>
          <w:u w:val="single"/>
        </w:rPr>
        <w:t xml:space="preserve">you can't get </w:t>
      </w:r>
      <w:r>
        <w:rPr>
          <w:b/>
          <w:i w:val="0"/>
          <w:smallCaps w:val="0"/>
          <w:strike w:val="0"/>
          <w:sz w:val="22"/>
          <w:highlight w:val="green"/>
          <w:u w:val="single"/>
        </w:rPr>
        <w:t>A to Z</w:t>
      </w:r>
      <w:r>
        <w:rPr>
          <w:b w:val="0"/>
          <w:i w:val="0"/>
          <w:smallCaps w:val="0"/>
          <w:strike w:val="0"/>
          <w:sz w:val="22"/>
          <w:highlight w:val="green"/>
          <w:u w:val="single"/>
        </w:rPr>
        <w:t xml:space="preserve"> without crossing B, C, D, E, and F</w:t>
      </w:r>
      <w:r>
        <w:rPr>
          <w:b w:val="0"/>
          <w:i w:val="0"/>
          <w:smallCaps w:val="0"/>
          <w:strike w:val="0"/>
          <w:sz w:val="16"/>
          <w:u w:val="none"/>
        </w:rPr>
        <w:t xml:space="preserve">, and that means that </w:t>
      </w:r>
      <w:r>
        <w:rPr>
          <w:b w:val="0"/>
          <w:i w:val="0"/>
          <w:smallCaps w:val="0"/>
          <w:strike w:val="0"/>
          <w:sz w:val="22"/>
          <w:u w:val="single"/>
        </w:rPr>
        <w:t>if you only look at Z</w:t>
      </w:r>
      <w:r>
        <w:rPr>
          <w:b w:val="0"/>
          <w:i w:val="0"/>
          <w:smallCaps w:val="0"/>
          <w:strike w:val="0"/>
          <w:sz w:val="16"/>
          <w:u w:val="none"/>
        </w:rPr>
        <w:t xml:space="preserve">, if you only look at the top of the mountain, </w:t>
      </w:r>
      <w:r>
        <w:rPr>
          <w:b w:val="0"/>
          <w:i w:val="0"/>
          <w:smallCaps w:val="0"/>
          <w:strike w:val="0"/>
          <w:sz w:val="22"/>
          <w:u w:val="single"/>
        </w:rPr>
        <w:t xml:space="preserve">you're </w:t>
      </w:r>
      <w:r>
        <w:rPr>
          <w:b/>
          <w:i w:val="0"/>
          <w:smallCaps w:val="0"/>
          <w:strike w:val="0"/>
          <w:sz w:val="22"/>
          <w:u w:val="single"/>
        </w:rPr>
        <w:t>failing</w:t>
      </w:r>
      <w:r>
        <w:rPr>
          <w:b w:val="0"/>
          <w:i w:val="0"/>
          <w:smallCaps w:val="0"/>
          <w:strike w:val="0"/>
          <w:sz w:val="22"/>
          <w:u w:val="single"/>
        </w:rPr>
        <w:t xml:space="preserve"> to </w:t>
      </w:r>
      <w:r>
        <w:rPr>
          <w:b/>
          <w:i w:val="0"/>
          <w:smallCaps w:val="0"/>
          <w:strike w:val="0"/>
          <w:sz w:val="22"/>
          <w:u w:val="single"/>
        </w:rPr>
        <w:t>see the steps you'll have to go to get there</w:t>
      </w:r>
      <w:r>
        <w:rPr>
          <w:b w:val="0"/>
          <w:i w:val="0"/>
          <w:smallCaps w:val="0"/>
          <w:strike w:val="0"/>
          <w:sz w:val="22"/>
          <w:u w:val="single"/>
        </w:rPr>
        <w:t>.</w:t>
      </w:r>
      <w:r>
        <w:rPr>
          <w:b w:val="0"/>
          <w:i w:val="0"/>
          <w:smallCaps w:val="0"/>
          <w:strike w:val="0"/>
          <w:sz w:val="16"/>
          <w:u w:val="none"/>
        </w:rPr>
        <w:t xml:space="preserve"> And </w:t>
      </w:r>
      <w:r>
        <w:rPr>
          <w:b w:val="0"/>
          <w:i w:val="0"/>
          <w:smallCaps w:val="0"/>
          <w:strike w:val="0"/>
          <w:sz w:val="22"/>
          <w:u w:val="single"/>
        </w:rPr>
        <w:t xml:space="preserve">if your response to get to the top of the mountain is </w:t>
      </w:r>
      <w:r>
        <w:rPr>
          <w:b/>
          <w:i w:val="0"/>
          <w:smallCaps w:val="0"/>
          <w:strike w:val="0"/>
          <w:sz w:val="22"/>
          <w:highlight w:val="green"/>
          <w:u w:val="single"/>
        </w:rPr>
        <w:t>to blow the mountain up</w:t>
      </w:r>
      <w:r>
        <w:rPr>
          <w:b w:val="0"/>
          <w:i w:val="0"/>
          <w:smallCaps w:val="0"/>
          <w:strike w:val="0"/>
          <w:sz w:val="22"/>
          <w:highlight w:val="green"/>
          <w:u w:val="single"/>
        </w:rPr>
        <w:t>, then</w:t>
      </w:r>
      <w:r>
        <w:rPr>
          <w:b w:val="0"/>
          <w:i w:val="0"/>
          <w:smallCaps w:val="0"/>
          <w:strike w:val="0"/>
          <w:sz w:val="22"/>
          <w:u w:val="single"/>
        </w:rPr>
        <w:t xml:space="preserve"> you're then </w:t>
      </w:r>
      <w:r>
        <w:rPr>
          <w:b/>
          <w:i w:val="0"/>
          <w:smallCaps w:val="0"/>
          <w:strike w:val="0"/>
          <w:sz w:val="22"/>
          <w:u w:val="single"/>
        </w:rPr>
        <w:t xml:space="preserve">ultimately </w:t>
      </w:r>
      <w:r>
        <w:rPr>
          <w:b/>
          <w:i w:val="0"/>
          <w:smallCaps w:val="0"/>
          <w:strike w:val="0"/>
          <w:sz w:val="22"/>
          <w:highlight w:val="green"/>
          <w:u w:val="single"/>
        </w:rPr>
        <w:t>you go nowhere</w:t>
      </w:r>
      <w:r>
        <w:rPr>
          <w:b w:val="0"/>
          <w:i w:val="0"/>
          <w:smallCaps w:val="0"/>
          <w:strike w:val="0"/>
          <w:sz w:val="22"/>
          <w:highlight w:val="green"/>
          <w:u w:val="single"/>
        </w:rPr>
        <w:t>.</w:t>
      </w:r>
      <w:r>
        <w:rPr>
          <w:b w:val="0"/>
          <w:i w:val="0"/>
          <w:smallCaps w:val="0"/>
          <w:strike w:val="0"/>
          <w:sz w:val="16"/>
          <w:u w:val="none"/>
        </w:rPr>
        <w:t xml:space="preserve"> The fact of the matter is, is that </w:t>
      </w:r>
      <w:r>
        <w:rPr>
          <w:b w:val="0"/>
          <w:i w:val="0"/>
          <w:smallCaps w:val="0"/>
          <w:strike w:val="0"/>
          <w:sz w:val="22"/>
          <w:highlight w:val="green"/>
          <w:u w:val="single"/>
        </w:rPr>
        <w:t>those</w:t>
      </w:r>
      <w:r>
        <w:rPr>
          <w:b w:val="0"/>
          <w:i w:val="0"/>
          <w:smallCaps w:val="0"/>
          <w:strike w:val="0"/>
          <w:sz w:val="22"/>
          <w:u w:val="single"/>
        </w:rPr>
        <w:t xml:space="preserve"> kind of </w:t>
      </w:r>
      <w:r>
        <w:rPr>
          <w:b w:val="0"/>
          <w:i w:val="0"/>
          <w:smallCaps w:val="0"/>
          <w:strike w:val="0"/>
          <w:sz w:val="22"/>
          <w:highlight w:val="green"/>
          <w:u w:val="single"/>
        </w:rPr>
        <w:t>arguments</w:t>
      </w:r>
      <w:r>
        <w:rPr>
          <w:b w:val="0"/>
          <w:i w:val="0"/>
          <w:smallCaps w:val="0"/>
          <w:strike w:val="0"/>
          <w:sz w:val="16"/>
          <w:u w:val="none"/>
        </w:rPr>
        <w:t xml:space="preserve"> have the same fallacy. That's in the recognition argument and those, in other words, the recognition argument </w:t>
      </w:r>
      <w:r>
        <w:rPr>
          <w:b w:val="0"/>
          <w:i w:val="0"/>
          <w:smallCaps w:val="0"/>
          <w:strike w:val="0"/>
          <w:sz w:val="22"/>
          <w:highlight w:val="green"/>
          <w:u w:val="single"/>
        </w:rPr>
        <w:t xml:space="preserve">tells black people </w:t>
      </w:r>
      <w:r>
        <w:rPr>
          <w:b/>
          <w:i w:val="0"/>
          <w:smallCaps w:val="0"/>
          <w:strike w:val="0"/>
          <w:sz w:val="22"/>
          <w:highlight w:val="green"/>
          <w:u w:val="single"/>
        </w:rPr>
        <w:t>there's only one way to be black</w:t>
      </w:r>
      <w:r>
        <w:rPr>
          <w:b w:val="0"/>
          <w:i w:val="0"/>
          <w:smallCaps w:val="0"/>
          <w:strike w:val="0"/>
          <w:sz w:val="22"/>
          <w:u w:val="single"/>
        </w:rPr>
        <w:t xml:space="preserve"> and </w:t>
      </w:r>
      <w:r>
        <w:rPr>
          <w:b/>
          <w:i w:val="0"/>
          <w:smallCaps w:val="0"/>
          <w:strike w:val="0"/>
          <w:sz w:val="22"/>
          <w:u w:val="single"/>
        </w:rPr>
        <w:t>that's negative</w:t>
      </w:r>
      <w:r>
        <w:rPr>
          <w:b w:val="0"/>
          <w:i w:val="0"/>
          <w:smallCaps w:val="0"/>
          <w:strike w:val="0"/>
          <w:sz w:val="22"/>
          <w:u w:val="single"/>
        </w:rPr>
        <w:t>.</w:t>
      </w:r>
      <w:r>
        <w:rPr>
          <w:b w:val="0"/>
          <w:i w:val="0"/>
          <w:smallCaps w:val="0"/>
          <w:strike w:val="0"/>
          <w:sz w:val="16"/>
          <w:u w:val="none"/>
        </w:rPr>
        <w:t xml:space="preserve"> Well, similarly, those kind of arguments basically say that there is only one way in which in which, one can, one, one, one, one can, one can, one can, can, can have a future, and that is one can have the future, </w:t>
      </w:r>
      <w:r>
        <w:rPr>
          <w:b w:val="0"/>
          <w:i w:val="0"/>
          <w:smallCaps w:val="0"/>
          <w:strike w:val="0"/>
          <w:sz w:val="22"/>
          <w:u w:val="single"/>
        </w:rPr>
        <w:t>if one can eliminate it completely the present</w:t>
      </w:r>
      <w:r>
        <w:rPr>
          <w:b w:val="0"/>
          <w:i w:val="0"/>
          <w:smallCaps w:val="0"/>
          <w:strike w:val="0"/>
          <w:sz w:val="16"/>
          <w:u w:val="none"/>
        </w:rPr>
        <w:t xml:space="preserve">, the problem with that is </w:t>
      </w:r>
      <w:r>
        <w:rPr>
          <w:b w:val="0"/>
          <w:i w:val="0"/>
          <w:smallCaps w:val="0"/>
          <w:strike w:val="0"/>
          <w:sz w:val="22"/>
          <w:u w:val="single"/>
        </w:rPr>
        <w:t xml:space="preserve">then that would put one in a position of a form of </w:t>
      </w:r>
      <w:r>
        <w:rPr>
          <w:b/>
          <w:i w:val="0"/>
          <w:smallCaps w:val="0"/>
          <w:strike w:val="0"/>
          <w:sz w:val="22"/>
          <w:u w:val="single"/>
        </w:rPr>
        <w:t>historical amnesia</w:t>
      </w:r>
      <w:r>
        <w:rPr>
          <w:b w:val="0"/>
          <w:i w:val="0"/>
          <w:smallCaps w:val="0"/>
          <w:strike w:val="0"/>
          <w:sz w:val="22"/>
          <w:u w:val="single"/>
        </w:rPr>
        <w:t>.</w:t>
      </w:r>
      <w:r>
        <w:rPr>
          <w:b w:val="0"/>
          <w:i w:val="0"/>
          <w:smallCaps w:val="0"/>
          <w:strike w:val="0"/>
          <w:sz w:val="16"/>
          <w:u w:val="none"/>
        </w:rPr>
        <w:t xml:space="preserve"> Now, here's the problem with historical amnesia. </w:t>
      </w:r>
      <w:r>
        <w:rPr>
          <w:b w:val="0"/>
          <w:i w:val="0"/>
          <w:smallCaps w:val="0"/>
          <w:strike w:val="0"/>
          <w:sz w:val="22"/>
          <w:highlight w:val="green"/>
          <w:u w:val="single"/>
        </w:rPr>
        <w:t>If you</w:t>
      </w:r>
      <w:r>
        <w:rPr>
          <w:b w:val="0"/>
          <w:i w:val="0"/>
          <w:smallCaps w:val="0"/>
          <w:strike w:val="0"/>
          <w:sz w:val="22"/>
          <w:u w:val="single"/>
        </w:rPr>
        <w:t xml:space="preserve"> ultimately really </w:t>
      </w:r>
      <w:r>
        <w:rPr>
          <w:b w:val="0"/>
          <w:i w:val="0"/>
          <w:smallCaps w:val="0"/>
          <w:strike w:val="0"/>
          <w:sz w:val="22"/>
          <w:highlight w:val="green"/>
          <w:u w:val="single"/>
        </w:rPr>
        <w:t>start completely over and</w:t>
      </w:r>
      <w:r>
        <w:rPr>
          <w:b w:val="0"/>
          <w:i w:val="0"/>
          <w:smallCaps w:val="0"/>
          <w:strike w:val="0"/>
          <w:sz w:val="22"/>
          <w:u w:val="single"/>
        </w:rPr>
        <w:t xml:space="preserve"> you try to </w:t>
      </w:r>
      <w:r>
        <w:rPr>
          <w:b/>
          <w:i w:val="0"/>
          <w:smallCaps w:val="0"/>
          <w:strike w:val="0"/>
          <w:sz w:val="22"/>
          <w:highlight w:val="green"/>
          <w:u w:val="single"/>
        </w:rPr>
        <w:t>erase history</w:t>
      </w:r>
      <w:r>
        <w:rPr>
          <w:b w:val="0"/>
          <w:i w:val="0"/>
          <w:smallCaps w:val="0"/>
          <w:strike w:val="0"/>
          <w:sz w:val="22"/>
          <w:highlight w:val="green"/>
          <w:u w:val="single"/>
        </w:rPr>
        <w:t>, then you</w:t>
      </w:r>
      <w:r>
        <w:rPr>
          <w:b w:val="0"/>
          <w:i w:val="0"/>
          <w:smallCaps w:val="0"/>
          <w:strike w:val="0"/>
          <w:sz w:val="22"/>
          <w:u w:val="single"/>
        </w:rPr>
        <w:t xml:space="preserve"> can also </w:t>
      </w:r>
      <w:r>
        <w:rPr>
          <w:b/>
          <w:i w:val="0"/>
          <w:smallCaps w:val="0"/>
          <w:strike w:val="0"/>
          <w:sz w:val="22"/>
          <w:u w:val="single"/>
        </w:rPr>
        <w:t>e</w:t>
      </w:r>
      <w:r>
        <w:rPr>
          <w:b/>
          <w:i w:val="0"/>
          <w:smallCaps w:val="0"/>
          <w:strike w:val="0"/>
          <w:sz w:val="22"/>
          <w:highlight w:val="green"/>
          <w:u w:val="single"/>
        </w:rPr>
        <w:t>nd up repeating</w:t>
      </w:r>
      <w:r>
        <w:rPr>
          <w:b w:val="0"/>
          <w:i w:val="0"/>
          <w:smallCaps w:val="0"/>
          <w:strike w:val="0"/>
          <w:sz w:val="22"/>
          <w:highlight w:val="green"/>
          <w:u w:val="single"/>
        </w:rPr>
        <w:t xml:space="preserve"> the </w:t>
      </w:r>
      <w:r>
        <w:rPr>
          <w:b/>
          <w:i w:val="0"/>
          <w:smallCaps w:val="0"/>
          <w:strike w:val="0"/>
          <w:sz w:val="22"/>
          <w:highlight w:val="green"/>
          <w:u w:val="single"/>
        </w:rPr>
        <w:t>same mistakes</w:t>
      </w:r>
      <w:r>
        <w:rPr>
          <w:b/>
          <w:i w:val="0"/>
          <w:smallCaps w:val="0"/>
          <w:strike w:val="0"/>
          <w:sz w:val="22"/>
          <w:u w:val="single"/>
        </w:rPr>
        <w:t xml:space="preserve"> of history</w:t>
      </w:r>
      <w:r>
        <w:rPr>
          <w:b w:val="0"/>
          <w:i w:val="0"/>
          <w:smallCaps w:val="0"/>
          <w:strike w:val="0"/>
          <w:sz w:val="22"/>
          <w:u w:val="single"/>
        </w:rPr>
        <w:t>.</w:t>
      </w:r>
      <w:r>
        <w:rPr>
          <w:b w:val="0"/>
          <w:i w:val="0"/>
          <w:smallCaps w:val="0"/>
          <w:strike w:val="0"/>
          <w:sz w:val="16"/>
          <w:u w:val="none"/>
        </w:rPr>
        <w:t xml:space="preserve"> The more, the </w:t>
      </w:r>
      <w:r>
        <w:rPr>
          <w:b w:val="0"/>
          <w:i w:val="0"/>
          <w:smallCaps w:val="0"/>
          <w:strike w:val="0"/>
          <w:sz w:val="22"/>
          <w:u w:val="single"/>
        </w:rPr>
        <w:t xml:space="preserve">more mature position is to be able to </w:t>
      </w:r>
      <w:r>
        <w:rPr>
          <w:b/>
          <w:i w:val="0"/>
          <w:smallCaps w:val="0"/>
          <w:strike w:val="0"/>
          <w:sz w:val="22"/>
          <w:highlight w:val="green"/>
          <w:u w:val="single"/>
        </w:rPr>
        <w:t>have a relationship to history</w:t>
      </w:r>
      <w:r>
        <w:rPr>
          <w:b w:val="0"/>
          <w:i w:val="0"/>
          <w:smallCaps w:val="0"/>
          <w:strike w:val="0"/>
          <w:sz w:val="22"/>
          <w:highlight w:val="green"/>
          <w:u w:val="single"/>
        </w:rPr>
        <w:t xml:space="preserve"> in which you know </w:t>
      </w:r>
      <w:r>
        <w:rPr>
          <w:b/>
          <w:i w:val="0"/>
          <w:smallCaps w:val="0"/>
          <w:strike w:val="0"/>
          <w:sz w:val="22"/>
          <w:highlight w:val="green"/>
          <w:u w:val="single"/>
        </w:rPr>
        <w:t>what you want</w:t>
      </w:r>
      <w:r>
        <w:rPr>
          <w:b w:val="0"/>
          <w:i w:val="0"/>
          <w:smallCaps w:val="0"/>
          <w:strike w:val="0"/>
          <w:sz w:val="22"/>
          <w:highlight w:val="green"/>
          <w:u w:val="single"/>
        </w:rPr>
        <w:t xml:space="preserve"> and</w:t>
      </w:r>
      <w:r>
        <w:rPr>
          <w:b w:val="0"/>
          <w:i w:val="0"/>
          <w:smallCaps w:val="0"/>
          <w:strike w:val="0"/>
          <w:sz w:val="22"/>
          <w:u w:val="single"/>
        </w:rPr>
        <w:t xml:space="preserve"> </w:t>
      </w:r>
      <w:r>
        <w:rPr>
          <w:b/>
          <w:i w:val="0"/>
          <w:smallCaps w:val="0"/>
          <w:strike w:val="0"/>
          <w:sz w:val="22"/>
          <w:u w:val="single"/>
        </w:rPr>
        <w:t xml:space="preserve">what you </w:t>
      </w:r>
      <w:r>
        <w:rPr>
          <w:b/>
          <w:i w:val="0"/>
          <w:smallCaps w:val="0"/>
          <w:strike w:val="0"/>
          <w:sz w:val="22"/>
          <w:highlight w:val="green"/>
          <w:u w:val="single"/>
        </w:rPr>
        <w:t>don't want</w:t>
      </w:r>
      <w:r>
        <w:rPr>
          <w:b w:val="0"/>
          <w:i w:val="0"/>
          <w:smallCaps w:val="0"/>
          <w:strike w:val="0"/>
          <w:sz w:val="22"/>
          <w:highlight w:val="green"/>
          <w:u w:val="single"/>
        </w:rPr>
        <w:t>.</w:t>
      </w:r>
      <w:r>
        <w:rPr>
          <w:b w:val="0"/>
          <w:i w:val="0"/>
          <w:smallCaps w:val="0"/>
          <w:strike w:val="0"/>
          <w:sz w:val="16"/>
          <w:u w:val="none"/>
        </w:rPr>
        <w:t xml:space="preserve"> And that means in fact beginning to use the creative force of building something different. And the fact of the matter is, the kind of problems we're trying to deal with, particularly if we're thinking about </w:t>
      </w:r>
      <w:r>
        <w:rPr>
          <w:b w:val="0"/>
          <w:i w:val="0"/>
          <w:smallCaps w:val="0"/>
          <w:strike w:val="0"/>
          <w:sz w:val="22"/>
          <w:u w:val="single"/>
        </w:rPr>
        <w:t>revolution only makes sense within the context of the history we have.</w:t>
      </w:r>
      <w:r>
        <w:rPr>
          <w:b w:val="0"/>
          <w:i w:val="0"/>
          <w:smallCaps w:val="0"/>
          <w:strike w:val="0"/>
          <w:sz w:val="16"/>
          <w:u w:val="none"/>
        </w:rPr>
        <w:t xml:space="preserve"> So, the response I would argue with those arguments is they're adolescent, they're naïve. </w:t>
      </w:r>
      <w:r>
        <w:rPr>
          <w:b w:val="0"/>
          <w:i w:val="0"/>
          <w:smallCaps w:val="0"/>
          <w:strike w:val="0"/>
          <w:sz w:val="22"/>
          <w:highlight w:val="green"/>
          <w:u w:val="single"/>
        </w:rPr>
        <w:t>They</w:t>
      </w:r>
      <w:r>
        <w:rPr>
          <w:b w:val="0"/>
          <w:i w:val="0"/>
          <w:smallCaps w:val="0"/>
          <w:strike w:val="0"/>
          <w:sz w:val="22"/>
          <w:u w:val="single"/>
        </w:rPr>
        <w:t xml:space="preserve"> absolutely </w:t>
      </w:r>
      <w:r>
        <w:rPr>
          <w:b w:val="0"/>
          <w:i w:val="0"/>
          <w:smallCaps w:val="0"/>
          <w:strike w:val="0"/>
          <w:sz w:val="22"/>
          <w:highlight w:val="green"/>
          <w:u w:val="single"/>
        </w:rPr>
        <w:t xml:space="preserve">have </w:t>
      </w:r>
      <w:r>
        <w:rPr>
          <w:b/>
          <w:i w:val="0"/>
          <w:smallCaps w:val="0"/>
          <w:strike w:val="0"/>
          <w:sz w:val="22"/>
          <w:highlight w:val="green"/>
          <w:u w:val="single"/>
        </w:rPr>
        <w:t>no understanding</w:t>
      </w:r>
      <w:r>
        <w:rPr>
          <w:b w:val="0"/>
          <w:i w:val="0"/>
          <w:smallCaps w:val="0"/>
          <w:strike w:val="0"/>
          <w:sz w:val="22"/>
          <w:highlight w:val="green"/>
          <w:u w:val="single"/>
        </w:rPr>
        <w:t xml:space="preserve"> of </w:t>
      </w:r>
      <w:r>
        <w:rPr>
          <w:b/>
          <w:i w:val="0"/>
          <w:smallCaps w:val="0"/>
          <w:strike w:val="0"/>
          <w:sz w:val="22"/>
          <w:highlight w:val="green"/>
          <w:u w:val="single"/>
        </w:rPr>
        <w:t xml:space="preserve">what political </w:t>
      </w:r>
      <w:r>
        <w:rPr>
          <w:b/>
          <w:i w:val="0"/>
          <w:smallCaps w:val="0"/>
          <w:strike w:val="0"/>
          <w:sz w:val="22"/>
          <w:highlight w:val="green"/>
          <w:u w:val="single"/>
        </w:rPr>
        <w:t>reality’s</w:t>
      </w:r>
      <w:r>
        <w:rPr>
          <w:b/>
          <w:i w:val="0"/>
          <w:smallCaps w:val="0"/>
          <w:strike w:val="0"/>
          <w:sz w:val="22"/>
          <w:highlight w:val="green"/>
          <w:u w:val="single"/>
        </w:rPr>
        <w:t xml:space="preserve"> about</w:t>
      </w:r>
      <w:r>
        <w:rPr>
          <w:b w:val="0"/>
          <w:i w:val="0"/>
          <w:smallCaps w:val="0"/>
          <w:strike w:val="0"/>
          <w:sz w:val="22"/>
          <w:highlight w:val="green"/>
          <w:u w:val="single"/>
        </w:rPr>
        <w:t>.</w:t>
      </w:r>
      <w:r>
        <w:rPr>
          <w:b w:val="0"/>
          <w:i w:val="0"/>
          <w:smallCaps w:val="0"/>
          <w:strike w:val="0"/>
          <w:sz w:val="22"/>
          <w:u w:val="single"/>
        </w:rPr>
        <w:t xml:space="preserve"> </w:t>
      </w:r>
      <w:r>
        <w:rPr>
          <w:b w:val="0"/>
          <w:i w:val="0"/>
          <w:smallCaps w:val="0"/>
          <w:strike w:val="0"/>
          <w:sz w:val="16"/>
          <w:u w:val="none"/>
        </w:rPr>
        <w:t xml:space="preserve">It strikes me that ultimately what </w:t>
      </w:r>
      <w:r>
        <w:rPr>
          <w:b w:val="0"/>
          <w:i w:val="0"/>
          <w:smallCaps w:val="0"/>
          <w:strike w:val="0"/>
          <w:sz w:val="22"/>
          <w:highlight w:val="green"/>
          <w:u w:val="single"/>
        </w:rPr>
        <w:t>we</w:t>
      </w:r>
      <w:r>
        <w:rPr>
          <w:b w:val="0"/>
          <w:i w:val="0"/>
          <w:smallCaps w:val="0"/>
          <w:strike w:val="0"/>
          <w:sz w:val="22"/>
          <w:u w:val="single"/>
        </w:rPr>
        <w:t xml:space="preserve">'re going to </w:t>
      </w:r>
      <w:r>
        <w:rPr>
          <w:b w:val="0"/>
          <w:i w:val="0"/>
          <w:smallCaps w:val="0"/>
          <w:strike w:val="0"/>
          <w:sz w:val="22"/>
          <w:highlight w:val="green"/>
          <w:u w:val="single"/>
        </w:rPr>
        <w:t>have to</w:t>
      </w:r>
      <w:r>
        <w:rPr>
          <w:b w:val="0"/>
          <w:i w:val="0"/>
          <w:smallCaps w:val="0"/>
          <w:strike w:val="0"/>
          <w:sz w:val="22"/>
          <w:u w:val="single"/>
        </w:rPr>
        <w:t xml:space="preserve"> do is to </w:t>
      </w:r>
      <w:r>
        <w:rPr>
          <w:b w:val="0"/>
          <w:i w:val="0"/>
          <w:smallCaps w:val="0"/>
          <w:strike w:val="0"/>
          <w:sz w:val="22"/>
          <w:highlight w:val="green"/>
          <w:u w:val="single"/>
        </w:rPr>
        <w:t>set the conditions in which we</w:t>
      </w:r>
      <w:r>
        <w:rPr>
          <w:b w:val="0"/>
          <w:i w:val="0"/>
          <w:smallCaps w:val="0"/>
          <w:strike w:val="0"/>
          <w:sz w:val="22"/>
          <w:u w:val="single"/>
        </w:rPr>
        <w:t xml:space="preserve"> </w:t>
      </w:r>
      <w:r>
        <w:rPr>
          <w:b w:val="0"/>
          <w:i w:val="0"/>
          <w:smallCaps w:val="0"/>
          <w:strike w:val="0"/>
          <w:sz w:val="22"/>
          <w:u w:val="single"/>
        </w:rPr>
        <w:t xml:space="preserve">actually </w:t>
      </w:r>
      <w:r>
        <w:rPr>
          <w:b/>
          <w:i w:val="0"/>
          <w:smallCaps w:val="0"/>
          <w:strike w:val="0"/>
          <w:sz w:val="22"/>
          <w:highlight w:val="green"/>
          <w:u w:val="single"/>
        </w:rPr>
        <w:t>disempower</w:t>
      </w:r>
      <w:r>
        <w:rPr>
          <w:b/>
          <w:i w:val="0"/>
          <w:smallCaps w:val="0"/>
          <w:strike w:val="0"/>
          <w:sz w:val="22"/>
          <w:u w:val="single"/>
        </w:rPr>
        <w:t xml:space="preserve"> the </w:t>
      </w:r>
      <w:r>
        <w:rPr>
          <w:b/>
          <w:i w:val="0"/>
          <w:smallCaps w:val="0"/>
          <w:strike w:val="0"/>
          <w:sz w:val="22"/>
          <w:highlight w:val="green"/>
          <w:u w:val="single"/>
        </w:rPr>
        <w:t>forces that</w:t>
      </w:r>
      <w:r>
        <w:rPr>
          <w:b/>
          <w:i w:val="0"/>
          <w:smallCaps w:val="0"/>
          <w:strike w:val="0"/>
          <w:sz w:val="22"/>
          <w:u w:val="single"/>
        </w:rPr>
        <w:t xml:space="preserve"> are </w:t>
      </w:r>
      <w:r>
        <w:rPr>
          <w:b/>
          <w:i w:val="0"/>
          <w:smallCaps w:val="0"/>
          <w:strike w:val="0"/>
          <w:sz w:val="22"/>
          <w:highlight w:val="green"/>
          <w:u w:val="single"/>
        </w:rPr>
        <w:t>block</w:t>
      </w:r>
      <w:r>
        <w:rPr>
          <w:b/>
          <w:i w:val="0"/>
          <w:smallCaps w:val="0"/>
          <w:strike w:val="0"/>
          <w:sz w:val="22"/>
          <w:u w:val="single"/>
        </w:rPr>
        <w:t xml:space="preserve">ing </w:t>
      </w:r>
      <w:r>
        <w:rPr>
          <w:b/>
          <w:i w:val="0"/>
          <w:smallCaps w:val="0"/>
          <w:strike w:val="0"/>
          <w:sz w:val="22"/>
          <w:highlight w:val="green"/>
          <w:u w:val="single"/>
        </w:rPr>
        <w:t>the capacity to build something different</w:t>
      </w:r>
      <w:r>
        <w:rPr>
          <w:b w:val="0"/>
          <w:i w:val="0"/>
          <w:smallCaps w:val="0"/>
          <w:strike w:val="0"/>
          <w:sz w:val="22"/>
          <w:highlight w:val="green"/>
          <w:u w:val="single"/>
        </w:rPr>
        <w:t>.</w:t>
      </w:r>
      <w:r>
        <w:rPr>
          <w:b w:val="0"/>
          <w:i w:val="0"/>
          <w:smallCaps w:val="0"/>
          <w:strike w:val="0"/>
          <w:sz w:val="16"/>
          <w:u w:val="none"/>
        </w:rPr>
        <w:t xml:space="preserve"> Now, here's something where Fanon was rather </w:t>
      </w:r>
      <w:r>
        <w:rPr>
          <w:b w:val="0"/>
          <w:i w:val="0"/>
          <w:smallCaps w:val="0"/>
          <w:strike w:val="0"/>
          <w:sz w:val="16"/>
          <w:u w:val="none"/>
        </w:rPr>
        <w:t>rather</w:t>
      </w:r>
      <w:r>
        <w:rPr>
          <w:b w:val="0"/>
          <w:i w:val="0"/>
          <w:smallCaps w:val="0"/>
          <w:strike w:val="0"/>
          <w:sz w:val="16"/>
          <w:u w:val="none"/>
        </w:rPr>
        <w:t xml:space="preserve"> </w:t>
      </w:r>
      <w:r>
        <w:rPr>
          <w:b w:val="0"/>
          <w:i w:val="0"/>
          <w:smallCaps w:val="0"/>
          <w:strike w:val="0"/>
          <w:sz w:val="16"/>
          <w:u w:val="none"/>
        </w:rPr>
        <w:t>rather</w:t>
      </w:r>
      <w:r>
        <w:rPr>
          <w:b w:val="0"/>
          <w:i w:val="0"/>
          <w:smallCaps w:val="0"/>
          <w:strike w:val="0"/>
          <w:sz w:val="16"/>
          <w:u w:val="none"/>
        </w:rPr>
        <w:t xml:space="preserve"> insightful and [inaudible name], and others worked too because you see the era they point out that's made is that </w:t>
      </w:r>
      <w:r>
        <w:rPr>
          <w:b w:val="0"/>
          <w:i w:val="0"/>
          <w:smallCaps w:val="0"/>
          <w:strike w:val="0"/>
          <w:sz w:val="16"/>
          <w:u w:val="none"/>
        </w:rPr>
        <w:t>at the moment</w:t>
      </w:r>
      <w:r>
        <w:rPr>
          <w:b w:val="0"/>
          <w:i w:val="0"/>
          <w:smallCaps w:val="0"/>
          <w:strike w:val="0"/>
          <w:sz w:val="16"/>
          <w:u w:val="none"/>
        </w:rPr>
        <w:t xml:space="preserve"> of independence or at the moment in which it's what is poised for social transformation. </w:t>
      </w:r>
      <w:r>
        <w:rPr>
          <w:b w:val="0"/>
          <w:i w:val="0"/>
          <w:smallCaps w:val="0"/>
          <w:strike w:val="0"/>
          <w:sz w:val="22"/>
          <w:highlight w:val="green"/>
          <w:u w:val="single"/>
        </w:rPr>
        <w:t>There's</w:t>
      </w:r>
      <w:r>
        <w:rPr>
          <w:b w:val="0"/>
          <w:i w:val="0"/>
          <w:smallCaps w:val="0"/>
          <w:strike w:val="0"/>
          <w:sz w:val="22"/>
          <w:u w:val="single"/>
        </w:rPr>
        <w:t xml:space="preserve"> often </w:t>
      </w:r>
      <w:r>
        <w:rPr>
          <w:b w:val="0"/>
          <w:i w:val="0"/>
          <w:smallCaps w:val="0"/>
          <w:strike w:val="0"/>
          <w:sz w:val="22"/>
          <w:highlight w:val="green"/>
          <w:u w:val="single"/>
        </w:rPr>
        <w:t>a willingness to be creative</w:t>
      </w:r>
      <w:r>
        <w:rPr>
          <w:b w:val="0"/>
          <w:i w:val="0"/>
          <w:smallCaps w:val="0"/>
          <w:strike w:val="0"/>
          <w:sz w:val="22"/>
          <w:u w:val="single"/>
        </w:rPr>
        <w:t xml:space="preserve">, synthetic and relational at the aesthetic level, </w:t>
      </w:r>
      <w:r>
        <w:rPr>
          <w:b w:val="0"/>
          <w:i w:val="0"/>
          <w:smallCaps w:val="0"/>
          <w:strike w:val="0"/>
          <w:sz w:val="22"/>
          <w:highlight w:val="green"/>
          <w:u w:val="single"/>
        </w:rPr>
        <w:t xml:space="preserve">but </w:t>
      </w:r>
      <w:r>
        <w:rPr>
          <w:b/>
          <w:i w:val="0"/>
          <w:smallCaps w:val="0"/>
          <w:strike w:val="0"/>
          <w:sz w:val="22"/>
          <w:highlight w:val="green"/>
          <w:u w:val="single"/>
        </w:rPr>
        <w:t>not</w:t>
      </w:r>
      <w:r>
        <w:rPr>
          <w:b w:val="0"/>
          <w:i w:val="0"/>
          <w:smallCaps w:val="0"/>
          <w:strike w:val="0"/>
          <w:sz w:val="22"/>
          <w:highlight w:val="green"/>
          <w:u w:val="single"/>
        </w:rPr>
        <w:t xml:space="preserve"> at</w:t>
      </w:r>
      <w:r>
        <w:rPr>
          <w:b w:val="0"/>
          <w:i w:val="0"/>
          <w:smallCaps w:val="0"/>
          <w:strike w:val="0"/>
          <w:sz w:val="22"/>
          <w:u w:val="single"/>
        </w:rPr>
        <w:t xml:space="preserve"> the </w:t>
      </w:r>
      <w:r>
        <w:rPr>
          <w:b w:val="0"/>
          <w:i w:val="0"/>
          <w:smallCaps w:val="0"/>
          <w:strike w:val="0"/>
          <w:sz w:val="22"/>
          <w:highlight w:val="green"/>
          <w:u w:val="single"/>
        </w:rPr>
        <w:t>level of</w:t>
      </w:r>
      <w:r>
        <w:rPr>
          <w:b w:val="0"/>
          <w:i w:val="0"/>
          <w:smallCaps w:val="0"/>
          <w:strike w:val="0"/>
          <w:sz w:val="22"/>
          <w:u w:val="single"/>
        </w:rPr>
        <w:t xml:space="preserve"> the </w:t>
      </w:r>
      <w:r>
        <w:rPr>
          <w:b/>
          <w:i w:val="0"/>
          <w:smallCaps w:val="0"/>
          <w:strike w:val="0"/>
          <w:sz w:val="22"/>
          <w:highlight w:val="green"/>
          <w:u w:val="single"/>
        </w:rPr>
        <w:t>institutions of power</w:t>
      </w:r>
      <w:r>
        <w:rPr>
          <w:b w:val="0"/>
          <w:i w:val="0"/>
          <w:smallCaps w:val="0"/>
          <w:strike w:val="0"/>
          <w:sz w:val="22"/>
          <w:highlight w:val="green"/>
          <w:u w:val="single"/>
        </w:rPr>
        <w:t>.</w:t>
      </w:r>
      <w:r>
        <w:rPr>
          <w:b w:val="0"/>
          <w:i w:val="0"/>
          <w:smallCaps w:val="0"/>
          <w:strike w:val="0"/>
          <w:sz w:val="16"/>
          <w:u w:val="none"/>
        </w:rPr>
        <w:t xml:space="preserve"> And what I mean by that is if you look at, for instance, many African states or many, many, many, many, many Caribbean states or many, many, many parts of the world in which independence emerged. The first thing that people do when they become independent is they start trying to connect to the rest of the world in terms of creating their own form of contemporary music, foods, and cultural production. However, at the moment of independence, what they don't do is to bring that creativity that unique way of building new forms of concepts to their political, educational, economic institutions, and so what you end up having in say if you </w:t>
      </w:r>
      <w:r>
        <w:rPr>
          <w:b w:val="0"/>
          <w:i w:val="0"/>
          <w:smallCaps w:val="0"/>
          <w:strike w:val="0"/>
          <w:sz w:val="22"/>
          <w:u w:val="single"/>
        </w:rPr>
        <w:t>If you pick a country like South Africa</w:t>
      </w:r>
      <w:r>
        <w:rPr>
          <w:b w:val="0"/>
          <w:i w:val="0"/>
          <w:smallCaps w:val="0"/>
          <w:strike w:val="0"/>
          <w:sz w:val="16"/>
          <w:u w:val="none"/>
        </w:rPr>
        <w:t xml:space="preserve"> or if you pick quite a few other countries, not in the African continent, in the Caribbean. </w:t>
      </w:r>
      <w:r>
        <w:rPr>
          <w:b w:val="0"/>
          <w:i w:val="0"/>
          <w:smallCaps w:val="0"/>
          <w:strike w:val="0"/>
          <w:sz w:val="22"/>
          <w:u w:val="single"/>
        </w:rPr>
        <w:t>Their post-independence moment pretty much has the same</w:t>
      </w:r>
      <w:r>
        <w:rPr>
          <w:b w:val="0"/>
          <w:i w:val="0"/>
          <w:smallCaps w:val="0"/>
          <w:strike w:val="0"/>
          <w:sz w:val="16"/>
          <w:u w:val="none"/>
        </w:rPr>
        <w:t xml:space="preserve"> education </w:t>
      </w:r>
      <w:r>
        <w:rPr>
          <w:b w:val="0"/>
          <w:i w:val="0"/>
          <w:smallCaps w:val="0"/>
          <w:strike w:val="0"/>
          <w:sz w:val="22"/>
          <w:u w:val="single"/>
        </w:rPr>
        <w:t xml:space="preserve">system they had in a </w:t>
      </w:r>
      <w:r>
        <w:rPr>
          <w:b/>
          <w:i w:val="0"/>
          <w:smallCaps w:val="0"/>
          <w:strike w:val="0"/>
          <w:sz w:val="22"/>
          <w:u w:val="single"/>
        </w:rPr>
        <w:t>colonial moment</w:t>
      </w:r>
      <w:r>
        <w:rPr>
          <w:b w:val="0"/>
          <w:i w:val="0"/>
          <w:smallCaps w:val="0"/>
          <w:strike w:val="0"/>
          <w:sz w:val="22"/>
          <w:u w:val="single"/>
        </w:rPr>
        <w:t xml:space="preserve"> and what they fail to understand is that education system was </w:t>
      </w:r>
      <w:r>
        <w:rPr>
          <w:b/>
          <w:i w:val="0"/>
          <w:smallCaps w:val="0"/>
          <w:strike w:val="0"/>
          <w:sz w:val="22"/>
          <w:u w:val="single"/>
        </w:rPr>
        <w:t>designed for colonialism</w:t>
      </w:r>
      <w:r>
        <w:rPr>
          <w:b w:val="0"/>
          <w:i w:val="0"/>
          <w:smallCaps w:val="0"/>
          <w:strike w:val="0"/>
          <w:sz w:val="22"/>
          <w:u w:val="single"/>
        </w:rPr>
        <w:t>.</w:t>
      </w:r>
      <w:r>
        <w:rPr>
          <w:b w:val="0"/>
          <w:i w:val="0"/>
          <w:smallCaps w:val="0"/>
          <w:strike w:val="0"/>
          <w:sz w:val="16"/>
          <w:u w:val="none"/>
        </w:rPr>
        <w:t xml:space="preserve"> So, if you're going to have a post-colony, if you're going to be, </w:t>
      </w:r>
      <w:r>
        <w:rPr>
          <w:b w:val="0"/>
          <w:i w:val="0"/>
          <w:smallCaps w:val="0"/>
          <w:strike w:val="0"/>
          <w:sz w:val="16"/>
          <w:u w:val="none"/>
        </w:rPr>
        <w:t>If</w:t>
      </w:r>
      <w:r>
        <w:rPr>
          <w:b w:val="0"/>
          <w:i w:val="0"/>
          <w:smallCaps w:val="0"/>
          <w:strike w:val="0"/>
          <w:sz w:val="16"/>
          <w:u w:val="none"/>
        </w:rPr>
        <w:t xml:space="preserve"> you're going to transcend colonialism, you need to develop a radically different kind of education system. Similarly, if you look at a lot of these societies </w:t>
      </w:r>
      <w:r>
        <w:rPr>
          <w:b w:val="0"/>
          <w:i w:val="0"/>
          <w:smallCaps w:val="0"/>
          <w:strike w:val="0"/>
          <w:sz w:val="22"/>
          <w:u w:val="single"/>
        </w:rPr>
        <w:t xml:space="preserve">their legal systems tend to be </w:t>
      </w:r>
      <w:r>
        <w:rPr>
          <w:b/>
          <w:i w:val="0"/>
          <w:smallCaps w:val="0"/>
          <w:strike w:val="0"/>
          <w:sz w:val="22"/>
          <w:u w:val="single"/>
        </w:rPr>
        <w:t>almost identical</w:t>
      </w:r>
      <w:r>
        <w:rPr>
          <w:b w:val="0"/>
          <w:i w:val="0"/>
          <w:smallCaps w:val="0"/>
          <w:strike w:val="0"/>
          <w:sz w:val="22"/>
          <w:u w:val="single"/>
        </w:rPr>
        <w:t xml:space="preserve"> to the colonial one. </w:t>
      </w:r>
      <w:r>
        <w:rPr>
          <w:b w:val="0"/>
          <w:i w:val="0"/>
          <w:smallCaps w:val="0"/>
          <w:strike w:val="0"/>
          <w:sz w:val="16"/>
          <w:u w:val="none"/>
        </w:rPr>
        <w:t xml:space="preserve">I mean, you see post-colonial states with people in tropics walking around with white wigs and robes in court rooms. That's nonsense. You see a similar thing, not only the educational, legal and political level, you see a similar thing happened at the economic level because in the end, even though they said they they're no longer colonies, the economic system that's maintained in the post-colony is pretty much the economic system that was in a colony and then we could look at it their religious systems. That's pretty much the same, when we go down the line. Now Fanon noticed something. It's not just those levels, but it's even at the level of the organization of architecture and civil planning. So, for instance, the very notion of the Metropole, the center, the capital city, that was also part of the colonial system, but it's possible to have a different conception of city, a different organization of power across a particular country or a society that may </w:t>
      </w:r>
      <w:r>
        <w:rPr>
          <w:b w:val="0"/>
          <w:i w:val="0"/>
          <w:smallCaps w:val="0"/>
          <w:strike w:val="0"/>
          <w:sz w:val="16"/>
          <w:u w:val="none"/>
        </w:rPr>
        <w:t>actually be</w:t>
      </w:r>
      <w:r>
        <w:rPr>
          <w:b w:val="0"/>
          <w:i w:val="0"/>
          <w:smallCaps w:val="0"/>
          <w:strike w:val="0"/>
          <w:sz w:val="16"/>
          <w:u w:val="none"/>
        </w:rPr>
        <w:t xml:space="preserve"> more suitable to the society one lives in. And so, the creativity he was talking about was far more radical than simply than what many people may think. I think we see this a lot in science fiction, if you look at a lot </w:t>
      </w:r>
      <w:r>
        <w:rPr>
          <w:b w:val="0"/>
          <w:i w:val="0"/>
          <w:smallCaps w:val="0"/>
          <w:strike w:val="0"/>
          <w:sz w:val="16"/>
          <w:u w:val="none"/>
        </w:rPr>
        <w:t>and also</w:t>
      </w:r>
      <w:r>
        <w:rPr>
          <w:b w:val="0"/>
          <w:i w:val="0"/>
          <w:smallCaps w:val="0"/>
          <w:strike w:val="0"/>
          <w:sz w:val="16"/>
          <w:u w:val="none"/>
        </w:rPr>
        <w:t xml:space="preserve"> very in in, if you look at things ranging from like Robin Hood and a Merry Men all the way to Star Wars and all of that stuff, they go to fight against the emperor. </w:t>
      </w:r>
      <w:r>
        <w:rPr>
          <w:b w:val="0"/>
          <w:i w:val="0"/>
          <w:smallCaps w:val="0"/>
          <w:strike w:val="0"/>
          <w:sz w:val="22"/>
          <w:u w:val="single"/>
        </w:rPr>
        <w:t xml:space="preserve">They </w:t>
      </w:r>
      <w:r>
        <w:rPr>
          <w:b w:val="0"/>
          <w:i w:val="0"/>
          <w:smallCaps w:val="0"/>
          <w:strike w:val="0"/>
          <w:sz w:val="22"/>
          <w:highlight w:val="green"/>
          <w:u w:val="single"/>
        </w:rPr>
        <w:t>burn it down.</w:t>
      </w:r>
      <w:r>
        <w:rPr>
          <w:b w:val="0"/>
          <w:i w:val="0"/>
          <w:smallCaps w:val="0"/>
          <w:strike w:val="0"/>
          <w:sz w:val="16"/>
          <w:u w:val="none"/>
        </w:rPr>
        <w:t xml:space="preserve"> Then they have a big party outside, </w:t>
      </w:r>
      <w:r>
        <w:rPr>
          <w:b w:val="0"/>
          <w:i w:val="0"/>
          <w:smallCaps w:val="0"/>
          <w:strike w:val="0"/>
          <w:sz w:val="22"/>
          <w:highlight w:val="green"/>
          <w:u w:val="single"/>
        </w:rPr>
        <w:t xml:space="preserve">but </w:t>
      </w:r>
      <w:r>
        <w:rPr>
          <w:b/>
          <w:i w:val="0"/>
          <w:smallCaps w:val="0"/>
          <w:strike w:val="0"/>
          <w:sz w:val="22"/>
          <w:highlight w:val="green"/>
          <w:u w:val="single"/>
        </w:rPr>
        <w:t>what</w:t>
      </w:r>
      <w:r>
        <w:rPr>
          <w:b/>
          <w:i w:val="0"/>
          <w:smallCaps w:val="0"/>
          <w:strike w:val="0"/>
          <w:sz w:val="22"/>
          <w:u w:val="single"/>
        </w:rPr>
        <w:t xml:space="preserve"> do they do </w:t>
      </w:r>
      <w:r>
        <w:rPr>
          <w:b/>
          <w:i w:val="0"/>
          <w:smallCaps w:val="0"/>
          <w:strike w:val="0"/>
          <w:sz w:val="22"/>
          <w:highlight w:val="green"/>
          <w:u w:val="single"/>
        </w:rPr>
        <w:t>afterwards</w:t>
      </w:r>
      <w:r>
        <w:rPr>
          <w:b w:val="0"/>
          <w:i w:val="0"/>
          <w:smallCaps w:val="0"/>
          <w:strike w:val="0"/>
          <w:sz w:val="22"/>
          <w:highlight w:val="green"/>
          <w:u w:val="single"/>
        </w:rPr>
        <w:t>? Then they</w:t>
      </w:r>
      <w:r>
        <w:rPr>
          <w:b w:val="0"/>
          <w:i w:val="0"/>
          <w:smallCaps w:val="0"/>
          <w:strike w:val="0"/>
          <w:sz w:val="16"/>
          <w:u w:val="none"/>
        </w:rPr>
        <w:t xml:space="preserve"> go in and they </w:t>
      </w:r>
      <w:r>
        <w:rPr>
          <w:b w:val="0"/>
          <w:i w:val="0"/>
          <w:smallCaps w:val="0"/>
          <w:strike w:val="0"/>
          <w:sz w:val="22"/>
          <w:highlight w:val="green"/>
          <w:u w:val="single"/>
        </w:rPr>
        <w:t>build a society that in</w:t>
      </w:r>
      <w:r>
        <w:rPr>
          <w:b w:val="0"/>
          <w:i w:val="0"/>
          <w:smallCaps w:val="0"/>
          <w:strike w:val="0"/>
          <w:sz w:val="22"/>
          <w:u w:val="single"/>
        </w:rPr>
        <w:t xml:space="preserve"> almost </w:t>
      </w:r>
      <w:r>
        <w:rPr>
          <w:b/>
          <w:i w:val="0"/>
          <w:smallCaps w:val="0"/>
          <w:strike w:val="0"/>
          <w:sz w:val="22"/>
          <w:highlight w:val="green"/>
          <w:u w:val="single"/>
        </w:rPr>
        <w:t>every respect</w:t>
      </w:r>
      <w:r>
        <w:rPr>
          <w:b w:val="0"/>
          <w:i w:val="0"/>
          <w:smallCaps w:val="0"/>
          <w:strike w:val="0"/>
          <w:sz w:val="22"/>
          <w:highlight w:val="green"/>
          <w:u w:val="single"/>
        </w:rPr>
        <w:t xml:space="preserve"> look exactly like the </w:t>
      </w:r>
      <w:r>
        <w:rPr>
          <w:b/>
          <w:i w:val="0"/>
          <w:smallCaps w:val="0"/>
          <w:strike w:val="0"/>
          <w:sz w:val="22"/>
          <w:highlight w:val="green"/>
          <w:u w:val="single"/>
        </w:rPr>
        <w:t>thing they were trying to burn down</w:t>
      </w:r>
      <w:r>
        <w:rPr>
          <w:b w:val="0"/>
          <w:i w:val="0"/>
          <w:smallCaps w:val="0"/>
          <w:strike w:val="0"/>
          <w:sz w:val="22"/>
          <w:u w:val="single"/>
        </w:rPr>
        <w:t>.</w:t>
      </w:r>
      <w:r>
        <w:rPr>
          <w:b w:val="0"/>
          <w:i w:val="0"/>
          <w:smallCaps w:val="0"/>
          <w:strike w:val="0"/>
          <w:sz w:val="16"/>
          <w:u w:val="none"/>
        </w:rPr>
        <w:t xml:space="preserve"> In other words, </w:t>
      </w:r>
      <w:r>
        <w:rPr>
          <w:b/>
          <w:i w:val="0"/>
          <w:smallCaps w:val="0"/>
          <w:strike w:val="0"/>
          <w:sz w:val="22"/>
          <w:highlight w:val="green"/>
          <w:u w:val="single"/>
        </w:rPr>
        <w:t>they fail to get to the question</w:t>
      </w:r>
      <w:r>
        <w:rPr>
          <w:b w:val="0"/>
          <w:i w:val="0"/>
          <w:smallCaps w:val="0"/>
          <w:strike w:val="0"/>
          <w:sz w:val="16"/>
          <w:u w:val="none"/>
        </w:rPr>
        <w:t xml:space="preserve">, the crucial question </w:t>
      </w:r>
      <w:r>
        <w:rPr>
          <w:b w:val="0"/>
          <w:i w:val="0"/>
          <w:smallCaps w:val="0"/>
          <w:strike w:val="0"/>
          <w:sz w:val="22"/>
          <w:u w:val="single"/>
        </w:rPr>
        <w:t>of how to build a world in which freedom can</w:t>
      </w:r>
      <w:r>
        <w:rPr>
          <w:b w:val="0"/>
          <w:i w:val="0"/>
          <w:smallCaps w:val="0"/>
          <w:strike w:val="0"/>
          <w:sz w:val="16"/>
          <w:u w:val="none"/>
        </w:rPr>
        <w:t xml:space="preserve">, can, can, can substantially and </w:t>
      </w:r>
      <w:r>
        <w:rPr>
          <w:b w:val="0"/>
          <w:i w:val="0"/>
          <w:smallCaps w:val="0"/>
          <w:strike w:val="0"/>
          <w:sz w:val="22"/>
          <w:u w:val="single"/>
        </w:rPr>
        <w:t>belong, and that requires being at home in</w:t>
      </w:r>
      <w:r>
        <w:rPr>
          <w:b w:val="0"/>
          <w:i w:val="0"/>
          <w:smallCaps w:val="0"/>
          <w:strike w:val="0"/>
          <w:sz w:val="16"/>
          <w:u w:val="none"/>
        </w:rPr>
        <w:t xml:space="preserve">, in, in very </w:t>
      </w:r>
      <w:r>
        <w:rPr>
          <w:b w:val="0"/>
          <w:i w:val="0"/>
          <w:smallCaps w:val="0"/>
          <w:strike w:val="0"/>
          <w:sz w:val="22"/>
          <w:u w:val="single"/>
        </w:rPr>
        <w:t>different kinds of human relationships than the ones that are governed by the system they began with.</w:t>
      </w:r>
      <w:r>
        <w:rPr>
          <w:b w:val="0"/>
          <w:i w:val="0"/>
          <w:smallCaps w:val="0"/>
          <w:strike w:val="0"/>
          <w:sz w:val="16"/>
          <w:u w:val="none"/>
        </w:rPr>
        <w:t xml:space="preserve"> So that means then that if they are properly critical of society, they're trying to transform, </w:t>
      </w:r>
      <w:r>
        <w:rPr>
          <w:b w:val="0"/>
          <w:i w:val="0"/>
          <w:smallCaps w:val="0"/>
          <w:strike w:val="0"/>
          <w:sz w:val="22"/>
          <w:u w:val="single"/>
        </w:rPr>
        <w:t xml:space="preserve">they need to have a </w:t>
      </w:r>
      <w:r>
        <w:rPr>
          <w:b/>
          <w:i w:val="0"/>
          <w:smallCaps w:val="0"/>
          <w:strike w:val="0"/>
          <w:sz w:val="22"/>
          <w:u w:val="single"/>
        </w:rPr>
        <w:t>coherent conception</w:t>
      </w:r>
      <w:r>
        <w:rPr>
          <w:b w:val="0"/>
          <w:i w:val="0"/>
          <w:smallCaps w:val="0"/>
          <w:strike w:val="0"/>
          <w:sz w:val="22"/>
          <w:u w:val="single"/>
        </w:rPr>
        <w:t xml:space="preserve"> and</w:t>
      </w:r>
      <w:r>
        <w:rPr>
          <w:b w:val="0"/>
          <w:i w:val="0"/>
          <w:smallCaps w:val="0"/>
          <w:strike w:val="0"/>
          <w:sz w:val="16"/>
          <w:u w:val="none"/>
        </w:rPr>
        <w:t xml:space="preserve"> they need to </w:t>
      </w:r>
      <w:r>
        <w:rPr>
          <w:b w:val="0"/>
          <w:i w:val="0"/>
          <w:smallCaps w:val="0"/>
          <w:strike w:val="0"/>
          <w:sz w:val="22"/>
          <w:u w:val="single"/>
        </w:rPr>
        <w:t>work towards something they want to build.</w:t>
      </w:r>
      <w:r>
        <w:rPr>
          <w:b w:val="0"/>
          <w:i w:val="0"/>
          <w:smallCaps w:val="0"/>
          <w:strike w:val="0"/>
          <w:sz w:val="16"/>
          <w:u w:val="none"/>
        </w:rPr>
        <w:t xml:space="preserve"> But I have to add a very important </w:t>
      </w:r>
      <w:r>
        <w:rPr>
          <w:b w:val="0"/>
          <w:i w:val="0"/>
          <w:smallCaps w:val="0"/>
          <w:strike w:val="0"/>
          <w:sz w:val="16"/>
          <w:u w:val="none"/>
        </w:rPr>
        <w:t>proviso</w:t>
      </w:r>
      <w:r>
        <w:rPr>
          <w:b w:val="0"/>
          <w:i w:val="0"/>
          <w:smallCaps w:val="0"/>
          <w:strike w:val="0"/>
          <w:sz w:val="16"/>
          <w:u w:val="none"/>
        </w:rPr>
        <w:t xml:space="preserve"> and this was something Fanon noticed, but not only Fanon, there are many others who noticed this and what they noticed is this, </w:t>
      </w:r>
      <w:r>
        <w:rPr>
          <w:b w:val="0"/>
          <w:i w:val="0"/>
          <w:smallCaps w:val="0"/>
          <w:strike w:val="0"/>
          <w:sz w:val="22"/>
          <w:u w:val="single"/>
        </w:rPr>
        <w:t xml:space="preserve">if you're going </w:t>
      </w:r>
      <w:r>
        <w:rPr>
          <w:b w:val="0"/>
          <w:i w:val="0"/>
          <w:smallCaps w:val="0"/>
          <w:strike w:val="0"/>
          <w:sz w:val="22"/>
          <w:highlight w:val="green"/>
          <w:u w:val="single"/>
        </w:rPr>
        <w:t>to build a future</w:t>
      </w:r>
      <w:r>
        <w:rPr>
          <w:b w:val="0"/>
          <w:i w:val="0"/>
          <w:smallCaps w:val="0"/>
          <w:strike w:val="0"/>
          <w:sz w:val="16"/>
          <w:u w:val="none"/>
        </w:rPr>
        <w:t xml:space="preserve">, you know that point where I said that you are, </w:t>
      </w:r>
      <w:r>
        <w:rPr>
          <w:b/>
          <w:i w:val="0"/>
          <w:smallCaps w:val="0"/>
          <w:strike w:val="0"/>
          <w:sz w:val="22"/>
          <w:highlight w:val="green"/>
          <w:u w:val="single"/>
        </w:rPr>
        <w:t>if</w:t>
      </w:r>
      <w:r>
        <w:rPr>
          <w:b/>
          <w:i w:val="0"/>
          <w:smallCaps w:val="0"/>
          <w:strike w:val="0"/>
          <w:sz w:val="22"/>
          <w:u w:val="single"/>
        </w:rPr>
        <w:t xml:space="preserve"> you're </w:t>
      </w:r>
      <w:r>
        <w:rPr>
          <w:b/>
          <w:i w:val="0"/>
          <w:smallCaps w:val="0"/>
          <w:strike w:val="0"/>
          <w:sz w:val="22"/>
          <w:highlight w:val="green"/>
          <w:u w:val="single"/>
        </w:rPr>
        <w:t>committed</w:t>
      </w:r>
      <w:r>
        <w:rPr>
          <w:b w:val="0"/>
          <w:i w:val="0"/>
          <w:smallCaps w:val="0"/>
          <w:strike w:val="0"/>
          <w:sz w:val="22"/>
          <w:highlight w:val="green"/>
          <w:u w:val="single"/>
        </w:rPr>
        <w:t xml:space="preserve">, you have to understand </w:t>
      </w:r>
      <w:r>
        <w:rPr>
          <w:b/>
          <w:i w:val="0"/>
          <w:smallCaps w:val="0"/>
          <w:strike w:val="0"/>
          <w:sz w:val="22"/>
          <w:highlight w:val="green"/>
          <w:u w:val="single"/>
        </w:rPr>
        <w:t>it's not about you</w:t>
      </w:r>
      <w:r>
        <w:rPr>
          <w:b w:val="0"/>
          <w:i w:val="0"/>
          <w:smallCaps w:val="0"/>
          <w:strike w:val="0"/>
          <w:sz w:val="22"/>
          <w:highlight w:val="green"/>
          <w:u w:val="single"/>
        </w:rPr>
        <w:t>.</w:t>
      </w:r>
      <w:r>
        <w:rPr>
          <w:b w:val="0"/>
          <w:i w:val="0"/>
          <w:smallCaps w:val="0"/>
          <w:strike w:val="0"/>
          <w:sz w:val="16"/>
          <w:u w:val="none"/>
        </w:rPr>
        <w:t xml:space="preserve"> Well, it means if you're going to build a future, you </w:t>
      </w:r>
      <w:r>
        <w:rPr>
          <w:b w:val="0"/>
          <w:i w:val="0"/>
          <w:smallCaps w:val="0"/>
          <w:strike w:val="0"/>
          <w:sz w:val="16"/>
          <w:u w:val="none"/>
        </w:rPr>
        <w:t>have to</w:t>
      </w:r>
      <w:r>
        <w:rPr>
          <w:b w:val="0"/>
          <w:i w:val="0"/>
          <w:smallCaps w:val="0"/>
          <w:strike w:val="0"/>
          <w:sz w:val="16"/>
          <w:u w:val="none"/>
        </w:rPr>
        <w:t xml:space="preserve"> understand </w:t>
      </w:r>
      <w:r>
        <w:rPr>
          <w:b w:val="0"/>
          <w:i w:val="0"/>
          <w:smallCaps w:val="0"/>
          <w:strike w:val="0"/>
          <w:sz w:val="22"/>
          <w:u w:val="single"/>
        </w:rPr>
        <w:t xml:space="preserve">it's the future premised on freedom, </w:t>
      </w:r>
      <w:r>
        <w:rPr>
          <w:b w:val="0"/>
          <w:i w:val="0"/>
          <w:smallCaps w:val="0"/>
          <w:strike w:val="0"/>
          <w:sz w:val="22"/>
          <w:highlight w:val="green"/>
          <w:u w:val="single"/>
        </w:rPr>
        <w:t>but</w:t>
      </w:r>
      <w:r>
        <w:rPr>
          <w:b w:val="0"/>
          <w:i w:val="0"/>
          <w:smallCaps w:val="0"/>
          <w:strike w:val="0"/>
          <w:sz w:val="22"/>
          <w:u w:val="single"/>
        </w:rPr>
        <w:t xml:space="preserve"> the kind of </w:t>
      </w:r>
      <w:r>
        <w:rPr>
          <w:b/>
          <w:i w:val="0"/>
          <w:smallCaps w:val="0"/>
          <w:strike w:val="0"/>
          <w:sz w:val="22"/>
          <w:highlight w:val="green"/>
          <w:u w:val="single"/>
        </w:rPr>
        <w:t>people who will inherit it</w:t>
      </w:r>
      <w:r>
        <w:rPr>
          <w:b w:val="0"/>
          <w:i w:val="0"/>
          <w:smallCaps w:val="0"/>
          <w:strike w:val="0"/>
          <w:sz w:val="22"/>
          <w:highlight w:val="green"/>
          <w:u w:val="single"/>
        </w:rPr>
        <w:t xml:space="preserve"> and</w:t>
      </w:r>
      <w:r>
        <w:rPr>
          <w:b w:val="0"/>
          <w:i w:val="0"/>
          <w:smallCaps w:val="0"/>
          <w:strike w:val="0"/>
          <w:sz w:val="22"/>
          <w:u w:val="single"/>
        </w:rPr>
        <w:t xml:space="preserve"> the kind of </w:t>
      </w:r>
      <w:r>
        <w:rPr>
          <w:b/>
          <w:i w:val="0"/>
          <w:smallCaps w:val="0"/>
          <w:strike w:val="0"/>
          <w:sz w:val="22"/>
          <w:highlight w:val="green"/>
          <w:u w:val="single"/>
        </w:rPr>
        <w:t>people they may even become</w:t>
      </w:r>
      <w:r>
        <w:rPr>
          <w:b w:val="0"/>
          <w:i w:val="0"/>
          <w:smallCaps w:val="0"/>
          <w:strike w:val="0"/>
          <w:sz w:val="22"/>
          <w:u w:val="single"/>
        </w:rPr>
        <w:t xml:space="preserve"> may be </w:t>
      </w:r>
      <w:r>
        <w:rPr>
          <w:b/>
          <w:i w:val="0"/>
          <w:smallCaps w:val="0"/>
          <w:strike w:val="0"/>
          <w:sz w:val="22"/>
          <w:u w:val="single"/>
        </w:rPr>
        <w:t>radically different</w:t>
      </w:r>
      <w:r>
        <w:rPr>
          <w:b w:val="0"/>
          <w:i w:val="0"/>
          <w:smallCaps w:val="0"/>
          <w:strike w:val="0"/>
          <w:sz w:val="22"/>
          <w:u w:val="single"/>
        </w:rPr>
        <w:t xml:space="preserve"> than what you envision.</w:t>
      </w:r>
      <w:r>
        <w:rPr>
          <w:b w:val="0"/>
          <w:i w:val="0"/>
          <w:smallCaps w:val="0"/>
          <w:strike w:val="0"/>
          <w:sz w:val="16"/>
          <w:u w:val="none"/>
        </w:rPr>
        <w:t xml:space="preserve"> The people who fought for our freedoms today, for instance, never thought of a world of trans people and different kinds of racial formations and political relations and religious formations. They never imagined that, but the fact of the matter, if they're committed to freedom, it means that </w:t>
      </w:r>
      <w:r>
        <w:rPr>
          <w:b w:val="0"/>
          <w:i w:val="0"/>
          <w:smallCaps w:val="0"/>
          <w:strike w:val="0"/>
          <w:sz w:val="22"/>
          <w:u w:val="single"/>
        </w:rPr>
        <w:t xml:space="preserve">we </w:t>
      </w:r>
      <w:r>
        <w:rPr>
          <w:b w:val="0"/>
          <w:i w:val="0"/>
          <w:smallCaps w:val="0"/>
          <w:strike w:val="0"/>
          <w:sz w:val="22"/>
          <w:u w:val="single"/>
        </w:rPr>
        <w:t>have to</w:t>
      </w:r>
      <w:r>
        <w:rPr>
          <w:b w:val="0"/>
          <w:i w:val="0"/>
          <w:smallCaps w:val="0"/>
          <w:strike w:val="0"/>
          <w:sz w:val="22"/>
          <w:u w:val="single"/>
        </w:rPr>
        <w:t xml:space="preserve"> find and build a world in which we can live because the world, </w:t>
      </w:r>
      <w:r>
        <w:rPr>
          <w:b w:val="0"/>
          <w:i w:val="0"/>
          <w:smallCaps w:val="0"/>
          <w:strike w:val="0"/>
          <w:sz w:val="22"/>
          <w:highlight w:val="green"/>
          <w:u w:val="single"/>
        </w:rPr>
        <w:t xml:space="preserve">we can live in is a world that </w:t>
      </w:r>
      <w:r>
        <w:rPr>
          <w:b/>
          <w:i w:val="0"/>
          <w:smallCaps w:val="0"/>
          <w:strike w:val="0"/>
          <w:sz w:val="22"/>
          <w:highlight w:val="green"/>
          <w:u w:val="single"/>
        </w:rPr>
        <w:t>for them is not livable</w:t>
      </w:r>
      <w:r>
        <w:rPr>
          <w:b w:val="0"/>
          <w:i w:val="0"/>
          <w:smallCaps w:val="0"/>
          <w:strike w:val="0"/>
          <w:sz w:val="22"/>
          <w:highlight w:val="green"/>
          <w:u w:val="single"/>
        </w:rPr>
        <w:t>.</w:t>
      </w:r>
      <w:r>
        <w:rPr>
          <w:b w:val="0"/>
          <w:i w:val="0"/>
          <w:smallCaps w:val="0"/>
          <w:strike w:val="0"/>
          <w:sz w:val="22"/>
          <w:u w:val="single"/>
        </w:rPr>
        <w:t xml:space="preserve"> </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