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law sustains and cements racial inequalities by maintaining a veil of race neutrality which masks its racist origins and naturalizes knowledge as white property. </w:t>
      </w:r>
    </w:p>
    <w:p>
      <w:pPr>
        <w:spacing w:after="80"/>
      </w:pPr>
      <w:r>
        <w:rPr>
          <w:b/>
          <w:i w:val="0"/>
          <w:smallCaps w:val="0"/>
          <w:strike w:val="0"/>
          <w:sz w:val="26"/>
          <w:u w:val="none"/>
        </w:rPr>
        <w:t xml:space="preserve">Vats ‘20 </w:t>
      </w:r>
      <w:r>
        <w:rPr>
          <w:b w:val="0"/>
          <w:i w:val="0"/>
          <w:smallCaps w:val="0"/>
          <w:strike w:val="0"/>
          <w:u w:val="none"/>
        </w:rPr>
        <w:t>[Anjali Vats. “The color of creatorship: intellectual property, race, and the</w:t>
      </w:r>
      <w:r>
        <w:rPr>
          <w:b/>
          <w:i w:val="0"/>
          <w:smallCaps w:val="0"/>
          <w:strike w:val="0"/>
          <w:u w:val="none"/>
        </w:rPr>
        <w:t xml:space="preserve"> </w:t>
      </w:r>
      <w:r>
        <w:rPr>
          <w:b w:val="0"/>
          <w:i w:val="0"/>
          <w:smallCaps w:val="0"/>
          <w:strike w:val="0"/>
          <w:u w:val="none"/>
        </w:rPr>
        <w:t>making of Americans</w:t>
      </w:r>
      <w:r>
        <w:rPr>
          <w:b w:val="0"/>
          <w:i w:val="0"/>
          <w:smallCaps w:val="0"/>
          <w:strike w:val="0"/>
          <w:u w:val="none"/>
        </w:rPr>
        <w:t>.” A</w:t>
      </w:r>
      <w:r>
        <w:rPr>
          <w:b w:val="0"/>
          <w:i w:val="0"/>
          <w:smallCaps w:val="0"/>
          <w:strike w:val="0"/>
          <w:u w:val="none"/>
        </w:rPr>
        <w:t>ccessed Jul. 8</w:t>
      </w:r>
      <w:r>
        <w:rPr>
          <w:b w:val="0"/>
          <w:i w:val="0"/>
          <w:smallCaps w:val="0"/>
          <w:strike w:val="0"/>
          <w:u w:val="none"/>
        </w:rPr>
        <w:t>.</w:t>
      </w:r>
      <w:r>
        <w:rPr>
          <w:b w:val="0"/>
          <w:i w:val="0"/>
          <w:smallCaps w:val="0"/>
          <w:strike w:val="0"/>
          <w:u w:val="none"/>
        </w:rPr>
        <w:t>]//max</w:t>
      </w:r>
    </w:p>
    <w:p>
      <w:pPr>
        <w:spacing w:after="60"/>
      </w:pPr>
      <w:r>
        <w:rPr>
          <w:b w:val="0"/>
          <w:i w:val="0"/>
          <w:smallCaps w:val="0"/>
          <w:strike w:val="0"/>
          <w:sz w:val="16"/>
          <w:u w:val="none"/>
        </w:rPr>
        <w:t>Unsurprisingly</w:t>
      </w:r>
      <w:r>
        <w:rPr>
          <w:b w:val="0"/>
          <w:i w:val="0"/>
          <w:smallCaps w:val="0"/>
          <w:strike w:val="0"/>
          <w:u w:val="none"/>
        </w:rPr>
        <w:t xml:space="preserve">, </w:t>
      </w:r>
      <w:r>
        <w:rPr>
          <w:b w:val="0"/>
          <w:i w:val="0"/>
          <w:smallCaps w:val="0"/>
          <w:strike w:val="0"/>
          <w:highlight w:val="cyan"/>
          <w:u w:val="single"/>
        </w:rPr>
        <w:t>laws</w:t>
      </w:r>
      <w:r>
        <w:rPr>
          <w:b w:val="0"/>
          <w:i w:val="0"/>
          <w:smallCaps w:val="0"/>
          <w:strike w:val="0"/>
          <w:u w:val="single"/>
        </w:rPr>
        <w:t xml:space="preserve">, policies, and discourses </w:t>
      </w:r>
      <w:r>
        <w:rPr>
          <w:b w:val="0"/>
          <w:i w:val="0"/>
          <w:smallCaps w:val="0"/>
          <w:strike w:val="0"/>
          <w:highlight w:val="cyan"/>
          <w:u w:val="single"/>
        </w:rPr>
        <w:t>that “</w:t>
      </w:r>
      <w:r>
        <w:rPr>
          <w:b/>
          <w:i w:val="0"/>
          <w:smallCaps w:val="0"/>
          <w:strike w:val="0"/>
          <w:highlight w:val="cyan"/>
          <w:u w:val="single"/>
        </w:rPr>
        <w:t>did not see race</w:t>
      </w:r>
      <w:r>
        <w:rPr>
          <w:b w:val="0"/>
          <w:i w:val="0"/>
          <w:smallCaps w:val="0"/>
          <w:strike w:val="0"/>
          <w:highlight w:val="cyan"/>
          <w:u w:val="single"/>
        </w:rPr>
        <w:t>” did not remedy</w:t>
      </w:r>
      <w:r>
        <w:rPr>
          <w:b w:val="0"/>
          <w:i w:val="0"/>
          <w:smallCaps w:val="0"/>
          <w:strike w:val="0"/>
          <w:u w:val="single"/>
        </w:rPr>
        <w:t xml:space="preserve"> the persistent structural </w:t>
      </w:r>
      <w:r>
        <w:rPr>
          <w:b w:val="0"/>
          <w:i w:val="0"/>
          <w:smallCaps w:val="0"/>
          <w:strike w:val="0"/>
          <w:highlight w:val="cyan"/>
          <w:u w:val="single"/>
        </w:rPr>
        <w:t>inequalities</w:t>
      </w:r>
      <w:r>
        <w:rPr>
          <w:b w:val="0"/>
          <w:i w:val="0"/>
          <w:smallCaps w:val="0"/>
          <w:strike w:val="0"/>
          <w:u w:val="single"/>
        </w:rPr>
        <w:t xml:space="preserve"> that had resulted </w:t>
      </w:r>
      <w:r>
        <w:rPr>
          <w:b w:val="0"/>
          <w:i w:val="0"/>
          <w:smallCaps w:val="0"/>
          <w:strike w:val="0"/>
          <w:highlight w:val="cyan"/>
          <w:u w:val="single"/>
        </w:rPr>
        <w:t xml:space="preserve">from </w:t>
      </w:r>
      <w:r>
        <w:rPr>
          <w:b/>
          <w:i w:val="0"/>
          <w:smallCaps w:val="0"/>
          <w:strike w:val="0"/>
          <w:highlight w:val="cyan"/>
          <w:u w:val="single"/>
        </w:rPr>
        <w:t>centuries of racism</w:t>
      </w:r>
      <w:r>
        <w:rPr>
          <w:b/>
          <w:i w:val="0"/>
          <w:smallCaps w:val="0"/>
          <w:strike w:val="0"/>
          <w:u w:val="single"/>
        </w:rPr>
        <w:t xml:space="preserve"> and dispossession</w:t>
      </w:r>
      <w:r>
        <w:rPr>
          <w:b w:val="0"/>
          <w:i w:val="0"/>
          <w:smallCaps w:val="0"/>
          <w:strike w:val="0"/>
          <w:u w:val="none"/>
        </w:rPr>
        <w:t xml:space="preserve">. </w:t>
      </w:r>
      <w:r>
        <w:rPr>
          <w:b w:val="0"/>
          <w:i w:val="0"/>
          <w:smallCaps w:val="0"/>
          <w:strike w:val="0"/>
          <w:highlight w:val="cyan"/>
          <w:u w:val="single"/>
        </w:rPr>
        <w:t>They</w:t>
      </w:r>
      <w:r>
        <w:rPr>
          <w:b w:val="0"/>
          <w:i w:val="0"/>
          <w:smallCaps w:val="0"/>
          <w:strike w:val="0"/>
          <w:u w:val="none"/>
        </w:rPr>
        <w:t xml:space="preserve"> </w:t>
      </w:r>
      <w:r>
        <w:rPr>
          <w:b w:val="0"/>
          <w:i w:val="0"/>
          <w:smallCaps w:val="0"/>
          <w:strike w:val="0"/>
          <w:sz w:val="16"/>
          <w:u w:val="none"/>
        </w:rPr>
        <w:t>only</w:t>
      </w:r>
      <w:r>
        <w:rPr>
          <w:b w:val="0"/>
          <w:i w:val="0"/>
          <w:smallCaps w:val="0"/>
          <w:strike w:val="0"/>
          <w:u w:val="none"/>
        </w:rPr>
        <w:t xml:space="preserve"> </w:t>
      </w:r>
      <w:r>
        <w:rPr>
          <w:b w:val="0"/>
          <w:i w:val="0"/>
          <w:smallCaps w:val="0"/>
          <w:strike w:val="0"/>
          <w:highlight w:val="cyan"/>
          <w:u w:val="single"/>
        </w:rPr>
        <w:t>created</w:t>
      </w:r>
      <w:r>
        <w:rPr>
          <w:b w:val="0"/>
          <w:i w:val="0"/>
          <w:smallCaps w:val="0"/>
          <w:strike w:val="0"/>
          <w:u w:val="single"/>
        </w:rPr>
        <w:t xml:space="preserve"> an </w:t>
      </w:r>
      <w:r>
        <w:rPr>
          <w:b w:val="0"/>
          <w:i w:val="0"/>
          <w:smallCaps w:val="0"/>
          <w:strike w:val="0"/>
          <w:highlight w:val="cyan"/>
          <w:u w:val="single"/>
        </w:rPr>
        <w:t>appearance of equality</w:t>
      </w:r>
      <w:r>
        <w:rPr>
          <w:b w:val="0"/>
          <w:i w:val="0"/>
          <w:smallCaps w:val="0"/>
          <w:strike w:val="0"/>
          <w:u w:val="single"/>
        </w:rPr>
        <w:t xml:space="preserve"> that operated as a perpetual alibi </w:t>
      </w:r>
      <w:r>
        <w:rPr>
          <w:b w:val="0"/>
          <w:i w:val="0"/>
          <w:smallCaps w:val="0"/>
          <w:strike w:val="0"/>
          <w:sz w:val="16"/>
          <w:u w:val="none"/>
        </w:rPr>
        <w:t>to claims of race discrimination.</w:t>
      </w:r>
      <w:r>
        <w:rPr>
          <w:b w:val="0"/>
          <w:i w:val="0"/>
          <w:smallCaps w:val="0"/>
          <w:strike w:val="0"/>
          <w:u w:val="none"/>
        </w:rPr>
        <w:t xml:space="preserve"> </w:t>
      </w:r>
      <w:r>
        <w:rPr>
          <w:b w:val="0"/>
          <w:i w:val="0"/>
          <w:smallCaps w:val="0"/>
          <w:strike w:val="0"/>
          <w:sz w:val="16"/>
          <w:u w:val="none"/>
        </w:rPr>
        <w:t>In part, as Jodi</w:t>
      </w:r>
      <w:r>
        <w:rPr>
          <w:b w:val="0"/>
          <w:i w:val="0"/>
          <w:smallCaps w:val="0"/>
          <w:strike w:val="0"/>
          <w:u w:val="none"/>
        </w:rPr>
        <w:t xml:space="preserve"> </w:t>
      </w:r>
      <w:r>
        <w:rPr>
          <w:b w:val="0"/>
          <w:i w:val="0"/>
          <w:smallCaps w:val="0"/>
          <w:strike w:val="0"/>
          <w:u w:val="single"/>
        </w:rPr>
        <w:t xml:space="preserve">Melamed argues, </w:t>
      </w:r>
      <w:r>
        <w:rPr>
          <w:b w:val="0"/>
          <w:i w:val="0"/>
          <w:smallCaps w:val="0"/>
          <w:strike w:val="0"/>
          <w:highlight w:val="cyan"/>
          <w:u w:val="single"/>
        </w:rPr>
        <w:t>racial liberalism</w:t>
      </w:r>
      <w:r>
        <w:rPr>
          <w:b w:val="0"/>
          <w:i w:val="0"/>
          <w:smallCaps w:val="0"/>
          <w:strike w:val="0"/>
          <w:u w:val="single"/>
        </w:rPr>
        <w:t xml:space="preserve"> refers to </w:t>
      </w:r>
      <w:r>
        <w:rPr>
          <w:b w:val="0"/>
          <w:i w:val="0"/>
          <w:smallCaps w:val="0"/>
          <w:strike w:val="0"/>
          <w:highlight w:val="cyan"/>
          <w:u w:val="single"/>
        </w:rPr>
        <w:t>the transition from “mesmerizing</w:t>
      </w:r>
      <w:r>
        <w:rPr>
          <w:b w:val="0"/>
          <w:i w:val="0"/>
          <w:smallCaps w:val="0"/>
          <w:strike w:val="0"/>
          <w:u w:val="single"/>
        </w:rPr>
        <w:t xml:space="preserve"> narratives of the white man’s burden”2 that informed </w:t>
      </w:r>
      <w:r>
        <w:rPr>
          <w:b w:val="0"/>
          <w:i w:val="0"/>
          <w:smallCaps w:val="0"/>
          <w:strike w:val="0"/>
          <w:highlight w:val="cyan"/>
          <w:u w:val="single"/>
        </w:rPr>
        <w:t xml:space="preserve">openly racist </w:t>
      </w:r>
      <w:r>
        <w:rPr>
          <w:b w:val="0"/>
          <w:i w:val="0"/>
          <w:smallCaps w:val="0"/>
          <w:strike w:val="0"/>
          <w:u w:val="single"/>
        </w:rPr>
        <w:t>and</w:t>
      </w:r>
      <w:r>
        <w:rPr>
          <w:b w:val="0"/>
          <w:i w:val="0"/>
          <w:smallCaps w:val="0"/>
          <w:strike w:val="0"/>
          <w:u w:val="single"/>
        </w:rPr>
        <w:t xml:space="preserve"> colonial </w:t>
      </w:r>
      <w:r>
        <w:rPr>
          <w:b w:val="0"/>
          <w:i w:val="0"/>
          <w:smallCaps w:val="0"/>
          <w:strike w:val="0"/>
          <w:highlight w:val="cyan"/>
          <w:u w:val="single"/>
        </w:rPr>
        <w:t>policymaking to</w:t>
      </w:r>
      <w:r>
        <w:rPr>
          <w:b w:val="0"/>
          <w:i w:val="0"/>
          <w:smallCaps w:val="0"/>
          <w:strike w:val="0"/>
          <w:u w:val="single"/>
        </w:rPr>
        <w:t xml:space="preserve"> “liberal </w:t>
      </w:r>
      <w:r>
        <w:rPr>
          <w:b w:val="0"/>
          <w:i w:val="0"/>
          <w:smallCaps w:val="0"/>
          <w:strike w:val="0"/>
          <w:u w:val="single"/>
        </w:rPr>
        <w:t>antiracisms</w:t>
      </w:r>
      <w:r>
        <w:rPr>
          <w:b w:val="0"/>
          <w:i w:val="0"/>
          <w:smallCaps w:val="0"/>
          <w:strike w:val="0"/>
          <w:u w:val="none"/>
        </w:rPr>
        <w:t>—</w:t>
      </w:r>
      <w:r>
        <w:rPr>
          <w:b/>
          <w:i w:val="0"/>
          <w:smallCaps w:val="0"/>
          <w:strike w:val="0"/>
          <w:u w:val="single"/>
        </w:rPr>
        <w:t xml:space="preserve">of reform, of </w:t>
      </w:r>
      <w:r>
        <w:rPr>
          <w:b/>
          <w:i w:val="0"/>
          <w:smallCaps w:val="0"/>
          <w:strike w:val="0"/>
          <w:highlight w:val="cyan"/>
          <w:u w:val="single"/>
        </w:rPr>
        <w:t>colorblindness</w:t>
      </w:r>
      <w:r>
        <w:rPr>
          <w:b w:val="0"/>
          <w:i w:val="0"/>
          <w:smallCaps w:val="0"/>
          <w:strike w:val="0"/>
          <w:u w:val="none"/>
        </w:rPr>
        <w:t xml:space="preserve">, </w:t>
      </w:r>
      <w:r>
        <w:rPr>
          <w:b w:val="0"/>
          <w:i w:val="0"/>
          <w:smallCaps w:val="0"/>
          <w:strike w:val="0"/>
          <w:sz w:val="16"/>
          <w:u w:val="none"/>
        </w:rPr>
        <w:t xml:space="preserve">of diversity in a </w:t>
      </w:r>
      <w:r>
        <w:rPr>
          <w:b w:val="0"/>
          <w:i w:val="0"/>
          <w:smallCaps w:val="0"/>
          <w:strike w:val="0"/>
          <w:sz w:val="16"/>
          <w:u w:val="none"/>
        </w:rPr>
        <w:t>postracial</w:t>
      </w:r>
      <w:r>
        <w:rPr>
          <w:b w:val="0"/>
          <w:i w:val="0"/>
          <w:smallCaps w:val="0"/>
          <w:strike w:val="0"/>
          <w:sz w:val="16"/>
          <w:u w:val="none"/>
        </w:rPr>
        <w:t xml:space="preserve"> world—</w:t>
      </w:r>
      <w:r>
        <w:rPr>
          <w:b w:val="0"/>
          <w:i w:val="0"/>
          <w:smallCaps w:val="0"/>
          <w:strike w:val="0"/>
          <w:highlight w:val="cyan"/>
          <w:u w:val="single"/>
        </w:rPr>
        <w:t>that explained</w:t>
      </w:r>
      <w:r>
        <w:rPr>
          <w:b w:val="0"/>
          <w:i w:val="0"/>
          <w:smallCaps w:val="0"/>
          <w:strike w:val="0"/>
          <w:u w:val="single"/>
        </w:rPr>
        <w:t xml:space="preserve"> (away) </w:t>
      </w:r>
      <w:r>
        <w:rPr>
          <w:b w:val="0"/>
          <w:i w:val="0"/>
          <w:smallCaps w:val="0"/>
          <w:strike w:val="0"/>
          <w:highlight w:val="cyan"/>
          <w:u w:val="single"/>
        </w:rPr>
        <w:t>the inequalities</w:t>
      </w:r>
      <w:r>
        <w:rPr>
          <w:b w:val="0"/>
          <w:i w:val="0"/>
          <w:smallCaps w:val="0"/>
          <w:strike w:val="0"/>
          <w:u w:val="single"/>
        </w:rPr>
        <w:t xml:space="preserve"> of a still-racialized capitalism</w:t>
      </w:r>
      <w:r>
        <w:rPr>
          <w:b w:val="0"/>
          <w:i w:val="0"/>
          <w:smallCaps w:val="0"/>
          <w:strike w:val="0"/>
          <w:u w:val="none"/>
        </w:rPr>
        <w:t>”</w:t>
      </w:r>
      <w:r>
        <w:rPr>
          <w:b w:val="0"/>
          <w:i w:val="0"/>
          <w:smallCaps w:val="0"/>
          <w:strike w:val="0"/>
          <w:sz w:val="16"/>
          <w:u w:val="none"/>
        </w:rPr>
        <w:t xml:space="preserve">3 as official state policy. </w:t>
      </w:r>
      <w:r>
        <w:rPr>
          <w:b w:val="0"/>
          <w:i w:val="0"/>
          <w:smallCaps w:val="0"/>
          <w:strike w:val="0"/>
          <w:u w:val="single"/>
        </w:rPr>
        <w:t>No longer did the management of race entail grappling with structural racism</w:t>
      </w:r>
      <w:r>
        <w:rPr>
          <w:b w:val="0"/>
          <w:i w:val="0"/>
          <w:smallCaps w:val="0"/>
          <w:strike w:val="0"/>
          <w:u w:val="none"/>
        </w:rPr>
        <w:t xml:space="preserve">. </w:t>
      </w:r>
      <w:r>
        <w:rPr>
          <w:b w:val="0"/>
          <w:i w:val="0"/>
          <w:smallCaps w:val="0"/>
          <w:strike w:val="0"/>
          <w:sz w:val="16"/>
          <w:u w:val="none"/>
        </w:rPr>
        <w:t>Instead</w:t>
      </w:r>
      <w:r>
        <w:rPr>
          <w:b w:val="0"/>
          <w:i w:val="0"/>
          <w:smallCaps w:val="0"/>
          <w:strike w:val="0"/>
          <w:u w:val="none"/>
        </w:rPr>
        <w:t xml:space="preserve">, </w:t>
      </w:r>
      <w:r>
        <w:rPr>
          <w:b w:val="0"/>
          <w:i w:val="0"/>
          <w:smallCaps w:val="0"/>
          <w:strike w:val="0"/>
          <w:highlight w:val="cyan"/>
          <w:u w:val="single"/>
        </w:rPr>
        <w:t>anti-racism required</w:t>
      </w:r>
      <w:r>
        <w:rPr>
          <w:b w:val="0"/>
          <w:i w:val="0"/>
          <w:smallCaps w:val="0"/>
          <w:strike w:val="0"/>
          <w:u w:val="none"/>
        </w:rPr>
        <w:t xml:space="preserve"> </w:t>
      </w:r>
      <w:r>
        <w:rPr>
          <w:b w:val="0"/>
          <w:i w:val="0"/>
          <w:smallCaps w:val="0"/>
          <w:strike w:val="0"/>
          <w:sz w:val="16"/>
          <w:u w:val="none"/>
        </w:rPr>
        <w:t>citizens, policymakers, and</w:t>
      </w:r>
      <w:r>
        <w:rPr>
          <w:b w:val="0"/>
          <w:i w:val="0"/>
          <w:smallCaps w:val="0"/>
          <w:strike w:val="0"/>
          <w:u w:val="none"/>
        </w:rPr>
        <w:t xml:space="preserve"> </w:t>
      </w:r>
      <w:r>
        <w:rPr>
          <w:b w:val="0"/>
          <w:i w:val="0"/>
          <w:smallCaps w:val="0"/>
          <w:strike w:val="0"/>
          <w:u w:val="single"/>
        </w:rPr>
        <w:t xml:space="preserve">lawmakers to adopt </w:t>
      </w:r>
      <w:r>
        <w:rPr>
          <w:b w:val="0"/>
          <w:i w:val="0"/>
          <w:smallCaps w:val="0"/>
          <w:strike w:val="0"/>
          <w:highlight w:val="cyan"/>
          <w:u w:val="single"/>
        </w:rPr>
        <w:t>colorblind universalism</w:t>
      </w:r>
      <w:r>
        <w:rPr>
          <w:b w:val="0"/>
          <w:i w:val="0"/>
          <w:smallCaps w:val="0"/>
          <w:strike w:val="0"/>
          <w:u w:val="none"/>
        </w:rPr>
        <w:t xml:space="preserve">, </w:t>
      </w:r>
      <w:r>
        <w:rPr>
          <w:b w:val="0"/>
          <w:i w:val="0"/>
          <w:smallCaps w:val="0"/>
          <w:strike w:val="0"/>
          <w:sz w:val="16"/>
          <w:u w:val="none"/>
        </w:rPr>
        <w:t>a form of thinking that identified racism and the effects of</w:t>
      </w:r>
      <w:r>
        <w:rPr>
          <w:b w:val="0"/>
          <w:i w:val="0"/>
          <w:smallCaps w:val="0"/>
          <w:strike w:val="0"/>
          <w:u w:val="none"/>
        </w:rPr>
        <w:t xml:space="preserve"> </w:t>
      </w:r>
      <w:r>
        <w:rPr>
          <w:b w:val="0"/>
          <w:i w:val="0"/>
          <w:smallCaps w:val="0"/>
          <w:strike w:val="0"/>
          <w:highlight w:val="cyan"/>
          <w:u w:val="single"/>
        </w:rPr>
        <w:t>racism as individual matters</w:t>
      </w:r>
      <w:r>
        <w:rPr>
          <w:b w:val="0"/>
          <w:i w:val="0"/>
          <w:smallCaps w:val="0"/>
          <w:strike w:val="0"/>
          <w:u w:val="single"/>
        </w:rPr>
        <w:t>, not structural ones</w:t>
      </w:r>
      <w:r>
        <w:rPr>
          <w:b w:val="0"/>
          <w:i w:val="0"/>
          <w:smallCaps w:val="0"/>
          <w:strike w:val="0"/>
          <w:u w:val="none"/>
        </w:rPr>
        <w:t xml:space="preserve">, and </w:t>
      </w:r>
      <w:r>
        <w:rPr>
          <w:b w:val="0"/>
          <w:i w:val="0"/>
          <w:smallCaps w:val="0"/>
          <w:strike w:val="0"/>
          <w:highlight w:val="cyan"/>
          <w:u w:val="single"/>
        </w:rPr>
        <w:t>emphasized</w:t>
      </w:r>
      <w:r>
        <w:rPr>
          <w:b w:val="0"/>
          <w:i w:val="0"/>
          <w:smallCaps w:val="0"/>
          <w:strike w:val="0"/>
          <w:u w:val="single"/>
        </w:rPr>
        <w:t xml:space="preserve"> individual </w:t>
      </w:r>
      <w:r>
        <w:rPr>
          <w:b w:val="0"/>
          <w:i w:val="0"/>
          <w:smallCaps w:val="0"/>
          <w:strike w:val="0"/>
          <w:highlight w:val="cyan"/>
          <w:u w:val="single"/>
        </w:rPr>
        <w:t>rights and formal equality</w:t>
      </w:r>
      <w:r>
        <w:rPr>
          <w:b w:val="0"/>
          <w:i w:val="0"/>
          <w:smallCaps w:val="0"/>
          <w:strike w:val="0"/>
          <w:u w:val="none"/>
        </w:rPr>
        <w:t xml:space="preserve"> </w:t>
      </w:r>
      <w:r>
        <w:rPr>
          <w:b w:val="0"/>
          <w:i w:val="0"/>
          <w:smallCaps w:val="0"/>
          <w:strike w:val="0"/>
          <w:sz w:val="16"/>
          <w:u w:val="none"/>
        </w:rPr>
        <w:t>as the paths to racial justice. The effect of</w:t>
      </w:r>
      <w:r>
        <w:rPr>
          <w:b w:val="0"/>
          <w:i w:val="0"/>
          <w:smallCaps w:val="0"/>
          <w:strike w:val="0"/>
          <w:u w:val="none"/>
        </w:rPr>
        <w:t xml:space="preserve"> </w:t>
      </w:r>
      <w:r>
        <w:rPr>
          <w:b w:val="0"/>
          <w:i w:val="0"/>
          <w:smallCaps w:val="0"/>
          <w:strike w:val="0"/>
          <w:u w:val="single"/>
        </w:rPr>
        <w:t>the turn</w:t>
      </w:r>
      <w:r>
        <w:rPr>
          <w:b w:val="0"/>
          <w:i w:val="0"/>
          <w:smallCaps w:val="0"/>
          <w:strike w:val="0"/>
          <w:u w:val="none"/>
        </w:rPr>
        <w:t xml:space="preserve"> toward racial liberalism </w:t>
      </w:r>
      <w:r>
        <w:rPr>
          <w:b w:val="0"/>
          <w:i w:val="0"/>
          <w:smallCaps w:val="0"/>
          <w:strike w:val="0"/>
          <w:u w:val="single"/>
        </w:rPr>
        <w:t xml:space="preserve">was </w:t>
      </w:r>
      <w:r>
        <w:rPr>
          <w:b w:val="0"/>
          <w:i w:val="0"/>
          <w:smallCaps w:val="0"/>
          <w:strike w:val="0"/>
          <w:highlight w:val="cyan"/>
          <w:u w:val="single"/>
        </w:rPr>
        <w:t>to protect white supremacy</w:t>
      </w:r>
      <w:r>
        <w:rPr>
          <w:b w:val="0"/>
          <w:i w:val="0"/>
          <w:smallCaps w:val="0"/>
          <w:strike w:val="0"/>
          <w:u w:val="none"/>
        </w:rPr>
        <w:t xml:space="preserve"> </w:t>
      </w:r>
      <w:r>
        <w:rPr>
          <w:b w:val="0"/>
          <w:i w:val="0"/>
          <w:smallCaps w:val="0"/>
          <w:strike w:val="0"/>
          <w:sz w:val="16"/>
          <w:u w:val="none"/>
        </w:rPr>
        <w:t>in novel and less-overt ways, often</w:t>
      </w:r>
      <w:r>
        <w:rPr>
          <w:b w:val="0"/>
          <w:i w:val="0"/>
          <w:smallCaps w:val="0"/>
          <w:strike w:val="0"/>
          <w:u w:val="none"/>
        </w:rPr>
        <w:t xml:space="preserve"> </w:t>
      </w:r>
      <w:r>
        <w:rPr>
          <w:b w:val="0"/>
          <w:i w:val="0"/>
          <w:smallCaps w:val="0"/>
          <w:strike w:val="0"/>
          <w:u w:val="single"/>
        </w:rPr>
        <w:t xml:space="preserve">through the mobilization of coded language </w:t>
      </w:r>
      <w:r>
        <w:rPr>
          <w:b w:val="0"/>
          <w:i w:val="0"/>
          <w:smallCaps w:val="0"/>
          <w:strike w:val="0"/>
          <w:sz w:val="16"/>
          <w:u w:val="none"/>
        </w:rPr>
        <w:t xml:space="preserve">that could not be easily discredited. </w:t>
      </w:r>
      <w:r>
        <w:rPr>
          <w:b w:val="0"/>
          <w:i w:val="0"/>
          <w:smallCaps w:val="0"/>
          <w:strike w:val="0"/>
          <w:highlight w:val="cyan"/>
          <w:u w:val="single"/>
        </w:rPr>
        <w:t>Racial liberalism</w:t>
      </w:r>
      <w:r>
        <w:rPr>
          <w:b w:val="0"/>
          <w:i w:val="0"/>
          <w:smallCaps w:val="0"/>
          <w:strike w:val="0"/>
          <w:u w:val="none"/>
        </w:rPr>
        <w:t xml:space="preserve"> </w:t>
      </w:r>
      <w:r>
        <w:rPr>
          <w:b w:val="0"/>
          <w:i w:val="0"/>
          <w:smallCaps w:val="0"/>
          <w:strike w:val="0"/>
          <w:sz w:val="16"/>
          <w:u w:val="none"/>
        </w:rPr>
        <w:t xml:space="preserve">“instantiated a new worldwide racial project that completely supplemented and </w:t>
      </w:r>
      <w:r>
        <w:rPr>
          <w:b w:val="0"/>
          <w:i w:val="0"/>
          <w:smallCaps w:val="0"/>
          <w:strike w:val="0"/>
          <w:highlight w:val="cyan"/>
          <w:u w:val="single"/>
        </w:rPr>
        <w:t>displaced its predecessor</w:t>
      </w:r>
      <w:r>
        <w:rPr>
          <w:b w:val="0"/>
          <w:i w:val="0"/>
          <w:smallCaps w:val="0"/>
          <w:strike w:val="0"/>
          <w:u w:val="none"/>
        </w:rPr>
        <w:t xml:space="preserve">: </w:t>
      </w:r>
      <w:r>
        <w:rPr>
          <w:b w:val="0"/>
          <w:i w:val="0"/>
          <w:smallCaps w:val="0"/>
          <w:strike w:val="0"/>
          <w:sz w:val="16"/>
          <w:u w:val="none"/>
        </w:rPr>
        <w:t>a formally anti-racist, liberal-capitalist modernity articulated under conditions of US global ascendancy.”4 Nikhil Pal Singh’s understanding of race in the world of racial liberalism, as a set of “historic repertoires and</w:t>
      </w:r>
      <w:r>
        <w:rPr>
          <w:b w:val="0"/>
          <w:i w:val="0"/>
          <w:smallCaps w:val="0"/>
          <w:strike w:val="0"/>
          <w:u w:val="none"/>
        </w:rPr>
        <w:t xml:space="preserve"> </w:t>
      </w:r>
      <w:r>
        <w:rPr>
          <w:b w:val="0"/>
          <w:i w:val="0"/>
          <w:smallCaps w:val="0"/>
          <w:strike w:val="0"/>
          <w:highlight w:val="cyan"/>
          <w:u w:val="single"/>
        </w:rPr>
        <w:t>cultural</w:t>
      </w:r>
      <w:r>
        <w:rPr>
          <w:b w:val="0"/>
          <w:i w:val="0"/>
          <w:smallCaps w:val="0"/>
          <w:strike w:val="0"/>
          <w:u w:val="none"/>
        </w:rPr>
        <w:t xml:space="preserve"> </w:t>
      </w:r>
      <w:r>
        <w:rPr>
          <w:b w:val="0"/>
          <w:i w:val="0"/>
          <w:smallCaps w:val="0"/>
          <w:strike w:val="0"/>
          <w:sz w:val="16"/>
          <w:u w:val="none"/>
        </w:rPr>
        <w:t>and signifying</w:t>
      </w:r>
      <w:r>
        <w:rPr>
          <w:b w:val="0"/>
          <w:i w:val="0"/>
          <w:smallCaps w:val="0"/>
          <w:strike w:val="0"/>
          <w:u w:val="none"/>
        </w:rPr>
        <w:t xml:space="preserve"> </w:t>
      </w:r>
      <w:r>
        <w:rPr>
          <w:b/>
          <w:i w:val="0"/>
          <w:smallCaps w:val="0"/>
          <w:strike w:val="0"/>
          <w:highlight w:val="cyan"/>
          <w:u w:val="single"/>
        </w:rPr>
        <w:t>systems that stigmatize</w:t>
      </w:r>
      <w:r>
        <w:rPr>
          <w:b/>
          <w:i w:val="0"/>
          <w:smallCaps w:val="0"/>
          <w:strike w:val="0"/>
          <w:u w:val="single"/>
        </w:rPr>
        <w:t xml:space="preserve"> and depreciate </w:t>
      </w:r>
      <w:r>
        <w:rPr>
          <w:b/>
          <w:i w:val="0"/>
          <w:smallCaps w:val="0"/>
          <w:strike w:val="0"/>
          <w:highlight w:val="cyan"/>
          <w:u w:val="single"/>
        </w:rPr>
        <w:t>one form of humanity for the purposes of another’s</w:t>
      </w:r>
      <w:r>
        <w:rPr>
          <w:b/>
          <w:i w:val="0"/>
          <w:smallCaps w:val="0"/>
          <w:strike w:val="0"/>
          <w:u w:val="single"/>
        </w:rPr>
        <w:t xml:space="preserve"> health, </w:t>
      </w:r>
      <w:r>
        <w:rPr>
          <w:b/>
          <w:i w:val="0"/>
          <w:smallCaps w:val="0"/>
          <w:strike w:val="0"/>
          <w:highlight w:val="cyan"/>
          <w:u w:val="single"/>
        </w:rPr>
        <w:t>development</w:t>
      </w:r>
      <w:r>
        <w:rPr>
          <w:b/>
          <w:i w:val="0"/>
          <w:smallCaps w:val="0"/>
          <w:strike w:val="0"/>
          <w:u w:val="single"/>
        </w:rPr>
        <w:t xml:space="preserve">, safety, </w:t>
      </w:r>
      <w:r>
        <w:rPr>
          <w:b/>
          <w:i w:val="0"/>
          <w:smallCaps w:val="0"/>
          <w:strike w:val="0"/>
          <w:highlight w:val="cyan"/>
          <w:u w:val="single"/>
        </w:rPr>
        <w:t>profit or pleasure</w:t>
      </w:r>
      <w:r>
        <w:rPr>
          <w:b w:val="0"/>
          <w:i w:val="0"/>
          <w:smallCaps w:val="0"/>
          <w:strike w:val="0"/>
          <w:u w:val="none"/>
        </w:rPr>
        <w:t>,”</w:t>
      </w:r>
      <w:r>
        <w:rPr>
          <w:b w:val="0"/>
          <w:i w:val="0"/>
          <w:smallCaps w:val="0"/>
          <w:strike w:val="0"/>
          <w:sz w:val="16"/>
          <w:u w:val="none"/>
        </w:rPr>
        <w:t xml:space="preserve">5 gestures toward the importance of </w:t>
      </w:r>
      <w:r>
        <w:rPr>
          <w:b w:val="0"/>
          <w:i w:val="0"/>
          <w:smallCaps w:val="0"/>
          <w:strike w:val="0"/>
          <w:sz w:val="16"/>
          <w:u w:val="single"/>
        </w:rPr>
        <w:t>racial scripts in sustaining racial inequality</w:t>
      </w:r>
      <w:r>
        <w:rPr>
          <w:b w:val="0"/>
          <w:i w:val="0"/>
          <w:smallCaps w:val="0"/>
          <w:strike w:val="0"/>
          <w:sz w:val="16"/>
          <w:u w:val="none"/>
        </w:rPr>
        <w:t xml:space="preserve"> even in a world of purported colorblind universalism.</w:t>
      </w:r>
      <w:r>
        <w:rPr>
          <w:b w:val="0"/>
          <w:i w:val="0"/>
          <w:smallCaps w:val="0"/>
          <w:strike w:val="0"/>
          <w:u w:val="none"/>
        </w:rPr>
        <w:t xml:space="preserve"> </w:t>
      </w:r>
      <w:r>
        <w:rPr>
          <w:b w:val="0"/>
          <w:i w:val="0"/>
          <w:smallCaps w:val="0"/>
          <w:strike w:val="0"/>
          <w:highlight w:val="cyan"/>
          <w:u w:val="single"/>
        </w:rPr>
        <w:t>Even as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w:t>
      </w:r>
      <w:r>
        <w:rPr>
          <w:b w:val="0"/>
          <w:i w:val="0"/>
          <w:smallCaps w:val="0"/>
          <w:strike w:val="0"/>
          <w:u w:val="single"/>
        </w:rPr>
        <w:t xml:space="preserve"> </w:t>
      </w:r>
      <w:r>
        <w:rPr>
          <w:b w:val="0"/>
          <w:i w:val="0"/>
          <w:smallCaps w:val="0"/>
          <w:strike w:val="0"/>
          <w:highlight w:val="cyan"/>
          <w:u w:val="single"/>
        </w:rPr>
        <w:t>moved toward desegregation</w:t>
      </w:r>
      <w:r>
        <w:rPr>
          <w:b w:val="0"/>
          <w:i w:val="0"/>
          <w:smallCaps w:val="0"/>
          <w:strike w:val="0"/>
          <w:u w:val="none"/>
        </w:rPr>
        <w:t xml:space="preserve"> </w:t>
      </w:r>
      <w:r>
        <w:rPr>
          <w:b w:val="0"/>
          <w:i w:val="0"/>
          <w:smallCaps w:val="0"/>
          <w:strike w:val="0"/>
          <w:sz w:val="16"/>
          <w:u w:val="none"/>
        </w:rPr>
        <w:t>and equality,</w:t>
      </w:r>
      <w:r>
        <w:rPr>
          <w:b w:val="0"/>
          <w:i w:val="0"/>
          <w:smallCaps w:val="0"/>
          <w:strike w:val="0"/>
          <w:u w:val="none"/>
        </w:rPr>
        <w:t xml:space="preserve"> </w:t>
      </w:r>
      <w:r>
        <w:rPr>
          <w:b w:val="0"/>
          <w:i w:val="0"/>
          <w:smallCaps w:val="0"/>
          <w:strike w:val="0"/>
          <w:u w:val="single"/>
        </w:rPr>
        <w:t xml:space="preserve">national </w:t>
      </w:r>
      <w:r>
        <w:rPr>
          <w:b w:val="0"/>
          <w:i w:val="0"/>
          <w:smallCaps w:val="0"/>
          <w:strike w:val="0"/>
          <w:highlight w:val="cyan"/>
          <w:u w:val="single"/>
        </w:rPr>
        <w:t>conservatism</w:t>
      </w:r>
      <w:r>
        <w:rPr>
          <w:b w:val="0"/>
          <w:i w:val="0"/>
          <w:smallCaps w:val="0"/>
          <w:strike w:val="0"/>
          <w:u w:val="single"/>
        </w:rPr>
        <w:t xml:space="preserve"> around race and capitalism </w:t>
      </w:r>
      <w:r>
        <w:rPr>
          <w:b w:val="0"/>
          <w:i w:val="0"/>
          <w:smallCaps w:val="0"/>
          <w:strike w:val="0"/>
          <w:highlight w:val="cyan"/>
          <w:u w:val="single"/>
        </w:rPr>
        <w:t>entrenched systematic oppression</w:t>
      </w:r>
      <w:r>
        <w:rPr>
          <w:b w:val="0"/>
          <w:i w:val="0"/>
          <w:smallCaps w:val="0"/>
          <w:strike w:val="0"/>
          <w:u w:val="none"/>
        </w:rPr>
        <w:t xml:space="preserve">, </w:t>
      </w:r>
      <w:r>
        <w:rPr>
          <w:b w:val="0"/>
          <w:i w:val="0"/>
          <w:smallCaps w:val="0"/>
          <w:strike w:val="0"/>
          <w:sz w:val="16"/>
          <w:u w:val="none"/>
        </w:rPr>
        <w:t>albeit in ways that were less overt than in previous eras. This chapter examines how</w:t>
      </w:r>
      <w:r>
        <w:rPr>
          <w:b w:val="0"/>
          <w:i w:val="0"/>
          <w:smallCaps w:val="0"/>
          <w:strike w:val="0"/>
          <w:u w:val="none"/>
        </w:rPr>
        <w:t xml:space="preserve"> </w:t>
      </w:r>
      <w:r>
        <w:rPr>
          <w:b/>
          <w:i w:val="0"/>
          <w:smallCaps w:val="0"/>
          <w:strike w:val="0"/>
          <w:highlight w:val="cyan"/>
          <w:u w:val="single"/>
        </w:rPr>
        <w:t>i</w:t>
      </w:r>
      <w:r>
        <w:rPr>
          <w:b/>
          <w:i w:val="0"/>
          <w:smallCaps w:val="0"/>
          <w:strike w:val="0"/>
          <w:u w:val="single"/>
        </w:rPr>
        <w:t xml:space="preserve">ntellectual </w:t>
      </w:r>
      <w:r>
        <w:rPr>
          <w:b/>
          <w:i w:val="0"/>
          <w:smallCaps w:val="0"/>
          <w:strike w:val="0"/>
          <w:highlight w:val="cyan"/>
          <w:u w:val="single"/>
        </w:rPr>
        <w:t>p</w:t>
      </w:r>
      <w:r>
        <w:rPr>
          <w:b/>
          <w:i w:val="0"/>
          <w:smallCaps w:val="0"/>
          <w:strike w:val="0"/>
          <w:u w:val="single"/>
        </w:rPr>
        <w:t xml:space="preserve">roperty </w:t>
      </w:r>
      <w:r>
        <w:rPr>
          <w:b/>
          <w:i w:val="0"/>
          <w:smallCaps w:val="0"/>
          <w:strike w:val="0"/>
          <w:highlight w:val="cyan"/>
          <w:u w:val="single"/>
        </w:rPr>
        <w:t>law</w:t>
      </w:r>
      <w:r>
        <w:rPr>
          <w:b/>
          <w:i w:val="0"/>
          <w:smallCaps w:val="0"/>
          <w:strike w:val="0"/>
          <w:u w:val="none"/>
        </w:rPr>
        <w:t xml:space="preserve"> </w:t>
      </w:r>
      <w:r>
        <w:rPr>
          <w:b/>
          <w:i w:val="0"/>
          <w:smallCaps w:val="0"/>
          <w:strike w:val="0"/>
          <w:u w:val="single"/>
        </w:rPr>
        <w:t xml:space="preserve">continued to </w:t>
      </w:r>
      <w:r>
        <w:rPr>
          <w:b/>
          <w:i w:val="0"/>
          <w:smallCaps w:val="0"/>
          <w:strike w:val="0"/>
          <w:highlight w:val="cyan"/>
          <w:u w:val="single"/>
        </w:rPr>
        <w:t>construct racialized understandings</w:t>
      </w:r>
      <w:r>
        <w:rPr>
          <w:b/>
          <w:i w:val="0"/>
          <w:smallCaps w:val="0"/>
          <w:strike w:val="0"/>
          <w:u w:val="none"/>
        </w:rPr>
        <w:t xml:space="preserve"> </w:t>
      </w:r>
      <w:r>
        <w:rPr>
          <w:b w:val="0"/>
          <w:i w:val="0"/>
          <w:smallCaps w:val="0"/>
          <w:strike w:val="0"/>
          <w:sz w:val="16"/>
          <w:u w:val="none"/>
        </w:rPr>
        <w:t>of creatorship</w:t>
      </w:r>
      <w:r>
        <w:rPr>
          <w:b w:val="0"/>
          <w:i w:val="0"/>
          <w:smallCaps w:val="0"/>
          <w:strike w:val="0"/>
          <w:u w:val="none"/>
        </w:rPr>
        <w:t xml:space="preserve"> </w:t>
      </w:r>
      <w:r>
        <w:rPr>
          <w:b w:val="0"/>
          <w:i w:val="0"/>
          <w:smallCaps w:val="0"/>
          <w:strike w:val="0"/>
          <w:u w:val="single"/>
        </w:rPr>
        <w:t>through the language of citizenship</w:t>
      </w:r>
      <w:r>
        <w:rPr>
          <w:b w:val="0"/>
          <w:i w:val="0"/>
          <w:smallCaps w:val="0"/>
          <w:strike w:val="0"/>
          <w:u w:val="none"/>
        </w:rPr>
        <w:t xml:space="preserve"> </w:t>
      </w:r>
      <w:r>
        <w:rPr>
          <w:b w:val="0"/>
          <w:i w:val="0"/>
          <w:smallCaps w:val="0"/>
          <w:strike w:val="0"/>
          <w:sz w:val="16"/>
          <w:u w:val="none"/>
        </w:rPr>
        <w:t>and personhood in the post–civil rights era</w:t>
      </w:r>
      <w:r>
        <w:rPr>
          <w:b w:val="0"/>
          <w:i w:val="0"/>
          <w:smallCaps w:val="0"/>
          <w:strike w:val="0"/>
          <w:u w:val="non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rhetorics</w:t>
      </w:r>
      <w:r>
        <w:rPr>
          <w:b w:val="0"/>
          <w:i w:val="0"/>
          <w:smallCaps w:val="0"/>
          <w:strike w:val="0"/>
          <w:highlight w:val="cyan"/>
          <w:u w:val="single"/>
        </w:rPr>
        <w:t xml:space="preserve"> </w:t>
      </w:r>
      <w:r>
        <w:rPr>
          <w:b w:val="0"/>
          <w:i w:val="0"/>
          <w:smallCaps w:val="0"/>
          <w:strike w:val="0"/>
          <w:u w:val="single"/>
        </w:rPr>
        <w:t>were not immune from</w:t>
      </w:r>
      <w:r>
        <w:rPr>
          <w:b w:val="0"/>
          <w:i w:val="0"/>
          <w:smallCaps w:val="0"/>
          <w:strike w:val="0"/>
          <w:u w:val="single"/>
        </w:rPr>
        <w:t xml:space="preserve"> the ideologies and discourses of </w:t>
      </w:r>
      <w:r>
        <w:rPr>
          <w:b w:val="0"/>
          <w:i w:val="0"/>
          <w:smallCaps w:val="0"/>
          <w:strike w:val="0"/>
          <w:highlight w:val="cyan"/>
          <w:u w:val="single"/>
        </w:rPr>
        <w:t>racial liberalism</w:t>
      </w:r>
      <w:r>
        <w:rPr>
          <w:b w:val="0"/>
          <w:i w:val="0"/>
          <w:smallCaps w:val="0"/>
          <w:strike w:val="0"/>
          <w:u w:val="none"/>
        </w:rPr>
        <w:t>—</w:t>
      </w:r>
      <w:r>
        <w:rPr>
          <w:b w:val="0"/>
          <w:i w:val="0"/>
          <w:smallCaps w:val="0"/>
          <w:strike w:val="0"/>
          <w:sz w:val="16"/>
          <w:u w:val="none"/>
        </w:rPr>
        <w:t>in fact, the former and latter</w:t>
      </w:r>
      <w:r>
        <w:rPr>
          <w:b w:val="0"/>
          <w:i w:val="0"/>
          <w:smallCaps w:val="0"/>
          <w:strike w:val="0"/>
          <w:u w:val="none"/>
        </w:rPr>
        <w:t xml:space="preserve"> </w:t>
      </w:r>
      <w:r>
        <w:rPr>
          <w:b/>
          <w:i w:val="0"/>
          <w:smallCaps w:val="0"/>
          <w:strike w:val="0"/>
          <w:highlight w:val="cyan"/>
          <w:u w:val="single"/>
        </w:rPr>
        <w:t>were deeply intertwined</w:t>
      </w:r>
      <w:r>
        <w:rPr>
          <w:b/>
          <w:i w:val="0"/>
          <w:smallCaps w:val="0"/>
          <w:strike w:val="0"/>
          <w:u w:val="single"/>
        </w:rPr>
        <w:t>.</w:t>
      </w:r>
      <w:r>
        <w:rPr>
          <w:b w:val="0"/>
          <w:i w:val="0"/>
          <w:smallCaps w:val="0"/>
          <w:strike w:val="0"/>
          <w:u w:val="none"/>
        </w:rPr>
        <w:t xml:space="preserve"> </w:t>
      </w:r>
      <w:r>
        <w:rPr>
          <w:b w:val="0"/>
          <w:i w:val="0"/>
          <w:smallCaps w:val="0"/>
          <w:strike w:val="0"/>
          <w:sz w:val="16"/>
          <w:u w:val="none"/>
        </w:rPr>
        <w:t>After the civil rights movement</w:t>
      </w:r>
      <w:r>
        <w:rPr>
          <w:b w:val="0"/>
          <w:i w:val="0"/>
          <w:smallCaps w:val="0"/>
          <w:strike w:val="0"/>
          <w:u w:val="none"/>
        </w:rPr>
        <w:t xml:space="preserve">, </w:t>
      </w:r>
      <w:r>
        <w:rPr>
          <w:b w:val="0"/>
          <w:i w:val="0"/>
          <w:smallCaps w:val="0"/>
          <w:strike w:val="0"/>
          <w:highlight w:val="cyan"/>
          <w:u w:val="single"/>
        </w:rPr>
        <w:t>copyright, trademark, and patent law,</w:t>
      </w:r>
      <w:r>
        <w:rPr>
          <w:b w:val="0"/>
          <w:i w:val="0"/>
          <w:smallCaps w:val="0"/>
          <w:strike w:val="0"/>
          <w:u w:val="single"/>
        </w:rPr>
        <w:t xml:space="preserve"> which had in previous eras formally excluded people of color from protection</w:t>
      </w:r>
      <w:r>
        <w:rPr>
          <w:b w:val="0"/>
          <w:i w:val="0"/>
          <w:smallCaps w:val="0"/>
          <w:strike w:val="0"/>
          <w:u w:val="none"/>
        </w:rPr>
        <w:t xml:space="preserve">, </w:t>
      </w:r>
      <w:r>
        <w:rPr>
          <w:b w:val="0"/>
          <w:i w:val="0"/>
          <w:smallCaps w:val="0"/>
          <w:strike w:val="0"/>
          <w:sz w:val="16"/>
          <w:u w:val="none"/>
        </w:rPr>
        <w:t>modernized and</w:t>
      </w:r>
      <w:r>
        <w:rPr>
          <w:b w:val="0"/>
          <w:i w:val="0"/>
          <w:smallCaps w:val="0"/>
          <w:strike w:val="0"/>
          <w:u w:val="none"/>
        </w:rPr>
        <w:t xml:space="preserve"> </w:t>
      </w:r>
      <w:r>
        <w:rPr>
          <w:b w:val="0"/>
          <w:i w:val="0"/>
          <w:smallCaps w:val="0"/>
          <w:strike w:val="0"/>
          <w:highlight w:val="cyan"/>
          <w:u w:val="single"/>
        </w:rPr>
        <w:t>coproduced age-old racial scripts alongside</w:t>
      </w:r>
      <w:r>
        <w:rPr>
          <w:b w:val="0"/>
          <w:i w:val="0"/>
          <w:smallCaps w:val="0"/>
          <w:strike w:val="0"/>
          <w:u w:val="none"/>
        </w:rPr>
        <w:t xml:space="preserve"> </w:t>
      </w:r>
      <w:r>
        <w:rPr>
          <w:b w:val="0"/>
          <w:i w:val="0"/>
          <w:smallCaps w:val="0"/>
          <w:strike w:val="0"/>
          <w:sz w:val="16"/>
          <w:u w:val="none"/>
        </w:rPr>
        <w:t>racially</w:t>
      </w:r>
      <w:r>
        <w:rPr>
          <w:b w:val="0"/>
          <w:i w:val="0"/>
          <w:smallCaps w:val="0"/>
          <w:strike w:val="0"/>
          <w:u w:val="none"/>
        </w:rPr>
        <w:t xml:space="preserve"> </w:t>
      </w:r>
      <w:r>
        <w:rPr>
          <w:b w:val="0"/>
          <w:i w:val="0"/>
          <w:smallCaps w:val="0"/>
          <w:strike w:val="0"/>
          <w:highlight w:val="cyan"/>
          <w:u w:val="single"/>
        </w:rPr>
        <w:t>liberalized</w:t>
      </w:r>
      <w:r>
        <w:rPr>
          <w:b w:val="0"/>
          <w:i w:val="0"/>
          <w:smallCaps w:val="0"/>
          <w:strike w:val="0"/>
          <w:u w:val="single"/>
        </w:rPr>
        <w:t xml:space="preserve"> but persistently </w:t>
      </w:r>
      <w:r>
        <w:rPr>
          <w:b w:val="0"/>
          <w:i w:val="0"/>
          <w:smallCaps w:val="0"/>
          <w:strike w:val="0"/>
          <w:highlight w:val="cyan"/>
          <w:u w:val="single"/>
        </w:rPr>
        <w:t>white discourses</w:t>
      </w:r>
      <w:r>
        <w:rPr>
          <w:b w:val="0"/>
          <w:i w:val="0"/>
          <w:smallCaps w:val="0"/>
          <w:strike w:val="0"/>
          <w:u w:val="none"/>
        </w:rPr>
        <w:t xml:space="preserve"> </w:t>
      </w:r>
      <w:r>
        <w:rPr>
          <w:b w:val="0"/>
          <w:i w:val="0"/>
          <w:smallCaps w:val="0"/>
          <w:strike w:val="0"/>
          <w:sz w:val="16"/>
          <w:u w:val="none"/>
        </w:rPr>
        <w:t>of citizenship and nation. Yet the political, cultural, and doctrinal language of</w:t>
      </w:r>
      <w:r>
        <w:rPr>
          <w:b w:val="0"/>
          <w:i w:val="0"/>
          <w:smallCaps w:val="0"/>
          <w:strike w:val="0"/>
          <w:u w:val="non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w:t>
      </w:r>
      <w:r>
        <w:rPr>
          <w:b w:val="0"/>
          <w:i w:val="0"/>
          <w:smallCaps w:val="0"/>
          <w:strike w:val="0"/>
          <w:u w:val="single"/>
        </w:rPr>
        <w:t xml:space="preserve"> often </w:t>
      </w:r>
      <w:r>
        <w:rPr>
          <w:b/>
          <w:i w:val="0"/>
          <w:smallCaps w:val="0"/>
          <w:strike w:val="0"/>
          <w:highlight w:val="cyan"/>
          <w:u w:val="single"/>
        </w:rPr>
        <w:t>escaped scrutiny.</w:t>
      </w:r>
      <w:r>
        <w:rPr>
          <w:b w:val="0"/>
          <w:i w:val="0"/>
          <w:smallCaps w:val="0"/>
          <w:strike w:val="0"/>
          <w:u w:val="none"/>
        </w:rPr>
        <w:t xml:space="preserve"> Instead, </w:t>
      </w:r>
      <w:r>
        <w:rPr>
          <w:b w:val="0"/>
          <w:i w:val="0"/>
          <w:smallCaps w:val="0"/>
          <w:strike w:val="0"/>
          <w:u w:val="single"/>
        </w:rPr>
        <w:t>it</w:t>
      </w:r>
      <w:r>
        <w:rPr>
          <w:b w:val="0"/>
          <w:i w:val="0"/>
          <w:smallCaps w:val="0"/>
          <w:strike w:val="0"/>
          <w:u w:val="none"/>
        </w:rPr>
        <w:t xml:space="preserve"> continued to </w:t>
      </w:r>
      <w:r>
        <w:rPr>
          <w:b/>
          <w:i w:val="0"/>
          <w:smallCaps w:val="0"/>
          <w:strike w:val="0"/>
          <w:highlight w:val="cyan"/>
          <w:u w:val="single"/>
        </w:rPr>
        <w:t>normalize white knowledge</w:t>
      </w:r>
      <w:r>
        <w:rPr>
          <w:b w:val="0"/>
          <w:i w:val="0"/>
          <w:smallCaps w:val="0"/>
          <w:strike w:val="0"/>
          <w:u w:val="single"/>
        </w:rPr>
        <w:t xml:space="preserve"> production</w:t>
      </w:r>
      <w:r>
        <w:rPr>
          <w:b w:val="0"/>
          <w:i w:val="0"/>
          <w:smallCaps w:val="0"/>
          <w:strike w:val="0"/>
          <w:u w:val="none"/>
        </w:rPr>
        <w:t xml:space="preserve"> </w:t>
      </w:r>
      <w:r>
        <w:rPr>
          <w:b w:val="0"/>
          <w:i w:val="0"/>
          <w:smallCaps w:val="0"/>
          <w:strike w:val="0"/>
          <w:sz w:val="16"/>
          <w:u w:val="none"/>
        </w:rPr>
        <w:t>at the expense of the creatorship of people of color</w:t>
      </w:r>
      <w:r>
        <w:rPr>
          <w:b w:val="0"/>
          <w:i w:val="0"/>
          <w:smallCaps w:val="0"/>
          <w:strike w:val="0"/>
          <w:u w:val="none"/>
        </w:rPr>
        <w:t xml:space="preserve"> </w:t>
      </w:r>
      <w:r>
        <w:rPr>
          <w:b w:val="0"/>
          <w:i w:val="0"/>
          <w:smallCaps w:val="0"/>
          <w:strike w:val="0"/>
          <w:highlight w:val="cyan"/>
          <w:u w:val="single"/>
        </w:rPr>
        <w:t>and used</w:t>
      </w:r>
      <w:r>
        <w:rPr>
          <w:b w:val="0"/>
          <w:i w:val="0"/>
          <w:smallCaps w:val="0"/>
          <w:strike w:val="0"/>
          <w:u w:val="single"/>
        </w:rPr>
        <w:t xml:space="preserve"> purportedly </w:t>
      </w:r>
      <w:r>
        <w:rPr>
          <w:b w:val="0"/>
          <w:i w:val="0"/>
          <w:smallCaps w:val="0"/>
          <w:strike w:val="0"/>
          <w:highlight w:val="cyan"/>
          <w:u w:val="single"/>
        </w:rPr>
        <w:t>race neutral</w:t>
      </w:r>
      <w:r>
        <w:rPr>
          <w:b w:val="0"/>
          <w:i w:val="0"/>
          <w:smallCaps w:val="0"/>
          <w:strike w:val="0"/>
          <w:u w:val="single"/>
        </w:rPr>
        <w:t xml:space="preserve"> legal </w:t>
      </w:r>
      <w:r>
        <w:rPr>
          <w:b w:val="0"/>
          <w:i w:val="0"/>
          <w:smallCaps w:val="0"/>
          <w:strike w:val="0"/>
          <w:highlight w:val="cyan"/>
          <w:u w:val="single"/>
        </w:rPr>
        <w:t xml:space="preserve">language to </w:t>
      </w:r>
      <w:r>
        <w:rPr>
          <w:b/>
          <w:i w:val="0"/>
          <w:smallCaps w:val="0"/>
          <w:strike w:val="0"/>
          <w:highlight w:val="cyan"/>
          <w:u w:val="single"/>
        </w:rPr>
        <w:t>maintain</w:t>
      </w:r>
      <w:r>
        <w:rPr>
          <w:b/>
          <w:i w:val="0"/>
          <w:smallCaps w:val="0"/>
          <w:strike w:val="0"/>
          <w:u w:val="single"/>
        </w:rPr>
        <w:t xml:space="preserve"> systems of </w:t>
      </w:r>
      <w:r>
        <w:rPr>
          <w:b/>
          <w:i w:val="0"/>
          <w:smallCaps w:val="0"/>
          <w:strike w:val="0"/>
          <w:highlight w:val="cyan"/>
          <w:u w:val="single"/>
        </w:rPr>
        <w:t>racial cap</w:t>
      </w:r>
      <w:r>
        <w:rPr>
          <w:b/>
          <w:i w:val="0"/>
          <w:smallCaps w:val="0"/>
          <w:strike w:val="0"/>
          <w:u w:val="single"/>
        </w:rPr>
        <w:t>italism</w:t>
      </w:r>
      <w:r>
        <w:rPr>
          <w:b/>
          <w:i w:val="0"/>
          <w:smallCaps w:val="0"/>
          <w:strike w:val="0"/>
          <w:u w:val="single"/>
        </w:rPr>
        <w:t>.</w:t>
      </w:r>
      <w:r>
        <w:rPr>
          <w:b w:val="0"/>
          <w:i w:val="0"/>
          <w:smallCaps w:val="0"/>
          <w:strike w:val="0"/>
          <w:u w:val="none"/>
        </w:rPr>
        <w:t xml:space="preserve"> </w:t>
      </w:r>
      <w:r>
        <w:rPr>
          <w:b w:val="0"/>
          <w:i w:val="0"/>
          <w:smallCaps w:val="0"/>
          <w:strike w:val="0"/>
          <w:sz w:val="16"/>
          <w:u w:val="none"/>
        </w:rPr>
        <w:t xml:space="preserve">The race liberal creator was a white male genius—a Romantic creator modernized through the language of racial liberalism—whose success was deserved because of his commitment to hard work, ingenuity, and creativity. </w:t>
      </w:r>
      <w:r>
        <w:rPr>
          <w:b w:val="0"/>
          <w:i w:val="0"/>
          <w:smallCaps w:val="0"/>
          <w:strike w:val="0"/>
          <w:u w:val="single"/>
        </w:rPr>
        <w:t xml:space="preserve">Race liberal </w:t>
      </w:r>
      <w:r>
        <w:rPr>
          <w:b w:val="0"/>
          <w:i w:val="0"/>
          <w:smallCaps w:val="0"/>
          <w:strike w:val="0"/>
          <w:highlight w:val="cyan"/>
          <w:u w:val="single"/>
        </w:rPr>
        <w:t xml:space="preserve">creatorship operated </w:t>
      </w:r>
      <w:r>
        <w:rPr>
          <w:b w:val="0"/>
          <w:i w:val="0"/>
          <w:smallCaps w:val="0"/>
          <w:strike w:val="0"/>
          <w:u w:val="single"/>
        </w:rPr>
        <w:t xml:space="preserve">as a tool </w:t>
      </w:r>
      <w:r>
        <w:rPr>
          <w:b w:val="0"/>
          <w:i w:val="0"/>
          <w:smallCaps w:val="0"/>
          <w:strike w:val="0"/>
          <w:highlight w:val="cyan"/>
          <w:u w:val="single"/>
        </w:rPr>
        <w:t>for fueling</w:t>
      </w:r>
      <w:r>
        <w:rPr>
          <w:b w:val="0"/>
          <w:i w:val="0"/>
          <w:smallCaps w:val="0"/>
          <w:strike w:val="0"/>
          <w:u w:val="single"/>
        </w:rPr>
        <w:t xml:space="preserve"> purportedly colorblind American </w:t>
      </w:r>
      <w:r>
        <w:rPr>
          <w:b w:val="0"/>
          <w:i w:val="0"/>
          <w:smallCaps w:val="0"/>
          <w:strike w:val="0"/>
          <w:highlight w:val="cyan"/>
          <w:u w:val="single"/>
        </w:rPr>
        <w:t>nationalism while demonizing p</w:t>
      </w:r>
      <w:r>
        <w:rPr>
          <w:b w:val="0"/>
          <w:i w:val="0"/>
          <w:smallCaps w:val="0"/>
          <w:strike w:val="0"/>
          <w:u w:val="single"/>
        </w:rPr>
        <w:t xml:space="preserve">eople </w:t>
      </w:r>
      <w:r>
        <w:rPr>
          <w:b w:val="0"/>
          <w:i w:val="0"/>
          <w:smallCaps w:val="0"/>
          <w:strike w:val="0"/>
          <w:highlight w:val="cyan"/>
          <w:u w:val="single"/>
        </w:rPr>
        <w:t>o</w:t>
      </w:r>
      <w:r>
        <w:rPr>
          <w:b w:val="0"/>
          <w:i w:val="0"/>
          <w:smallCaps w:val="0"/>
          <w:strike w:val="0"/>
          <w:u w:val="single"/>
        </w:rPr>
        <w:t xml:space="preserve">f </w:t>
      </w:r>
      <w:r>
        <w:rPr>
          <w:b w:val="0"/>
          <w:i w:val="0"/>
          <w:smallCaps w:val="0"/>
          <w:strike w:val="0"/>
          <w:highlight w:val="cyan"/>
          <w:u w:val="single"/>
        </w:rPr>
        <w:t>c</w:t>
      </w:r>
      <w:r>
        <w:rPr>
          <w:b w:val="0"/>
          <w:i w:val="0"/>
          <w:smallCaps w:val="0"/>
          <w:strike w:val="0"/>
          <w:u w:val="single"/>
        </w:rPr>
        <w:t>olor</w:t>
      </w:r>
      <w:r>
        <w:rPr>
          <w:b w:val="0"/>
          <w:i w:val="0"/>
          <w:smallCaps w:val="0"/>
          <w:strike w:val="0"/>
          <w:u w:val="none"/>
        </w:rPr>
        <w:t xml:space="preserve"> </w:t>
      </w:r>
      <w:r>
        <w:rPr>
          <w:b w:val="0"/>
          <w:i w:val="0"/>
          <w:smallCaps w:val="0"/>
          <w:strike w:val="0"/>
          <w:sz w:val="16"/>
          <w:u w:val="none"/>
        </w:rPr>
        <w:t>and eliding explicit engagement with the debates about racial equality, including those that followed the collapse of Johnson’s Great Society and the assassinations of Dr. Martin Luther King Jr. and Robert Kennedy. From the 1960s on,</w:t>
      </w:r>
      <w:r>
        <w:rPr>
          <w:b w:val="0"/>
          <w:i w:val="0"/>
          <w:smallCaps w:val="0"/>
          <w:strike w:val="0"/>
          <w:u w:val="none"/>
        </w:rPr>
        <w:t xml:space="preserve"> </w:t>
      </w:r>
      <w:r>
        <w:rPr>
          <w:b w:val="0"/>
          <w:i w:val="0"/>
          <w:smallCaps w:val="0"/>
          <w:strike w:val="0"/>
          <w:highlight w:val="cyan"/>
          <w:u w:val="single"/>
        </w:rPr>
        <w:t>creatorship evolved</w:t>
      </w:r>
      <w:r>
        <w:rPr>
          <w:b w:val="0"/>
          <w:i w:val="0"/>
          <w:smallCaps w:val="0"/>
          <w:strike w:val="0"/>
          <w:u w:val="single"/>
        </w:rPr>
        <w:t xml:space="preserve"> into an increasingly important imagined engine </w:t>
      </w:r>
      <w:r>
        <w:rPr>
          <w:b w:val="0"/>
          <w:i w:val="0"/>
          <w:smallCaps w:val="0"/>
          <w:strike w:val="0"/>
          <w:highlight w:val="cyan"/>
          <w:u w:val="single"/>
        </w:rPr>
        <w:t>for</w:t>
      </w:r>
      <w:r>
        <w:rPr>
          <w:b w:val="0"/>
          <w:i w:val="0"/>
          <w:smallCaps w:val="0"/>
          <w:strike w:val="0"/>
          <w:u w:val="single"/>
        </w:rPr>
        <w:t xml:space="preserve"> national </w:t>
      </w:r>
      <w:r>
        <w:rPr>
          <w:b w:val="0"/>
          <w:i w:val="0"/>
          <w:smallCaps w:val="0"/>
          <w:strike w:val="0"/>
          <w:highlight w:val="cyan"/>
          <w:u w:val="single"/>
        </w:rPr>
        <w:t>growth</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one that also stoked the fires of </w:t>
      </w:r>
      <w:r>
        <w:rPr>
          <w:b/>
          <w:i w:val="0"/>
          <w:smallCaps w:val="0"/>
          <w:strike w:val="0"/>
          <w:u w:val="single"/>
        </w:rPr>
        <w:t xml:space="preserve">economic protectionism, </w:t>
      </w:r>
      <w:r>
        <w:rPr>
          <w:b/>
          <w:i w:val="0"/>
          <w:smallCaps w:val="0"/>
          <w:strike w:val="0"/>
          <w:highlight w:val="cyan"/>
          <w:u w:val="single"/>
        </w:rPr>
        <w:t>xenophobic nationalism</w:t>
      </w:r>
      <w:r>
        <w:rPr>
          <w:b/>
          <w:i w:val="0"/>
          <w:smallCaps w:val="0"/>
          <w:strike w:val="0"/>
          <w:u w:val="single"/>
        </w:rPr>
        <w:t xml:space="preserve">, military </w:t>
      </w:r>
      <w:r>
        <w:rPr>
          <w:b/>
          <w:i w:val="0"/>
          <w:smallCaps w:val="0"/>
          <w:strike w:val="0"/>
          <w:highlight w:val="cyan"/>
          <w:u w:val="single"/>
        </w:rPr>
        <w:t>adventurism, and neocolonial extraction</w:t>
      </w:r>
      <w:r>
        <w:rPr>
          <w:b/>
          <w:i w:val="0"/>
          <w:smallCaps w:val="0"/>
          <w:strike w:val="0"/>
          <w:u w:val="single"/>
        </w:rPr>
        <w:t>.</w:t>
      </w:r>
      <w:r>
        <w:rPr>
          <w:b w:val="0"/>
          <w:i w:val="0"/>
          <w:smallCaps w:val="0"/>
          <w:strike w:val="0"/>
          <w:u w:val="single"/>
        </w:rPr>
        <w:t xml:space="preserve"> Copyright, trademark, and patent </w:t>
      </w:r>
      <w:r>
        <w:rPr>
          <w:b w:val="0"/>
          <w:i w:val="0"/>
          <w:smallCaps w:val="0"/>
          <w:strike w:val="0"/>
          <w:highlight w:val="cyan"/>
          <w:u w:val="single"/>
        </w:rPr>
        <w:t>law evolved</w:t>
      </w:r>
      <w:r>
        <w:rPr>
          <w:b w:val="0"/>
          <w:i w:val="0"/>
          <w:smallCaps w:val="0"/>
          <w:strike w:val="0"/>
          <w:u w:val="single"/>
        </w:rPr>
        <w:t xml:space="preserve"> not in the spirit of radical equality espoused by the civil rights movement but </w:t>
      </w:r>
      <w:r>
        <w:rPr>
          <w:b w:val="0"/>
          <w:i w:val="0"/>
          <w:smallCaps w:val="0"/>
          <w:strike w:val="0"/>
          <w:highlight w:val="cyan"/>
          <w:u w:val="single"/>
        </w:rPr>
        <w:t>from a perpetrator perspective, which protected white property interests</w:t>
      </w:r>
      <w:r>
        <w:rPr>
          <w:b w:val="0"/>
          <w:i w:val="0"/>
          <w:smallCaps w:val="0"/>
          <w:strike w:val="0"/>
          <w:u w:val="none"/>
        </w:rPr>
        <w:t xml:space="preserve"> </w:t>
      </w:r>
      <w:r>
        <w:rPr>
          <w:b w:val="0"/>
          <w:i w:val="0"/>
          <w:smallCaps w:val="0"/>
          <w:strike w:val="0"/>
          <w:sz w:val="16"/>
          <w:u w:val="none"/>
        </w:rPr>
        <w:t>in knowledge</w:t>
      </w:r>
      <w:r>
        <w:rPr>
          <w:b w:val="0"/>
          <w:i w:val="0"/>
          <w:smallCaps w:val="0"/>
          <w:strike w:val="0"/>
          <w:u w:val="none"/>
        </w:rPr>
        <w:t xml:space="preserve"> </w:t>
      </w:r>
      <w:r>
        <w:rPr>
          <w:b w:val="0"/>
          <w:i w:val="0"/>
          <w:smallCaps w:val="0"/>
          <w:strike w:val="0"/>
          <w:highlight w:val="cyan"/>
          <w:u w:val="single"/>
        </w:rPr>
        <w:t>while disciplining p</w:t>
      </w:r>
      <w:r>
        <w:rPr>
          <w:b w:val="0"/>
          <w:i w:val="0"/>
          <w:smallCaps w:val="0"/>
          <w:strike w:val="0"/>
          <w:u w:val="single"/>
        </w:rPr>
        <w:t xml:space="preserve">eople </w:t>
      </w:r>
      <w:r>
        <w:rPr>
          <w:b w:val="0"/>
          <w:i w:val="0"/>
          <w:smallCaps w:val="0"/>
          <w:strike w:val="0"/>
          <w:highlight w:val="cyan"/>
          <w:u w:val="single"/>
        </w:rPr>
        <w:t>o</w:t>
      </w:r>
      <w:r>
        <w:rPr>
          <w:b w:val="0"/>
          <w:i w:val="0"/>
          <w:smallCaps w:val="0"/>
          <w:strike w:val="0"/>
          <w:u w:val="single"/>
        </w:rPr>
        <w:t xml:space="preserve">f </w:t>
      </w:r>
      <w:r>
        <w:rPr>
          <w:b w:val="0"/>
          <w:i w:val="0"/>
          <w:smallCaps w:val="0"/>
          <w:strike w:val="0"/>
          <w:highlight w:val="cyan"/>
          <w:u w:val="single"/>
        </w:rPr>
        <w:t>c</w:t>
      </w:r>
      <w:r>
        <w:rPr>
          <w:b w:val="0"/>
          <w:i w:val="0"/>
          <w:smallCaps w:val="0"/>
          <w:strike w:val="0"/>
          <w:u w:val="single"/>
        </w:rPr>
        <w:t>olor for their creatorship.</w:t>
      </w:r>
      <w:r>
        <w:rPr>
          <w:b w:val="0"/>
          <w:i w:val="0"/>
          <w:smallCaps w:val="0"/>
          <w:strike w:val="0"/>
          <w:u w:val="none"/>
        </w:rPr>
        <w:t xml:space="preserve"> </w:t>
      </w:r>
      <w:r>
        <w:rPr>
          <w:b w:val="0"/>
          <w:i w:val="0"/>
          <w:smallCaps w:val="0"/>
          <w:strike w:val="0"/>
          <w:sz w:val="16"/>
          <w:u w:val="none"/>
        </w:rPr>
        <w:t>Three sets of racial scripts organized intellectual property law and racial feelings about the role of copyrighted works, trademarks, and inventions in the race liberal era. First,</w:t>
      </w:r>
      <w:r>
        <w:rPr>
          <w:b w:val="0"/>
          <w:i w:val="0"/>
          <w:smallCaps w:val="0"/>
          <w:strike w:val="0"/>
          <w:u w:val="none"/>
        </w:rPr>
        <w:t xml:space="preserve"> </w:t>
      </w:r>
      <w:r>
        <w:rPr>
          <w:b w:val="0"/>
          <w:i w:val="0"/>
          <w:smallCaps w:val="0"/>
          <w:strike w:val="0"/>
          <w:highlight w:val="cyan"/>
          <w:u w:val="single"/>
        </w:rPr>
        <w:t>developing understandings of expertise</w:t>
      </w:r>
      <w:r>
        <w:rPr>
          <w:b w:val="0"/>
          <w:i w:val="0"/>
          <w:smallCaps w:val="0"/>
          <w:strike w:val="0"/>
          <w:u w:val="single"/>
        </w:rPr>
        <w:t xml:space="preserve"> as the primary domain of Western science </w:t>
      </w:r>
      <w:r>
        <w:rPr>
          <w:b w:val="0"/>
          <w:i w:val="0"/>
          <w:smallCaps w:val="0"/>
          <w:strike w:val="0"/>
          <w:highlight w:val="cyan"/>
          <w:u w:val="single"/>
        </w:rPr>
        <w:t>updated familiar</w:t>
      </w:r>
      <w:r>
        <w:rPr>
          <w:b w:val="0"/>
          <w:i w:val="0"/>
          <w:smallCaps w:val="0"/>
          <w:strike w:val="0"/>
          <w:u w:val="single"/>
        </w:rPr>
        <w:t xml:space="preserve">, raced </w:t>
      </w:r>
      <w:r>
        <w:rPr>
          <w:b w:val="0"/>
          <w:i w:val="0"/>
          <w:smallCaps w:val="0"/>
          <w:strike w:val="0"/>
          <w:highlight w:val="cyan"/>
          <w:u w:val="single"/>
        </w:rPr>
        <w:t>conceptions</w:t>
      </w:r>
      <w:r>
        <w:rPr>
          <w:b w:val="0"/>
          <w:i w:val="0"/>
          <w:smallCaps w:val="0"/>
          <w:strike w:val="0"/>
          <w:u w:val="single"/>
        </w:rPr>
        <w:t xml:space="preserve"> of human progress </w:t>
      </w:r>
      <w:r>
        <w:rPr>
          <w:b/>
          <w:i w:val="0"/>
          <w:smallCaps w:val="0"/>
          <w:strike w:val="0"/>
          <w:sz w:val="26"/>
          <w:highlight w:val="cyan"/>
          <w:u w:val="single"/>
        </w:rPr>
        <w:t>and cemented understandings of knowledge as white property.</w:t>
      </w:r>
      <w:r>
        <w:rPr>
          <w:b w:val="0"/>
          <w:i w:val="0"/>
          <w:smallCaps w:val="0"/>
          <w:strike w:val="0"/>
          <w:u w:val="none"/>
        </w:rPr>
        <w:t xml:space="preserve"> </w:t>
      </w:r>
      <w:r>
        <w:rPr>
          <w:b w:val="0"/>
          <w:i w:val="0"/>
          <w:smallCaps w:val="0"/>
          <w:strike w:val="0"/>
          <w:sz w:val="16"/>
          <w:u w:val="none"/>
        </w:rPr>
        <w:t>While such negotiations unfolded primarily in the area of patent law, the Sampling Wars of the 1990s also normalized whiteness and the performance of white practices of knowledge making as central to expertise and thus property ownership. Second,</w:t>
      </w:r>
      <w:r>
        <w:rPr>
          <w:b w:val="0"/>
          <w:i w:val="0"/>
          <w:smallCaps w:val="0"/>
          <w:strike w:val="0"/>
          <w:u w:val="none"/>
        </w:rPr>
        <w:t xml:space="preserve"> </w:t>
      </w:r>
      <w:r>
        <w:rPr>
          <w:b/>
          <w:i w:val="0"/>
          <w:smallCaps w:val="0"/>
          <w:strike w:val="0"/>
          <w:highlight w:val="cyan"/>
          <w:u w:val="single"/>
        </w:rPr>
        <w:t>the criminalization of non-white creatorship—through anti-Black tropes</w:t>
      </w:r>
      <w:r>
        <w:rPr>
          <w:b/>
          <w:i w:val="0"/>
          <w:smallCaps w:val="0"/>
          <w:strike w:val="0"/>
          <w:u w:val="single"/>
        </w:rPr>
        <w:t xml:space="preserve"> of hip hop artists as obscene, thieving copyright thugs—</w:t>
      </w:r>
      <w:r>
        <w:rPr>
          <w:b w:val="0"/>
          <w:i w:val="0"/>
          <w:smallCaps w:val="0"/>
          <w:strike w:val="0"/>
          <w:highlight w:val="cyan"/>
          <w:u w:val="single"/>
        </w:rPr>
        <w:t>mobilized</w:t>
      </w:r>
      <w:r>
        <w:rPr>
          <w:b w:val="0"/>
          <w:i w:val="0"/>
          <w:smallCaps w:val="0"/>
          <w:strike w:val="0"/>
          <w:u w:val="single"/>
        </w:rPr>
        <w:t xml:space="preserve"> not only familiar racial scripts</w:t>
      </w:r>
      <w:r>
        <w:rPr>
          <w:b w:val="0"/>
          <w:i w:val="0"/>
          <w:smallCaps w:val="0"/>
          <w:strike w:val="0"/>
          <w:u w:val="none"/>
        </w:rPr>
        <w:t xml:space="preserve"> </w:t>
      </w:r>
      <w:r>
        <w:rPr>
          <w:b w:val="0"/>
          <w:i w:val="0"/>
          <w:smallCaps w:val="0"/>
          <w:strike w:val="0"/>
          <w:sz w:val="16"/>
          <w:u w:val="none"/>
        </w:rPr>
        <w:t>as a means of discrediting people of color creatorship</w:t>
      </w:r>
      <w:r>
        <w:rPr>
          <w:b w:val="0"/>
          <w:i w:val="0"/>
          <w:smallCaps w:val="0"/>
          <w:strike w:val="0"/>
          <w:u w:val="single"/>
        </w:rPr>
        <w:t xml:space="preserve"> but also </w:t>
      </w:r>
      <w:r>
        <w:rPr>
          <w:b w:val="0"/>
          <w:i w:val="0"/>
          <w:smallCaps w:val="0"/>
          <w:strike w:val="0"/>
          <w:highlight w:val="cyan"/>
          <w:u w:val="single"/>
        </w:rPr>
        <w:t>anxieties about crime, economic growth, and jobs</w:t>
      </w:r>
      <w:r>
        <w:rPr>
          <w:b w:val="0"/>
          <w:i w:val="0"/>
          <w:smallCaps w:val="0"/>
          <w:strike w:val="0"/>
          <w:u w:val="single"/>
        </w:rPr>
        <w:t xml:space="preserve"> in America. </w:t>
      </w:r>
      <w:r>
        <w:rPr>
          <w:b w:val="0"/>
          <w:i w:val="0"/>
          <w:smallCaps w:val="0"/>
          <w:strike w:val="0"/>
          <w:sz w:val="16"/>
          <w:u w:val="none"/>
        </w:rPr>
        <w:t>This process invoked raced definitions of true imagination that had run through earlier copyright jurisprudence</w:t>
      </w:r>
      <w:r>
        <w:rPr>
          <w:b w:val="0"/>
          <w:i w:val="0"/>
          <w:smallCaps w:val="0"/>
          <w:strike w:val="0"/>
          <w:u w:val="none"/>
        </w:rPr>
        <w:t xml:space="preserve">. </w:t>
      </w:r>
      <w:r>
        <w:rPr>
          <w:b w:val="0"/>
          <w:i w:val="0"/>
          <w:smallCaps w:val="0"/>
          <w:strike w:val="0"/>
          <w:sz w:val="16"/>
          <w:u w:val="none"/>
        </w:rPr>
        <w:t xml:space="preserve">Third, white resentment about racial mixing and power persisted after the Supreme Court’s decision in Loving v. Virginia (1967), which found </w:t>
      </w:r>
      <w:r>
        <w:rPr>
          <w:b w:val="0"/>
          <w:i w:val="0"/>
          <w:smallCaps w:val="0"/>
          <w:strike w:val="0"/>
          <w:sz w:val="16"/>
          <w:u w:val="none"/>
        </w:rPr>
        <w:t>antimiscegenation</w:t>
      </w:r>
      <w:r>
        <w:rPr>
          <w:b w:val="0"/>
          <w:i w:val="0"/>
          <w:smallCaps w:val="0"/>
          <w:strike w:val="0"/>
          <w:sz w:val="16"/>
          <w:u w:val="none"/>
        </w:rPr>
        <w:t xml:space="preserve"> statutes to be unconstitutional. These anxieties about racial purity manifested in the context of trademark law, specifically the periodic embrace of trademark dilution. The resurgence of jurisprudence and legislation around trademark </w:t>
      </w:r>
      <w:r>
        <w:rPr>
          <w:b w:val="0"/>
          <w:i w:val="0"/>
          <w:smallCaps w:val="0"/>
          <w:strike w:val="0"/>
          <w:sz w:val="16"/>
          <w:u w:val="none"/>
        </w:rPr>
        <w:t>tarnishment</w:t>
      </w:r>
      <w:r>
        <w:rPr>
          <w:b w:val="0"/>
          <w:i w:val="0"/>
          <w:smallCaps w:val="0"/>
          <w:strike w:val="0"/>
          <w:sz w:val="16"/>
          <w:u w:val="none"/>
        </w:rPr>
        <w:t xml:space="preserve"> and trademark blurring, subsets of trademark dilution, refashioned the consumer gaze to reflect national sentiments about white marginalization, specifically via economic language about expansive brand protection.</w:t>
      </w:r>
      <w:r>
        <w:rPr>
          <w:b w:val="0"/>
          <w:i w:val="0"/>
          <w:smallCaps w:val="0"/>
          <w:strike w:val="0"/>
          <w:sz w:val="16"/>
          <w:u w:val="none"/>
        </w:rPr>
        <w:t xml:space="preserve"> In these ways,</w:t>
      </w:r>
      <w:r>
        <w:rPr>
          <w:b w:val="0"/>
          <w:i w:val="0"/>
          <w:smallCaps w:val="0"/>
          <w:strike w:val="0"/>
          <w:u w:val="none"/>
        </w:rPr>
        <w:t xml:space="preserve"> </w:t>
      </w:r>
      <w:r>
        <w:rPr>
          <w:b w:val="0"/>
          <w:i w:val="0"/>
          <w:smallCaps w:val="0"/>
          <w:strike w:val="0"/>
          <w:highlight w:val="cyan"/>
          <w:u w:val="single"/>
        </w:rPr>
        <w:t>copyrights, patents, and trademarks</w:t>
      </w:r>
      <w:r>
        <w:rPr>
          <w:b w:val="0"/>
          <w:i w:val="0"/>
          <w:smallCaps w:val="0"/>
          <w:strike w:val="0"/>
          <w:u w:val="single"/>
        </w:rPr>
        <w:t xml:space="preserve"> continued to </w:t>
      </w:r>
      <w:r>
        <w:rPr>
          <w:b w:val="0"/>
          <w:i w:val="0"/>
          <w:smallCaps w:val="0"/>
          <w:strike w:val="0"/>
          <w:highlight w:val="cyan"/>
          <w:u w:val="single"/>
        </w:rPr>
        <w:t>operate as sites for</w:t>
      </w:r>
      <w:r>
        <w:rPr>
          <w:b w:val="0"/>
          <w:i w:val="0"/>
          <w:smallCaps w:val="0"/>
          <w:strike w:val="0"/>
          <w:u w:val="single"/>
        </w:rPr>
        <w:t xml:space="preserve"> the </w:t>
      </w:r>
      <w:r>
        <w:rPr>
          <w:b/>
          <w:i w:val="0"/>
          <w:smallCaps w:val="0"/>
          <w:strike w:val="0"/>
          <w:u w:val="single"/>
        </w:rPr>
        <w:t xml:space="preserve">projection and </w:t>
      </w:r>
      <w:r>
        <w:rPr>
          <w:b/>
          <w:i w:val="0"/>
          <w:smallCaps w:val="0"/>
          <w:strike w:val="0"/>
          <w:highlight w:val="cyan"/>
          <w:u w:val="single"/>
        </w:rPr>
        <w:t>production of anxieties</w:t>
      </w:r>
      <w:r>
        <w:rPr>
          <w:b/>
          <w:i w:val="0"/>
          <w:smallCaps w:val="0"/>
          <w:strike w:val="0"/>
          <w:u w:val="single"/>
        </w:rPr>
        <w:t xml:space="preserve"> about the state of the nation</w:t>
      </w:r>
      <w:r>
        <w:rPr>
          <w:b w:val="0"/>
          <w:i w:val="0"/>
          <w:smallCaps w:val="0"/>
          <w:strike w:val="0"/>
          <w:u w:val="none"/>
        </w:rPr>
        <w:t xml:space="preserve"> and its (white) citizenry, just as they had in past eras. Indeed, </w:t>
      </w:r>
      <w:r>
        <w:rPr>
          <w:b/>
          <w:i w:val="0"/>
          <w:smallCaps w:val="0"/>
          <w:strike w:val="0"/>
          <w:u w:val="single"/>
        </w:rPr>
        <w:t xml:space="preserve">the </w:t>
      </w:r>
      <w:r>
        <w:rPr>
          <w:b/>
          <w:i w:val="0"/>
          <w:smallCaps w:val="0"/>
          <w:strike w:val="0"/>
          <w:highlight w:val="cyan"/>
          <w:u w:val="single"/>
        </w:rPr>
        <w:t>presumption that the racial ideologies of knowledge production somehow shifted is counterintuitive</w:t>
      </w:r>
      <w:r>
        <w:rPr>
          <w:b/>
          <w:i w:val="0"/>
          <w:smallCaps w:val="0"/>
          <w:strike w:val="0"/>
          <w:u w:val="single"/>
        </w:rPr>
        <w:t>,</w:t>
      </w:r>
      <w:r>
        <w:rPr>
          <w:b w:val="0"/>
          <w:i w:val="0"/>
          <w:smallCaps w:val="0"/>
          <w:strike w:val="0"/>
          <w:u w:val="none"/>
        </w:rPr>
        <w:t xml:space="preserve"> </w:t>
      </w:r>
      <w:r>
        <w:rPr>
          <w:b w:val="0"/>
          <w:i w:val="0"/>
          <w:smallCaps w:val="0"/>
          <w:strike w:val="0"/>
          <w:sz w:val="16"/>
          <w:u w:val="none"/>
        </w:rPr>
        <w:t>given the persistence of racist ideologies in other areas of culture and politics.</w:t>
      </w:r>
      <w:r>
        <w:rPr>
          <w:b w:val="0"/>
          <w:i w:val="0"/>
          <w:smallCaps w:val="0"/>
          <w:strike w:val="0"/>
          <w:u w:val="none"/>
        </w:rPr>
        <w:t xml:space="preserve"> </w:t>
      </w:r>
      <w:r>
        <w:rPr>
          <w:b w:val="0"/>
          <w:i w:val="0"/>
          <w:smallCaps w:val="0"/>
          <w:strike w:val="0"/>
          <w:u w:val="single"/>
        </w:rPr>
        <w:t xml:space="preserve">Reading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citizenship</w:t>
      </w:r>
      <w:r>
        <w:rPr>
          <w:b w:val="0"/>
          <w:i w:val="0"/>
          <w:smallCaps w:val="0"/>
          <w:strike w:val="0"/>
          <w:u w:val="single"/>
        </w:rPr>
        <w:t xml:space="preserve"> </w:t>
      </w:r>
      <w:r>
        <w:rPr>
          <w:b w:val="0"/>
          <w:i w:val="0"/>
          <w:smallCaps w:val="0"/>
          <w:strike w:val="0"/>
          <w:highlight w:val="cyan"/>
          <w:u w:val="single"/>
        </w:rPr>
        <w:t>through</w:t>
      </w:r>
      <w:r>
        <w:rPr>
          <w:b w:val="0"/>
          <w:i w:val="0"/>
          <w:smallCaps w:val="0"/>
          <w:strike w:val="0"/>
          <w:u w:val="single"/>
        </w:rPr>
        <w:t xml:space="preserve"> the lens of racial </w:t>
      </w:r>
      <w:r>
        <w:rPr>
          <w:b w:val="0"/>
          <w:i w:val="0"/>
          <w:smallCaps w:val="0"/>
          <w:strike w:val="0"/>
          <w:highlight w:val="cyan"/>
          <w:u w:val="single"/>
        </w:rPr>
        <w:t>liberalism is</w:t>
      </w:r>
      <w:r>
        <w:rPr>
          <w:b w:val="0"/>
          <w:i w:val="0"/>
          <w:smallCaps w:val="0"/>
          <w:strike w:val="0"/>
          <w:u w:val="single"/>
        </w:rPr>
        <w:t xml:space="preserve"> thus a </w:t>
      </w:r>
      <w:r>
        <w:rPr>
          <w:b w:val="0"/>
          <w:i w:val="0"/>
          <w:smallCaps w:val="0"/>
          <w:strike w:val="0"/>
          <w:u w:val="single"/>
        </w:rPr>
        <w:t>productive</w:t>
      </w:r>
      <w:r>
        <w:rPr>
          <w:b w:val="0"/>
          <w:i w:val="0"/>
          <w:smallCaps w:val="0"/>
          <w:strike w:val="0"/>
          <w:u w:val="single"/>
        </w:rPr>
        <w:t xml:space="preserve"> means of </w:t>
      </w:r>
      <w:r>
        <w:rPr>
          <w:b w:val="0"/>
          <w:i w:val="0"/>
          <w:smallCaps w:val="0"/>
          <w:strike w:val="0"/>
          <w:highlight w:val="cyan"/>
          <w:u w:val="single"/>
        </w:rPr>
        <w:t xml:space="preserve">rendering these </w:t>
      </w:r>
      <w:r>
        <w:rPr>
          <w:b/>
          <w:i w:val="0"/>
          <w:smallCaps w:val="0"/>
          <w:strike w:val="0"/>
          <w:u w:val="single"/>
        </w:rPr>
        <w:t>increasingly</w:t>
      </w:r>
      <w:r>
        <w:rPr>
          <w:b/>
          <w:i w:val="0"/>
          <w:smallCaps w:val="0"/>
          <w:strike w:val="0"/>
          <w:u w:val="single"/>
        </w:rPr>
        <w:t xml:space="preserve"> hidden racial </w:t>
      </w:r>
      <w:r>
        <w:rPr>
          <w:b/>
          <w:i w:val="0"/>
          <w:smallCaps w:val="0"/>
          <w:strike w:val="0"/>
          <w:highlight w:val="cyan"/>
          <w:u w:val="single"/>
        </w:rPr>
        <w:t xml:space="preserve">investments visible </w:t>
      </w:r>
      <w:r>
        <w:rPr>
          <w:b w:val="0"/>
          <w:i w:val="0"/>
          <w:smallCaps w:val="0"/>
          <w:strike w:val="0"/>
          <w:highlight w:val="cyan"/>
          <w:u w:val="single"/>
        </w:rPr>
        <w:t>and identifying</w:t>
      </w:r>
      <w:r>
        <w:rPr>
          <w:b w:val="0"/>
          <w:i w:val="0"/>
          <w:smallCaps w:val="0"/>
          <w:strike w:val="0"/>
          <w:u w:val="single"/>
        </w:rPr>
        <w:t xml:space="preserve"> the </w:t>
      </w:r>
      <w:r>
        <w:rPr>
          <w:b/>
          <w:i w:val="0"/>
          <w:smallCaps w:val="0"/>
          <w:strike w:val="0"/>
          <w:u w:val="single"/>
        </w:rPr>
        <w:t xml:space="preserve">contours of </w:t>
      </w:r>
      <w:r>
        <w:rPr>
          <w:b/>
          <w:i w:val="0"/>
          <w:smallCaps w:val="0"/>
          <w:strike w:val="0"/>
          <w:highlight w:val="cyan"/>
          <w:u w:val="single"/>
        </w:rPr>
        <w:t>the ideal race liberal creator</w:t>
      </w:r>
      <w:r>
        <w:rPr>
          <w:b/>
          <w:i w:val="0"/>
          <w:smallCaps w:val="0"/>
          <w:strike w:val="0"/>
          <w:u w:val="single"/>
        </w:rPr>
        <w:t>.</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