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to reject the </w:t>
      </w:r>
      <w:r>
        <w:rPr>
          <w:b/>
          <w:i w:val="0"/>
          <w:smallCaps w:val="0"/>
          <w:strike w:val="0"/>
          <w:sz w:val="26"/>
          <w:u w:val="none"/>
        </w:rPr>
        <w:t>aff</w:t>
      </w:r>
      <w:r>
        <w:rPr>
          <w:b/>
          <w:i w:val="0"/>
          <w:smallCaps w:val="0"/>
          <w:strike w:val="0"/>
          <w:sz w:val="26"/>
          <w:u w:val="none"/>
        </w:rPr>
        <w:t xml:space="preserve"> in favor of a Black Radical </w:t>
      </w:r>
      <w:r>
        <w:rPr>
          <w:b/>
          <w:i w:val="0"/>
          <w:smallCaps w:val="0"/>
          <w:strike w:val="0"/>
          <w:sz w:val="26"/>
          <w:u w:val="none"/>
        </w:rPr>
        <w:t>Tradition. The creation of new insurgent practices and institutions supported by a shared consciousness developed under years of death and oppression is key toward preserving the collective being and the metaphysical totality.</w:t>
      </w:r>
    </w:p>
    <w:p>
      <w:pPr>
        <w:spacing w:after="80"/>
      </w:pPr>
      <w:r>
        <w:rPr>
          <w:b/>
          <w:i w:val="0"/>
          <w:smallCaps w:val="0"/>
          <w:strike w:val="0"/>
          <w:sz w:val="26"/>
          <w:u w:val="none"/>
        </w:rPr>
        <w:t xml:space="preserve">Lipsitz </w:t>
      </w:r>
      <w:r>
        <w:rPr>
          <w:b/>
          <w:i w:val="0"/>
          <w:smallCaps w:val="0"/>
          <w:strike w:val="0"/>
          <w:sz w:val="26"/>
          <w:u w:val="none"/>
        </w:rPr>
        <w:t xml:space="preserve">20 </w:t>
      </w:r>
      <w:r>
        <w:rPr>
          <w:b w:val="0"/>
          <w:i w:val="0"/>
          <w:smallCaps w:val="0"/>
          <w:strike w:val="0"/>
          <w:u w:val="none"/>
        </w:rPr>
        <w:t xml:space="preserve">– </w:t>
      </w:r>
      <w:r>
        <w:rPr>
          <w:b w:val="0"/>
          <w:i w:val="0"/>
          <w:smallCaps w:val="0"/>
          <w:strike w:val="0"/>
          <w:u w:val="none"/>
        </w:rPr>
        <w:t>George Lipsitz</w:t>
      </w:r>
      <w:r>
        <w:rPr>
          <w:b w:val="0"/>
          <w:i w:val="0"/>
          <w:smallCaps w:val="0"/>
          <w:strike w:val="0"/>
          <w:u w:val="none"/>
        </w:rPr>
        <w:t>,</w:t>
      </w:r>
      <w:r>
        <w:rPr>
          <w:b w:val="0"/>
          <w:i w:val="0"/>
          <w:smallCaps w:val="0"/>
          <w:strike w:val="0"/>
          <w:u w:val="none"/>
        </w:rPr>
        <w:t xml:space="preserve"> 2020,</w:t>
      </w:r>
      <w:r>
        <w:rPr>
          <w:b w:val="0"/>
          <w:i w:val="0"/>
          <w:smallCaps w:val="0"/>
          <w:strike w:val="0"/>
          <w:u w:val="none"/>
        </w:rPr>
        <w:t xml:space="preserve"> What Is This Black in the Black Radical </w:t>
      </w:r>
      <w:r>
        <w:rPr>
          <w:b w:val="0"/>
          <w:i w:val="0"/>
          <w:smallCaps w:val="0"/>
          <w:strike w:val="0"/>
          <w:u w:val="none"/>
        </w:rPr>
        <w:t>Tradition?,</w:t>
      </w:r>
      <w:r>
        <w:rPr>
          <w:b w:val="0"/>
          <w:i w:val="0"/>
          <w:smallCaps w:val="0"/>
          <w:strike w:val="0"/>
          <w:u w:val="none"/>
        </w:rPr>
        <w:t xml:space="preserve"> https://www.versobooks.com/blogs/news/4766-what-is-this-black-in-the-black-radical-tradition, DOA: 7/12/2024, //</w:t>
      </w:r>
      <w:r>
        <w:rPr>
          <w:b w:val="0"/>
          <w:i w:val="0"/>
          <w:smallCaps w:val="0"/>
          <w:strike w:val="0"/>
          <w:u w:val="none"/>
        </w:rPr>
        <w:t>shubh</w:t>
      </w:r>
    </w:p>
    <w:p>
      <w:pPr>
        <w:spacing w:after="60"/>
      </w:pPr>
      <w:r>
        <w:rPr>
          <w:b w:val="0"/>
          <w:i w:val="0"/>
          <w:smallCaps w:val="0"/>
          <w:strike w:val="0"/>
          <w:u w:val="none"/>
        </w:rPr>
        <w:t xml:space="preserve">Three miracles seem to characterize the history of Black people in the United States. The very survival of Black people in the face of murderous brutality and genocidal intent qualifies as a miracle. </w:t>
      </w:r>
      <w:r>
        <w:rPr>
          <w:b w:val="0"/>
          <w:i w:val="0"/>
          <w:smallCaps w:val="0"/>
          <w:strike w:val="0"/>
          <w:highlight w:val="cyan"/>
          <w:u w:val="single"/>
        </w:rPr>
        <w:t>The</w:t>
      </w:r>
      <w:r>
        <w:rPr>
          <w:b w:val="0"/>
          <w:i w:val="0"/>
          <w:smallCaps w:val="0"/>
          <w:strike w:val="0"/>
          <w:u w:val="single"/>
        </w:rPr>
        <w:t xml:space="preserve"> enduring </w:t>
      </w:r>
      <w:r>
        <w:rPr>
          <w:b w:val="0"/>
          <w:i w:val="0"/>
          <w:smallCaps w:val="0"/>
          <w:strike w:val="0"/>
          <w:highlight w:val="cyan"/>
          <w:u w:val="single"/>
        </w:rPr>
        <w:t>reality of Black humanity in a society that has used every means at its disposal to destroy Black dignity and deny Black people the opportunity to exercise their full humanity appears miraculous.</w:t>
      </w:r>
      <w:r>
        <w:rPr>
          <w:b w:val="0"/>
          <w:i w:val="0"/>
          <w:smallCaps w:val="0"/>
          <w:strike w:val="0"/>
          <w:u w:val="single"/>
        </w:rPr>
        <w:t xml:space="preserve"> The historical record of democratic aspiration and achievement by Black people, of creating democratic opportunities for themselves and extending them to others, seems to defy normal rational explanations. </w:t>
      </w:r>
      <w:r>
        <w:rPr>
          <w:b w:val="0"/>
          <w:i w:val="0"/>
          <w:smallCaps w:val="0"/>
          <w:strike w:val="0"/>
          <w:highlight w:val="cyan"/>
          <w:u w:val="single"/>
        </w:rPr>
        <w:t>Despite the social death at the center of the slave system and the organized abandonments of today’s neoliberal capitalism</w:t>
      </w:r>
      <w:r>
        <w:rPr>
          <w:b w:val="0"/>
          <w:i w:val="0"/>
          <w:smallCaps w:val="0"/>
          <w:strike w:val="0"/>
          <w:u w:val="single"/>
        </w:rPr>
        <w:t xml:space="preserve">, </w:t>
      </w:r>
      <w:r>
        <w:rPr>
          <w:b w:val="0"/>
          <w:i w:val="0"/>
          <w:smallCaps w:val="0"/>
          <w:strike w:val="0"/>
          <w:highlight w:val="cyan"/>
          <w:u w:val="single"/>
        </w:rPr>
        <w:t>despite</w:t>
      </w:r>
      <w:r>
        <w:rPr>
          <w:b w:val="0"/>
          <w:i w:val="0"/>
          <w:smallCaps w:val="0"/>
          <w:strike w:val="0"/>
          <w:u w:val="single"/>
        </w:rPr>
        <w:t xml:space="preserve"> beatings, </w:t>
      </w:r>
      <w:r>
        <w:rPr>
          <w:b w:val="0"/>
          <w:i w:val="0"/>
          <w:smallCaps w:val="0"/>
          <w:strike w:val="0"/>
          <w:highlight w:val="cyan"/>
          <w:u w:val="single"/>
        </w:rPr>
        <w:t>lynchings</w:t>
      </w:r>
      <w:r>
        <w:rPr>
          <w:b w:val="0"/>
          <w:i w:val="0"/>
          <w:smallCaps w:val="0"/>
          <w:strike w:val="0"/>
          <w:u w:val="single"/>
        </w:rPr>
        <w:t xml:space="preserve">, shootings, mass incarceration </w:t>
      </w:r>
      <w:r>
        <w:rPr>
          <w:b w:val="0"/>
          <w:i w:val="0"/>
          <w:smallCaps w:val="0"/>
          <w:strike w:val="0"/>
          <w:highlight w:val="cyan"/>
          <w:u w:val="single"/>
        </w:rPr>
        <w:t>and systematic impoverishment</w:t>
      </w:r>
      <w:r>
        <w:rPr>
          <w:b w:val="0"/>
          <w:i w:val="0"/>
          <w:smallCaps w:val="0"/>
          <w:strike w:val="0"/>
          <w:u w:val="single"/>
        </w:rPr>
        <w:t xml:space="preserve">, </w:t>
      </w:r>
      <w:r>
        <w:rPr>
          <w:b w:val="0"/>
          <w:i w:val="0"/>
          <w:smallCaps w:val="0"/>
          <w:strike w:val="0"/>
          <w:highlight w:val="cyan"/>
          <w:u w:val="single"/>
        </w:rPr>
        <w:t>Black people have survived and thrived</w:t>
      </w:r>
      <w:r>
        <w:rPr>
          <w:b w:val="0"/>
          <w:i w:val="0"/>
          <w:smallCaps w:val="0"/>
          <w:strike w:val="0"/>
          <w:u w:val="single"/>
        </w:rPr>
        <w:t>. In slavery, African people in the Americas owned virtually nothing, not even the skin on their backs.</w:t>
      </w:r>
      <w:r>
        <w:rPr>
          <w:b w:val="0"/>
          <w:i w:val="0"/>
          <w:smallCaps w:val="0"/>
          <w:strike w:val="0"/>
          <w:u w:val="none"/>
        </w:rPr>
        <w:t xml:space="preserve"> They had every reason to give in to despair. Yet they somehow managed to survive, to extend recognition and respect to each other while in bondage, and to maintain a commitment to the linked fate of all humans. Time and time again, Black people have countered vicious dehumanization with determined and successful re-humanization. Insisting on their own humanity and the humanity of all people, even that of their oppressors, they have been at the forefront of what Dr. King called “the bitter but beautiful struggle” for a more just and better world. </w:t>
      </w:r>
      <w:r>
        <w:rPr>
          <w:b w:val="0"/>
          <w:i w:val="0"/>
          <w:smallCaps w:val="0"/>
          <w:strike w:val="0"/>
          <w:sz w:val="22"/>
          <w:highlight w:val="cyan"/>
          <w:u w:val="single"/>
        </w:rPr>
        <w:t>From</w:t>
      </w:r>
      <w:r>
        <w:rPr>
          <w:b w:val="0"/>
          <w:i w:val="0"/>
          <w:smallCaps w:val="0"/>
          <w:strike w:val="0"/>
          <w:sz w:val="22"/>
          <w:u w:val="single"/>
        </w:rPr>
        <w:t xml:space="preserve"> the egalitarian politics of </w:t>
      </w:r>
      <w:r>
        <w:rPr>
          <w:b w:val="0"/>
          <w:i w:val="0"/>
          <w:smallCaps w:val="0"/>
          <w:strike w:val="0"/>
          <w:sz w:val="22"/>
          <w:highlight w:val="cyan"/>
          <w:u w:val="single"/>
        </w:rPr>
        <w:t>abolition</w:t>
      </w:r>
      <w:r>
        <w:rPr>
          <w:b w:val="0"/>
          <w:i w:val="0"/>
          <w:smallCaps w:val="0"/>
          <w:strike w:val="0"/>
          <w:sz w:val="22"/>
          <w:u w:val="single"/>
        </w:rPr>
        <w:t xml:space="preserve"> democracy </w:t>
      </w:r>
      <w:r>
        <w:rPr>
          <w:b w:val="0"/>
          <w:i w:val="0"/>
          <w:smallCaps w:val="0"/>
          <w:strike w:val="0"/>
          <w:sz w:val="22"/>
          <w:highlight w:val="cyan"/>
          <w:u w:val="single"/>
        </w:rPr>
        <w:t>in the</w:t>
      </w:r>
      <w:r>
        <w:rPr>
          <w:b w:val="0"/>
          <w:i w:val="0"/>
          <w:smallCaps w:val="0"/>
          <w:strike w:val="0"/>
          <w:sz w:val="22"/>
          <w:u w:val="single"/>
        </w:rPr>
        <w:t xml:space="preserve"> wake of the </w:t>
      </w:r>
      <w:r>
        <w:rPr>
          <w:b w:val="0"/>
          <w:i w:val="0"/>
          <w:smallCaps w:val="0"/>
          <w:strike w:val="0"/>
          <w:sz w:val="22"/>
          <w:highlight w:val="cyan"/>
          <w:u w:val="single"/>
        </w:rPr>
        <w:t>Civil War and the</w:t>
      </w:r>
      <w:r>
        <w:rPr>
          <w:b w:val="0"/>
          <w:i w:val="0"/>
          <w:smallCaps w:val="0"/>
          <w:strike w:val="0"/>
          <w:sz w:val="22"/>
          <w:u w:val="single"/>
        </w:rPr>
        <w:t xml:space="preserve"> participatory </w:t>
      </w:r>
      <w:r>
        <w:rPr>
          <w:b w:val="0"/>
          <w:i w:val="0"/>
          <w:smallCaps w:val="0"/>
          <w:strike w:val="0"/>
          <w:sz w:val="22"/>
          <w:highlight w:val="cyan"/>
          <w:u w:val="single"/>
        </w:rPr>
        <w:t>democracy of the civil rights movement to</w:t>
      </w:r>
      <w:r>
        <w:rPr>
          <w:b w:val="0"/>
          <w:i w:val="0"/>
          <w:smallCaps w:val="0"/>
          <w:strike w:val="0"/>
          <w:sz w:val="22"/>
          <w:u w:val="single"/>
        </w:rPr>
        <w:t xml:space="preserve"> the contemporary </w:t>
      </w:r>
      <w:r>
        <w:rPr>
          <w:b w:val="0"/>
          <w:i w:val="0"/>
          <w:smallCaps w:val="0"/>
          <w:strike w:val="0"/>
          <w:sz w:val="22"/>
          <w:highlight w:val="cyan"/>
          <w:u w:val="single"/>
        </w:rPr>
        <w:t>insurgencies</w:t>
      </w:r>
      <w:r>
        <w:rPr>
          <w:b w:val="0"/>
          <w:i w:val="0"/>
          <w:smallCaps w:val="0"/>
          <w:strike w:val="0"/>
          <w:sz w:val="22"/>
          <w:u w:val="single"/>
        </w:rPr>
        <w:t xml:space="preserve"> waged </w:t>
      </w:r>
      <w:r>
        <w:rPr>
          <w:b w:val="0"/>
          <w:i w:val="0"/>
          <w:smallCaps w:val="0"/>
          <w:strike w:val="0"/>
          <w:sz w:val="22"/>
          <w:highlight w:val="cyan"/>
          <w:u w:val="single"/>
        </w:rPr>
        <w:t>under</w:t>
      </w:r>
      <w:r>
        <w:rPr>
          <w:b w:val="0"/>
          <w:i w:val="0"/>
          <w:smallCaps w:val="0"/>
          <w:strike w:val="0"/>
          <w:sz w:val="22"/>
          <w:u w:val="single"/>
        </w:rPr>
        <w:t xml:space="preserve"> the banners of </w:t>
      </w:r>
      <w:r>
        <w:rPr>
          <w:b w:val="0"/>
          <w:i w:val="0"/>
          <w:smallCaps w:val="0"/>
          <w:strike w:val="0"/>
          <w:sz w:val="22"/>
          <w:highlight w:val="cyan"/>
          <w:u w:val="single"/>
        </w:rPr>
        <w:t>#BlackLivesMatter and #SayHerName, struggles for Black survival and Black humanity have repeatedly linked the termination of existing racist policies to the creation of new democratic practices and institutions</w:t>
      </w:r>
      <w:r>
        <w:rPr>
          <w:b w:val="0"/>
          <w:i w:val="0"/>
          <w:smallCaps w:val="0"/>
          <w:strike w:val="0"/>
          <w:sz w:val="22"/>
          <w:u w:val="single"/>
        </w:rPr>
        <w:t>.</w:t>
      </w:r>
      <w:r>
        <w:rPr>
          <w:b w:val="0"/>
          <w:i w:val="0"/>
          <w:smallCaps w:val="0"/>
          <w:strike w:val="0"/>
          <w:u w:val="none"/>
        </w:rPr>
        <w:t xml:space="preserve"> Forced to cope with the nadir of political evil over centuries, </w:t>
      </w:r>
      <w:r>
        <w:rPr>
          <w:b w:val="0"/>
          <w:i w:val="0"/>
          <w:smallCaps w:val="0"/>
          <w:strike w:val="0"/>
          <w:highlight w:val="cyan"/>
          <w:u w:val="single"/>
        </w:rPr>
        <w:t xml:space="preserve">Black people </w:t>
      </w:r>
      <w:r>
        <w:rPr>
          <w:b w:val="0"/>
          <w:i w:val="0"/>
          <w:smallCaps w:val="0"/>
          <w:strike w:val="0"/>
          <w:u w:val="single"/>
        </w:rPr>
        <w:t xml:space="preserve">have responded consistently by forging advanced concepts of a deeply politicized love. Perhaps precisely because brutality and oppression can make people decidedly unlovable, African people </w:t>
      </w:r>
      <w:r>
        <w:rPr>
          <w:b w:val="0"/>
          <w:i w:val="0"/>
          <w:smallCaps w:val="0"/>
          <w:strike w:val="0"/>
          <w:highlight w:val="cyan"/>
          <w:u w:val="single"/>
        </w:rPr>
        <w:t>in America have been adept at finding ways to perceive something left to love inside themselves and in others.</w:t>
      </w:r>
      <w:r>
        <w:rPr>
          <w:b w:val="0"/>
          <w:i w:val="0"/>
          <w:smallCaps w:val="0"/>
          <w:strike w:val="0"/>
          <w:highlight w:val="cyan"/>
          <w:u w:val="none"/>
        </w:rPr>
        <w:t xml:space="preserve"> </w:t>
      </w:r>
      <w:r>
        <w:rPr>
          <w:b w:val="0"/>
          <w:i w:val="0"/>
          <w:smallCaps w:val="0"/>
          <w:strike w:val="0"/>
          <w:sz w:val="22"/>
          <w:highlight w:val="cyan"/>
          <w:u w:val="single"/>
        </w:rPr>
        <w:t xml:space="preserve">That ability has enabled their survival, the preservation of their humanity, and their emergence as the nation’s </w:t>
      </w:r>
      <w:r>
        <w:rPr>
          <w:b w:val="0"/>
          <w:i w:val="0"/>
          <w:smallCaps w:val="0"/>
          <w:strike w:val="0"/>
          <w:sz w:val="22"/>
          <w:u w:val="single"/>
        </w:rPr>
        <w:t xml:space="preserve">foremost </w:t>
      </w:r>
      <w:r>
        <w:rPr>
          <w:b w:val="0"/>
          <w:i w:val="0"/>
          <w:smallCaps w:val="0"/>
          <w:strike w:val="0"/>
          <w:sz w:val="22"/>
          <w:highlight w:val="cyan"/>
          <w:u w:val="single"/>
        </w:rPr>
        <w:t>champions of democracy and social justice</w:t>
      </w:r>
      <w:r>
        <w:rPr>
          <w:b w:val="0"/>
          <w:i w:val="0"/>
          <w:smallCaps w:val="0"/>
          <w:strike w:val="0"/>
          <w:sz w:val="22"/>
          <w:u w:val="single"/>
        </w:rPr>
        <w:t xml:space="preserve">. The people who were systematically denied access to the fruits and benefits of democratic citizenship and social membership turned out to be the people who valued democracy the most and who did the most to extend it to others. Cedric </w:t>
      </w:r>
      <w:r>
        <w:rPr>
          <w:b w:val="0"/>
          <w:i w:val="0"/>
          <w:smallCaps w:val="0"/>
          <w:strike w:val="0"/>
          <w:sz w:val="22"/>
          <w:highlight w:val="cyan"/>
          <w:u w:val="single"/>
        </w:rPr>
        <w:t>Robinson</w:t>
      </w:r>
      <w:r>
        <w:rPr>
          <w:b w:val="0"/>
          <w:i w:val="0"/>
          <w:smallCaps w:val="0"/>
          <w:strike w:val="0"/>
          <w:sz w:val="22"/>
          <w:u w:val="single"/>
        </w:rPr>
        <w:t xml:space="preserve"> has </w:t>
      </w:r>
      <w:r>
        <w:rPr>
          <w:b w:val="0"/>
          <w:i w:val="0"/>
          <w:smallCaps w:val="0"/>
          <w:strike w:val="0"/>
          <w:sz w:val="22"/>
          <w:highlight w:val="cyan"/>
          <w:u w:val="single"/>
        </w:rPr>
        <w:t>demonstrated that the three miracles</w:t>
      </w:r>
      <w:r>
        <w:rPr>
          <w:b w:val="0"/>
          <w:i w:val="0"/>
          <w:smallCaps w:val="0"/>
          <w:strike w:val="0"/>
          <w:sz w:val="22"/>
          <w:u w:val="single"/>
        </w:rPr>
        <w:t xml:space="preserve"> </w:t>
      </w:r>
      <w:r>
        <w:rPr>
          <w:b w:val="0"/>
          <w:i w:val="0"/>
          <w:smallCaps w:val="0"/>
          <w:strike w:val="0"/>
          <w:sz w:val="22"/>
          <w:highlight w:val="cyan"/>
          <w:u w:val="single"/>
        </w:rPr>
        <w:t>were</w:t>
      </w:r>
      <w:r>
        <w:rPr>
          <w:b w:val="0"/>
          <w:i w:val="0"/>
          <w:smallCaps w:val="0"/>
          <w:strike w:val="0"/>
          <w:sz w:val="22"/>
          <w:u w:val="single"/>
        </w:rPr>
        <w:t xml:space="preserve"> not really miracles at all, but rather </w:t>
      </w:r>
      <w:r>
        <w:rPr>
          <w:b w:val="0"/>
          <w:i w:val="0"/>
          <w:smallCaps w:val="0"/>
          <w:strike w:val="0"/>
          <w:sz w:val="22"/>
          <w:highlight w:val="cyan"/>
          <w:u w:val="single"/>
        </w:rPr>
        <w:t>products of a collective intelligence developed over generations of struggle</w:t>
      </w:r>
      <w:r>
        <w:rPr>
          <w:b w:val="0"/>
          <w:i w:val="0"/>
          <w:smallCaps w:val="0"/>
          <w:strike w:val="0"/>
          <w:sz w:val="22"/>
          <w:u w:val="single"/>
        </w:rPr>
        <w:t xml:space="preserve">. In Black Marxism, </w:t>
      </w:r>
      <w:r>
        <w:rPr>
          <w:b w:val="0"/>
          <w:i w:val="0"/>
          <w:smallCaps w:val="0"/>
          <w:strike w:val="0"/>
          <w:sz w:val="22"/>
          <w:highlight w:val="cyan"/>
          <w:u w:val="single"/>
        </w:rPr>
        <w:t>Robinson defines the Black Radical Tradition as “the</w:t>
      </w:r>
      <w:r>
        <w:rPr>
          <w:b w:val="0"/>
          <w:i w:val="0"/>
          <w:smallCaps w:val="0"/>
          <w:strike w:val="0"/>
          <w:sz w:val="22"/>
          <w:u w:val="single"/>
        </w:rPr>
        <w:t xml:space="preserve"> continuing </w:t>
      </w:r>
      <w:r>
        <w:rPr>
          <w:b w:val="0"/>
          <w:i w:val="0"/>
          <w:smallCaps w:val="0"/>
          <w:strike w:val="0"/>
          <w:sz w:val="22"/>
          <w:highlight w:val="cyan"/>
          <w:u w:val="single"/>
        </w:rPr>
        <w:t>development of a collective consciousness informed by the historical struggles for liberation and motivated</w:t>
      </w:r>
      <w:r>
        <w:rPr>
          <w:b w:val="0"/>
          <w:i w:val="0"/>
          <w:smallCaps w:val="0"/>
          <w:strike w:val="0"/>
          <w:sz w:val="22"/>
          <w:u w:val="single"/>
        </w:rPr>
        <w:t xml:space="preserve"> </w:t>
      </w:r>
      <w:r>
        <w:rPr>
          <w:b w:val="0"/>
          <w:i w:val="0"/>
          <w:smallCaps w:val="0"/>
          <w:strike w:val="0"/>
          <w:sz w:val="22"/>
          <w:highlight w:val="cyan"/>
          <w:u w:val="single"/>
        </w:rPr>
        <w:t>by the</w:t>
      </w:r>
      <w:r>
        <w:rPr>
          <w:b w:val="0"/>
          <w:i w:val="0"/>
          <w:smallCaps w:val="0"/>
          <w:strike w:val="0"/>
          <w:sz w:val="22"/>
          <w:u w:val="single"/>
        </w:rPr>
        <w:t xml:space="preserve"> shared sense of </w:t>
      </w:r>
      <w:r>
        <w:rPr>
          <w:b w:val="0"/>
          <w:i w:val="0"/>
          <w:smallCaps w:val="0"/>
          <w:strike w:val="0"/>
          <w:sz w:val="22"/>
          <w:highlight w:val="cyan"/>
          <w:u w:val="single"/>
        </w:rPr>
        <w:t>obligation to preserve the collective being</w:t>
      </w:r>
      <w:r>
        <w:rPr>
          <w:b w:val="0"/>
          <w:i w:val="0"/>
          <w:smallCaps w:val="0"/>
          <w:strike w:val="0"/>
          <w:sz w:val="22"/>
          <w:u w:val="single"/>
        </w:rPr>
        <w:t>, the ontological totality.”</w:t>
      </w:r>
      <w:r>
        <w:rPr>
          <w:b w:val="0"/>
          <w:i w:val="0"/>
          <w:smallCaps w:val="0"/>
          <w:strike w:val="0"/>
          <w:sz w:val="22"/>
          <w:u w:val="single"/>
        </w:rPr>
        <w:t xml:space="preserve">1 Thus in many ways, </w:t>
      </w:r>
      <w:r>
        <w:rPr>
          <w:b w:val="0"/>
          <w:i w:val="0"/>
          <w:smallCaps w:val="0"/>
          <w:strike w:val="0"/>
          <w:sz w:val="22"/>
          <w:highlight w:val="cyan"/>
          <w:u w:val="single"/>
        </w:rPr>
        <w:t>the greatest achievement of the Black community was itself, its emergence as an</w:t>
      </w:r>
      <w:r>
        <w:rPr>
          <w:b w:val="0"/>
          <w:i w:val="0"/>
          <w:smallCaps w:val="0"/>
          <w:strike w:val="0"/>
          <w:sz w:val="22"/>
          <w:u w:val="single"/>
        </w:rPr>
        <w:t xml:space="preserve"> aggrieved and </w:t>
      </w:r>
      <w:r>
        <w:rPr>
          <w:b w:val="0"/>
          <w:i w:val="0"/>
          <w:smallCaps w:val="0"/>
          <w:strike w:val="0"/>
          <w:sz w:val="22"/>
          <w:highlight w:val="cyan"/>
          <w:u w:val="single"/>
        </w:rPr>
        <w:t>insurgent polity committed to social justice</w:t>
      </w:r>
      <w:r>
        <w:rPr>
          <w:b w:val="0"/>
          <w:i w:val="0"/>
          <w:smallCaps w:val="0"/>
          <w:strike w:val="0"/>
          <w:sz w:val="22"/>
          <w:u w:val="single"/>
        </w:rPr>
        <w:t xml:space="preserve">. The “Black” in the Black Radical Tradition is a politics rather than a pigment, a culture rather than a color. </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