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Affective resistance to work and immaterial labor is bourgeois elitism that can’t scale up and gets coopted if it does. </w:t>
      </w:r>
    </w:p>
    <w:p>
      <w:pPr>
        <w:spacing w:after="80"/>
      </w:pPr>
      <w:r>
        <w:rPr>
          <w:b/>
          <w:i w:val="0"/>
          <w:smallCaps w:val="0"/>
          <w:strike w:val="0"/>
          <w:sz w:val="26"/>
          <w:u w:val="none"/>
        </w:rPr>
        <w:t>Vrasti</w:t>
      </w:r>
      <w:r>
        <w:rPr>
          <w:b/>
          <w:i w:val="0"/>
          <w:smallCaps w:val="0"/>
          <w:strike w:val="0"/>
          <w:sz w:val="26"/>
          <w:u w:val="none"/>
        </w:rPr>
        <w:t>, 11</w:t>
      </w:r>
      <w:r>
        <w:rPr>
          <w:b w:val="0"/>
          <w:i w:val="0"/>
          <w:smallCaps w:val="0"/>
          <w:strike w:val="0"/>
          <w:u w:val="none"/>
        </w:rPr>
        <w:t xml:space="preserve">—Humboldt post-doctoral fellow at Humboldt University (Wanda, ““Caring” Capitalism and the Duplicity of Critique,” Theory &amp; Event Volume 14, Issue 4, 2011, </w:t>
      </w:r>
      <w:r>
        <w:rPr>
          <w:b w:val="0"/>
          <w:i w:val="0"/>
          <w:smallCaps w:val="0"/>
          <w:strike w:val="0"/>
          <w:u w:val="none"/>
        </w:rPr>
        <w:t>dml</w:t>
      </w:r>
      <w:r>
        <w:rPr>
          <w:b w:val="0"/>
          <w:i w:val="0"/>
          <w:smallCaps w:val="0"/>
          <w:strike w:val="0"/>
          <w:u w:val="none"/>
        </w:rPr>
        <w:t>)</w:t>
      </w:r>
    </w:p>
    <w:p>
      <w:pPr>
        <w:spacing w:after="60"/>
      </w:pPr>
      <w:r>
        <w:rPr>
          <w:b w:val="0"/>
          <w:i w:val="0"/>
          <w:smallCaps w:val="0"/>
          <w:strike w:val="0"/>
          <w:sz w:val="16"/>
          <w:u w:val="none"/>
        </w:rPr>
        <w:t xml:space="preserve">If governmentality studies exaggerate the trope of economic action, thus ignoring the possibilities of capture that lurk behind our efforts to resist a cold and callous version of capitalism, </w:t>
      </w:r>
      <w:r>
        <w:rPr>
          <w:b w:val="0"/>
          <w:i w:val="0"/>
          <w:smallCaps w:val="0"/>
          <w:strike w:val="0"/>
          <w:sz w:val="22"/>
          <w:highlight w:val="cyan"/>
          <w:u w:val="single"/>
        </w:rPr>
        <w:t>autonomist Marxism</w:t>
      </w:r>
      <w:r>
        <w:rPr>
          <w:b w:val="0"/>
          <w:i w:val="0"/>
          <w:smallCaps w:val="0"/>
          <w:strike w:val="0"/>
          <w:sz w:val="16"/>
          <w:u w:val="none"/>
        </w:rPr>
        <w:t xml:space="preserve"> suffers of the opposite problem. It </w:t>
      </w:r>
      <w:r>
        <w:rPr>
          <w:b w:val="0"/>
          <w:i w:val="0"/>
          <w:smallCaps w:val="0"/>
          <w:strike w:val="0"/>
          <w:sz w:val="22"/>
          <w:highlight w:val="cyan"/>
          <w:u w:val="single"/>
        </w:rPr>
        <w:t>shares a</w:t>
      </w:r>
      <w:r>
        <w:rPr>
          <w:b w:val="0"/>
          <w:i w:val="0"/>
          <w:smallCaps w:val="0"/>
          <w:strike w:val="0"/>
          <w:sz w:val="16"/>
          <w:u w:val="none"/>
        </w:rPr>
        <w:t xml:space="preserve"> naturalist </w:t>
      </w:r>
      <w:r>
        <w:rPr>
          <w:b w:val="0"/>
          <w:i w:val="0"/>
          <w:smallCaps w:val="0"/>
          <w:strike w:val="0"/>
          <w:sz w:val="22"/>
          <w:highlight w:val="cyan"/>
          <w:u w:val="single"/>
        </w:rPr>
        <w:t>belief in the</w:t>
      </w:r>
      <w:r>
        <w:rPr>
          <w:b w:val="0"/>
          <w:i w:val="0"/>
          <w:smallCaps w:val="0"/>
          <w:strike w:val="0"/>
          <w:sz w:val="16"/>
          <w:u w:val="none"/>
        </w:rPr>
        <w:t xml:space="preserve"> self-destructive capabilities of late capitalism precisely because it recognizes that the battle for the social reproduction of capitalism is being fought on territories which were once ornamental or external (if not outright inimical) to value production.64 The </w:t>
      </w:r>
      <w:r>
        <w:rPr>
          <w:b/>
          <w:i w:val="0"/>
          <w:smallCaps w:val="0"/>
          <w:strike w:val="0"/>
          <w:sz w:val="22"/>
          <w:highlight w:val="cyan"/>
          <w:u w:val="single"/>
        </w:rPr>
        <w:t>communicative</w:t>
      </w:r>
      <w:r>
        <w:rPr>
          <w:b w:val="0"/>
          <w:i w:val="0"/>
          <w:smallCaps w:val="0"/>
          <w:strike w:val="0"/>
          <w:sz w:val="22"/>
          <w:u w:val="single"/>
        </w:rPr>
        <w:t xml:space="preserve"> and </w:t>
      </w:r>
      <w:r>
        <w:rPr>
          <w:b/>
          <w:i w:val="0"/>
          <w:smallCaps w:val="0"/>
          <w:strike w:val="0"/>
          <w:sz w:val="22"/>
          <w:u w:val="single"/>
        </w:rPr>
        <w:t xml:space="preserve">affective </w:t>
      </w:r>
      <w:r>
        <w:rPr>
          <w:b/>
          <w:i w:val="0"/>
          <w:smallCaps w:val="0"/>
          <w:strike w:val="0"/>
          <w:sz w:val="22"/>
          <w:highlight w:val="cyan"/>
          <w:u w:val="single"/>
        </w:rPr>
        <w:t>competencies</w:t>
      </w:r>
      <w:r>
        <w:rPr>
          <w:b w:val="0"/>
          <w:i w:val="0"/>
          <w:smallCaps w:val="0"/>
          <w:strike w:val="0"/>
          <w:sz w:val="16"/>
          <w:u w:val="none"/>
        </w:rPr>
        <w:t xml:space="preserve"> (what autonomists call "general intellect") required by the "new economy" are the very same dispositions </w:t>
      </w:r>
      <w:r>
        <w:rPr>
          <w:b w:val="0"/>
          <w:i w:val="0"/>
          <w:smallCaps w:val="0"/>
          <w:strike w:val="0"/>
          <w:sz w:val="22"/>
          <w:highlight w:val="cyan"/>
          <w:u w:val="single"/>
        </w:rPr>
        <w:t xml:space="preserve">that will allow us to </w:t>
      </w:r>
      <w:r>
        <w:rPr>
          <w:b/>
          <w:i w:val="0"/>
          <w:smallCaps w:val="0"/>
          <w:strike w:val="0"/>
          <w:sz w:val="22"/>
          <w:highlight w:val="cyan"/>
          <w:u w:val="single"/>
        </w:rPr>
        <w:t>short-circuit</w:t>
      </w:r>
      <w:r>
        <w:rPr>
          <w:b/>
          <w:i w:val="0"/>
          <w:smallCaps w:val="0"/>
          <w:strike w:val="0"/>
          <w:sz w:val="22"/>
          <w:u w:val="single"/>
        </w:rPr>
        <w:t xml:space="preserve"> biopolitical </w:t>
      </w:r>
      <w:r>
        <w:rPr>
          <w:b/>
          <w:i w:val="0"/>
          <w:smallCaps w:val="0"/>
          <w:strike w:val="0"/>
          <w:sz w:val="22"/>
          <w:highlight w:val="cyan"/>
          <w:u w:val="single"/>
        </w:rPr>
        <w:t>production</w:t>
      </w:r>
      <w:r>
        <w:rPr>
          <w:b w:val="0"/>
          <w:i w:val="0"/>
          <w:smallCaps w:val="0"/>
          <w:strike w:val="0"/>
          <w:sz w:val="22"/>
          <w:highlight w:val="cyan"/>
          <w:u w:val="single"/>
        </w:rPr>
        <w:t xml:space="preserve"> and "</w:t>
      </w:r>
      <w:r>
        <w:rPr>
          <w:b/>
          <w:i w:val="0"/>
          <w:smallCaps w:val="0"/>
          <w:strike w:val="0"/>
          <w:sz w:val="22"/>
          <w:highlight w:val="cyan"/>
          <w:u w:val="single"/>
        </w:rPr>
        <w:t>become common</w:t>
      </w:r>
      <w:r>
        <w:rPr>
          <w:b w:val="0"/>
          <w:i w:val="0"/>
          <w:smallCaps w:val="0"/>
          <w:strike w:val="0"/>
          <w:sz w:val="22"/>
          <w:u w:val="single"/>
        </w:rPr>
        <w:t xml:space="preserve">" again. </w:t>
      </w:r>
      <w:r>
        <w:rPr>
          <w:b w:val="0"/>
          <w:i w:val="0"/>
          <w:smallCaps w:val="0"/>
          <w:strike w:val="0"/>
          <w:sz w:val="22"/>
          <w:highlight w:val="cyan"/>
          <w:u w:val="single"/>
        </w:rPr>
        <w:t xml:space="preserve">It is </w:t>
      </w:r>
      <w:r>
        <w:rPr>
          <w:b/>
          <w:i w:val="0"/>
          <w:smallCaps w:val="0"/>
          <w:strike w:val="0"/>
          <w:sz w:val="22"/>
          <w:highlight w:val="cyan"/>
          <w:u w:val="single"/>
        </w:rPr>
        <w:t>just a matter of time</w:t>
      </w:r>
      <w:r>
        <w:rPr>
          <w:b w:val="0"/>
          <w:i w:val="0"/>
          <w:smallCaps w:val="0"/>
          <w:strike w:val="0"/>
          <w:sz w:val="22"/>
          <w:highlight w:val="cyan"/>
          <w:u w:val="single"/>
        </w:rPr>
        <w:t xml:space="preserve"> until workers </w:t>
      </w:r>
      <w:r>
        <w:rPr>
          <w:b/>
          <w:i w:val="0"/>
          <w:smallCaps w:val="0"/>
          <w:strike w:val="0"/>
          <w:sz w:val="22"/>
          <w:highlight w:val="cyan"/>
          <w:u w:val="single"/>
        </w:rPr>
        <w:t>realize that capital</w:t>
      </w:r>
      <w:r>
        <w:rPr>
          <w:b w:val="0"/>
          <w:i w:val="0"/>
          <w:smallCaps w:val="0"/>
          <w:strike w:val="0"/>
          <w:sz w:val="22"/>
          <w:u w:val="single"/>
        </w:rPr>
        <w:t xml:space="preserve">, especially </w:t>
      </w:r>
      <w:r>
        <w:rPr>
          <w:b w:val="0"/>
          <w:i w:val="0"/>
          <w:smallCaps w:val="0"/>
          <w:strike w:val="0"/>
          <w:sz w:val="22"/>
          <w:highlight w:val="cyan"/>
          <w:u w:val="single"/>
        </w:rPr>
        <w:t xml:space="preserve">in its </w:t>
      </w:r>
      <w:r>
        <w:rPr>
          <w:b/>
          <w:i w:val="0"/>
          <w:smallCaps w:val="0"/>
          <w:strike w:val="0"/>
          <w:sz w:val="22"/>
          <w:highlight w:val="cyan"/>
          <w:u w:val="single"/>
        </w:rPr>
        <w:t>cognitive guise</w:t>
      </w:r>
      <w:r>
        <w:rPr>
          <w:b w:val="0"/>
          <w:i w:val="0"/>
          <w:smallCaps w:val="0"/>
          <w:strike w:val="0"/>
          <w:sz w:val="22"/>
          <w:highlight w:val="cyan"/>
          <w:u w:val="single"/>
        </w:rPr>
        <w:t xml:space="preserve">, has </w:t>
      </w:r>
      <w:r>
        <w:rPr>
          <w:b/>
          <w:i w:val="0"/>
          <w:smallCaps w:val="0"/>
          <w:strike w:val="0"/>
          <w:sz w:val="22"/>
          <w:highlight w:val="cyan"/>
          <w:u w:val="single"/>
        </w:rPr>
        <w:t>lost its productive function</w:t>
      </w:r>
      <w:r>
        <w:rPr>
          <w:b w:val="0"/>
          <w:i w:val="0"/>
          <w:smallCaps w:val="0"/>
          <w:strike w:val="0"/>
          <w:sz w:val="22"/>
          <w:u w:val="single"/>
        </w:rPr>
        <w:t xml:space="preserve"> of ensuring cooperation and circulation to become a </w:t>
      </w:r>
      <w:r>
        <w:rPr>
          <w:b/>
          <w:i w:val="0"/>
          <w:smallCaps w:val="0"/>
          <w:strike w:val="0"/>
          <w:sz w:val="22"/>
          <w:u w:val="single"/>
        </w:rPr>
        <w:t>purely parasitical structure</w:t>
      </w:r>
      <w:r>
        <w:rPr>
          <w:b w:val="0"/>
          <w:i w:val="0"/>
          <w:smallCaps w:val="0"/>
          <w:strike w:val="0"/>
          <w:sz w:val="22"/>
          <w:u w:val="single"/>
        </w:rPr>
        <w:t xml:space="preserve"> that serves no other purpose than to expropriate our common laboring efforts</w:t>
      </w:r>
      <w:r>
        <w:rPr>
          <w:b w:val="0"/>
          <w:i w:val="0"/>
          <w:smallCaps w:val="0"/>
          <w:strike w:val="0"/>
          <w:sz w:val="16"/>
          <w:u w:val="none"/>
        </w:rPr>
        <w:t xml:space="preserve">.65 </w:t>
      </w:r>
      <w:r>
        <w:rPr>
          <w:b w:val="0"/>
          <w:i w:val="0"/>
          <w:smallCaps w:val="0"/>
          <w:strike w:val="0"/>
          <w:sz w:val="22"/>
          <w:highlight w:val="cyan"/>
          <w:u w:val="single"/>
        </w:rPr>
        <w:t>Once this</w:t>
      </w:r>
      <w:r>
        <w:rPr>
          <w:b w:val="0"/>
          <w:i w:val="0"/>
          <w:smallCaps w:val="0"/>
          <w:strike w:val="0"/>
          <w:sz w:val="22"/>
          <w:u w:val="single"/>
        </w:rPr>
        <w:t xml:space="preserve"> injustice </w:t>
      </w:r>
      <w:r>
        <w:rPr>
          <w:b w:val="0"/>
          <w:i w:val="0"/>
          <w:smallCaps w:val="0"/>
          <w:strike w:val="0"/>
          <w:sz w:val="22"/>
          <w:highlight w:val="cyan"/>
          <w:u w:val="single"/>
        </w:rPr>
        <w:t xml:space="preserve">is recognized </w:t>
      </w:r>
      <w:r>
        <w:rPr>
          <w:b/>
          <w:i w:val="0"/>
          <w:smallCaps w:val="0"/>
          <w:strike w:val="0"/>
          <w:sz w:val="22"/>
          <w:highlight w:val="cyan"/>
          <w:u w:val="single"/>
        </w:rPr>
        <w:t>nothing will stand in the way of emancipation</w:t>
      </w:r>
      <w:r>
        <w:rPr>
          <w:b w:val="0"/>
          <w:i w:val="0"/>
          <w:smallCaps w:val="0"/>
          <w:strike w:val="0"/>
          <w:sz w:val="16"/>
          <w:u w:val="none"/>
        </w:rPr>
        <w:t xml:space="preserve">. It seems to me that </w:t>
      </w:r>
      <w:r>
        <w:rPr>
          <w:b w:val="0"/>
          <w:i w:val="0"/>
          <w:smallCaps w:val="0"/>
          <w:strike w:val="0"/>
          <w:sz w:val="22"/>
          <w:highlight w:val="cyan"/>
          <w:u w:val="single"/>
        </w:rPr>
        <w:t xml:space="preserve">this </w:t>
      </w:r>
      <w:r>
        <w:rPr>
          <w:b/>
          <w:i w:val="0"/>
          <w:smallCaps w:val="0"/>
          <w:strike w:val="0"/>
          <w:sz w:val="22"/>
          <w:highlight w:val="cyan"/>
          <w:u w:val="single"/>
        </w:rPr>
        <w:t>overly optimistic celebration</w:t>
      </w:r>
      <w:r>
        <w:rPr>
          <w:b w:val="0"/>
          <w:i w:val="0"/>
          <w:smallCaps w:val="0"/>
          <w:strike w:val="0"/>
          <w:sz w:val="22"/>
          <w:highlight w:val="cyan"/>
          <w:u w:val="single"/>
        </w:rPr>
        <w:t xml:space="preserve"> of the </w:t>
      </w:r>
      <w:r>
        <w:rPr>
          <w:b/>
          <w:i w:val="0"/>
          <w:smallCaps w:val="0"/>
          <w:strike w:val="0"/>
          <w:sz w:val="22"/>
          <w:highlight w:val="cyan"/>
          <w:u w:val="single"/>
        </w:rPr>
        <w:t>subjective potential</w:t>
      </w:r>
      <w:r>
        <w:rPr>
          <w:b w:val="0"/>
          <w:i w:val="0"/>
          <w:smallCaps w:val="0"/>
          <w:strike w:val="0"/>
          <w:sz w:val="22"/>
          <w:highlight w:val="cyan"/>
          <w:u w:val="single"/>
        </w:rPr>
        <w:t xml:space="preserve"> of labor, which fits in with the greater "</w:t>
      </w:r>
      <w:r>
        <w:rPr>
          <w:b/>
          <w:i w:val="0"/>
          <w:smallCaps w:val="0"/>
          <w:strike w:val="0"/>
          <w:sz w:val="22"/>
          <w:highlight w:val="cyan"/>
          <w:u w:val="single"/>
        </w:rPr>
        <w:t>turn to affect</w:t>
      </w:r>
      <w:r>
        <w:rPr>
          <w:b w:val="0"/>
          <w:i w:val="0"/>
          <w:smallCaps w:val="0"/>
          <w:strike w:val="0"/>
          <w:sz w:val="22"/>
          <w:highlight w:val="cyan"/>
          <w:u w:val="single"/>
        </w:rPr>
        <w:t>"</w:t>
      </w:r>
      <w:r>
        <w:rPr>
          <w:b w:val="0"/>
          <w:i w:val="0"/>
          <w:smallCaps w:val="0"/>
          <w:strike w:val="0"/>
          <w:sz w:val="22"/>
          <w:u w:val="single"/>
        </w:rPr>
        <w:t xml:space="preserve"> that has emerged in cultural studies, </w:t>
      </w:r>
      <w:r>
        <w:rPr>
          <w:b/>
          <w:i w:val="0"/>
          <w:smallCaps w:val="0"/>
          <w:strike w:val="0"/>
          <w:sz w:val="22"/>
          <w:highlight w:val="cyan"/>
          <w:u w:val="single"/>
        </w:rPr>
        <w:t>mystifies</w:t>
      </w:r>
      <w:r>
        <w:rPr>
          <w:b w:val="0"/>
          <w:i w:val="0"/>
          <w:smallCaps w:val="0"/>
          <w:strike w:val="0"/>
          <w:sz w:val="22"/>
          <w:highlight w:val="cyan"/>
          <w:u w:val="single"/>
        </w:rPr>
        <w:t xml:space="preserve"> the </w:t>
      </w:r>
      <w:r>
        <w:rPr>
          <w:b/>
          <w:i w:val="0"/>
          <w:smallCaps w:val="0"/>
          <w:strike w:val="0"/>
          <w:sz w:val="22"/>
          <w:highlight w:val="cyan"/>
          <w:u w:val="single"/>
        </w:rPr>
        <w:t>inherently duplicitous character</w:t>
      </w:r>
      <w:r>
        <w:rPr>
          <w:b w:val="0"/>
          <w:i w:val="0"/>
          <w:smallCaps w:val="0"/>
          <w:strike w:val="0"/>
          <w:sz w:val="22"/>
          <w:highlight w:val="cyan"/>
          <w:u w:val="single"/>
        </w:rPr>
        <w:t xml:space="preserve"> of affect</w:t>
      </w:r>
      <w:r>
        <w:rPr>
          <w:b w:val="0"/>
          <w:i w:val="0"/>
          <w:smallCaps w:val="0"/>
          <w:strike w:val="0"/>
          <w:sz w:val="22"/>
          <w:u w:val="single"/>
        </w:rPr>
        <w:t xml:space="preserve">. To place trust in the self-destructive capabilities of late capitalism seems </w:t>
      </w:r>
      <w:r>
        <w:rPr>
          <w:b/>
          <w:i w:val="0"/>
          <w:smallCaps w:val="0"/>
          <w:strike w:val="0"/>
          <w:sz w:val="22"/>
          <w:u w:val="single"/>
        </w:rPr>
        <w:t>excessively optimistic</w:t>
      </w:r>
      <w:r>
        <w:rPr>
          <w:b w:val="0"/>
          <w:i w:val="0"/>
          <w:smallCaps w:val="0"/>
          <w:strike w:val="0"/>
          <w:sz w:val="22"/>
          <w:u w:val="single"/>
        </w:rPr>
        <w:t xml:space="preserve"> seeing how the communicative and affective competencies demanded by the "new economy" have </w:t>
      </w:r>
      <w:r>
        <w:rPr>
          <w:b/>
          <w:i w:val="0"/>
          <w:smallCaps w:val="0"/>
          <w:strike w:val="0"/>
          <w:sz w:val="22"/>
          <w:u w:val="single"/>
        </w:rPr>
        <w:t>done more to solidify the stronghold of neoliberal ideology than erode it</w:t>
      </w:r>
      <w:r>
        <w:rPr>
          <w:b w:val="0"/>
          <w:i w:val="0"/>
          <w:smallCaps w:val="0"/>
          <w:strike w:val="0"/>
          <w:sz w:val="22"/>
          <w:u w:val="single"/>
        </w:rPr>
        <w:t>.</w:t>
      </w:r>
    </w:p>
    <w:p>
      <w:pPr>
        <w:spacing w:after="60"/>
      </w:pPr>
      <w:r>
        <w:rPr>
          <w:b w:val="0"/>
          <w:i w:val="0"/>
          <w:smallCaps w:val="0"/>
          <w:strike w:val="0"/>
          <w:sz w:val="16"/>
          <w:u w:val="none"/>
        </w:rPr>
        <w:t xml:space="preserve">Autonomist Marxism tells roughly the same story as Foucauldian governmentality critique, albeit with a few modifications: neoliberalism is replaced with post-Fordism, subjectivity with living labor, and governmentality with biopolitical production. Where Foucault talked of neoliberalism as a general philosophy that takes the market into the guiding principle for all human action, the Marxian master-category of post-Fordism grounds the neoliberal ethos in the history of 1960s and 70s labor struggles and economic shocks. In operaismo66 (workerist) terms, post-Fordism is defined as a neoliberal tactic deliberately trying to fragment the relatively firm class alliances of the postwar period through technological innovation and economic </w:t>
      </w:r>
      <w:r>
        <w:rPr>
          <w:b w:val="0"/>
          <w:i w:val="0"/>
          <w:smallCaps w:val="0"/>
          <w:strike w:val="0"/>
          <w:sz w:val="16"/>
          <w:u w:val="none"/>
        </w:rPr>
        <w:t>globalization, and</w:t>
      </w:r>
      <w:r>
        <w:rPr>
          <w:b w:val="0"/>
          <w:i w:val="0"/>
          <w:smallCaps w:val="0"/>
          <w:strike w:val="0"/>
          <w:sz w:val="16"/>
          <w:u w:val="none"/>
        </w:rPr>
        <w:t xml:space="preserve"> restore the power of managerial and political elites. Technological automatization, large-scale outsourcing, non-standard employment relations, and the overall state of economic precarity (in work, housing, finance, education, citizenship practices, and affective relations) that followed these waves of </w:t>
      </w:r>
      <w:r>
        <w:rPr>
          <w:b w:val="0"/>
          <w:i w:val="0"/>
          <w:smallCaps w:val="0"/>
          <w:strike w:val="0"/>
          <w:sz w:val="16"/>
          <w:u w:val="none"/>
        </w:rPr>
        <w:t>neoliberalization</w:t>
      </w:r>
      <w:r>
        <w:rPr>
          <w:b w:val="0"/>
          <w:i w:val="0"/>
          <w:smallCaps w:val="0"/>
          <w:strike w:val="0"/>
          <w:sz w:val="16"/>
          <w:u w:val="none"/>
        </w:rPr>
        <w:t xml:space="preserve"> sought to respond to shop floor disaffection over tedious and repetitive jobs, but also discipline the "revolt against work" of earlier decades.</w:t>
      </w:r>
    </w:p>
    <w:p>
      <w:pPr>
        <w:spacing w:after="60"/>
      </w:pPr>
      <w:r>
        <w:rPr>
          <w:b w:val="0"/>
          <w:i w:val="0"/>
          <w:smallCaps w:val="0"/>
          <w:strike w:val="0"/>
          <w:sz w:val="16"/>
          <w:u w:val="none"/>
        </w:rPr>
        <w:t xml:space="preserve">The greatest merit of what appears to be primarily a terminological shift from neoliberalism to post-Fordism is to make labor, something which not only political economy but Marx himself neglected, the subject of historical transformation. Instead of a somewhat generalized notion of subjectivity, </w:t>
      </w:r>
      <w:r>
        <w:rPr>
          <w:b w:val="0"/>
          <w:i w:val="0"/>
          <w:smallCaps w:val="0"/>
          <w:strike w:val="0"/>
          <w:sz w:val="22"/>
          <w:highlight w:val="cyan"/>
          <w:u w:val="single"/>
        </w:rPr>
        <w:t xml:space="preserve">autonomist thought </w:t>
      </w:r>
      <w:r>
        <w:rPr>
          <w:b/>
          <w:i w:val="0"/>
          <w:smallCaps w:val="0"/>
          <w:strike w:val="0"/>
          <w:sz w:val="22"/>
          <w:highlight w:val="cyan"/>
          <w:u w:val="single"/>
        </w:rPr>
        <w:t>grants ontological primacy to</w:t>
      </w:r>
      <w:r>
        <w:rPr>
          <w:b/>
          <w:i w:val="0"/>
          <w:smallCaps w:val="0"/>
          <w:strike w:val="0"/>
          <w:sz w:val="22"/>
          <w:u w:val="single"/>
        </w:rPr>
        <w:t xml:space="preserve"> the proletariat</w:t>
      </w:r>
      <w:r>
        <w:rPr>
          <w:b w:val="0"/>
          <w:i w:val="0"/>
          <w:smallCaps w:val="0"/>
          <w:strike w:val="0"/>
          <w:sz w:val="22"/>
          <w:u w:val="single"/>
        </w:rPr>
        <w:t xml:space="preserve">. </w:t>
      </w:r>
      <w:r>
        <w:rPr>
          <w:b/>
          <w:i w:val="0"/>
          <w:smallCaps w:val="0"/>
          <w:strike w:val="0"/>
          <w:sz w:val="22"/>
          <w:highlight w:val="cyan"/>
          <w:u w:val="single"/>
        </w:rPr>
        <w:t>Work</w:t>
      </w:r>
      <w:r>
        <w:rPr>
          <w:b w:val="0"/>
          <w:i w:val="0"/>
          <w:smallCaps w:val="0"/>
          <w:strike w:val="0"/>
          <w:sz w:val="22"/>
          <w:highlight w:val="cyan"/>
          <w:u w:val="single"/>
        </w:rPr>
        <w:t xml:space="preserve">, the </w:t>
      </w:r>
      <w:r>
        <w:rPr>
          <w:b/>
          <w:i w:val="0"/>
          <w:smallCaps w:val="0"/>
          <w:strike w:val="0"/>
          <w:sz w:val="22"/>
          <w:highlight w:val="cyan"/>
          <w:u w:val="single"/>
        </w:rPr>
        <w:t>master relation of all human interaction</w:t>
      </w:r>
      <w:r>
        <w:rPr>
          <w:b w:val="0"/>
          <w:i w:val="0"/>
          <w:smallCaps w:val="0"/>
          <w:strike w:val="0"/>
          <w:sz w:val="22"/>
          <w:highlight w:val="cyan"/>
          <w:u w:val="single"/>
        </w:rPr>
        <w:t xml:space="preserve">, </w:t>
      </w:r>
      <w:r>
        <w:rPr>
          <w:b w:val="0"/>
          <w:i w:val="0"/>
          <w:smallCaps w:val="0"/>
          <w:strike w:val="0"/>
          <w:sz w:val="22"/>
          <w:u w:val="single"/>
        </w:rPr>
        <w:t xml:space="preserve">is </w:t>
      </w:r>
      <w:r>
        <w:rPr>
          <w:b w:val="0"/>
          <w:i w:val="0"/>
          <w:smallCaps w:val="0"/>
          <w:strike w:val="0"/>
          <w:sz w:val="22"/>
          <w:highlight w:val="cyan"/>
          <w:u w:val="single"/>
        </w:rPr>
        <w:t xml:space="preserve">the </w:t>
      </w:r>
      <w:r>
        <w:rPr>
          <w:b/>
          <w:i w:val="0"/>
          <w:smallCaps w:val="0"/>
          <w:strike w:val="0"/>
          <w:sz w:val="22"/>
          <w:highlight w:val="cyan"/>
          <w:u w:val="single"/>
        </w:rPr>
        <w:t>place where subjectivity is produced</w:t>
      </w:r>
      <w:r>
        <w:rPr>
          <w:b w:val="0"/>
          <w:i w:val="0"/>
          <w:smallCaps w:val="0"/>
          <w:strike w:val="0"/>
          <w:sz w:val="16"/>
          <w:u w:val="none"/>
        </w:rPr>
        <w:t xml:space="preserve">. Or, to put it differently, </w:t>
      </w:r>
      <w:r>
        <w:rPr>
          <w:b w:val="0"/>
          <w:i w:val="0"/>
          <w:smallCaps w:val="0"/>
          <w:strike w:val="0"/>
          <w:sz w:val="22"/>
          <w:highlight w:val="cyan"/>
          <w:u w:val="single"/>
        </w:rPr>
        <w:t xml:space="preserve">the </w:t>
      </w:r>
      <w:r>
        <w:rPr>
          <w:b/>
          <w:i w:val="0"/>
          <w:smallCaps w:val="0"/>
          <w:strike w:val="0"/>
          <w:sz w:val="22"/>
          <w:highlight w:val="cyan"/>
          <w:u w:val="single"/>
        </w:rPr>
        <w:t>waged relation</w:t>
      </w:r>
      <w:r>
        <w:rPr>
          <w:b w:val="0"/>
          <w:i w:val="0"/>
          <w:smallCaps w:val="0"/>
          <w:strike w:val="0"/>
          <w:sz w:val="22"/>
          <w:highlight w:val="cyan"/>
          <w:u w:val="single"/>
        </w:rPr>
        <w:t xml:space="preserve">, </w:t>
      </w:r>
      <w:r>
        <w:rPr>
          <w:b/>
          <w:i w:val="0"/>
          <w:smallCaps w:val="0"/>
          <w:strike w:val="0"/>
          <w:sz w:val="22"/>
          <w:highlight w:val="cyan"/>
          <w:u w:val="single"/>
        </w:rPr>
        <w:t>generalized across the entire social field</w:t>
      </w:r>
      <w:r>
        <w:rPr>
          <w:b w:val="0"/>
          <w:i w:val="0"/>
          <w:smallCaps w:val="0"/>
          <w:strike w:val="0"/>
          <w:sz w:val="22"/>
          <w:highlight w:val="cyan"/>
          <w:u w:val="single"/>
        </w:rPr>
        <w:t xml:space="preserve">, is the </w:t>
      </w:r>
      <w:r>
        <w:rPr>
          <w:b/>
          <w:i w:val="0"/>
          <w:smallCaps w:val="0"/>
          <w:strike w:val="0"/>
          <w:sz w:val="22"/>
          <w:highlight w:val="cyan"/>
          <w:u w:val="single"/>
        </w:rPr>
        <w:t>central method of control</w:t>
      </w:r>
      <w:r>
        <w:rPr>
          <w:b w:val="0"/>
          <w:i w:val="0"/>
          <w:smallCaps w:val="0"/>
          <w:strike w:val="0"/>
          <w:sz w:val="16"/>
          <w:u w:val="none"/>
        </w:rPr>
        <w:t xml:space="preserve">: work on yourself, your education, your finances, your personal health, and your social relations. </w:t>
      </w:r>
      <w:r>
        <w:rPr>
          <w:b w:val="0"/>
          <w:i w:val="0"/>
          <w:smallCaps w:val="0"/>
          <w:strike w:val="0"/>
          <w:sz w:val="22"/>
          <w:u w:val="single"/>
        </w:rPr>
        <w:t xml:space="preserve">This over-privileging of labor might seem </w:t>
      </w:r>
      <w:r>
        <w:rPr>
          <w:b/>
          <w:i w:val="0"/>
          <w:smallCaps w:val="0"/>
          <w:strike w:val="0"/>
          <w:sz w:val="22"/>
          <w:u w:val="single"/>
        </w:rPr>
        <w:t>strange</w:t>
      </w:r>
      <w:r>
        <w:rPr>
          <w:b w:val="0"/>
          <w:i w:val="0"/>
          <w:smallCaps w:val="0"/>
          <w:strike w:val="0"/>
          <w:sz w:val="22"/>
          <w:u w:val="single"/>
        </w:rPr>
        <w:t xml:space="preserve"> considering that, especially </w:t>
      </w:r>
      <w:r>
        <w:rPr>
          <w:b w:val="0"/>
          <w:i w:val="0"/>
          <w:smallCaps w:val="0"/>
          <w:strike w:val="0"/>
          <w:sz w:val="22"/>
          <w:u w:val="single"/>
        </w:rPr>
        <w:t xml:space="preserve">in places blessed with the </w:t>
      </w:r>
      <w:r>
        <w:rPr>
          <w:b/>
          <w:i w:val="0"/>
          <w:smallCaps w:val="0"/>
          <w:strike w:val="0"/>
          <w:sz w:val="22"/>
          <w:u w:val="single"/>
        </w:rPr>
        <w:t>social</w:t>
      </w:r>
      <w:r>
        <w:rPr>
          <w:b w:val="0"/>
          <w:i w:val="0"/>
          <w:smallCaps w:val="0"/>
          <w:strike w:val="0"/>
          <w:sz w:val="22"/>
          <w:u w:val="single"/>
        </w:rPr>
        <w:t xml:space="preserve">, </w:t>
      </w:r>
      <w:r>
        <w:rPr>
          <w:b/>
          <w:i w:val="0"/>
          <w:smallCaps w:val="0"/>
          <w:strike w:val="0"/>
          <w:sz w:val="22"/>
          <w:u w:val="single"/>
        </w:rPr>
        <w:t>cultural</w:t>
      </w:r>
      <w:r>
        <w:rPr>
          <w:b w:val="0"/>
          <w:i w:val="0"/>
          <w:smallCaps w:val="0"/>
          <w:strike w:val="0"/>
          <w:sz w:val="22"/>
          <w:u w:val="single"/>
        </w:rPr>
        <w:t xml:space="preserve">, and </w:t>
      </w:r>
      <w:r>
        <w:rPr>
          <w:b/>
          <w:i w:val="0"/>
          <w:smallCaps w:val="0"/>
          <w:strike w:val="0"/>
          <w:sz w:val="22"/>
          <w:u w:val="single"/>
        </w:rPr>
        <w:t>symbolic rewards</w:t>
      </w:r>
      <w:r>
        <w:rPr>
          <w:b w:val="0"/>
          <w:i w:val="0"/>
          <w:smallCaps w:val="0"/>
          <w:strike w:val="0"/>
          <w:sz w:val="22"/>
          <w:u w:val="single"/>
        </w:rPr>
        <w:t xml:space="preserve"> of post-industrialism, capitalism is </w:t>
      </w:r>
      <w:r>
        <w:rPr>
          <w:b/>
          <w:i w:val="0"/>
          <w:smallCaps w:val="0"/>
          <w:strike w:val="0"/>
          <w:sz w:val="22"/>
          <w:u w:val="single"/>
        </w:rPr>
        <w:t>less about producing goods</w:t>
      </w:r>
      <w:r>
        <w:rPr>
          <w:b w:val="0"/>
          <w:i w:val="0"/>
          <w:smallCaps w:val="0"/>
          <w:strike w:val="0"/>
          <w:sz w:val="22"/>
          <w:u w:val="single"/>
        </w:rPr>
        <w:t xml:space="preserve"> and </w:t>
      </w:r>
      <w:r>
        <w:rPr>
          <w:b/>
          <w:i w:val="0"/>
          <w:smallCaps w:val="0"/>
          <w:strike w:val="0"/>
          <w:sz w:val="22"/>
          <w:u w:val="single"/>
        </w:rPr>
        <w:t>services</w:t>
      </w:r>
      <w:r>
        <w:rPr>
          <w:b w:val="0"/>
          <w:i w:val="0"/>
          <w:smallCaps w:val="0"/>
          <w:strike w:val="0"/>
          <w:sz w:val="22"/>
          <w:u w:val="single"/>
        </w:rPr>
        <w:t xml:space="preserve"> than about </w:t>
      </w:r>
      <w:r>
        <w:rPr>
          <w:b/>
          <w:i w:val="0"/>
          <w:smallCaps w:val="0"/>
          <w:strike w:val="0"/>
          <w:sz w:val="22"/>
          <w:u w:val="single"/>
        </w:rPr>
        <w:t>reproducing hospitable forms of life</w:t>
      </w:r>
      <w:r>
        <w:rPr>
          <w:b w:val="0"/>
          <w:i w:val="0"/>
          <w:smallCaps w:val="0"/>
          <w:strike w:val="0"/>
          <w:sz w:val="16"/>
          <w:u w:val="none"/>
        </w:rPr>
        <w:t xml:space="preserve"> (e.g., bodies, subjectivities, social relations, material processes, desires, and fantasies). </w:t>
      </w:r>
      <w:r>
        <w:rPr>
          <w:b w:val="0"/>
          <w:i w:val="0"/>
          <w:smallCaps w:val="0"/>
          <w:strike w:val="0"/>
          <w:sz w:val="22"/>
          <w:u w:val="single"/>
        </w:rPr>
        <w:t xml:space="preserve">Yet for autonomist Marxists it is </w:t>
      </w:r>
      <w:r>
        <w:rPr>
          <w:b/>
          <w:i w:val="0"/>
          <w:smallCaps w:val="0"/>
          <w:strike w:val="0"/>
          <w:sz w:val="22"/>
          <w:u w:val="single"/>
        </w:rPr>
        <w:t>precisely these affluent contexts</w:t>
      </w:r>
      <w:r>
        <w:rPr>
          <w:b w:val="0"/>
          <w:i w:val="0"/>
          <w:smallCaps w:val="0"/>
          <w:strike w:val="0"/>
          <w:sz w:val="22"/>
          <w:u w:val="single"/>
        </w:rPr>
        <w:t>, where work</w:t>
      </w:r>
      <w:r>
        <w:rPr>
          <w:b w:val="0"/>
          <w:i w:val="0"/>
          <w:smallCaps w:val="0"/>
          <w:strike w:val="0"/>
          <w:sz w:val="22"/>
          <w:u w:val="single"/>
        </w:rPr>
        <w:t xml:space="preserve"> is </w:t>
      </w:r>
      <w:r>
        <w:rPr>
          <w:b/>
          <w:i w:val="0"/>
          <w:smallCaps w:val="0"/>
          <w:strike w:val="0"/>
          <w:sz w:val="22"/>
          <w:u w:val="single"/>
        </w:rPr>
        <w:t>largely immaterial</w:t>
      </w:r>
      <w:r>
        <w:rPr>
          <w:b w:val="0"/>
          <w:i w:val="0"/>
          <w:smallCaps w:val="0"/>
          <w:strike w:val="0"/>
          <w:sz w:val="22"/>
          <w:u w:val="single"/>
        </w:rPr>
        <w:t xml:space="preserve">, </w:t>
      </w:r>
      <w:r>
        <w:rPr>
          <w:b/>
          <w:i w:val="0"/>
          <w:smallCaps w:val="0"/>
          <w:strike w:val="0"/>
          <w:sz w:val="22"/>
          <w:u w:val="single"/>
        </w:rPr>
        <w:t>recreational</w:t>
      </w:r>
      <w:r>
        <w:rPr>
          <w:b w:val="0"/>
          <w:i w:val="0"/>
          <w:smallCaps w:val="0"/>
          <w:strike w:val="0"/>
          <w:sz w:val="22"/>
          <w:u w:val="single"/>
        </w:rPr>
        <w:t xml:space="preserve">, and </w:t>
      </w:r>
      <w:r>
        <w:rPr>
          <w:b/>
          <w:i w:val="0"/>
          <w:smallCaps w:val="0"/>
          <w:strike w:val="0"/>
          <w:sz w:val="22"/>
          <w:u w:val="single"/>
        </w:rPr>
        <w:t>consumptive</w:t>
      </w:r>
      <w:r>
        <w:rPr>
          <w:b w:val="0"/>
          <w:i w:val="0"/>
          <w:smallCaps w:val="0"/>
          <w:strike w:val="0"/>
          <w:sz w:val="22"/>
          <w:u w:val="single"/>
        </w:rPr>
        <w:t xml:space="preserve">, that the hegemonic tendency of flexible capitalism is </w:t>
      </w:r>
      <w:r>
        <w:rPr>
          <w:b/>
          <w:i w:val="0"/>
          <w:smallCaps w:val="0"/>
          <w:strike w:val="0"/>
          <w:sz w:val="22"/>
          <w:u w:val="single"/>
        </w:rPr>
        <w:t>most evident</w:t>
      </w:r>
      <w:r>
        <w:rPr>
          <w:b w:val="0"/>
          <w:i w:val="0"/>
          <w:smallCaps w:val="0"/>
          <w:strike w:val="0"/>
          <w:sz w:val="16"/>
          <w:u w:val="none"/>
        </w:rPr>
        <w:t xml:space="preserve">.67 The days of mass production may be over, at least as a formula for growth, but </w:t>
      </w:r>
      <w:r>
        <w:rPr>
          <w:b w:val="0"/>
          <w:i w:val="0"/>
          <w:smallCaps w:val="0"/>
          <w:strike w:val="0"/>
          <w:sz w:val="22"/>
          <w:highlight w:val="cyan"/>
          <w:u w:val="single"/>
        </w:rPr>
        <w:t>the logic of production</w:t>
      </w:r>
      <w:r>
        <w:rPr>
          <w:b w:val="0"/>
          <w:i w:val="0"/>
          <w:smallCaps w:val="0"/>
          <w:strike w:val="0"/>
          <w:sz w:val="22"/>
          <w:u w:val="single"/>
        </w:rPr>
        <w:t xml:space="preserve"> now </w:t>
      </w:r>
      <w:r>
        <w:rPr>
          <w:b/>
          <w:i w:val="0"/>
          <w:smallCaps w:val="0"/>
          <w:strike w:val="0"/>
          <w:sz w:val="22"/>
          <w:highlight w:val="cyan"/>
          <w:u w:val="single"/>
        </w:rPr>
        <w:t>extends throughout the entire social field</w:t>
      </w:r>
      <w:r>
        <w:rPr>
          <w:b w:val="0"/>
          <w:i w:val="0"/>
          <w:smallCaps w:val="0"/>
          <w:strike w:val="0"/>
          <w:sz w:val="22"/>
          <w:highlight w:val="cyan"/>
          <w:u w:val="single"/>
        </w:rPr>
        <w:t xml:space="preserve">, </w:t>
      </w:r>
      <w:r>
        <w:rPr>
          <w:b/>
          <w:i w:val="0"/>
          <w:smallCaps w:val="0"/>
          <w:strike w:val="0"/>
          <w:sz w:val="22"/>
          <w:highlight w:val="cyan"/>
          <w:u w:val="single"/>
        </w:rPr>
        <w:t>collapsing labor</w:t>
      </w:r>
      <w:r>
        <w:rPr>
          <w:b w:val="0"/>
          <w:i w:val="0"/>
          <w:smallCaps w:val="0"/>
          <w:strike w:val="0"/>
          <w:sz w:val="22"/>
          <w:highlight w:val="cyan"/>
          <w:u w:val="single"/>
        </w:rPr>
        <w:t xml:space="preserve"> and </w:t>
      </w:r>
      <w:r>
        <w:rPr>
          <w:b/>
          <w:i w:val="0"/>
          <w:smallCaps w:val="0"/>
          <w:strike w:val="0"/>
          <w:sz w:val="22"/>
          <w:highlight w:val="cyan"/>
          <w:u w:val="single"/>
        </w:rPr>
        <w:t>leisure</w:t>
      </w:r>
      <w:r>
        <w:rPr>
          <w:b w:val="0"/>
          <w:i w:val="0"/>
          <w:smallCaps w:val="0"/>
          <w:strike w:val="0"/>
          <w:sz w:val="22"/>
          <w:u w:val="single"/>
        </w:rPr>
        <w:t xml:space="preserve">, </w:t>
      </w:r>
      <w:r>
        <w:rPr>
          <w:b/>
          <w:i w:val="0"/>
          <w:smallCaps w:val="0"/>
          <w:strike w:val="0"/>
          <w:sz w:val="22"/>
          <w:u w:val="single"/>
        </w:rPr>
        <w:t>prosperity</w:t>
      </w:r>
      <w:r>
        <w:rPr>
          <w:b w:val="0"/>
          <w:i w:val="0"/>
          <w:smallCaps w:val="0"/>
          <w:strike w:val="0"/>
          <w:sz w:val="22"/>
          <w:u w:val="single"/>
        </w:rPr>
        <w:t xml:space="preserve"> and </w:t>
      </w:r>
      <w:r>
        <w:rPr>
          <w:b/>
          <w:i w:val="0"/>
          <w:smallCaps w:val="0"/>
          <w:strike w:val="0"/>
          <w:sz w:val="22"/>
          <w:u w:val="single"/>
        </w:rPr>
        <w:t>sociality</w:t>
      </w:r>
      <w:r>
        <w:rPr>
          <w:b w:val="0"/>
          <w:i w:val="0"/>
          <w:smallCaps w:val="0"/>
          <w:strike w:val="0"/>
          <w:sz w:val="22"/>
          <w:u w:val="single"/>
        </w:rPr>
        <w:t xml:space="preserve">, </w:t>
      </w:r>
      <w:r>
        <w:rPr>
          <w:b/>
          <w:i w:val="0"/>
          <w:smallCaps w:val="0"/>
          <w:strike w:val="0"/>
          <w:sz w:val="22"/>
          <w:u w:val="single"/>
        </w:rPr>
        <w:t>philanthropy</w:t>
      </w:r>
      <w:r>
        <w:rPr>
          <w:b w:val="0"/>
          <w:i w:val="0"/>
          <w:smallCaps w:val="0"/>
          <w:strike w:val="0"/>
          <w:sz w:val="22"/>
          <w:u w:val="single"/>
        </w:rPr>
        <w:t xml:space="preserve"> and </w:t>
      </w:r>
      <w:r>
        <w:rPr>
          <w:b/>
          <w:i w:val="0"/>
          <w:smallCaps w:val="0"/>
          <w:strike w:val="0"/>
          <w:sz w:val="22"/>
          <w:u w:val="single"/>
        </w:rPr>
        <w:t>entrepreneurship</w:t>
      </w:r>
      <w:r>
        <w:rPr>
          <w:b w:val="0"/>
          <w:i w:val="0"/>
          <w:smallCaps w:val="0"/>
          <w:strike w:val="0"/>
          <w:sz w:val="22"/>
          <w:u w:val="single"/>
        </w:rPr>
        <w:t xml:space="preserve">, </w:t>
      </w:r>
      <w:r>
        <w:rPr>
          <w:b w:val="0"/>
          <w:i w:val="0"/>
          <w:smallCaps w:val="0"/>
          <w:strike w:val="0"/>
          <w:sz w:val="22"/>
          <w:highlight w:val="cyan"/>
          <w:u w:val="single"/>
        </w:rPr>
        <w:t>into a</w:t>
      </w:r>
      <w:r>
        <w:rPr>
          <w:b w:val="0"/>
          <w:i w:val="0"/>
          <w:smallCaps w:val="0"/>
          <w:strike w:val="0"/>
          <w:sz w:val="22"/>
          <w:u w:val="single"/>
        </w:rPr>
        <w:t xml:space="preserve"> so-called "</w:t>
      </w:r>
      <w:r>
        <w:rPr>
          <w:b/>
          <w:i w:val="0"/>
          <w:smallCaps w:val="0"/>
          <w:strike w:val="0"/>
          <w:sz w:val="22"/>
          <w:highlight w:val="cyan"/>
          <w:u w:val="single"/>
        </w:rPr>
        <w:t>social factory</w:t>
      </w:r>
      <w:r>
        <w:rPr>
          <w:b w:val="0"/>
          <w:i w:val="0"/>
          <w:smallCaps w:val="0"/>
          <w:strike w:val="0"/>
          <w:sz w:val="22"/>
          <w:u w:val="single"/>
        </w:rPr>
        <w:t>."</w:t>
      </w:r>
      <w:r>
        <w:rPr>
          <w:b w:val="0"/>
          <w:i w:val="0"/>
          <w:smallCaps w:val="0"/>
          <w:strike w:val="0"/>
          <w:sz w:val="16"/>
          <w:u w:val="none"/>
        </w:rPr>
        <w:t xml:space="preserve"> Although similar, the effects of biopolitical production or "bioeconomy" are far more severe, critical Marxists argue, than those implied by Foucauldian governmentality. Whereas neoliberal governmentality tries to make the "economic perspective [...] coextensive with all of society"68, biopolitical production recognizes the limits of economic rationality and makes the "raw material of human relations"69, that is, our propensity towards language, communication, creativity, community, and everything else we are used to thinking is autonomous or alternative to capital, immanent to value production.</w:t>
      </w:r>
    </w:p>
    <w:p>
      <w:pPr>
        <w:spacing w:after="60"/>
      </w:pPr>
      <w:r>
        <w:rPr>
          <w:b w:val="0"/>
          <w:i w:val="0"/>
          <w:smallCaps w:val="0"/>
          <w:strike w:val="0"/>
          <w:sz w:val="16"/>
          <w:u w:val="none"/>
        </w:rPr>
        <w:t>Several critiques have been raised against this strand of Marxism, especially in the form popularized by Hardt and Negri's trilogy - Empire, Multitude and Commonwealth. More loyal epigones accuse Hardt and Negri of abdicating from many of the core tenets of Marxism (e.g., explanatory primacy of relations of production, objective class interests, and the utopia of communism) and downgrading Leftist politics to a sentimental affiliation with no substantial political value.70 Feminist Marxists, on the other hand, take issue with Hardt and Negri's gender neutrality. An entire tradition of feminist analysis on the role of women's work in reproducing the working class, the enclosure of women's bodies in exploitative and precarious labor conditions, and the gender hierarchies that make all of this possible have been swept away by Hardt and Negri's superficial discussion of "affective labor."71 Perhaps the most important accusation, however, charges members of the post-</w:t>
      </w:r>
      <w:r>
        <w:rPr>
          <w:b w:val="0"/>
          <w:i w:val="0"/>
          <w:smallCaps w:val="0"/>
          <w:strike w:val="0"/>
          <w:sz w:val="16"/>
          <w:u w:val="none"/>
        </w:rPr>
        <w:t>operaista</w:t>
      </w:r>
      <w:r>
        <w:rPr>
          <w:b w:val="0"/>
          <w:i w:val="0"/>
          <w:smallCaps w:val="0"/>
          <w:strike w:val="0"/>
          <w:sz w:val="16"/>
          <w:u w:val="none"/>
        </w:rPr>
        <w:t xml:space="preserve"> Left with exaggerating the intellectual and immaterial components of modern life, both in numerical terms and as a strategic move.</w:t>
      </w:r>
    </w:p>
    <w:p>
      <w:pPr>
        <w:spacing w:after="60"/>
      </w:pPr>
      <w:r>
        <w:rPr>
          <w:b/>
          <w:i w:val="0"/>
          <w:smallCaps w:val="0"/>
          <w:strike w:val="0"/>
          <w:sz w:val="22"/>
          <w:u w:val="single"/>
        </w:rPr>
        <w:t>Immaterial labor</w:t>
      </w:r>
      <w:r>
        <w:rPr>
          <w:b w:val="0"/>
          <w:i w:val="0"/>
          <w:smallCaps w:val="0"/>
          <w:strike w:val="0"/>
          <w:sz w:val="16"/>
          <w:u w:val="none"/>
        </w:rPr>
        <w:t xml:space="preserve">, broadly defined, </w:t>
      </w:r>
      <w:r>
        <w:rPr>
          <w:b w:val="0"/>
          <w:i w:val="0"/>
          <w:smallCaps w:val="0"/>
          <w:strike w:val="0"/>
          <w:sz w:val="22"/>
          <w:u w:val="single"/>
        </w:rPr>
        <w:t xml:space="preserve">is work which includes and relies upon activities </w:t>
      </w:r>
      <w:r>
        <w:rPr>
          <w:b/>
          <w:i w:val="0"/>
          <w:smallCaps w:val="0"/>
          <w:strike w:val="0"/>
          <w:sz w:val="22"/>
          <w:u w:val="single"/>
        </w:rPr>
        <w:t>not traditionally considered as part of work</w:t>
      </w:r>
      <w:r>
        <w:rPr>
          <w:b w:val="0"/>
          <w:i w:val="0"/>
          <w:smallCaps w:val="0"/>
          <w:strike w:val="0"/>
          <w:sz w:val="22"/>
          <w:u w:val="single"/>
        </w:rPr>
        <w:t>, such as tastes, opinion, sociality, communication, creativity, leisure, art and affect</w:t>
      </w:r>
      <w:r>
        <w:rPr>
          <w:b w:val="0"/>
          <w:i w:val="0"/>
          <w:smallCaps w:val="0"/>
          <w:strike w:val="0"/>
          <w:sz w:val="16"/>
          <w:u w:val="none"/>
        </w:rPr>
        <w:t xml:space="preserve">. It is work which regardless of its material substance, extracts value from intangible properties, like knowledge, information, sociality or emotional response. Its goal is not to produce certain economic value, social good, or cultural product, but to implode the distinctions between these categories by producing social life itself.72 Critics interject that </w:t>
      </w:r>
      <w:r>
        <w:rPr>
          <w:b w:val="0"/>
          <w:i w:val="0"/>
          <w:smallCaps w:val="0"/>
          <w:strike w:val="0"/>
          <w:sz w:val="22"/>
          <w:highlight w:val="cyan"/>
          <w:u w:val="single"/>
        </w:rPr>
        <w:t xml:space="preserve">immaterial labor describes </w:t>
      </w:r>
      <w:r>
        <w:rPr>
          <w:b/>
          <w:i w:val="0"/>
          <w:smallCaps w:val="0"/>
          <w:strike w:val="0"/>
          <w:sz w:val="22"/>
          <w:highlight w:val="cyan"/>
          <w:u w:val="single"/>
        </w:rPr>
        <w:t>only the experiences of liberal bourgeois subjects</w:t>
      </w:r>
      <w:r>
        <w:rPr>
          <w:b w:val="0"/>
          <w:i w:val="0"/>
          <w:smallCaps w:val="0"/>
          <w:strike w:val="0"/>
          <w:sz w:val="16"/>
          <w:u w:val="none"/>
        </w:rPr>
        <w:t xml:space="preserve"> (e.g., entrepreneurs, freelancers, writers, artists, architects, designers, academic, etc.).73 </w:t>
      </w:r>
      <w:r>
        <w:rPr>
          <w:b w:val="0"/>
          <w:i w:val="0"/>
          <w:smallCaps w:val="0"/>
          <w:strike w:val="0"/>
          <w:sz w:val="22"/>
          <w:highlight w:val="cyan"/>
          <w:u w:val="single"/>
        </w:rPr>
        <w:t>The</w:t>
      </w:r>
      <w:r>
        <w:rPr>
          <w:b w:val="0"/>
          <w:i w:val="0"/>
          <w:smallCaps w:val="0"/>
          <w:strike w:val="0"/>
          <w:sz w:val="22"/>
          <w:u w:val="single"/>
        </w:rPr>
        <w:t xml:space="preserve"> post-industrial </w:t>
      </w:r>
      <w:r>
        <w:rPr>
          <w:b w:val="0"/>
          <w:i w:val="0"/>
          <w:smallCaps w:val="0"/>
          <w:strike w:val="0"/>
          <w:sz w:val="22"/>
          <w:highlight w:val="cyan"/>
          <w:u w:val="single"/>
        </w:rPr>
        <w:t>age</w:t>
      </w:r>
      <w:r>
        <w:rPr>
          <w:b w:val="0"/>
          <w:i w:val="0"/>
          <w:smallCaps w:val="0"/>
          <w:strike w:val="0"/>
          <w:sz w:val="16"/>
          <w:u w:val="none"/>
        </w:rPr>
        <w:t xml:space="preserve"> Hardt and Negri proclaim </w:t>
      </w:r>
      <w:r>
        <w:rPr>
          <w:b w:val="0"/>
          <w:i w:val="0"/>
          <w:smallCaps w:val="0"/>
          <w:strike w:val="0"/>
          <w:sz w:val="22"/>
          <w:highlight w:val="cyan"/>
          <w:u w:val="single"/>
        </w:rPr>
        <w:t xml:space="preserve">can be accepted </w:t>
      </w:r>
      <w:r>
        <w:rPr>
          <w:b/>
          <w:i w:val="0"/>
          <w:smallCaps w:val="0"/>
          <w:strike w:val="0"/>
          <w:sz w:val="22"/>
          <w:highlight w:val="cyan"/>
          <w:u w:val="single"/>
        </w:rPr>
        <w:t>only if we gloss over</w:t>
      </w:r>
      <w:r>
        <w:rPr>
          <w:b w:val="0"/>
          <w:i w:val="0"/>
          <w:smallCaps w:val="0"/>
          <w:strike w:val="0"/>
          <w:sz w:val="22"/>
          <w:highlight w:val="cyan"/>
          <w:u w:val="single"/>
        </w:rPr>
        <w:t xml:space="preserve"> the </w:t>
      </w:r>
      <w:r>
        <w:rPr>
          <w:b/>
          <w:i w:val="0"/>
          <w:smallCaps w:val="0"/>
          <w:strike w:val="0"/>
          <w:sz w:val="22"/>
          <w:highlight w:val="cyan"/>
          <w:u w:val="single"/>
        </w:rPr>
        <w:t>vast majority of the</w:t>
      </w:r>
      <w:r>
        <w:rPr>
          <w:b/>
          <w:i w:val="0"/>
          <w:smallCaps w:val="0"/>
          <w:strike w:val="0"/>
          <w:sz w:val="22"/>
          <w:u w:val="single"/>
        </w:rPr>
        <w:t xml:space="preserve"> world's </w:t>
      </w:r>
      <w:r>
        <w:rPr>
          <w:b/>
          <w:i w:val="0"/>
          <w:smallCaps w:val="0"/>
          <w:strike w:val="0"/>
          <w:sz w:val="22"/>
          <w:highlight w:val="cyan"/>
          <w:u w:val="single"/>
        </w:rPr>
        <w:t>population</w:t>
      </w:r>
      <w:r>
        <w:rPr>
          <w:b w:val="0"/>
          <w:i w:val="0"/>
          <w:smallCaps w:val="0"/>
          <w:strike w:val="0"/>
          <w:sz w:val="22"/>
          <w:highlight w:val="cyan"/>
          <w:u w:val="single"/>
        </w:rPr>
        <w:t xml:space="preserve"> employed</w:t>
      </w:r>
      <w:r>
        <w:rPr>
          <w:b w:val="0"/>
          <w:i w:val="0"/>
          <w:smallCaps w:val="0"/>
          <w:strike w:val="0"/>
          <w:sz w:val="22"/>
          <w:u w:val="single"/>
        </w:rPr>
        <w:t xml:space="preserve"> in</w:t>
      </w:r>
      <w:r>
        <w:rPr>
          <w:b w:val="0"/>
          <w:i w:val="0"/>
          <w:smallCaps w:val="0"/>
          <w:strike w:val="0"/>
          <w:sz w:val="22"/>
          <w:u w:val="single"/>
        </w:rPr>
        <w:t xml:space="preserve"> </w:t>
      </w:r>
      <w:r>
        <w:rPr>
          <w:b/>
          <w:i w:val="0"/>
          <w:smallCaps w:val="0"/>
          <w:strike w:val="0"/>
          <w:sz w:val="22"/>
          <w:u w:val="single"/>
        </w:rPr>
        <w:t>agriculture</w:t>
      </w:r>
      <w:r>
        <w:rPr>
          <w:b w:val="0"/>
          <w:i w:val="0"/>
          <w:smallCaps w:val="0"/>
          <w:strike w:val="0"/>
          <w:sz w:val="22"/>
          <w:u w:val="single"/>
        </w:rPr>
        <w:t xml:space="preserve"> and </w:t>
      </w:r>
      <w:r>
        <w:rPr>
          <w:b/>
          <w:i w:val="0"/>
          <w:smallCaps w:val="0"/>
          <w:strike w:val="0"/>
          <w:sz w:val="22"/>
          <w:u w:val="single"/>
        </w:rPr>
        <w:t>industry</w:t>
      </w:r>
      <w:r>
        <w:rPr>
          <w:b w:val="0"/>
          <w:i w:val="0"/>
          <w:smallCaps w:val="0"/>
          <w:strike w:val="0"/>
          <w:sz w:val="22"/>
          <w:u w:val="single"/>
        </w:rPr>
        <w:t xml:space="preserve"> as well as the army of </w:t>
      </w:r>
      <w:r>
        <w:rPr>
          <w:b/>
          <w:i w:val="0"/>
          <w:smallCaps w:val="0"/>
          <w:strike w:val="0"/>
          <w:sz w:val="22"/>
          <w:u w:val="single"/>
        </w:rPr>
        <w:t>low-skilled</w:t>
      </w:r>
      <w:r>
        <w:rPr>
          <w:b w:val="0"/>
          <w:i w:val="0"/>
          <w:smallCaps w:val="0"/>
          <w:strike w:val="0"/>
          <w:sz w:val="22"/>
          <w:u w:val="single"/>
        </w:rPr>
        <w:t xml:space="preserve"> and </w:t>
      </w:r>
      <w:r>
        <w:rPr>
          <w:b/>
          <w:i w:val="0"/>
          <w:smallCaps w:val="0"/>
          <w:strike w:val="0"/>
          <w:sz w:val="22"/>
          <w:u w:val="single"/>
        </w:rPr>
        <w:t>undocumented laborers</w:t>
      </w:r>
      <w:r>
        <w:rPr>
          <w:b w:val="0"/>
          <w:i w:val="0"/>
          <w:smallCaps w:val="0"/>
          <w:strike w:val="0"/>
          <w:sz w:val="16"/>
          <w:u w:val="none"/>
        </w:rPr>
        <w:t xml:space="preserve"> (e.g., cleaners, nannies, waiters, etc.) </w:t>
      </w:r>
      <w:r>
        <w:rPr>
          <w:b w:val="0"/>
          <w:i w:val="0"/>
          <w:smallCaps w:val="0"/>
          <w:strike w:val="0"/>
          <w:sz w:val="22"/>
          <w:u w:val="single"/>
        </w:rPr>
        <w:t xml:space="preserve">needed </w:t>
      </w:r>
      <w:r>
        <w:rPr>
          <w:b w:val="0"/>
          <w:i w:val="0"/>
          <w:smallCaps w:val="0"/>
          <w:strike w:val="0"/>
          <w:sz w:val="22"/>
          <w:highlight w:val="cyan"/>
          <w:u w:val="single"/>
        </w:rPr>
        <w:t xml:space="preserve">to </w:t>
      </w:r>
      <w:r>
        <w:rPr>
          <w:b/>
          <w:i w:val="0"/>
          <w:smallCaps w:val="0"/>
          <w:strike w:val="0"/>
          <w:sz w:val="22"/>
          <w:highlight w:val="cyan"/>
          <w:u w:val="single"/>
        </w:rPr>
        <w:t>sustain the creative juices of the few</w:t>
      </w:r>
      <w:r>
        <w:rPr>
          <w:b w:val="0"/>
          <w:i w:val="0"/>
          <w:smallCaps w:val="0"/>
          <w:strike w:val="0"/>
          <w:sz w:val="16"/>
          <w:highlight w:val="cyan"/>
          <w:u w:val="none"/>
        </w:rPr>
        <w:t>.</w:t>
      </w:r>
      <w:r>
        <w:rPr>
          <w:b w:val="0"/>
          <w:i w:val="0"/>
          <w:smallCaps w:val="0"/>
          <w:strike w:val="0"/>
          <w:sz w:val="16"/>
          <w:u w:val="none"/>
        </w:rPr>
        <w:t xml:space="preserve"> Though Hardt and Negri go to great lengths to explain that immaterial labor is hegemonic in qualitative (not numerical) terms - immaterial labor is hegemonic in the same way industrial labor was 150 years ago74 -, critics doubt the usefulness of this gesture. </w:t>
      </w:r>
      <w:r>
        <w:rPr>
          <w:b w:val="0"/>
          <w:i w:val="0"/>
          <w:smallCaps w:val="0"/>
          <w:strike w:val="0"/>
          <w:sz w:val="22"/>
          <w:highlight w:val="cyan"/>
          <w:u w:val="single"/>
        </w:rPr>
        <w:t xml:space="preserve">Even if immaterial labor were the </w:t>
      </w:r>
      <w:r>
        <w:rPr>
          <w:b/>
          <w:i w:val="0"/>
          <w:smallCaps w:val="0"/>
          <w:strike w:val="0"/>
          <w:sz w:val="22"/>
          <w:highlight w:val="cyan"/>
          <w:u w:val="single"/>
        </w:rPr>
        <w:t>norm-setting mode of production</w:t>
      </w:r>
      <w:r>
        <w:rPr>
          <w:b w:val="0"/>
          <w:i w:val="0"/>
          <w:smallCaps w:val="0"/>
          <w:strike w:val="0"/>
          <w:sz w:val="22"/>
          <w:highlight w:val="cyan"/>
          <w:u w:val="single"/>
        </w:rPr>
        <w:t xml:space="preserve"> which </w:t>
      </w:r>
      <w:r>
        <w:rPr>
          <w:b/>
          <w:i w:val="0"/>
          <w:smallCaps w:val="0"/>
          <w:strike w:val="0"/>
          <w:sz w:val="22"/>
          <w:highlight w:val="cyan"/>
          <w:u w:val="single"/>
        </w:rPr>
        <w:t>all other forms of work must emulate</w:t>
      </w:r>
      <w:r>
        <w:rPr>
          <w:b w:val="0"/>
          <w:i w:val="0"/>
          <w:smallCaps w:val="0"/>
          <w:strike w:val="0"/>
          <w:sz w:val="22"/>
          <w:u w:val="single"/>
        </w:rPr>
        <w:t xml:space="preserve"> and </w:t>
      </w:r>
      <w:r>
        <w:rPr>
          <w:b/>
          <w:i w:val="0"/>
          <w:smallCaps w:val="0"/>
          <w:strike w:val="0"/>
          <w:sz w:val="22"/>
          <w:u w:val="single"/>
        </w:rPr>
        <w:t>be assessed against</w:t>
      </w:r>
      <w:r>
        <w:rPr>
          <w:b w:val="0"/>
          <w:i w:val="0"/>
          <w:smallCaps w:val="0"/>
          <w:strike w:val="0"/>
          <w:sz w:val="22"/>
          <w:u w:val="single"/>
        </w:rPr>
        <w:t xml:space="preserve">, </w:t>
      </w:r>
      <w:r>
        <w:rPr>
          <w:b w:val="0"/>
          <w:i w:val="0"/>
          <w:smallCaps w:val="0"/>
          <w:strike w:val="0"/>
          <w:sz w:val="22"/>
          <w:highlight w:val="cyan"/>
          <w:u w:val="single"/>
        </w:rPr>
        <w:t>this</w:t>
      </w:r>
      <w:r>
        <w:rPr>
          <w:b w:val="0"/>
          <w:i w:val="0"/>
          <w:smallCaps w:val="0"/>
          <w:strike w:val="0"/>
          <w:sz w:val="22"/>
          <w:u w:val="single"/>
        </w:rPr>
        <w:t xml:space="preserve"> concept </w:t>
      </w:r>
      <w:r>
        <w:rPr>
          <w:b/>
          <w:i w:val="0"/>
          <w:smallCaps w:val="0"/>
          <w:strike w:val="0"/>
          <w:sz w:val="22"/>
          <w:highlight w:val="cyan"/>
          <w:u w:val="single"/>
        </w:rPr>
        <w:t>still does nothing</w:t>
      </w:r>
      <w:r>
        <w:rPr>
          <w:b w:val="0"/>
          <w:i w:val="0"/>
          <w:smallCaps w:val="0"/>
          <w:strike w:val="0"/>
          <w:sz w:val="22"/>
          <w:highlight w:val="cyan"/>
          <w:u w:val="single"/>
        </w:rPr>
        <w:t xml:space="preserve"> to </w:t>
      </w:r>
      <w:r>
        <w:rPr>
          <w:b/>
          <w:i w:val="0"/>
          <w:smallCaps w:val="0"/>
          <w:strike w:val="0"/>
          <w:sz w:val="22"/>
          <w:highlight w:val="cyan"/>
          <w:u w:val="single"/>
        </w:rPr>
        <w:t>restore</w:t>
      </w:r>
      <w:r>
        <w:rPr>
          <w:b w:val="0"/>
          <w:i w:val="0"/>
          <w:smallCaps w:val="0"/>
          <w:strike w:val="0"/>
          <w:sz w:val="22"/>
          <w:highlight w:val="cyan"/>
          <w:u w:val="single"/>
        </w:rPr>
        <w:t xml:space="preserve"> or </w:t>
      </w:r>
      <w:r>
        <w:rPr>
          <w:b/>
          <w:i w:val="0"/>
          <w:smallCaps w:val="0"/>
          <w:strike w:val="0"/>
          <w:sz w:val="22"/>
          <w:highlight w:val="cyan"/>
          <w:u w:val="single"/>
        </w:rPr>
        <w:t>produce cross-class alliances between</w:t>
      </w:r>
      <w:r>
        <w:rPr>
          <w:b/>
          <w:i w:val="0"/>
          <w:smallCaps w:val="0"/>
          <w:strike w:val="0"/>
          <w:sz w:val="22"/>
          <w:u w:val="single"/>
        </w:rPr>
        <w:t xml:space="preserve"> computer </w:t>
      </w:r>
      <w:r>
        <w:rPr>
          <w:b/>
          <w:i w:val="0"/>
          <w:smallCaps w:val="0"/>
          <w:strike w:val="0"/>
          <w:sz w:val="22"/>
          <w:highlight w:val="cyan"/>
          <w:u w:val="single"/>
        </w:rPr>
        <w:t>programmers</w:t>
      </w:r>
      <w:r>
        <w:rPr>
          <w:b w:val="0"/>
          <w:i w:val="0"/>
          <w:smallCaps w:val="0"/>
          <w:strike w:val="0"/>
          <w:sz w:val="22"/>
          <w:highlight w:val="cyan"/>
          <w:u w:val="single"/>
        </w:rPr>
        <w:t xml:space="preserve"> and </w:t>
      </w:r>
      <w:r>
        <w:rPr>
          <w:b/>
          <w:i w:val="0"/>
          <w:smallCaps w:val="0"/>
          <w:strike w:val="0"/>
          <w:sz w:val="22"/>
          <w:highlight w:val="cyan"/>
          <w:u w:val="single"/>
        </w:rPr>
        <w:t>construction workers</w:t>
      </w:r>
      <w:r>
        <w:rPr>
          <w:b w:val="0"/>
          <w:i w:val="0"/>
          <w:smallCaps w:val="0"/>
          <w:strike w:val="0"/>
          <w:sz w:val="22"/>
          <w:highlight w:val="cyan"/>
          <w:u w:val="single"/>
        </w:rPr>
        <w:t xml:space="preserve">, </w:t>
      </w:r>
      <w:r>
        <w:rPr>
          <w:b/>
          <w:i w:val="0"/>
          <w:smallCaps w:val="0"/>
          <w:strike w:val="0"/>
          <w:sz w:val="22"/>
          <w:highlight w:val="cyan"/>
          <w:u w:val="single"/>
        </w:rPr>
        <w:t>artists</w:t>
      </w:r>
      <w:r>
        <w:rPr>
          <w:b w:val="0"/>
          <w:i w:val="0"/>
          <w:smallCaps w:val="0"/>
          <w:strike w:val="0"/>
          <w:sz w:val="22"/>
          <w:highlight w:val="cyan"/>
          <w:u w:val="single"/>
        </w:rPr>
        <w:t xml:space="preserve"> and </w:t>
      </w:r>
      <w:r>
        <w:rPr>
          <w:b/>
          <w:i w:val="0"/>
          <w:smallCaps w:val="0"/>
          <w:strike w:val="0"/>
          <w:sz w:val="22"/>
          <w:highlight w:val="cyan"/>
          <w:u w:val="single"/>
        </w:rPr>
        <w:t>ag</w:t>
      </w:r>
      <w:r>
        <w:rPr>
          <w:b/>
          <w:i w:val="0"/>
          <w:smallCaps w:val="0"/>
          <w:strike w:val="0"/>
          <w:sz w:val="22"/>
          <w:u w:val="single"/>
        </w:rPr>
        <w:t xml:space="preserve">ricultural </w:t>
      </w:r>
      <w:r>
        <w:rPr>
          <w:b/>
          <w:i w:val="0"/>
          <w:smallCaps w:val="0"/>
          <w:strike w:val="0"/>
          <w:sz w:val="22"/>
          <w:highlight w:val="cyan"/>
          <w:u w:val="single"/>
        </w:rPr>
        <w:t>workers</w:t>
      </w:r>
      <w:r>
        <w:rPr>
          <w:b w:val="0"/>
          <w:i w:val="0"/>
          <w:smallCaps w:val="0"/>
          <w:strike w:val="0"/>
          <w:sz w:val="22"/>
          <w:highlight w:val="cyan"/>
          <w:u w:val="single"/>
        </w:rPr>
        <w:t xml:space="preserve">. The work of </w:t>
      </w:r>
      <w:r>
        <w:rPr>
          <w:b/>
          <w:i w:val="0"/>
          <w:smallCaps w:val="0"/>
          <w:strike w:val="0"/>
          <w:sz w:val="22"/>
          <w:highlight w:val="cyan"/>
          <w:u w:val="single"/>
        </w:rPr>
        <w:t>communicating</w:t>
      </w:r>
      <w:r>
        <w:rPr>
          <w:b w:val="0"/>
          <w:i w:val="0"/>
          <w:smallCaps w:val="0"/>
          <w:strike w:val="0"/>
          <w:sz w:val="22"/>
          <w:highlight w:val="cyan"/>
          <w:u w:val="single"/>
        </w:rPr>
        <w:t xml:space="preserve"> and </w:t>
      </w:r>
      <w:r>
        <w:rPr>
          <w:b/>
          <w:i w:val="0"/>
          <w:smallCaps w:val="0"/>
          <w:strike w:val="0"/>
          <w:sz w:val="22"/>
          <w:highlight w:val="cyan"/>
          <w:u w:val="single"/>
        </w:rPr>
        <w:t>translating</w:t>
      </w:r>
      <w:r>
        <w:rPr>
          <w:b/>
          <w:i w:val="0"/>
          <w:smallCaps w:val="0"/>
          <w:strike w:val="0"/>
          <w:sz w:val="22"/>
          <w:u w:val="single"/>
        </w:rPr>
        <w:t xml:space="preserve"> these distinct </w:t>
      </w:r>
      <w:r>
        <w:rPr>
          <w:b/>
          <w:i w:val="0"/>
          <w:smallCaps w:val="0"/>
          <w:strike w:val="0"/>
          <w:sz w:val="22"/>
          <w:highlight w:val="cyan"/>
          <w:u w:val="single"/>
        </w:rPr>
        <w:t>experiences</w:t>
      </w:r>
      <w:r>
        <w:rPr>
          <w:b w:val="0"/>
          <w:i w:val="0"/>
          <w:smallCaps w:val="0"/>
          <w:strike w:val="0"/>
          <w:sz w:val="22"/>
          <w:u w:val="single"/>
        </w:rPr>
        <w:t xml:space="preserve"> of precarity is </w:t>
      </w:r>
      <w:r>
        <w:rPr>
          <w:b/>
          <w:i w:val="0"/>
          <w:smallCaps w:val="0"/>
          <w:strike w:val="0"/>
          <w:sz w:val="22"/>
          <w:u w:val="single"/>
        </w:rPr>
        <w:t>in no way impossible</w:t>
      </w:r>
      <w:r>
        <w:rPr>
          <w:b w:val="0"/>
          <w:i w:val="0"/>
          <w:smallCaps w:val="0"/>
          <w:strike w:val="0"/>
          <w:sz w:val="22"/>
          <w:u w:val="single"/>
        </w:rPr>
        <w:t xml:space="preserve">, but it </w:t>
      </w:r>
      <w:r>
        <w:rPr>
          <w:b w:val="0"/>
          <w:i w:val="0"/>
          <w:smallCaps w:val="0"/>
          <w:strike w:val="0"/>
          <w:sz w:val="22"/>
          <w:highlight w:val="cyan"/>
          <w:u w:val="single"/>
        </w:rPr>
        <w:t>is</w:t>
      </w:r>
      <w:r>
        <w:rPr>
          <w:b w:val="0"/>
          <w:i w:val="0"/>
          <w:smallCaps w:val="0"/>
          <w:strike w:val="0"/>
          <w:sz w:val="22"/>
          <w:u w:val="single"/>
        </w:rPr>
        <w:t xml:space="preserve"> also </w:t>
      </w:r>
      <w:r>
        <w:rPr>
          <w:b/>
          <w:i w:val="0"/>
          <w:smallCaps w:val="0"/>
          <w:strike w:val="0"/>
          <w:sz w:val="22"/>
          <w:highlight w:val="cyan"/>
          <w:u w:val="single"/>
        </w:rPr>
        <w:t>not a necessary consequence</w:t>
      </w:r>
      <w:r>
        <w:rPr>
          <w:b w:val="0"/>
          <w:i w:val="0"/>
          <w:smallCaps w:val="0"/>
          <w:strike w:val="0"/>
          <w:sz w:val="22"/>
          <w:highlight w:val="cyan"/>
          <w:u w:val="single"/>
        </w:rPr>
        <w:t xml:space="preserve"> of "</w:t>
      </w:r>
      <w:r>
        <w:rPr>
          <w:b/>
          <w:i w:val="0"/>
          <w:smallCaps w:val="0"/>
          <w:strike w:val="0"/>
          <w:sz w:val="22"/>
          <w:highlight w:val="cyan"/>
          <w:u w:val="single"/>
        </w:rPr>
        <w:t>affective labor</w:t>
      </w:r>
      <w:r>
        <w:rPr>
          <w:b w:val="0"/>
          <w:i w:val="0"/>
          <w:smallCaps w:val="0"/>
          <w:strike w:val="0"/>
          <w:sz w:val="16"/>
          <w:u w:val="none"/>
        </w:rPr>
        <w:t xml:space="preserve">."75 Still, Hardt and Negri are not that easily discouraged. They trust that, in asking labor to become more "intelligent," capital is sawing the seeds of its own destruction. The very same qualities "new entrepreneurs" need to manage and organize themselves without the direct supervision of capital can be used for radical self-organization. In typical Marxist fashion, heightened exploitation and </w:t>
      </w:r>
      <w:r>
        <w:rPr>
          <w:b w:val="0"/>
          <w:i w:val="0"/>
          <w:smallCaps w:val="0"/>
          <w:strike w:val="0"/>
          <w:sz w:val="16"/>
          <w:u w:val="none"/>
        </w:rPr>
        <w:t>precarization</w:t>
      </w:r>
      <w:r>
        <w:rPr>
          <w:b w:val="0"/>
          <w:i w:val="0"/>
          <w:smallCaps w:val="0"/>
          <w:strike w:val="0"/>
          <w:sz w:val="16"/>
          <w:u w:val="none"/>
        </w:rPr>
        <w:t xml:space="preserve"> can only work to capital's disadvantage because eventually the system is bound to crumble under the weight of its tensions and contradictions.</w:t>
      </w:r>
    </w:p>
    <w:p>
      <w:pPr>
        <w:spacing w:after="60"/>
      </w:pPr>
      <w:r>
        <w:rPr>
          <w:b w:val="0"/>
          <w:i w:val="0"/>
          <w:smallCaps w:val="0"/>
          <w:strike w:val="0"/>
          <w:sz w:val="22"/>
          <w:u w:val="single"/>
        </w:rPr>
        <w:t xml:space="preserve">What is </w:t>
      </w:r>
      <w:r>
        <w:rPr>
          <w:b/>
          <w:i w:val="0"/>
          <w:smallCaps w:val="0"/>
          <w:strike w:val="0"/>
          <w:sz w:val="22"/>
          <w:u w:val="single"/>
        </w:rPr>
        <w:t>conveniently forgotten here</w:t>
      </w:r>
      <w:r>
        <w:rPr>
          <w:b w:val="0"/>
          <w:i w:val="0"/>
          <w:smallCaps w:val="0"/>
          <w:strike w:val="0"/>
          <w:sz w:val="22"/>
          <w:u w:val="single"/>
        </w:rPr>
        <w:t xml:space="preserve"> is that, </w:t>
      </w:r>
      <w:r>
        <w:rPr>
          <w:b/>
          <w:i w:val="0"/>
          <w:smallCaps w:val="0"/>
          <w:strike w:val="0"/>
          <w:sz w:val="22"/>
          <w:u w:val="single"/>
        </w:rPr>
        <w:t>historically</w:t>
      </w:r>
      <w:r>
        <w:rPr>
          <w:b w:val="0"/>
          <w:i w:val="0"/>
          <w:smallCaps w:val="0"/>
          <w:strike w:val="0"/>
          <w:sz w:val="22"/>
          <w:u w:val="single"/>
        </w:rPr>
        <w:t xml:space="preserve">, </w:t>
      </w:r>
      <w:r>
        <w:rPr>
          <w:b w:val="0"/>
          <w:i w:val="0"/>
          <w:smallCaps w:val="0"/>
          <w:strike w:val="0"/>
          <w:sz w:val="22"/>
          <w:highlight w:val="cyan"/>
          <w:u w:val="single"/>
        </w:rPr>
        <w:t xml:space="preserve">capitalism has </w:t>
      </w:r>
      <w:r>
        <w:rPr>
          <w:b/>
          <w:i w:val="0"/>
          <w:smallCaps w:val="0"/>
          <w:strike w:val="0"/>
          <w:sz w:val="22"/>
          <w:highlight w:val="cyan"/>
          <w:u w:val="single"/>
        </w:rPr>
        <w:t>always been very skilled</w:t>
      </w:r>
      <w:r>
        <w:rPr>
          <w:b w:val="0"/>
          <w:i w:val="0"/>
          <w:smallCaps w:val="0"/>
          <w:strike w:val="0"/>
          <w:sz w:val="22"/>
          <w:highlight w:val="cyan"/>
          <w:u w:val="single"/>
        </w:rPr>
        <w:t xml:space="preserve"> at </w:t>
      </w:r>
      <w:r>
        <w:rPr>
          <w:b/>
          <w:i w:val="0"/>
          <w:smallCaps w:val="0"/>
          <w:strike w:val="0"/>
          <w:sz w:val="22"/>
          <w:highlight w:val="cyan"/>
          <w:u w:val="single"/>
        </w:rPr>
        <w:t>stealing</w:t>
      </w:r>
      <w:r>
        <w:rPr>
          <w:b/>
          <w:i w:val="0"/>
          <w:smallCaps w:val="0"/>
          <w:strike w:val="0"/>
          <w:sz w:val="22"/>
          <w:u w:val="single"/>
        </w:rPr>
        <w:t xml:space="preserve"> the </w:t>
      </w:r>
      <w:r>
        <w:rPr>
          <w:b/>
          <w:i w:val="0"/>
          <w:smallCaps w:val="0"/>
          <w:strike w:val="0"/>
          <w:sz w:val="22"/>
          <w:highlight w:val="cyan"/>
          <w:u w:val="single"/>
        </w:rPr>
        <w:t>subjective potential</w:t>
      </w:r>
      <w:r>
        <w:rPr>
          <w:b w:val="0"/>
          <w:i w:val="0"/>
          <w:smallCaps w:val="0"/>
          <w:strike w:val="0"/>
          <w:sz w:val="22"/>
          <w:u w:val="single"/>
        </w:rPr>
        <w:t>,</w:t>
      </w:r>
      <w:r>
        <w:rPr>
          <w:b w:val="0"/>
          <w:i w:val="0"/>
          <w:smallCaps w:val="0"/>
          <w:strike w:val="0"/>
          <w:sz w:val="16"/>
          <w:u w:val="none"/>
        </w:rPr>
        <w:t xml:space="preserve"> the "democratic distemper"76 </w:t>
      </w:r>
      <w:r>
        <w:rPr>
          <w:b w:val="0"/>
          <w:i w:val="0"/>
          <w:smallCaps w:val="0"/>
          <w:strike w:val="0"/>
          <w:sz w:val="22"/>
          <w:u w:val="single"/>
        </w:rPr>
        <w:t xml:space="preserve">of the workforce to </w:t>
      </w:r>
      <w:r>
        <w:rPr>
          <w:b/>
          <w:i w:val="0"/>
          <w:smallCaps w:val="0"/>
          <w:strike w:val="0"/>
          <w:sz w:val="22"/>
          <w:u w:val="single"/>
        </w:rPr>
        <w:t>make accumulation tolerable</w:t>
      </w:r>
      <w:r>
        <w:rPr>
          <w:b w:val="0"/>
          <w:i w:val="0"/>
          <w:smallCaps w:val="0"/>
          <w:strike w:val="0"/>
          <w:sz w:val="22"/>
          <w:u w:val="single"/>
        </w:rPr>
        <w:t xml:space="preserve"> and </w:t>
      </w:r>
      <w:r>
        <w:rPr>
          <w:b/>
          <w:i w:val="0"/>
          <w:smallCaps w:val="0"/>
          <w:strike w:val="0"/>
          <w:sz w:val="22"/>
          <w:u w:val="single"/>
        </w:rPr>
        <w:t>necessary again</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very same affective</w:t>
      </w:r>
      <w:r>
        <w:rPr>
          <w:b w:val="0"/>
          <w:i w:val="0"/>
          <w:smallCaps w:val="0"/>
          <w:strike w:val="0"/>
          <w:sz w:val="22"/>
          <w:u w:val="single"/>
        </w:rPr>
        <w:t xml:space="preserve"> and </w:t>
      </w:r>
      <w:r>
        <w:rPr>
          <w:b/>
          <w:i w:val="0"/>
          <w:smallCaps w:val="0"/>
          <w:strike w:val="0"/>
          <w:sz w:val="22"/>
          <w:u w:val="single"/>
        </w:rPr>
        <w:t xml:space="preserve">intellectual </w:t>
      </w:r>
      <w:r>
        <w:rPr>
          <w:b/>
          <w:i w:val="0"/>
          <w:smallCaps w:val="0"/>
          <w:strike w:val="0"/>
          <w:sz w:val="22"/>
          <w:highlight w:val="cyan"/>
          <w:u w:val="single"/>
        </w:rPr>
        <w:t>predispositions</w:t>
      </w:r>
      <w:r>
        <w:rPr>
          <w:b w:val="0"/>
          <w:i w:val="0"/>
          <w:smallCaps w:val="0"/>
          <w:strike w:val="0"/>
          <w:sz w:val="22"/>
          <w:highlight w:val="cyan"/>
          <w:u w:val="single"/>
        </w:rPr>
        <w:t xml:space="preserve"> that would </w:t>
      </w:r>
      <w:r>
        <w:rPr>
          <w:b/>
          <w:i w:val="0"/>
          <w:smallCaps w:val="0"/>
          <w:strike w:val="0"/>
          <w:sz w:val="22"/>
          <w:highlight w:val="cyan"/>
          <w:u w:val="single"/>
        </w:rPr>
        <w:t>allow labor to spontaneously organize itself</w:t>
      </w:r>
      <w:r>
        <w:rPr>
          <w:b w:val="0"/>
          <w:i w:val="0"/>
          <w:smallCaps w:val="0"/>
          <w:strike w:val="0"/>
          <w:sz w:val="22"/>
          <w:highlight w:val="cyan"/>
          <w:u w:val="single"/>
        </w:rPr>
        <w:t xml:space="preserve"> are also what </w:t>
      </w:r>
      <w:r>
        <w:rPr>
          <w:b/>
          <w:i w:val="0"/>
          <w:smallCaps w:val="0"/>
          <w:strike w:val="0"/>
          <w:sz w:val="22"/>
          <w:highlight w:val="cyan"/>
          <w:u w:val="single"/>
        </w:rPr>
        <w:t>tie individuals</w:t>
      </w:r>
      <w:r>
        <w:rPr>
          <w:b w:val="0"/>
          <w:i w:val="0"/>
          <w:smallCaps w:val="0"/>
          <w:strike w:val="0"/>
          <w:sz w:val="22"/>
          <w:highlight w:val="cyan"/>
          <w:u w:val="single"/>
        </w:rPr>
        <w:t xml:space="preserve"> to the </w:t>
      </w:r>
      <w:r>
        <w:rPr>
          <w:b/>
          <w:i w:val="0"/>
          <w:smallCaps w:val="0"/>
          <w:strike w:val="0"/>
          <w:sz w:val="22"/>
          <w:highlight w:val="cyan"/>
          <w:u w:val="single"/>
        </w:rPr>
        <w:t>gratifying</w:t>
      </w:r>
      <w:r>
        <w:rPr>
          <w:b w:val="0"/>
          <w:i w:val="0"/>
          <w:smallCaps w:val="0"/>
          <w:strike w:val="0"/>
          <w:sz w:val="22"/>
          <w:u w:val="single"/>
        </w:rPr>
        <w:t xml:space="preserve">, </w:t>
      </w:r>
      <w:r>
        <w:rPr>
          <w:b/>
          <w:i w:val="0"/>
          <w:smallCaps w:val="0"/>
          <w:strike w:val="0"/>
          <w:sz w:val="22"/>
          <w:u w:val="single"/>
        </w:rPr>
        <w:t>expressive</w:t>
      </w:r>
      <w:r>
        <w:rPr>
          <w:b w:val="0"/>
          <w:i w:val="0"/>
          <w:smallCaps w:val="0"/>
          <w:strike w:val="0"/>
          <w:sz w:val="22"/>
          <w:u w:val="single"/>
        </w:rPr>
        <w:t xml:space="preserve">, and </w:t>
      </w:r>
      <w:r>
        <w:rPr>
          <w:b/>
          <w:i w:val="0"/>
          <w:smallCaps w:val="0"/>
          <w:strike w:val="0"/>
          <w:sz w:val="22"/>
          <w:u w:val="single"/>
        </w:rPr>
        <w:t xml:space="preserve">pleasurable </w:t>
      </w:r>
      <w:r>
        <w:rPr>
          <w:b/>
          <w:i w:val="0"/>
          <w:smallCaps w:val="0"/>
          <w:strike w:val="0"/>
          <w:sz w:val="22"/>
          <w:highlight w:val="cyan"/>
          <w:u w:val="single"/>
        </w:rPr>
        <w:t>promises</w:t>
      </w:r>
      <w:r>
        <w:rPr>
          <w:b w:val="0"/>
          <w:i w:val="0"/>
          <w:smallCaps w:val="0"/>
          <w:strike w:val="0"/>
          <w:sz w:val="22"/>
          <w:highlight w:val="cyan"/>
          <w:u w:val="single"/>
        </w:rPr>
        <w:t xml:space="preserve"> of </w:t>
      </w:r>
      <w:r>
        <w:rPr>
          <w:b/>
          <w:i w:val="0"/>
          <w:smallCaps w:val="0"/>
          <w:strike w:val="0"/>
          <w:sz w:val="22"/>
          <w:highlight w:val="cyan"/>
          <w:u w:val="single"/>
        </w:rPr>
        <w:t>essentially precarious</w:t>
      </w:r>
      <w:r>
        <w:rPr>
          <w:b w:val="0"/>
          <w:i w:val="0"/>
          <w:smallCaps w:val="0"/>
          <w:strike w:val="0"/>
          <w:sz w:val="22"/>
          <w:u w:val="single"/>
        </w:rPr>
        <w:t xml:space="preserve"> and </w:t>
      </w:r>
      <w:r>
        <w:rPr>
          <w:b/>
          <w:i w:val="0"/>
          <w:smallCaps w:val="0"/>
          <w:strike w:val="0"/>
          <w:sz w:val="22"/>
          <w:u w:val="single"/>
        </w:rPr>
        <w:t xml:space="preserve">exploitative economic </w:t>
      </w:r>
      <w:r>
        <w:rPr>
          <w:b/>
          <w:i w:val="0"/>
          <w:smallCaps w:val="0"/>
          <w:strike w:val="0"/>
          <w:sz w:val="22"/>
          <w:highlight w:val="cyan"/>
          <w:u w:val="single"/>
        </w:rPr>
        <w:t>arrangements</w:t>
      </w:r>
      <w:r>
        <w:rPr>
          <w:b w:val="0"/>
          <w:i w:val="0"/>
          <w:smallCaps w:val="0"/>
          <w:strike w:val="0"/>
          <w:sz w:val="22"/>
          <w:highlight w:val="cyan"/>
          <w:u w:val="single"/>
        </w:rPr>
        <w:t xml:space="preserve">. Not only are the examples of the </w:t>
      </w:r>
      <w:r>
        <w:rPr>
          <w:b/>
          <w:i w:val="0"/>
          <w:smallCaps w:val="0"/>
          <w:strike w:val="0"/>
          <w:sz w:val="22"/>
          <w:highlight w:val="cyan"/>
          <w:u w:val="single"/>
        </w:rPr>
        <w:t>Zapatistas</w:t>
      </w:r>
      <w:r>
        <w:rPr>
          <w:b w:val="0"/>
          <w:i w:val="0"/>
          <w:smallCaps w:val="0"/>
          <w:strike w:val="0"/>
          <w:sz w:val="22"/>
          <w:u w:val="single"/>
        </w:rPr>
        <w:t xml:space="preserve">, the </w:t>
      </w:r>
      <w:r>
        <w:rPr>
          <w:b/>
          <w:i w:val="0"/>
          <w:smallCaps w:val="0"/>
          <w:strike w:val="0"/>
          <w:sz w:val="22"/>
          <w:highlight w:val="cyan"/>
          <w:u w:val="single"/>
        </w:rPr>
        <w:t>Seattle</w:t>
      </w:r>
      <w:r>
        <w:rPr>
          <w:b/>
          <w:i w:val="0"/>
          <w:smallCaps w:val="0"/>
          <w:strike w:val="0"/>
          <w:sz w:val="22"/>
          <w:u w:val="single"/>
        </w:rPr>
        <w:t xml:space="preserve"> protests</w:t>
      </w:r>
      <w:r>
        <w:rPr>
          <w:b w:val="0"/>
          <w:i w:val="0"/>
          <w:smallCaps w:val="0"/>
          <w:strike w:val="0"/>
          <w:sz w:val="22"/>
          <w:u w:val="single"/>
        </w:rPr>
        <w:t xml:space="preserve">, </w:t>
      </w:r>
      <w:r>
        <w:rPr>
          <w:b w:val="0"/>
          <w:i w:val="0"/>
          <w:smallCaps w:val="0"/>
          <w:strike w:val="0"/>
          <w:sz w:val="22"/>
          <w:highlight w:val="cyan"/>
          <w:u w:val="single"/>
        </w:rPr>
        <w:t xml:space="preserve">and the </w:t>
      </w:r>
      <w:r>
        <w:rPr>
          <w:b/>
          <w:i w:val="0"/>
          <w:smallCaps w:val="0"/>
          <w:strike w:val="0"/>
          <w:sz w:val="22"/>
          <w:highlight w:val="cyan"/>
          <w:u w:val="single"/>
        </w:rPr>
        <w:t>Invisible Committee far too scattered</w:t>
      </w:r>
      <w:r>
        <w:rPr>
          <w:b w:val="0"/>
          <w:i w:val="0"/>
          <w:smallCaps w:val="0"/>
          <w:strike w:val="0"/>
          <w:sz w:val="22"/>
          <w:highlight w:val="cyan"/>
          <w:u w:val="single"/>
        </w:rPr>
        <w:t xml:space="preserve"> to </w:t>
      </w:r>
      <w:r>
        <w:rPr>
          <w:b/>
          <w:i w:val="0"/>
          <w:smallCaps w:val="0"/>
          <w:strike w:val="0"/>
          <w:sz w:val="22"/>
          <w:highlight w:val="cyan"/>
          <w:u w:val="single"/>
        </w:rPr>
        <w:t>make real the dream</w:t>
      </w:r>
      <w:r>
        <w:rPr>
          <w:b w:val="0"/>
          <w:i w:val="0"/>
          <w:smallCaps w:val="0"/>
          <w:strike w:val="0"/>
          <w:sz w:val="16"/>
          <w:u w:val="none"/>
        </w:rPr>
        <w:t xml:space="preserve"> of the multitude Hardt and Negri announce, </w:t>
      </w:r>
      <w:r>
        <w:rPr>
          <w:b w:val="0"/>
          <w:i w:val="0"/>
          <w:smallCaps w:val="0"/>
          <w:strike w:val="0"/>
          <w:sz w:val="22"/>
          <w:u w:val="single"/>
        </w:rPr>
        <w:t xml:space="preserve">but </w:t>
      </w:r>
      <w:r>
        <w:rPr>
          <w:b w:val="0"/>
          <w:i w:val="0"/>
          <w:smallCaps w:val="0"/>
          <w:strike w:val="0"/>
          <w:sz w:val="22"/>
          <w:highlight w:val="cyan"/>
          <w:u w:val="single"/>
        </w:rPr>
        <w:t xml:space="preserve">there is </w:t>
      </w:r>
      <w:r>
        <w:rPr>
          <w:b w:val="0"/>
          <w:i w:val="0"/>
          <w:smallCaps w:val="0"/>
          <w:strike w:val="0"/>
          <w:sz w:val="22"/>
          <w:u w:val="single"/>
        </w:rPr>
        <w:t xml:space="preserve">also </w:t>
      </w:r>
      <w:r>
        <w:rPr>
          <w:b/>
          <w:i w:val="0"/>
          <w:smallCaps w:val="0"/>
          <w:strike w:val="0"/>
          <w:sz w:val="22"/>
          <w:highlight w:val="cyan"/>
          <w:u w:val="single"/>
        </w:rPr>
        <w:t>not enough specification</w:t>
      </w:r>
      <w:r>
        <w:rPr>
          <w:b w:val="0"/>
          <w:i w:val="0"/>
          <w:smallCaps w:val="0"/>
          <w:strike w:val="0"/>
          <w:sz w:val="22"/>
          <w:highlight w:val="cyan"/>
          <w:u w:val="single"/>
        </w:rPr>
        <w:t xml:space="preserve"> as to </w:t>
      </w:r>
      <w:r>
        <w:rPr>
          <w:b/>
          <w:i w:val="0"/>
          <w:smallCaps w:val="0"/>
          <w:strike w:val="0"/>
          <w:sz w:val="22"/>
          <w:highlight w:val="cyan"/>
          <w:u w:val="single"/>
        </w:rPr>
        <w:t>how</w:t>
      </w:r>
      <w:r>
        <w:rPr>
          <w:b w:val="0"/>
          <w:i w:val="0"/>
          <w:smallCaps w:val="0"/>
          <w:strike w:val="0"/>
          <w:sz w:val="22"/>
          <w:highlight w:val="cyan"/>
          <w:u w:val="single"/>
        </w:rPr>
        <w:t xml:space="preserve"> or </w:t>
      </w:r>
      <w:r>
        <w:rPr>
          <w:b/>
          <w:i w:val="0"/>
          <w:smallCaps w:val="0"/>
          <w:strike w:val="0"/>
          <w:sz w:val="22"/>
          <w:highlight w:val="cyan"/>
          <w:u w:val="single"/>
        </w:rPr>
        <w:t>why</w:t>
      </w:r>
      <w:r>
        <w:rPr>
          <w:b w:val="0"/>
          <w:i w:val="0"/>
          <w:smallCaps w:val="0"/>
          <w:strike w:val="0"/>
          <w:sz w:val="22"/>
          <w:highlight w:val="cyan"/>
          <w:u w:val="single"/>
        </w:rPr>
        <w:t xml:space="preserve"> this</w:t>
      </w:r>
      <w:r>
        <w:rPr>
          <w:b w:val="0"/>
          <w:i w:val="0"/>
          <w:smallCaps w:val="0"/>
          <w:strike w:val="0"/>
          <w:sz w:val="22"/>
          <w:u w:val="single"/>
        </w:rPr>
        <w:t xml:space="preserve"> multi-headed </w:t>
      </w:r>
      <w:r>
        <w:rPr>
          <w:b w:val="0"/>
          <w:i w:val="0"/>
          <w:smallCaps w:val="0"/>
          <w:strike w:val="0"/>
          <w:sz w:val="22"/>
          <w:highlight w:val="cyan"/>
          <w:u w:val="single"/>
        </w:rPr>
        <w:t xml:space="preserve">subject should </w:t>
      </w:r>
      <w:r>
        <w:rPr>
          <w:b/>
          <w:i w:val="0"/>
          <w:smallCaps w:val="0"/>
          <w:strike w:val="0"/>
          <w:sz w:val="22"/>
          <w:highlight w:val="cyan"/>
          <w:u w:val="single"/>
        </w:rPr>
        <w:t>opt out of the benefits of immaterial work</w:t>
      </w:r>
      <w:r>
        <w:rPr>
          <w:b w:val="0"/>
          <w:i w:val="0"/>
          <w:smallCaps w:val="0"/>
          <w:strike w:val="0"/>
          <w:sz w:val="16"/>
          <w:u w:val="none"/>
        </w:rPr>
        <w:t xml:space="preserve"> (e.g., prosperity, recognition, creativity, artistic expression, self-esteem) </w:t>
      </w:r>
      <w:r>
        <w:rPr>
          <w:b w:val="0"/>
          <w:i w:val="0"/>
          <w:smallCaps w:val="0"/>
          <w:strike w:val="0"/>
          <w:sz w:val="22"/>
          <w:highlight w:val="cyan"/>
          <w:u w:val="single"/>
        </w:rPr>
        <w:t xml:space="preserve">to join a </w:t>
      </w:r>
      <w:r>
        <w:rPr>
          <w:b/>
          <w:i w:val="0"/>
          <w:smallCaps w:val="0"/>
          <w:strike w:val="0"/>
          <w:sz w:val="22"/>
          <w:highlight w:val="cyan"/>
          <w:u w:val="single"/>
        </w:rPr>
        <w:t>rather demanding</w:t>
      </w:r>
      <w:r>
        <w:rPr>
          <w:b w:val="0"/>
          <w:i w:val="0"/>
          <w:smallCaps w:val="0"/>
          <w:strike w:val="0"/>
          <w:sz w:val="22"/>
          <w:highlight w:val="cyan"/>
          <w:u w:val="single"/>
        </w:rPr>
        <w:t xml:space="preserve">, </w:t>
      </w:r>
      <w:r>
        <w:rPr>
          <w:b/>
          <w:i w:val="0"/>
          <w:smallCaps w:val="0"/>
          <w:strike w:val="0"/>
          <w:sz w:val="22"/>
          <w:highlight w:val="cyan"/>
          <w:u w:val="single"/>
        </w:rPr>
        <w:t>lengthy</w:t>
      </w:r>
      <w:r>
        <w:rPr>
          <w:b w:val="0"/>
          <w:i w:val="0"/>
          <w:smallCaps w:val="0"/>
          <w:strike w:val="0"/>
          <w:sz w:val="22"/>
          <w:highlight w:val="cyan"/>
          <w:u w:val="single"/>
        </w:rPr>
        <w:t xml:space="preserve"> and </w:t>
      </w:r>
      <w:r>
        <w:rPr>
          <w:b/>
          <w:i w:val="0"/>
          <w:smallCaps w:val="0"/>
          <w:strike w:val="0"/>
          <w:sz w:val="22"/>
          <w:highlight w:val="cyan"/>
          <w:u w:val="single"/>
        </w:rPr>
        <w:t>uncertain revolutionary road</w:t>
      </w:r>
      <w:r>
        <w:rPr>
          <w:b w:val="0"/>
          <w:i w:val="0"/>
          <w:smallCaps w:val="0"/>
          <w:strike w:val="0"/>
          <w:sz w:val="16"/>
          <w:u w:val="none"/>
        </w:rPr>
        <w:t xml:space="preserve">. As Madra and </w:t>
      </w:r>
      <w:r>
        <w:rPr>
          <w:b w:val="0"/>
          <w:i w:val="0"/>
          <w:smallCaps w:val="0"/>
          <w:strike w:val="0"/>
          <w:sz w:val="16"/>
          <w:u w:val="none"/>
        </w:rPr>
        <w:t>Ozselcuk</w:t>
      </w:r>
      <w:r>
        <w:rPr>
          <w:b w:val="0"/>
          <w:i w:val="0"/>
          <w:smallCaps w:val="0"/>
          <w:strike w:val="0"/>
          <w:sz w:val="16"/>
          <w:u w:val="none"/>
        </w:rPr>
        <w:t xml:space="preserve"> accurately observe,</w:t>
      </w:r>
    </w:p>
    <w:p>
      <w:pPr>
        <w:spacing w:after="60"/>
      </w:pPr>
      <w:r>
        <w:rPr>
          <w:b w:val="0"/>
          <w:i w:val="0"/>
          <w:smallCaps w:val="0"/>
          <w:strike w:val="0"/>
          <w:sz w:val="16"/>
          <w:u w:val="none"/>
        </w:rPr>
        <w:t xml:space="preserve">... </w:t>
      </w:r>
      <w:r>
        <w:rPr>
          <w:b w:val="0"/>
          <w:i w:val="0"/>
          <w:smallCaps w:val="0"/>
          <w:strike w:val="0"/>
          <w:sz w:val="22"/>
          <w:highlight w:val="cyan"/>
          <w:u w:val="single"/>
        </w:rPr>
        <w:t xml:space="preserve">there is </w:t>
      </w:r>
      <w:r>
        <w:rPr>
          <w:b/>
          <w:i w:val="0"/>
          <w:smallCaps w:val="0"/>
          <w:strike w:val="0"/>
          <w:sz w:val="22"/>
          <w:highlight w:val="cyan"/>
          <w:u w:val="single"/>
        </w:rPr>
        <w:t>very little discussion</w:t>
      </w:r>
      <w:r>
        <w:rPr>
          <w:b w:val="0"/>
          <w:i w:val="0"/>
          <w:smallCaps w:val="0"/>
          <w:strike w:val="0"/>
          <w:sz w:val="22"/>
          <w:highlight w:val="cyan"/>
          <w:u w:val="single"/>
        </w:rPr>
        <w:t xml:space="preserve"> of why this post-Fordist subjectivity </w:t>
      </w:r>
      <w:r>
        <w:rPr>
          <w:b/>
          <w:i w:val="0"/>
          <w:smallCaps w:val="0"/>
          <w:strike w:val="0"/>
          <w:sz w:val="22"/>
          <w:highlight w:val="cyan"/>
          <w:u w:val="single"/>
        </w:rPr>
        <w:t>would not resist</w:t>
      </w:r>
      <w:r>
        <w:rPr>
          <w:b w:val="0"/>
          <w:i w:val="0"/>
          <w:smallCaps w:val="0"/>
          <w:strike w:val="0"/>
          <w:sz w:val="16"/>
          <w:u w:val="none"/>
        </w:rPr>
        <w:t xml:space="preserve"> (for there are many who don't) </w:t>
      </w:r>
      <w:r>
        <w:rPr>
          <w:b w:val="0"/>
          <w:i w:val="0"/>
          <w:smallCaps w:val="0"/>
          <w:strike w:val="0"/>
          <w:sz w:val="22"/>
          <w:highlight w:val="cyan"/>
          <w:u w:val="single"/>
        </w:rPr>
        <w:t>and</w:t>
      </w:r>
      <w:r>
        <w:rPr>
          <w:b w:val="0"/>
          <w:i w:val="0"/>
          <w:smallCaps w:val="0"/>
          <w:strike w:val="0"/>
          <w:sz w:val="22"/>
          <w:u w:val="single"/>
        </w:rPr>
        <w:t xml:space="preserve"> perhaps </w:t>
      </w:r>
      <w:r>
        <w:rPr>
          <w:b/>
          <w:i w:val="0"/>
          <w:smallCaps w:val="0"/>
          <w:strike w:val="0"/>
          <w:sz w:val="22"/>
          <w:highlight w:val="cyan"/>
          <w:u w:val="single"/>
        </w:rPr>
        <w:t>even derive enjoyment</w:t>
      </w:r>
      <w:r>
        <w:rPr>
          <w:b w:val="0"/>
          <w:i w:val="0"/>
          <w:smallCaps w:val="0"/>
          <w:strike w:val="0"/>
          <w:sz w:val="22"/>
          <w:highlight w:val="cyan"/>
          <w:u w:val="single"/>
        </w:rPr>
        <w:t xml:space="preserve"> from this </w:t>
      </w:r>
      <w:r>
        <w:rPr>
          <w:b/>
          <w:i w:val="0"/>
          <w:smallCaps w:val="0"/>
          <w:strike w:val="0"/>
          <w:sz w:val="22"/>
          <w:highlight w:val="cyan"/>
          <w:u w:val="single"/>
        </w:rPr>
        <w:t>game</w:t>
      </w:r>
      <w:r>
        <w:rPr>
          <w:b w:val="0"/>
          <w:i w:val="0"/>
          <w:smallCaps w:val="0"/>
          <w:strike w:val="0"/>
          <w:sz w:val="22"/>
          <w:highlight w:val="cyan"/>
          <w:u w:val="single"/>
        </w:rPr>
        <w:t xml:space="preserve"> of '</w:t>
      </w:r>
      <w:r>
        <w:rPr>
          <w:b/>
          <w:i w:val="0"/>
          <w:smallCaps w:val="0"/>
          <w:strike w:val="0"/>
          <w:sz w:val="22"/>
          <w:highlight w:val="cyan"/>
          <w:u w:val="single"/>
        </w:rPr>
        <w:t>economic incentives</w:t>
      </w:r>
      <w:r>
        <w:rPr>
          <w:b w:val="0"/>
          <w:i w:val="0"/>
          <w:smallCaps w:val="0"/>
          <w:strike w:val="0"/>
          <w:sz w:val="22"/>
          <w:highlight w:val="cyan"/>
          <w:u w:val="single"/>
        </w:rPr>
        <w:t xml:space="preserve">,' the </w:t>
      </w:r>
      <w:r>
        <w:rPr>
          <w:b/>
          <w:i w:val="0"/>
          <w:smallCaps w:val="0"/>
          <w:strike w:val="0"/>
          <w:sz w:val="22"/>
          <w:highlight w:val="cyan"/>
          <w:u w:val="single"/>
        </w:rPr>
        <w:t>neoliberal universe of individual responsibility</w:t>
      </w:r>
      <w:r>
        <w:rPr>
          <w:b w:val="0"/>
          <w:i w:val="0"/>
          <w:smallCaps w:val="0"/>
          <w:strike w:val="0"/>
          <w:sz w:val="22"/>
          <w:highlight w:val="cyan"/>
          <w:u w:val="single"/>
        </w:rPr>
        <w:t xml:space="preserve">, </w:t>
      </w:r>
      <w:r>
        <w:rPr>
          <w:b/>
          <w:i w:val="0"/>
          <w:smallCaps w:val="0"/>
          <w:strike w:val="0"/>
          <w:sz w:val="22"/>
          <w:highlight w:val="cyan"/>
          <w:u w:val="single"/>
        </w:rPr>
        <w:t>pursuit of self-interest</w:t>
      </w:r>
      <w:r>
        <w:rPr>
          <w:b w:val="0"/>
          <w:i w:val="0"/>
          <w:smallCaps w:val="0"/>
          <w:strike w:val="0"/>
          <w:sz w:val="22"/>
          <w:highlight w:val="cyan"/>
          <w:u w:val="single"/>
        </w:rPr>
        <w:t xml:space="preserve">, and </w:t>
      </w:r>
      <w:r>
        <w:rPr>
          <w:b/>
          <w:i w:val="0"/>
          <w:smallCaps w:val="0"/>
          <w:strike w:val="0"/>
          <w:sz w:val="22"/>
          <w:highlight w:val="cyan"/>
          <w:u w:val="single"/>
        </w:rPr>
        <w:t>transgressive consumption</w:t>
      </w:r>
      <w:r>
        <w:rPr>
          <w:b w:val="0"/>
          <w:i w:val="0"/>
          <w:smallCaps w:val="0"/>
          <w:strike w:val="0"/>
          <w:sz w:val="22"/>
          <w:highlight w:val="cyan"/>
          <w:u w:val="single"/>
        </w:rPr>
        <w:t xml:space="preserve">. Nor do we find a discussion of the </w:t>
      </w:r>
      <w:r>
        <w:rPr>
          <w:b/>
          <w:i w:val="0"/>
          <w:smallCaps w:val="0"/>
          <w:strike w:val="0"/>
          <w:sz w:val="22"/>
          <w:u w:val="single"/>
        </w:rPr>
        <w:t>subjective investments</w:t>
      </w:r>
      <w:r>
        <w:rPr>
          <w:b w:val="0"/>
          <w:i w:val="0"/>
          <w:smallCaps w:val="0"/>
          <w:strike w:val="0"/>
          <w:sz w:val="22"/>
          <w:u w:val="single"/>
        </w:rPr>
        <w:t xml:space="preserve"> and </w:t>
      </w:r>
      <w:r>
        <w:rPr>
          <w:b/>
          <w:i w:val="0"/>
          <w:smallCaps w:val="0"/>
          <w:strike w:val="0"/>
          <w:sz w:val="22"/>
          <w:highlight w:val="cyan"/>
          <w:u w:val="single"/>
        </w:rPr>
        <w:t>affective regimes</w:t>
      </w:r>
      <w:r>
        <w:rPr>
          <w:b w:val="0"/>
          <w:i w:val="0"/>
          <w:smallCaps w:val="0"/>
          <w:strike w:val="0"/>
          <w:sz w:val="22"/>
          <w:highlight w:val="cyan"/>
          <w:u w:val="single"/>
        </w:rPr>
        <w:t xml:space="preserve"> that will enable these</w:t>
      </w:r>
      <w:r>
        <w:rPr>
          <w:b w:val="0"/>
          <w:i w:val="0"/>
          <w:smallCaps w:val="0"/>
          <w:strike w:val="0"/>
          <w:sz w:val="22"/>
          <w:u w:val="single"/>
        </w:rPr>
        <w:t xml:space="preserve"> post-Fordist </w:t>
      </w:r>
      <w:r>
        <w:rPr>
          <w:b w:val="0"/>
          <w:i w:val="0"/>
          <w:smallCaps w:val="0"/>
          <w:strike w:val="0"/>
          <w:sz w:val="22"/>
          <w:highlight w:val="cyan"/>
          <w:u w:val="single"/>
        </w:rPr>
        <w:t xml:space="preserve">subjectivities to </w:t>
      </w:r>
      <w:r>
        <w:rPr>
          <w:b/>
          <w:i w:val="0"/>
          <w:smallCaps w:val="0"/>
          <w:strike w:val="0"/>
          <w:sz w:val="22"/>
          <w:highlight w:val="cyan"/>
          <w:u w:val="single"/>
        </w:rPr>
        <w:t xml:space="preserve">reorient themselves </w:t>
      </w:r>
      <w:r>
        <w:rPr>
          <w:b/>
          <w:i w:val="0"/>
          <w:smallCaps w:val="0"/>
          <w:strike w:val="0"/>
          <w:sz w:val="22"/>
          <w:highlight w:val="cyan"/>
          <w:u w:val="single"/>
        </w:rPr>
        <w:t>ethico</w:t>
      </w:r>
      <w:r>
        <w:rPr>
          <w:b/>
          <w:i w:val="0"/>
          <w:smallCaps w:val="0"/>
          <w:strike w:val="0"/>
          <w:sz w:val="22"/>
          <w:highlight w:val="cyan"/>
          <w:u w:val="single"/>
        </w:rPr>
        <w:t>-politically</w:t>
      </w:r>
      <w:r>
        <w:rPr>
          <w:b w:val="0"/>
          <w:i w:val="0"/>
          <w:smallCaps w:val="0"/>
          <w:strike w:val="0"/>
          <w:sz w:val="22"/>
          <w:highlight w:val="cyan"/>
          <w:u w:val="single"/>
        </w:rPr>
        <w:t xml:space="preserve"> to</w:t>
      </w:r>
      <w:r>
        <w:rPr>
          <w:b w:val="0"/>
          <w:i w:val="0"/>
          <w:smallCaps w:val="0"/>
          <w:strike w:val="0"/>
          <w:sz w:val="22"/>
          <w:u w:val="single"/>
        </w:rPr>
        <w:t xml:space="preserve"> </w:t>
      </w:r>
      <w:r>
        <w:rPr>
          <w:b/>
          <w:i w:val="0"/>
          <w:smallCaps w:val="0"/>
          <w:strike w:val="0"/>
          <w:sz w:val="22"/>
          <w:u w:val="single"/>
        </w:rPr>
        <w:t>resist the capture</w:t>
      </w:r>
      <w:r>
        <w:rPr>
          <w:b w:val="0"/>
          <w:i w:val="0"/>
          <w:smallCaps w:val="0"/>
          <w:strike w:val="0"/>
          <w:sz w:val="22"/>
          <w:u w:val="single"/>
        </w:rPr>
        <w:t xml:space="preserve"> of Empire and </w:t>
      </w:r>
      <w:r>
        <w:rPr>
          <w:b/>
          <w:i w:val="0"/>
          <w:smallCaps w:val="0"/>
          <w:strike w:val="0"/>
          <w:sz w:val="22"/>
          <w:highlight w:val="cyan"/>
          <w:u w:val="single"/>
        </w:rPr>
        <w:t>move beyond the rule of capital</w:t>
      </w:r>
      <w:r>
        <w:rPr>
          <w:b w:val="0"/>
          <w:i w:val="0"/>
          <w:smallCaps w:val="0"/>
          <w:strike w:val="0"/>
          <w:sz w:val="16"/>
          <w:u w:val="none"/>
        </w:rPr>
        <w:t>.77</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