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Plank 3 develops HACCP systems to ensure a </w:t>
      </w:r>
      <w:r>
        <w:rPr>
          <w:b/>
          <w:i w:val="0"/>
          <w:smallCaps w:val="0"/>
          <w:strike w:val="0"/>
          <w:sz w:val="26"/>
          <w:u w:val="single"/>
        </w:rPr>
        <w:t>safe food supply</w:t>
      </w:r>
      <w:r>
        <w:rPr>
          <w:b/>
          <w:i w:val="0"/>
          <w:smallCaps w:val="0"/>
          <w:strike w:val="0"/>
          <w:sz w:val="26"/>
          <w:u w:val="none"/>
        </w:rPr>
        <w:t xml:space="preserve"> chain.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Pathspot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sz w:val="22"/>
          <w:u w:val="none"/>
        </w:rPr>
        <w:t>, Health and Safety Operating System. Blog featuring food safety methods and organizational tools. (</w:t>
      </w:r>
      <w:r>
        <w:rPr>
          <w:b w:val="0"/>
          <w:i w:val="0"/>
          <w:smallCaps w:val="0"/>
          <w:strike w:val="0"/>
          <w:sz w:val="22"/>
          <w:u w:val="none"/>
        </w:rPr>
        <w:t>Pathspot</w:t>
      </w:r>
      <w:r>
        <w:rPr>
          <w:b w:val="0"/>
          <w:i w:val="0"/>
          <w:smallCaps w:val="0"/>
          <w:strike w:val="0"/>
          <w:sz w:val="22"/>
          <w:u w:val="none"/>
        </w:rPr>
        <w:t>, 12/20/23, “</w:t>
      </w:r>
      <w:r>
        <w:rPr>
          <w:b w:val="0"/>
          <w:i/>
          <w:smallCaps w:val="0"/>
          <w:strike w:val="0"/>
          <w:sz w:val="22"/>
          <w:u w:val="none"/>
        </w:rPr>
        <w:t>Maintaining HACCP Compliance Ensuring Food Safety Processes”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Pathspot</w:t>
      </w:r>
      <w:r>
        <w:rPr>
          <w:b w:val="0"/>
          <w:i w:val="0"/>
          <w:smallCaps w:val="0"/>
          <w:strike w:val="0"/>
          <w:sz w:val="22"/>
          <w:u w:val="none"/>
        </w:rPr>
        <w:t>, Accessed 7/26/24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 </w:t>
      </w:r>
      <w:r>
        <w:rPr>
          <w:b w:val="0"/>
          <w:i w:val="0"/>
          <w:smallCaps w:val="0"/>
          <w:strike w:val="0"/>
          <w:sz w:val="22"/>
          <w:u w:val="none"/>
        </w:rPr>
        <w:t>) SY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world of </w:t>
      </w:r>
      <w:r>
        <w:rPr>
          <w:b/>
          <w:i w:val="0"/>
          <w:smallCaps w:val="0"/>
          <w:strike w:val="0"/>
          <w:sz w:val="22"/>
          <w:u w:val="single"/>
        </w:rPr>
        <w:t xml:space="preserve">food safety,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maintaining HACCP compliance is paramount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Hazard Analysis and Critical Control Points (HACCP) is a systematic approach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identifying, evaluating, and controlling food safety hazards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It’s a crucial framework that ensures food products’ safety and consumers’ well-being</w:t>
      </w:r>
      <w:r>
        <w:rPr>
          <w:b w:val="0"/>
          <w:i w:val="0"/>
          <w:smallCaps w:val="0"/>
          <w:strike w:val="0"/>
          <w:sz w:val="16"/>
          <w:u w:val="none"/>
        </w:rPr>
        <w:t>. This blog will explore how to maintain HACCP compliance and ensure a safe food safety process in your establishment. Discover HACCP’s key steps and principles to keep your food products and customers safe.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Understanding HACCP Compliance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Before delving into the details of maintaining HACCP compliance, let’s briefly understand what HACCP </w:t>
      </w:r>
      <w:r>
        <w:rPr>
          <w:b w:val="0"/>
          <w:i w:val="0"/>
          <w:smallCaps w:val="0"/>
          <w:strike w:val="0"/>
          <w:sz w:val="16"/>
          <w:u w:val="none"/>
        </w:rPr>
        <w:t>is 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about.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HACCP is a science-based system used to identify and control food safety hazards.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applies to all stages of the food supply chain</w:t>
      </w:r>
      <w:r>
        <w:rPr>
          <w:b w:val="0"/>
          <w:i w:val="0"/>
          <w:smallCaps w:val="0"/>
          <w:strike w:val="0"/>
          <w:sz w:val="22"/>
          <w:u w:val="single"/>
        </w:rPr>
        <w:t>, from production and processing to distribution and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primary goal of HACCP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prevent foodborne illnesses by systematically addressing potential hazards.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Key Principles of HACCP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Maintaining </w:t>
      </w:r>
      <w:r>
        <w:rPr>
          <w:b w:val="0"/>
          <w:i w:val="0"/>
          <w:smallCaps w:val="0"/>
          <w:strike w:val="0"/>
          <w:sz w:val="22"/>
          <w:u w:val="single"/>
        </w:rPr>
        <w:t>HACCP compliance requires adhering to 7 core principles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Conduct </w:t>
      </w:r>
      <w:r>
        <w:rPr>
          <w:b w:val="0"/>
          <w:i w:val="0"/>
          <w:smallCaps w:val="0"/>
          <w:strike w:val="0"/>
          <w:sz w:val="22"/>
          <w:u w:val="single"/>
        </w:rPr>
        <w:t>a Hazard Analysis: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Identify potential hazards </w:t>
      </w:r>
      <w:r>
        <w:rPr>
          <w:b w:val="0"/>
          <w:i w:val="0"/>
          <w:smallCaps w:val="0"/>
          <w:strike w:val="0"/>
          <w:sz w:val="22"/>
          <w:u w:val="single"/>
        </w:rPr>
        <w:t>in your food production process</w:t>
      </w:r>
      <w:r>
        <w:rPr>
          <w:b w:val="0"/>
          <w:i w:val="0"/>
          <w:smallCaps w:val="0"/>
          <w:strike w:val="0"/>
          <w:sz w:val="16"/>
          <w:u w:val="none"/>
        </w:rPr>
        <w:t>. These hazards can include biological (e.g., harmful bacteria), chemical (e.g., contaminants), and physical (e.g., foreign objects) risks.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Establish Critical 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Set specific criteria </w:t>
      </w:r>
      <w:r>
        <w:rPr>
          <w:b w:val="0"/>
          <w:i w:val="0"/>
          <w:smallCaps w:val="0"/>
          <w:strike w:val="0"/>
          <w:sz w:val="22"/>
          <w:u w:val="single"/>
        </w:rPr>
        <w:t>to control each identified hazard</w:t>
      </w:r>
      <w:r>
        <w:rPr>
          <w:b w:val="0"/>
          <w:i w:val="0"/>
          <w:smallCaps w:val="0"/>
          <w:strike w:val="0"/>
          <w:sz w:val="16"/>
          <w:u w:val="none"/>
        </w:rPr>
        <w:t>. These limits ensure that the hazard is effectively managed.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Establish </w:t>
      </w:r>
      <w:r>
        <w:rPr>
          <w:b w:val="0"/>
          <w:i w:val="0"/>
          <w:smallCaps w:val="0"/>
          <w:strike w:val="0"/>
          <w:sz w:val="22"/>
          <w:u w:val="single"/>
        </w:rPr>
        <w:t>Critical Control Points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(CCPs): Determine the points in your process </w:t>
      </w:r>
      <w:r>
        <w:rPr>
          <w:b w:val="0"/>
          <w:i w:val="0"/>
          <w:smallCaps w:val="0"/>
          <w:strike w:val="0"/>
          <w:sz w:val="22"/>
          <w:u w:val="single"/>
        </w:rPr>
        <w:t>where control measures are applied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prevent, eliminate, or reduce identified hazards to an acceptable level.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Monitor CCPs: </w:t>
      </w:r>
      <w:r>
        <w:rPr>
          <w:b w:val="0"/>
          <w:i w:val="0"/>
          <w:smallCaps w:val="0"/>
          <w:strike w:val="0"/>
          <w:sz w:val="22"/>
          <w:u w:val="single"/>
        </w:rPr>
        <w:t>Regularly monitor and document the critical control points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ensure they stay within specified limits.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Establish Corrective Actions: </w:t>
      </w:r>
      <w:r>
        <w:rPr>
          <w:b w:val="0"/>
          <w:i w:val="0"/>
          <w:smallCaps w:val="0"/>
          <w:strike w:val="0"/>
          <w:sz w:val="22"/>
          <w:u w:val="single"/>
        </w:rPr>
        <w:t>Develop procedures to address any deviations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critical limits. Corrective actions are essential to maintain food safety.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Verification: </w:t>
      </w:r>
      <w:r>
        <w:rPr>
          <w:b w:val="0"/>
          <w:i w:val="0"/>
          <w:smallCaps w:val="0"/>
          <w:strike w:val="0"/>
          <w:sz w:val="22"/>
          <w:u w:val="single"/>
        </w:rPr>
        <w:t>Periodically review and validate your HACCP plan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ensure its effectiveness in controlling hazards.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Record-Keeping: </w:t>
      </w:r>
      <w:r>
        <w:rPr>
          <w:b w:val="0"/>
          <w:i w:val="0"/>
          <w:smallCaps w:val="0"/>
          <w:strike w:val="0"/>
          <w:sz w:val="22"/>
          <w:u w:val="single"/>
        </w:rPr>
        <w:t>Maintain thorough records of your HACCP plan</w:t>
      </w:r>
      <w:r>
        <w:rPr>
          <w:b w:val="0"/>
          <w:i w:val="0"/>
          <w:smallCaps w:val="0"/>
          <w:strike w:val="0"/>
          <w:sz w:val="16"/>
          <w:u w:val="none"/>
        </w:rPr>
        <w:t>, monitoring activities, and corrective actions. Good record-keeping is essential for compliance.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Maintaining HACCP Compliance in Practice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Let’s explore practical steps to maintain compliance in your food establishment: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Training and Education</w:t>
      </w:r>
      <w:r>
        <w:rPr>
          <w:b w:val="0"/>
          <w:i w:val="0"/>
          <w:smallCaps w:val="0"/>
          <w:strike w:val="0"/>
          <w:sz w:val="16"/>
          <w:u w:val="none"/>
        </w:rPr>
        <w:t>: Ensure your staff is well-trained in HACCP principles and practices. Proper education is the foundation of compliance.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Regular </w:t>
      </w:r>
      <w:r>
        <w:rPr>
          <w:b w:val="0"/>
          <w:i w:val="0"/>
          <w:smallCaps w:val="0"/>
          <w:strike w:val="0"/>
          <w:sz w:val="22"/>
          <w:u w:val="single"/>
        </w:rPr>
        <w:t>Hazard Analysis</w:t>
      </w:r>
      <w:r>
        <w:rPr>
          <w:b w:val="0"/>
          <w:i w:val="0"/>
          <w:smallCaps w:val="0"/>
          <w:strike w:val="0"/>
          <w:sz w:val="16"/>
          <w:u w:val="none"/>
        </w:rPr>
        <w:t>: Continuously assess potential hazards associated with your food products. Be vigilant, especially when introducing new ingredients or processes.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Monitoring and Documentation: Implement </w:t>
      </w:r>
      <w:r>
        <w:rPr>
          <w:b w:val="0"/>
          <w:i w:val="0"/>
          <w:smallCaps w:val="0"/>
          <w:strike w:val="0"/>
          <w:sz w:val="22"/>
          <w:u w:val="single"/>
        </w:rPr>
        <w:t>a robust monitoring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your CCPs. This includes using food thermometers, visual inspections, and other tools to ensure safety standards are met. Keep detailed records of these activities.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Establish Corrective Actions: </w:t>
      </w:r>
      <w:r>
        <w:rPr>
          <w:b w:val="0"/>
          <w:i w:val="0"/>
          <w:smallCaps w:val="0"/>
          <w:strike w:val="0"/>
          <w:sz w:val="22"/>
          <w:u w:val="single"/>
        </w:rPr>
        <w:t>Develop clear protocols for addressing deviations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critical limits. Assign responsibilities to specific staff members for taking corrective actions promptly.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Verification and Validation: </w:t>
      </w:r>
      <w:r>
        <w:rPr>
          <w:b w:val="0"/>
          <w:i w:val="0"/>
          <w:smallCaps w:val="0"/>
          <w:strike w:val="0"/>
          <w:sz w:val="22"/>
          <w:u w:val="single"/>
        </w:rPr>
        <w:t>Regularly review and validate your HACCP plan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ensure it effectively controls hazards. This may involve conducting internal audits or seeking third-party verification.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Stay Informed: </w:t>
      </w:r>
      <w:r>
        <w:rPr>
          <w:b w:val="0"/>
          <w:i w:val="0"/>
          <w:smallCaps w:val="0"/>
          <w:strike w:val="0"/>
          <w:sz w:val="22"/>
          <w:u w:val="single"/>
        </w:rPr>
        <w:t>Keep abreast of the latest food safety regulations and best practices developments</w:t>
      </w:r>
      <w:r>
        <w:rPr>
          <w:b w:val="0"/>
          <w:i w:val="0"/>
          <w:smallCaps w:val="0"/>
          <w:strike w:val="0"/>
          <w:sz w:val="16"/>
          <w:u w:val="none"/>
        </w:rPr>
        <w:t>. Compliance requirements may change over time.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Cross-Contamination Prevention: </w:t>
      </w:r>
      <w:r>
        <w:rPr>
          <w:b w:val="0"/>
          <w:i w:val="0"/>
          <w:smallCaps w:val="0"/>
          <w:strike w:val="0"/>
          <w:sz w:val="22"/>
          <w:u w:val="single"/>
        </w:rPr>
        <w:t>Implement measures to prevent cross-contamination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raw and cooked foods. This includes using separate cutting boards, utensils, and storage areas.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Public Health and Safety</w:t>
      </w:r>
      <w:r>
        <w:rPr>
          <w:b w:val="0"/>
          <w:i w:val="0"/>
          <w:smallCaps w:val="0"/>
          <w:strike w:val="0"/>
          <w:sz w:val="22"/>
          <w:u w:val="single"/>
        </w:rPr>
        <w:t>: Always prioritize public health and safety</w:t>
      </w:r>
      <w:r>
        <w:rPr>
          <w:b w:val="0"/>
          <w:i w:val="0"/>
          <w:smallCaps w:val="0"/>
          <w:strike w:val="0"/>
          <w:sz w:val="16"/>
          <w:u w:val="none"/>
        </w:rPr>
        <w:t>. Recognize that maintaining HACCP compliance isn’t just a regulatory requirement; it’s a commitment to keeping your customers safe from foodborne illnesses.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Prioritize HACCP Compliance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prioritizing HACCP compliance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embracing a food safety culture, you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can protect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your business and your customers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contribute to a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healthier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safer food 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Maintaining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HACCP compliance and ensuring a safe food safety process is a critical responsibility </w:t>
      </w:r>
      <w:r>
        <w:rPr>
          <w:b/>
          <w:i w:val="0"/>
          <w:smallCaps w:val="0"/>
          <w:strike w:val="0"/>
          <w:sz w:val="22"/>
          <w:u w:val="single"/>
        </w:rPr>
        <w:t>for any food industry professional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