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Lots of barriers to further implementation---CP can’t overcome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Bas et al 7</w:t>
      </w:r>
      <w:r>
        <w:rPr>
          <w:b w:val="0"/>
          <w:i w:val="0"/>
          <w:smallCaps w:val="0"/>
          <w:strike w:val="0"/>
          <w:sz w:val="22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Faculty Of Health Sciences, Nutrition And Dietetics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</w:t>
      </w:r>
      <w:r>
        <w:rPr>
          <w:b w:val="0"/>
          <w:i w:val="0"/>
          <w:smallCaps w:val="0"/>
          <w:strike w:val="0"/>
          <w:sz w:val="16"/>
          <w:u w:val="none"/>
        </w:rPr>
        <w:t>Acibadem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Mehmet Ali </w:t>
      </w:r>
      <w:r>
        <w:rPr>
          <w:b w:val="0"/>
          <w:i w:val="0"/>
          <w:smallCaps w:val="0"/>
          <w:strike w:val="0"/>
          <w:sz w:val="16"/>
          <w:u w:val="none"/>
        </w:rPr>
        <w:t>Aydinlar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University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Turkey (Murat Bas, </w:t>
      </w:r>
      <w:r>
        <w:rPr>
          <w:b w:val="0"/>
          <w:i w:val="0"/>
          <w:smallCaps w:val="0"/>
          <w:strike w:val="0"/>
          <w:sz w:val="16"/>
          <w:u w:val="none"/>
        </w:rPr>
        <w:t>Mariye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Yüksel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Department of Nutrition and Dietetics, Health Sciences Faculty, </w:t>
      </w:r>
      <w:r>
        <w:rPr>
          <w:b w:val="0"/>
          <w:i w:val="0"/>
          <w:smallCaps w:val="0"/>
          <w:strike w:val="0"/>
          <w:sz w:val="16"/>
          <w:u w:val="none"/>
        </w:rPr>
        <w:t>Baskent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University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Turkey)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16"/>
          <w:u w:val="none"/>
        </w:rPr>
        <w:t>Tuğba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Çavuşoğlu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Department of Nutrition and Dietetics, Health Sciences Faculty, </w:t>
      </w:r>
      <w:r>
        <w:rPr>
          <w:b w:val="0"/>
          <w:i w:val="0"/>
          <w:smallCaps w:val="0"/>
          <w:strike w:val="0"/>
          <w:sz w:val="16"/>
          <w:u w:val="none"/>
        </w:rPr>
        <w:t>Baskent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University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Turkey), 2007, “</w:t>
      </w:r>
      <w:r>
        <w:rPr>
          <w:b w:val="0"/>
          <w:i w:val="0"/>
          <w:smallCaps w:val="0"/>
          <w:strike w:val="0"/>
          <w:sz w:val="16"/>
          <w:u w:val="none"/>
        </w:rPr>
        <w:t>Difficulties and barriers for the implementing of HACCP and food safety systems in food businesses in Turkey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</w:t>
      </w:r>
      <w:r>
        <w:rPr>
          <w:b w:val="0"/>
          <w:i/>
          <w:smallCaps w:val="0"/>
          <w:strike w:val="0"/>
          <w:sz w:val="16"/>
          <w:u w:val="none"/>
        </w:rPr>
        <w:t>Food Control, vol. 18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no. 2, </w:t>
      </w:r>
      <w:r>
        <w:rPr>
          <w:b w:val="0"/>
          <w:i w:val="0"/>
          <w:smallCaps w:val="0"/>
          <w:strike w:val="0"/>
          <w:sz w:val="16"/>
          <w:u w:val="none"/>
        </w:rPr>
        <w:t>, p. 128-129, DA: 7-30-2024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through KU</w:t>
      </w:r>
      <w:r>
        <w:rPr>
          <w:b w:val="0"/>
          <w:i w:val="0"/>
          <w:smallCaps w:val="0"/>
          <w:strike w:val="0"/>
          <w:sz w:val="16"/>
          <w:u w:val="none"/>
        </w:rPr>
        <w:t>)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Time and money have been identi</w:t>
      </w:r>
      <w:r>
        <w:rPr>
          <w:b/>
          <w:i w:val="0"/>
          <w:smallCaps w:val="0"/>
          <w:strike w:val="0"/>
          <w:sz w:val="22"/>
          <w:u w:val="single"/>
        </w:rPr>
        <w:t>fi</w:t>
      </w:r>
      <w:r>
        <w:rPr>
          <w:b/>
          <w:i w:val="0"/>
          <w:smallCaps w:val="0"/>
          <w:strike w:val="0"/>
          <w:sz w:val="22"/>
          <w:u w:val="single"/>
        </w:rPr>
        <w:t>ed as obstacles in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implementing HACCP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Giampaoli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Sneed, </w:t>
      </w:r>
      <w:r>
        <w:rPr>
          <w:b w:val="0"/>
          <w:i w:val="0"/>
          <w:smallCaps w:val="0"/>
          <w:strike w:val="0"/>
          <w:sz w:val="16"/>
          <w:u w:val="none"/>
        </w:rPr>
        <w:t>Cluskey</w:t>
      </w:r>
      <w:r>
        <w:rPr>
          <w:b w:val="0"/>
          <w:i w:val="0"/>
          <w:smallCaps w:val="0"/>
          <w:strike w:val="0"/>
          <w:sz w:val="16"/>
          <w:u w:val="none"/>
        </w:rPr>
        <w:t>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Koenig (2002) found that </w:t>
      </w:r>
      <w:r>
        <w:rPr>
          <w:b w:val="0"/>
          <w:i w:val="0"/>
          <w:smallCaps w:val="0"/>
          <w:strike w:val="0"/>
          <w:sz w:val="22"/>
          <w:u w:val="single"/>
        </w:rPr>
        <w:t>foodservice directors positively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agreed on the bene</w:t>
      </w:r>
      <w:r>
        <w:rPr>
          <w:b w:val="0"/>
          <w:i w:val="0"/>
          <w:smallCaps w:val="0"/>
          <w:strike w:val="0"/>
          <w:sz w:val="22"/>
          <w:u w:val="single"/>
        </w:rPr>
        <w:t>fi</w:t>
      </w:r>
      <w:r>
        <w:rPr>
          <w:b w:val="0"/>
          <w:i w:val="0"/>
          <w:smallCaps w:val="0"/>
          <w:strike w:val="0"/>
          <w:sz w:val="22"/>
          <w:u w:val="single"/>
        </w:rPr>
        <w:t>ts of certi</w:t>
      </w:r>
      <w:r>
        <w:rPr>
          <w:b w:val="0"/>
          <w:i w:val="0"/>
          <w:smallCaps w:val="0"/>
          <w:strike w:val="0"/>
          <w:sz w:val="22"/>
          <w:u w:val="single"/>
        </w:rPr>
        <w:t>fi</w:t>
      </w:r>
      <w:r>
        <w:rPr>
          <w:b w:val="0"/>
          <w:i w:val="0"/>
          <w:smallCaps w:val="0"/>
          <w:strike w:val="0"/>
          <w:sz w:val="22"/>
          <w:u w:val="single"/>
        </w:rPr>
        <w:t>cation and continuing education related to food safety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our study, </w:t>
      </w:r>
      <w:r>
        <w:rPr>
          <w:b w:val="0"/>
          <w:i w:val="0"/>
          <w:smallCaps w:val="0"/>
          <w:strike w:val="0"/>
          <w:sz w:val="22"/>
          <w:u w:val="single"/>
        </w:rPr>
        <w:t>time and money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were identi</w:t>
      </w:r>
      <w:r>
        <w:rPr>
          <w:b w:val="0"/>
          <w:i w:val="0"/>
          <w:smallCaps w:val="0"/>
          <w:strike w:val="0"/>
          <w:sz w:val="22"/>
          <w:u w:val="single"/>
        </w:rPr>
        <w:t>fi</w:t>
      </w:r>
      <w:r>
        <w:rPr>
          <w:b w:val="0"/>
          <w:i w:val="0"/>
          <w:smallCaps w:val="0"/>
          <w:strike w:val="0"/>
          <w:sz w:val="22"/>
          <w:u w:val="single"/>
        </w:rPr>
        <w:t>ed as the greatest barriers to improve food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safety.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Similar problems have been reported by other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authors (Mortlock et al., 1999; </w:t>
      </w:r>
      <w:r>
        <w:rPr>
          <w:b w:val="0"/>
          <w:i w:val="0"/>
          <w:smallCaps w:val="0"/>
          <w:strike w:val="0"/>
          <w:sz w:val="16"/>
          <w:u w:val="none"/>
        </w:rPr>
        <w:t>Panisello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&amp; </w:t>
      </w:r>
      <w:r>
        <w:rPr>
          <w:b w:val="0"/>
          <w:i w:val="0"/>
          <w:smallCaps w:val="0"/>
          <w:strike w:val="0"/>
          <w:sz w:val="16"/>
          <w:u w:val="none"/>
        </w:rPr>
        <w:t>Quantick</w:t>
      </w:r>
      <w:r>
        <w:rPr>
          <w:b w:val="0"/>
          <w:i w:val="0"/>
          <w:smallCaps w:val="0"/>
          <w:strike w:val="0"/>
          <w:sz w:val="16"/>
          <w:u w:val="none"/>
        </w:rPr>
        <w:t>, 2001;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Panisello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Quantick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&amp; Knowles, 1999; Ward, 2001).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Managers seemed to </w:t>
      </w:r>
      <w:r>
        <w:rPr>
          <w:b w:val="0"/>
          <w:i w:val="0"/>
          <w:smallCaps w:val="0"/>
          <w:strike w:val="0"/>
          <w:sz w:val="22"/>
          <w:u w:val="single"/>
        </w:rPr>
        <w:t>fi</w:t>
      </w:r>
      <w:r>
        <w:rPr>
          <w:b w:val="0"/>
          <w:i w:val="0"/>
          <w:smallCaps w:val="0"/>
          <w:strike w:val="0"/>
          <w:sz w:val="22"/>
          <w:u w:val="single"/>
        </w:rPr>
        <w:t>nd it di</w:t>
      </w:r>
      <w:r>
        <w:rPr>
          <w:b w:val="0"/>
          <w:i w:val="0"/>
          <w:smallCaps w:val="0"/>
          <w:strike w:val="0"/>
          <w:sz w:val="22"/>
          <w:u w:val="single"/>
        </w:rPr>
        <w:t>ffi</w:t>
      </w:r>
      <w:r>
        <w:rPr>
          <w:b w:val="0"/>
          <w:i w:val="0"/>
          <w:smallCaps w:val="0"/>
          <w:strike w:val="0"/>
          <w:sz w:val="22"/>
          <w:u w:val="single"/>
        </w:rPr>
        <w:t>cult to make their employees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understand the importance of hazard analysis and why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particular operations had to be monitored and controlled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Several studies have examined barriers to HACCP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implementation in food businesses.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Hwang, Almanza,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Nelson (2001) found that Indiana school foodservice managers identi</w:t>
      </w:r>
      <w:r>
        <w:rPr>
          <w:b w:val="0"/>
          <w:i w:val="0"/>
          <w:smallCaps w:val="0"/>
          <w:strike w:val="0"/>
          <w:sz w:val="16"/>
          <w:u w:val="none"/>
        </w:rPr>
        <w:t>fi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ed </w:t>
      </w:r>
      <w:r>
        <w:rPr>
          <w:b/>
          <w:i w:val="0"/>
          <w:smallCaps w:val="0"/>
          <w:strike w:val="0"/>
          <w:sz w:val="22"/>
          <w:u w:val="single"/>
        </w:rPr>
        <w:t>time to establish a HACCP program, time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to run the program, and labor costs as being the three biggest obstacles</w:t>
      </w:r>
      <w:r>
        <w:rPr>
          <w:b w:val="0"/>
          <w:i w:val="0"/>
          <w:smallCaps w:val="0"/>
          <w:strike w:val="0"/>
          <w:sz w:val="16"/>
          <w:u w:val="none"/>
        </w:rPr>
        <w:t>. In addition, “</w:t>
      </w:r>
      <w:r>
        <w:rPr>
          <w:b w:val="0"/>
          <w:i w:val="0"/>
          <w:smallCaps w:val="0"/>
          <w:strike w:val="0"/>
          <w:sz w:val="22"/>
          <w:u w:val="single"/>
        </w:rPr>
        <w:t>lack of training funds, time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get used to running the HACCP program, and union problems” were other identi</w:t>
      </w:r>
      <w:r>
        <w:rPr>
          <w:b w:val="0"/>
          <w:i w:val="0"/>
          <w:smallCaps w:val="0"/>
          <w:strike w:val="0"/>
          <w:sz w:val="22"/>
          <w:u w:val="single"/>
        </w:rPr>
        <w:t>fi</w:t>
      </w:r>
      <w:r>
        <w:rPr>
          <w:b w:val="0"/>
          <w:i w:val="0"/>
          <w:smallCaps w:val="0"/>
          <w:strike w:val="0"/>
          <w:sz w:val="22"/>
          <w:u w:val="single"/>
        </w:rPr>
        <w:t>ed obstacles.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Giampaoli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et al.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(2002) conducted </w:t>
      </w:r>
      <w:r>
        <w:rPr>
          <w:b/>
          <w:i w:val="0"/>
          <w:smallCaps w:val="0"/>
          <w:strike w:val="0"/>
          <w:sz w:val="22"/>
          <w:u w:val="single"/>
        </w:rPr>
        <w:t>a national study and found three types of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barriers: resource management, employee motivation, and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employee con</w:t>
      </w:r>
      <w:r>
        <w:rPr>
          <w:b/>
          <w:i w:val="0"/>
          <w:smallCaps w:val="0"/>
          <w:strike w:val="0"/>
          <w:sz w:val="22"/>
          <w:u w:val="single"/>
        </w:rPr>
        <w:t>fi</w:t>
      </w:r>
      <w:r>
        <w:rPr>
          <w:b/>
          <w:i w:val="0"/>
          <w:smallCaps w:val="0"/>
          <w:strike w:val="0"/>
          <w:sz w:val="22"/>
          <w:u w:val="single"/>
        </w:rPr>
        <w:t>dence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Employees are nervous about taking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food safety certi</w:t>
      </w:r>
      <w:r>
        <w:rPr>
          <w:b w:val="0"/>
          <w:i w:val="0"/>
          <w:smallCaps w:val="0"/>
          <w:strike w:val="0"/>
          <w:sz w:val="22"/>
          <w:u w:val="single"/>
        </w:rPr>
        <w:t>fi</w:t>
      </w:r>
      <w:r>
        <w:rPr>
          <w:b w:val="0"/>
          <w:i w:val="0"/>
          <w:smallCaps w:val="0"/>
          <w:strike w:val="0"/>
          <w:sz w:val="22"/>
          <w:u w:val="single"/>
        </w:rPr>
        <w:t>cation examinations and often are 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comfortable with the change needed for implementation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 program like HACCP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Youn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Sneed (2002) identi</w:t>
      </w:r>
      <w:r>
        <w:rPr>
          <w:b w:val="0"/>
          <w:i w:val="0"/>
          <w:smallCaps w:val="0"/>
          <w:strike w:val="0"/>
          <w:sz w:val="16"/>
          <w:u w:val="none"/>
        </w:rPr>
        <w:t>fi</w:t>
      </w:r>
      <w:r>
        <w:rPr>
          <w:b w:val="0"/>
          <w:i w:val="0"/>
          <w:smallCaps w:val="0"/>
          <w:strike w:val="0"/>
          <w:sz w:val="16"/>
          <w:u w:val="none"/>
        </w:rPr>
        <w:t>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employee and resource barriers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 national study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school foodservice directors. </w:t>
      </w:r>
      <w:r>
        <w:rPr>
          <w:b w:val="0"/>
          <w:i w:val="0"/>
          <w:smallCaps w:val="0"/>
          <w:strike w:val="0"/>
          <w:sz w:val="22"/>
          <w:u w:val="single"/>
        </w:rPr>
        <w:t>Lack of employee training was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biggest employee barrier and lack of </w:t>
      </w:r>
      <w:r>
        <w:rPr>
          <w:b w:val="0"/>
          <w:i w:val="0"/>
          <w:smallCaps w:val="0"/>
          <w:strike w:val="0"/>
          <w:sz w:val="22"/>
          <w:u w:val="single"/>
        </w:rPr>
        <w:t>fi</w:t>
      </w:r>
      <w:r>
        <w:rPr>
          <w:b w:val="0"/>
          <w:i w:val="0"/>
          <w:smallCaps w:val="0"/>
          <w:strike w:val="0"/>
          <w:sz w:val="22"/>
          <w:u w:val="single"/>
        </w:rPr>
        <w:t>nancial resources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 devote to food safety was the biggest resource barrier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In our study, the other barrier to implement a HACCP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based food safety management system was the lack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employee motivation and turnover of employees</w:t>
      </w:r>
      <w:r>
        <w:rPr>
          <w:b/>
          <w:i w:val="0"/>
          <w:smallCaps w:val="0"/>
          <w:strike w:val="0"/>
          <w:sz w:val="22"/>
          <w:u w:val="single"/>
        </w:rPr>
        <w:t>. Employee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motivation was also the predominant problem associated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with HACCP implementation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alongside record-keeping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and process management.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speci</w:t>
      </w:r>
      <w:r>
        <w:rPr>
          <w:b w:val="0"/>
          <w:i w:val="0"/>
          <w:smallCaps w:val="0"/>
          <w:strike w:val="0"/>
          <w:sz w:val="16"/>
          <w:u w:val="none"/>
        </w:rPr>
        <w:t>f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cally, </w:t>
      </w:r>
      <w:r>
        <w:rPr>
          <w:b w:val="0"/>
          <w:i w:val="0"/>
          <w:smallCaps w:val="0"/>
          <w:strike w:val="0"/>
          <w:sz w:val="22"/>
          <w:u w:val="single"/>
        </w:rPr>
        <w:t>the need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sta</w:t>
      </w:r>
      <w:r>
        <w:rPr>
          <w:b w:val="0"/>
          <w:i w:val="0"/>
          <w:smallCaps w:val="0"/>
          <w:strike w:val="0"/>
          <w:sz w:val="22"/>
          <w:u w:val="single"/>
        </w:rPr>
        <w:t>ff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retaining and the lack of sta</w:t>
      </w:r>
      <w:r>
        <w:rPr>
          <w:b w:val="0"/>
          <w:i w:val="0"/>
          <w:smallCaps w:val="0"/>
          <w:strike w:val="0"/>
          <w:sz w:val="22"/>
          <w:u w:val="single"/>
        </w:rPr>
        <w:t>ff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motivation were considered as key issues in</w:t>
      </w:r>
      <w:r>
        <w:rPr>
          <w:b w:val="0"/>
          <w:i w:val="0"/>
          <w:smallCaps w:val="0"/>
          <w:strike w:val="0"/>
          <w:sz w:val="22"/>
          <w:u w:val="single"/>
        </w:rPr>
        <w:t>fl</w:t>
      </w:r>
      <w:r>
        <w:rPr>
          <w:b w:val="0"/>
          <w:i w:val="0"/>
          <w:smallCaps w:val="0"/>
          <w:strike w:val="0"/>
          <w:sz w:val="22"/>
          <w:u w:val="single"/>
        </w:rPr>
        <w:t>uencing the HACCP implementation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process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food processing facilities. At the same time, however, one of the major bene</w:t>
      </w:r>
      <w:r>
        <w:rPr>
          <w:b w:val="0"/>
          <w:i w:val="0"/>
          <w:smallCaps w:val="0"/>
          <w:strike w:val="0"/>
          <w:sz w:val="16"/>
          <w:u w:val="none"/>
        </w:rPr>
        <w:t>fi</w:t>
      </w:r>
      <w:r>
        <w:rPr>
          <w:b w:val="0"/>
          <w:i w:val="0"/>
          <w:smallCaps w:val="0"/>
          <w:strike w:val="0"/>
          <w:sz w:val="16"/>
          <w:u w:val="none"/>
        </w:rPr>
        <w:t>ts from having implemented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HACCP was increased awareness among sta</w:t>
      </w:r>
      <w:r>
        <w:rPr>
          <w:b w:val="0"/>
          <w:i w:val="0"/>
          <w:smallCaps w:val="0"/>
          <w:strike w:val="0"/>
          <w:sz w:val="16"/>
          <w:u w:val="none"/>
        </w:rPr>
        <w:t>ff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food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hygiene/safety issues, in turn this enhanced the motivation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of sta</w:t>
      </w:r>
      <w:r>
        <w:rPr>
          <w:b w:val="0"/>
          <w:i w:val="0"/>
          <w:smallCaps w:val="0"/>
          <w:strike w:val="0"/>
          <w:sz w:val="16"/>
          <w:u w:val="none"/>
        </w:rPr>
        <w:t>ff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maintain enhanced food safety controls (Henson,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2002). In addition, </w:t>
      </w:r>
      <w:r>
        <w:rPr>
          <w:b w:val="0"/>
          <w:i w:val="0"/>
          <w:smallCaps w:val="0"/>
          <w:strike w:val="0"/>
          <w:sz w:val="22"/>
          <w:u w:val="single"/>
        </w:rPr>
        <w:t>Panisello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2"/>
          <w:u w:val="single"/>
        </w:rPr>
        <w:t>Quantick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(2001) identi</w:t>
      </w:r>
      <w:r>
        <w:rPr>
          <w:b w:val="0"/>
          <w:i w:val="0"/>
          <w:smallCaps w:val="0"/>
          <w:strike w:val="0"/>
          <w:sz w:val="22"/>
          <w:u w:val="single"/>
        </w:rPr>
        <w:t>fi</w:t>
      </w:r>
      <w:r>
        <w:rPr>
          <w:b w:val="0"/>
          <w:i w:val="0"/>
          <w:smallCaps w:val="0"/>
          <w:strike w:val="0"/>
          <w:sz w:val="22"/>
          <w:u w:val="single"/>
        </w:rPr>
        <w:t>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constant turnover of employees as a barrier to the proper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implementation of the HACCP system, as employees need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time and training </w:t>
      </w:r>
      <w:r>
        <w:rPr>
          <w:b w:val="0"/>
          <w:i w:val="0"/>
          <w:smallCaps w:val="0"/>
          <w:strike w:val="0"/>
          <w:sz w:val="22"/>
          <w:u w:val="single"/>
        </w:rPr>
        <w:t>in order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fully comprehend and use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system</w:t>
      </w:r>
      <w:r>
        <w:rPr>
          <w:b w:val="0"/>
          <w:i w:val="0"/>
          <w:smallCaps w:val="0"/>
          <w:strike w:val="0"/>
          <w:sz w:val="16"/>
          <w:u w:val="none"/>
        </w:rPr>
        <w:t>. Furthermore, the workforce in this industry varies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from the very young to those who have worked in this sector for years. Some in the latter category could not see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necessity of having a system like HACCP in place, so it was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not considered </w:t>
      </w:r>
      <w:r>
        <w:rPr>
          <w:b w:val="0"/>
          <w:i w:val="0"/>
          <w:smallCaps w:val="0"/>
          <w:strike w:val="0"/>
          <w:sz w:val="16"/>
          <w:u w:val="none"/>
        </w:rPr>
        <w:t>important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no e</w:t>
      </w:r>
      <w:r>
        <w:rPr>
          <w:b w:val="0"/>
          <w:i w:val="0"/>
          <w:smallCaps w:val="0"/>
          <w:strike w:val="0"/>
          <w:sz w:val="16"/>
          <w:u w:val="none"/>
        </w:rPr>
        <w:t>ff</w:t>
      </w:r>
      <w:r>
        <w:rPr>
          <w:b w:val="0"/>
          <w:i w:val="0"/>
          <w:smallCaps w:val="0"/>
          <w:strike w:val="0"/>
          <w:sz w:val="16"/>
          <w:u w:val="none"/>
        </w:rPr>
        <w:t>ort was made to understand it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E-Commerce Supplement - Michigan 7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