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 cannot crackdown on counterfeits – 90 percent of Chinese shops have counterfeits</w:t>
      </w:r>
    </w:p>
    <w:p>
      <w:pPr>
        <w:spacing w:after="80"/>
      </w:pPr>
      <w:r>
        <w:rPr>
          <w:b w:val="0"/>
          <w:i w:val="0"/>
          <w:smallCaps w:val="0"/>
          <w:strike w:val="0"/>
          <w:sz w:val="22"/>
          <w:u w:val="none"/>
        </w:rPr>
        <w:t xml:space="preserve">Daniel </w:t>
      </w:r>
      <w:r>
        <w:rPr>
          <w:b/>
          <w:i w:val="0"/>
          <w:smallCaps w:val="0"/>
          <w:strike w:val="0"/>
          <w:sz w:val="26"/>
          <w:u w:val="none"/>
        </w:rPr>
        <w:t>Goodman, 12,</w:t>
      </w:r>
      <w:r>
        <w:rPr>
          <w:b w:val="0"/>
          <w:i w:val="0"/>
          <w:smallCaps w:val="0"/>
          <w:strike w:val="0"/>
          <w:sz w:val="22"/>
          <w:u w:val="none"/>
        </w:rPr>
        <w:t xml:space="preserve"> Journalist for Business Insider, </w:t>
      </w:r>
      <w:r>
        <w:rPr>
          <w:b w:val="0"/>
          <w:i w:val="0"/>
          <w:smallCaps w:val="0"/>
          <w:strike w:val="0"/>
          <w:sz w:val="22"/>
          <w:u w:val="none"/>
        </w:rPr>
        <w:t>Masters</w:t>
      </w:r>
      <w:r>
        <w:rPr>
          <w:b w:val="0"/>
          <w:i w:val="0"/>
          <w:smallCaps w:val="0"/>
          <w:strike w:val="0"/>
          <w:sz w:val="22"/>
          <w:u w:val="none"/>
        </w:rPr>
        <w:t xml:space="preserve"> Degree in Journalism from the University of Hong Kong, Bachelor’s Degree in Political Science and Anthropology from John Hopkins University, “THIS Is Why China Can't And Won't Try To Eliminate Fake </w:t>
      </w:r>
      <w:r>
        <w:rPr>
          <w:b w:val="0"/>
          <w:i w:val="0"/>
          <w:smallCaps w:val="0"/>
          <w:strike w:val="0"/>
          <w:sz w:val="22"/>
          <w:u w:val="none"/>
        </w:rPr>
        <w:t>Goods“</w:t>
      </w:r>
      <w:r>
        <w:rPr>
          <w:b w:val="0"/>
          <w:i w:val="0"/>
          <w:smallCaps w:val="0"/>
          <w:strike w:val="0"/>
          <w:sz w:val="22"/>
          <w:u w:val="none"/>
        </w:rPr>
        <w:t>, Business Insider, 8-8-2012, https://www.businessinsider.com/china-cant-stop-the-production-and-sale-of-fake-goods-2012-8. Accessed 7-26-2024 by NT-NDH.</w:t>
      </w:r>
    </w:p>
    <w:p>
      <w:pPr>
        <w:spacing w:after="60"/>
      </w:pPr>
      <w:r>
        <w:rPr>
          <w:b w:val="0"/>
          <w:i w:val="0"/>
          <w:smallCaps w:val="0"/>
          <w:strike w:val="0"/>
          <w:sz w:val="22"/>
          <w:u w:val="single"/>
        </w:rPr>
        <w:t>When</w:t>
      </w:r>
      <w:r>
        <w:rPr>
          <w:b w:val="0"/>
          <w:i w:val="0"/>
          <w:smallCaps w:val="0"/>
          <w:strike w:val="0"/>
          <w:sz w:val="16"/>
          <w:u w:val="none"/>
        </w:rPr>
        <w:t xml:space="preserve"> a local government in Shenyang, </w:t>
      </w:r>
      <w:r>
        <w:rPr>
          <w:b w:val="0"/>
          <w:i w:val="0"/>
          <w:smallCaps w:val="0"/>
          <w:strike w:val="0"/>
          <w:sz w:val="22"/>
          <w:highlight w:val="yellow"/>
          <w:u w:val="single"/>
        </w:rPr>
        <w:t>China announced</w:t>
      </w:r>
      <w:r>
        <w:rPr>
          <w:b w:val="0"/>
          <w:i w:val="0"/>
          <w:smallCaps w:val="0"/>
          <w:strike w:val="0"/>
          <w:sz w:val="22"/>
          <w:u w:val="single"/>
        </w:rPr>
        <w:t xml:space="preserve"> a </w:t>
      </w:r>
      <w:r>
        <w:rPr>
          <w:b w:val="0"/>
          <w:i w:val="0"/>
          <w:smallCaps w:val="0"/>
          <w:strike w:val="0"/>
          <w:sz w:val="22"/>
          <w:highlight w:val="yellow"/>
          <w:u w:val="single"/>
        </w:rPr>
        <w:t>crackdown on counterfeit</w:t>
      </w:r>
      <w:r>
        <w:rPr>
          <w:b w:val="0"/>
          <w:i w:val="0"/>
          <w:smallCaps w:val="0"/>
          <w:strike w:val="0"/>
          <w:sz w:val="22"/>
          <w:u w:val="single"/>
        </w:rPr>
        <w:t xml:space="preserve"> good</w:t>
      </w:r>
      <w:r>
        <w:rPr>
          <w:b w:val="0"/>
          <w:i w:val="0"/>
          <w:smallCaps w:val="0"/>
          <w:strike w:val="0"/>
          <w:sz w:val="22"/>
          <w:highlight w:val="yellow"/>
          <w:u w:val="single"/>
        </w:rPr>
        <w:t>s</w:t>
      </w:r>
      <w:r>
        <w:rPr>
          <w:b/>
          <w:i w:val="0"/>
          <w:smallCaps w:val="0"/>
          <w:strike w:val="0"/>
          <w:sz w:val="22"/>
          <w:u w:val="single"/>
        </w:rPr>
        <w:t xml:space="preserve">, </w:t>
      </w:r>
      <w:r>
        <w:rPr>
          <w:b/>
          <w:i w:val="0"/>
          <w:smallCaps w:val="0"/>
          <w:strike w:val="0"/>
          <w:sz w:val="22"/>
          <w:highlight w:val="yellow"/>
          <w:u w:val="single"/>
        </w:rPr>
        <w:t>nintey</w:t>
      </w:r>
      <w:r>
        <w:rPr>
          <w:b/>
          <w:i w:val="0"/>
          <w:smallCaps w:val="0"/>
          <w:strike w:val="0"/>
          <w:sz w:val="22"/>
          <w:highlight w:val="yellow"/>
          <w:u w:val="single"/>
        </w:rPr>
        <w:t xml:space="preserve"> percent of store</w:t>
      </w:r>
      <w:r>
        <w:rPr>
          <w:b/>
          <w:i w:val="0"/>
          <w:smallCaps w:val="0"/>
          <w:strike w:val="0"/>
          <w:sz w:val="22"/>
          <w:u w:val="single"/>
        </w:rPr>
        <w:t xml:space="preserve"> owner</w:t>
      </w:r>
      <w:r>
        <w:rPr>
          <w:b/>
          <w:i w:val="0"/>
          <w:smallCaps w:val="0"/>
          <w:strike w:val="0"/>
          <w:sz w:val="22"/>
          <w:highlight w:val="yellow"/>
          <w:u w:val="single"/>
        </w:rPr>
        <w:t>s</w:t>
      </w:r>
      <w:r>
        <w:rPr>
          <w:b/>
          <w:i w:val="0"/>
          <w:smallCaps w:val="0"/>
          <w:strike w:val="0"/>
          <w:sz w:val="22"/>
          <w:u w:val="single"/>
        </w:rPr>
        <w:t xml:space="preserve"> responded by </w:t>
      </w:r>
      <w:r>
        <w:rPr>
          <w:b/>
          <w:i w:val="0"/>
          <w:smallCaps w:val="0"/>
          <w:strike w:val="0"/>
          <w:sz w:val="22"/>
          <w:highlight w:val="yellow"/>
          <w:u w:val="single"/>
        </w:rPr>
        <w:t>shut</w:t>
      </w:r>
      <w:r>
        <w:rPr>
          <w:b/>
          <w:i w:val="0"/>
          <w:smallCaps w:val="0"/>
          <w:strike w:val="0"/>
          <w:sz w:val="22"/>
          <w:u w:val="single"/>
        </w:rPr>
        <w:t xml:space="preserve">ting </w:t>
      </w:r>
      <w:r>
        <w:rPr>
          <w:b/>
          <w:i w:val="0"/>
          <w:smallCaps w:val="0"/>
          <w:strike w:val="0"/>
          <w:sz w:val="22"/>
          <w:highlight w:val="yellow"/>
          <w:u w:val="single"/>
        </w:rPr>
        <w:t>down</w:t>
      </w:r>
      <w:r>
        <w:rPr>
          <w:b w:val="0"/>
          <w:i w:val="0"/>
          <w:smallCaps w:val="0"/>
          <w:strike w:val="0"/>
          <w:sz w:val="22"/>
          <w:u w:val="single"/>
        </w:rPr>
        <w:t xml:space="preserve">, </w:t>
      </w:r>
      <w:r>
        <w:rPr>
          <w:b w:val="0"/>
          <w:i w:val="0"/>
          <w:smallCaps w:val="0"/>
          <w:strike w:val="0"/>
          <w:sz w:val="16"/>
          <w:u w:val="none"/>
        </w:rPr>
        <w:t>.</w:t>
      </w:r>
    </w:p>
    <w:p>
      <w:pPr>
        <w:spacing w:after="60"/>
      </w:pPr>
      <w:r>
        <w:rPr>
          <w:b w:val="0"/>
          <w:i w:val="0"/>
          <w:smallCaps w:val="0"/>
          <w:strike w:val="0"/>
          <w:sz w:val="22"/>
          <w:u w:val="single"/>
        </w:rPr>
        <w:t>This event has grave implications for the future of copyright/counterfeit/patent reform in China.</w:t>
      </w:r>
    </w:p>
    <w:p>
      <w:pPr>
        <w:spacing w:after="60"/>
      </w:pPr>
      <w:r>
        <w:rPr>
          <w:b w:val="0"/>
          <w:i w:val="0"/>
          <w:smallCaps w:val="0"/>
          <w:strike w:val="0"/>
          <w:sz w:val="22"/>
          <w:highlight w:val="yellow"/>
          <w:u w:val="single"/>
        </w:rPr>
        <w:t>China can't crackdown</w:t>
      </w:r>
      <w:r>
        <w:rPr>
          <w:b w:val="0"/>
          <w:i w:val="0"/>
          <w:smallCaps w:val="0"/>
          <w:strike w:val="0"/>
          <w:sz w:val="22"/>
          <w:u w:val="single"/>
        </w:rPr>
        <w:t xml:space="preserve"> on counterfeit goods </w:t>
      </w:r>
      <w:r>
        <w:rPr>
          <w:b w:val="0"/>
          <w:i w:val="0"/>
          <w:smallCaps w:val="0"/>
          <w:strike w:val="0"/>
          <w:sz w:val="22"/>
          <w:highlight w:val="yellow"/>
          <w:u w:val="single"/>
        </w:rPr>
        <w:t>without putting</w:t>
      </w:r>
      <w:r>
        <w:rPr>
          <w:b w:val="0"/>
          <w:i w:val="0"/>
          <w:smallCaps w:val="0"/>
          <w:strike w:val="0"/>
          <w:sz w:val="22"/>
          <w:u w:val="single"/>
        </w:rPr>
        <w:t xml:space="preserve"> most </w:t>
      </w:r>
      <w:r>
        <w:rPr>
          <w:b w:val="0"/>
          <w:i w:val="0"/>
          <w:smallCaps w:val="0"/>
          <w:strike w:val="0"/>
          <w:sz w:val="22"/>
          <w:highlight w:val="yellow"/>
          <w:u w:val="single"/>
        </w:rPr>
        <w:t>stores out of business.</w:t>
      </w:r>
    </w:p>
    <w:p>
      <w:pPr>
        <w:spacing w:after="60"/>
      </w:pPr>
      <w:r>
        <w:rPr>
          <w:b w:val="0"/>
          <w:i w:val="0"/>
          <w:smallCaps w:val="0"/>
          <w:strike w:val="0"/>
          <w:sz w:val="16"/>
          <w:u w:val="none"/>
        </w:rPr>
        <w:t xml:space="preserve">Local authorities clearly learned this lesson, as seen in what they did next. </w:t>
      </w:r>
      <w:r>
        <w:rPr>
          <w:b w:val="0"/>
          <w:i w:val="0"/>
          <w:smallCaps w:val="0"/>
          <w:strike w:val="0"/>
          <w:sz w:val="22"/>
          <w:u w:val="single"/>
        </w:rPr>
        <w:t xml:space="preserve">The Shenyang authorities </w:t>
      </w:r>
      <w:r>
        <w:rPr>
          <w:b w:val="0"/>
          <w:i w:val="0"/>
          <w:smallCaps w:val="0"/>
          <w:strike w:val="0"/>
          <w:sz w:val="22"/>
          <w:u w:val="single"/>
        </w:rPr>
        <w:t xml:space="preserve"> to the store closures and announced that they were not conducting a crackdown and asked stores to reopen.</w:t>
      </w:r>
    </w:p>
    <w:p>
      <w:pPr>
        <w:spacing w:after="60"/>
      </w:pPr>
      <w:r>
        <w:rPr>
          <w:b w:val="0"/>
          <w:i w:val="0"/>
          <w:smallCaps w:val="0"/>
          <w:strike w:val="0"/>
          <w:sz w:val="16"/>
          <w:u w:val="none"/>
        </w:rPr>
        <w:t xml:space="preserve">This </w:t>
      </w:r>
      <w:r>
        <w:rPr>
          <w:b w:val="0"/>
          <w:i w:val="0"/>
          <w:smallCaps w:val="0"/>
          <w:strike w:val="0"/>
          <w:sz w:val="16"/>
          <w:u w:val="none"/>
        </w:rPr>
        <w:t xml:space="preserve"> pretty much sums up the state response:</w:t>
      </w:r>
    </w:p>
    <w:p>
      <w:pPr>
        <w:spacing w:after="60"/>
      </w:pPr>
      <w:r>
        <w:rPr>
          <w:b w:val="0"/>
          <w:i w:val="0"/>
          <w:smallCaps w:val="0"/>
          <w:strike w:val="0"/>
          <w:sz w:val="16"/>
          <w:u w:val="none"/>
        </w:rPr>
        <w:t>[Image Omitted]</w:t>
      </w:r>
    </w:p>
    <w:p>
      <w:pPr>
        <w:spacing w:after="60"/>
      </w:pPr>
      <w:r>
        <w:rPr>
          <w:b w:val="0"/>
          <w:i w:val="0"/>
          <w:smallCaps w:val="0"/>
          <w:strike w:val="0"/>
          <w:sz w:val="16"/>
          <w:u w:val="none"/>
        </w:rPr>
        <w:t xml:space="preserve">Here's a literal </w:t>
      </w:r>
      <w:r>
        <w:rPr>
          <w:b w:val="0"/>
          <w:i w:val="0"/>
          <w:smallCaps w:val="0"/>
          <w:strike w:val="0"/>
          <w:sz w:val="16"/>
          <w:u w:val="none"/>
        </w:rPr>
        <w:t>translation::</w:t>
      </w:r>
    </w:p>
    <w:p>
      <w:pPr>
        <w:spacing w:after="60"/>
      </w:pPr>
      <w:r>
        <w:rPr>
          <w:b w:val="0"/>
          <w:i w:val="0"/>
          <w:smallCaps w:val="0"/>
          <w:strike w:val="0"/>
          <w:sz w:val="16"/>
          <w:u w:val="none"/>
        </w:rPr>
        <w:t>"NOTICE:</w:t>
      </w:r>
    </w:p>
    <w:p>
      <w:pPr>
        <w:spacing w:after="60"/>
      </w:pPr>
      <w:r>
        <w:rPr>
          <w:b w:val="0"/>
          <w:i w:val="0"/>
          <w:smallCaps w:val="0"/>
          <w:strike w:val="0"/>
          <w:sz w:val="16"/>
          <w:u w:val="none"/>
        </w:rPr>
        <w:t>On the previous stage, cooperating with the 2012 special event of cracking down on counterfeit goods held by Shenyang Municipal Government has now come to an end. According to an emergency meeting held on August 6th by the Municipal Government</w:t>
      </w:r>
      <w:r>
        <w:rPr>
          <w:b w:val="0"/>
          <w:i w:val="0"/>
          <w:smallCaps w:val="0"/>
          <w:strike w:val="0"/>
          <w:sz w:val="22"/>
          <w:u w:val="single"/>
        </w:rPr>
        <w:t xml:space="preserve">, all inspection on the marketplace will now be stopped, in hope of all vendors to resume normal business. </w:t>
      </w:r>
      <w:r>
        <w:rPr>
          <w:b w:val="0"/>
          <w:i w:val="0"/>
          <w:smallCaps w:val="0"/>
          <w:strike w:val="0"/>
          <w:sz w:val="16"/>
          <w:u w:val="none"/>
        </w:rPr>
        <w:t xml:space="preserve">If any non-local public security department requests for inspection, they must be escorted by the local police. </w:t>
      </w:r>
      <w:r>
        <w:rPr>
          <w:b w:val="0"/>
          <w:i w:val="0"/>
          <w:smallCaps w:val="0"/>
          <w:strike w:val="0"/>
          <w:sz w:val="16"/>
          <w:u w:val="none"/>
        </w:rPr>
        <w:t>Otherwise</w:t>
      </w:r>
      <w:r>
        <w:rPr>
          <w:b w:val="0"/>
          <w:i w:val="0"/>
          <w:smallCaps w:val="0"/>
          <w:strike w:val="0"/>
          <w:sz w:val="16"/>
          <w:u w:val="none"/>
        </w:rPr>
        <w:t xml:space="preserve"> vendors can call 110 to report it as a crime."</w:t>
      </w:r>
    </w:p>
    <w:p>
      <w:pPr>
        <w:spacing w:after="60"/>
      </w:pPr>
      <w:r>
        <w:rPr>
          <w:b w:val="0"/>
          <w:i w:val="0"/>
          <w:smallCaps w:val="0"/>
          <w:strike w:val="0"/>
          <w:sz w:val="16"/>
          <w:u w:val="none"/>
        </w:rPr>
        <w:t xml:space="preserve">While to an outsider </w:t>
      </w:r>
      <w:r>
        <w:rPr>
          <w:b w:val="0"/>
          <w:i w:val="0"/>
          <w:smallCaps w:val="0"/>
          <w:strike w:val="0"/>
          <w:sz w:val="22"/>
          <w:u w:val="single"/>
        </w:rPr>
        <w:t xml:space="preserve">that may sound like a sternly worded warning to those selling fakes, its actually the opposite — </w:t>
      </w:r>
      <w:r>
        <w:rPr>
          <w:b w:val="0"/>
          <w:i w:val="0"/>
          <w:smallCaps w:val="0"/>
          <w:strike w:val="0"/>
          <w:sz w:val="22"/>
          <w:highlight w:val="yellow"/>
          <w:u w:val="single"/>
        </w:rPr>
        <w:t xml:space="preserve">By ensuring that the inspections of fake-selling shops must be </w:t>
      </w:r>
      <w:r>
        <w:rPr>
          <w:b w:val="0"/>
          <w:i w:val="0"/>
          <w:smallCaps w:val="0"/>
          <w:strike w:val="0"/>
          <w:sz w:val="22"/>
          <w:u w:val="single"/>
        </w:rPr>
        <w:t xml:space="preserve">either </w:t>
      </w:r>
      <w:r>
        <w:rPr>
          <w:b w:val="0"/>
          <w:i w:val="0"/>
          <w:smallCaps w:val="0"/>
          <w:strike w:val="0"/>
          <w:sz w:val="22"/>
          <w:highlight w:val="yellow"/>
          <w:u w:val="single"/>
        </w:rPr>
        <w:t xml:space="preserve">held </w:t>
      </w:r>
      <w:r>
        <w:rPr>
          <w:b w:val="0"/>
          <w:i w:val="0"/>
          <w:smallCaps w:val="0"/>
          <w:strike w:val="0"/>
          <w:sz w:val="22"/>
          <w:u w:val="single"/>
        </w:rPr>
        <w:t xml:space="preserve">by local police </w:t>
      </w:r>
      <w:r>
        <w:rPr>
          <w:b w:val="0"/>
          <w:i w:val="0"/>
          <w:smallCaps w:val="0"/>
          <w:strike w:val="0"/>
          <w:sz w:val="22"/>
          <w:highlight w:val="yellow"/>
          <w:u w:val="single"/>
        </w:rPr>
        <w:t>or arranged by local police</w:t>
      </w:r>
      <w:r>
        <w:rPr>
          <w:b w:val="0"/>
          <w:i w:val="0"/>
          <w:smallCaps w:val="0"/>
          <w:strike w:val="0"/>
          <w:sz w:val="22"/>
          <w:u w:val="single"/>
        </w:rPr>
        <w:t xml:space="preserve">, </w:t>
      </w:r>
      <w:r>
        <w:rPr>
          <w:b w:val="0"/>
          <w:i w:val="0"/>
          <w:smallCaps w:val="0"/>
          <w:strike w:val="0"/>
          <w:sz w:val="22"/>
          <w:highlight w:val="yellow"/>
          <w:u w:val="single"/>
        </w:rPr>
        <w:t xml:space="preserve">Shenyang </w:t>
      </w:r>
      <w:r>
        <w:rPr>
          <w:b w:val="0"/>
          <w:i w:val="0"/>
          <w:smallCaps w:val="0"/>
          <w:strike w:val="0"/>
          <w:sz w:val="22"/>
          <w:u w:val="single"/>
        </w:rPr>
        <w:t xml:space="preserve">knows they </w:t>
      </w:r>
      <w:r>
        <w:rPr>
          <w:b w:val="0"/>
          <w:i w:val="0"/>
          <w:smallCaps w:val="0"/>
          <w:strike w:val="0"/>
          <w:sz w:val="22"/>
          <w:highlight w:val="yellow"/>
          <w:u w:val="single"/>
        </w:rPr>
        <w:t xml:space="preserve">can </w:t>
      </w:r>
      <w:r>
        <w:rPr>
          <w:b w:val="0"/>
          <w:i w:val="0"/>
          <w:smallCaps w:val="0"/>
          <w:strike w:val="0"/>
          <w:sz w:val="22"/>
          <w:u w:val="single"/>
        </w:rPr>
        <w:t xml:space="preserve">carefully </w:t>
      </w:r>
      <w:r>
        <w:rPr>
          <w:b w:val="0"/>
          <w:i w:val="0"/>
          <w:smallCaps w:val="0"/>
          <w:strike w:val="0"/>
          <w:sz w:val="22"/>
          <w:highlight w:val="yellow"/>
          <w:u w:val="single"/>
        </w:rPr>
        <w:t xml:space="preserve">stage-mange the </w:t>
      </w:r>
      <w:r>
        <w:rPr>
          <w:b w:val="0"/>
          <w:i w:val="0"/>
          <w:smallCaps w:val="0"/>
          <w:strike w:val="0"/>
          <w:sz w:val="22"/>
          <w:highlight w:val="yellow"/>
          <w:u w:val="single"/>
        </w:rPr>
        <w:t>inspections</w:t>
      </w:r>
      <w:r>
        <w:rPr>
          <w:b w:val="0"/>
          <w:i w:val="0"/>
          <w:smallCaps w:val="0"/>
          <w:strike w:val="0"/>
          <w:sz w:val="22"/>
          <w:highlight w:val="yellow"/>
          <w:u w:val="single"/>
        </w:rPr>
        <w:t xml:space="preserve"> so nothing changes.</w:t>
      </w:r>
    </w:p>
    <w:p>
      <w:pPr>
        <w:spacing w:after="60"/>
      </w:pPr>
      <w:r>
        <w:rPr>
          <w:b w:val="0"/>
          <w:i w:val="0"/>
          <w:smallCaps w:val="0"/>
          <w:strike w:val="0"/>
          <w:sz w:val="16"/>
          <w:u w:val="none"/>
        </w:rPr>
        <w:t xml:space="preserve">The notice even goes as far as saying </w:t>
      </w:r>
      <w:r>
        <w:rPr>
          <w:b w:val="0"/>
          <w:i w:val="0"/>
          <w:smallCaps w:val="0"/>
          <w:strike w:val="0"/>
          <w:sz w:val="22"/>
          <w:u w:val="single"/>
        </w:rPr>
        <w:t>any inspections held by an outside body should be reported, as those inspectors are committing a crime</w:t>
      </w:r>
      <w:r>
        <w:rPr>
          <w:b w:val="0"/>
          <w:i w:val="0"/>
          <w:smallCaps w:val="0"/>
          <w:strike w:val="0"/>
          <w:sz w:val="16"/>
          <w:u w:val="none"/>
        </w:rPr>
        <w:t>!</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