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Chinese government has already initiated anti-counterfeiting measures regulating trademarks and e-commerce</w:t>
      </w:r>
    </w:p>
    <w:p>
      <w:pPr>
        <w:spacing w:after="80"/>
      </w:pPr>
      <w:r>
        <w:rPr>
          <w:b/>
          <w:i w:val="0"/>
          <w:smallCaps w:val="0"/>
          <w:strike w:val="0"/>
          <w:sz w:val="26"/>
          <w:u w:val="none"/>
        </w:rPr>
        <w:t xml:space="preserve">Global Legal Post </w:t>
      </w:r>
      <w:r>
        <w:rPr>
          <w:b w:val="0"/>
          <w:i w:val="0"/>
          <w:smallCaps w:val="0"/>
          <w:strike w:val="0"/>
          <w:sz w:val="22"/>
          <w:u w:val="none"/>
        </w:rPr>
        <w:t xml:space="preserve">22 (Global Legal Post, 6/22, “China - Anti-counterfeiting - Law Over Borders,” </w:t>
      </w:r>
      <w:r>
        <w:rPr>
          <w:b w:val="0"/>
          <w:i w:val="0"/>
          <w:smallCaps w:val="0"/>
          <w:strike w:val="0"/>
          <w:sz w:val="22"/>
          <w:u w:val="none"/>
        </w:rPr>
        <w:t>, DA: 7/28/2024)//MP</w:t>
      </w:r>
    </w:p>
    <w:p>
      <w:pPr>
        <w:spacing w:after="60"/>
      </w:pPr>
      <w:r>
        <w:rPr>
          <w:b w:val="0"/>
          <w:i w:val="0"/>
          <w:smallCaps w:val="0"/>
          <w:strike w:val="0"/>
          <w:sz w:val="22"/>
          <w:highlight w:val="cyan"/>
          <w:u w:val="single"/>
        </w:rPr>
        <w:t>In China, brand owners have</w:t>
      </w:r>
      <w:r>
        <w:rPr>
          <w:b w:val="0"/>
          <w:i w:val="0"/>
          <w:smallCaps w:val="0"/>
          <w:strike w:val="0"/>
          <w:sz w:val="22"/>
          <w:u w:val="single"/>
        </w:rPr>
        <w:t xml:space="preserve"> an arsenal of </w:t>
      </w:r>
      <w:r>
        <w:rPr>
          <w:b w:val="0"/>
          <w:i w:val="0"/>
          <w:smallCaps w:val="0"/>
          <w:strike w:val="0"/>
          <w:sz w:val="22"/>
          <w:highlight w:val="cyan"/>
          <w:u w:val="single"/>
        </w:rPr>
        <w:t>civil and criminal</w:t>
      </w:r>
      <w:r>
        <w:rPr>
          <w:b w:val="0"/>
          <w:i w:val="0"/>
          <w:smallCaps w:val="0"/>
          <w:strike w:val="0"/>
          <w:sz w:val="22"/>
          <w:u w:val="single"/>
        </w:rPr>
        <w:t xml:space="preserve"> laws and </w:t>
      </w:r>
      <w:r>
        <w:rPr>
          <w:b w:val="0"/>
          <w:i w:val="0"/>
          <w:smallCaps w:val="0"/>
          <w:strike w:val="0"/>
          <w:sz w:val="22"/>
          <w:highlight w:val="cyan"/>
          <w:u w:val="single"/>
        </w:rPr>
        <w:t>regulations</w:t>
      </w:r>
      <w:r>
        <w:rPr>
          <w:b w:val="0"/>
          <w:i w:val="0"/>
          <w:smallCaps w:val="0"/>
          <w:strike w:val="0"/>
          <w:sz w:val="22"/>
          <w:u w:val="single"/>
        </w:rPr>
        <w:t xml:space="preserve"> at their disposal, </w:t>
      </w:r>
      <w:r>
        <w:rPr>
          <w:b w:val="0"/>
          <w:i w:val="0"/>
          <w:smallCaps w:val="0"/>
          <w:strike w:val="0"/>
          <w:sz w:val="22"/>
          <w:highlight w:val="cyan"/>
          <w:u w:val="single"/>
        </w:rPr>
        <w:t>which provide</w:t>
      </w:r>
      <w:r>
        <w:rPr>
          <w:b w:val="0"/>
          <w:i w:val="0"/>
          <w:smallCaps w:val="0"/>
          <w:strike w:val="0"/>
          <w:sz w:val="22"/>
          <w:u w:val="single"/>
        </w:rPr>
        <w:t xml:space="preserve"> various </w:t>
      </w:r>
      <w:r>
        <w:rPr>
          <w:b w:val="0"/>
          <w:i w:val="0"/>
          <w:smallCaps w:val="0"/>
          <w:strike w:val="0"/>
          <w:sz w:val="22"/>
          <w:highlight w:val="cyan"/>
          <w:u w:val="single"/>
        </w:rPr>
        <w:t>remedies</w:t>
      </w:r>
      <w:r>
        <w:rPr>
          <w:b w:val="0"/>
          <w:i w:val="0"/>
          <w:smallCaps w:val="0"/>
          <w:strike w:val="0"/>
          <w:sz w:val="22"/>
          <w:u w:val="single"/>
        </w:rPr>
        <w:t xml:space="preserve"> to use </w:t>
      </w:r>
      <w:r>
        <w:rPr>
          <w:b w:val="0"/>
          <w:i w:val="0"/>
          <w:smallCaps w:val="0"/>
          <w:strike w:val="0"/>
          <w:sz w:val="22"/>
          <w:highlight w:val="cyan"/>
          <w:u w:val="single"/>
        </w:rPr>
        <w:t>in pursuit of</w:t>
      </w:r>
      <w:r>
        <w:rPr>
          <w:b w:val="0"/>
          <w:i w:val="0"/>
          <w:smallCaps w:val="0"/>
          <w:strike w:val="0"/>
          <w:sz w:val="22"/>
          <w:u w:val="single"/>
        </w:rPr>
        <w:t xml:space="preserve"> efficient and effective </w:t>
      </w:r>
      <w:r>
        <w:rPr>
          <w:b/>
          <w:i w:val="0"/>
          <w:smallCaps w:val="0"/>
          <w:strike w:val="0"/>
          <w:sz w:val="22"/>
          <w:highlight w:val="cyan"/>
          <w:u w:val="single"/>
        </w:rPr>
        <w:t>anti-counterfeiting enforcement programs</w:t>
      </w:r>
      <w:r>
        <w:rPr>
          <w:b w:val="0"/>
          <w:i w:val="0"/>
          <w:smallCaps w:val="0"/>
          <w:strike w:val="0"/>
          <w:sz w:val="22"/>
          <w:highlight w:val="cyan"/>
          <w:u w:val="single"/>
        </w:rPr>
        <w:t>.</w:t>
      </w:r>
      <w:r>
        <w:rPr>
          <w:b w:val="0"/>
          <w:i w:val="0"/>
          <w:smallCaps w:val="0"/>
          <w:strike w:val="0"/>
          <w:sz w:val="22"/>
          <w:u w:val="none"/>
        </w:rPr>
        <w:t xml:space="preserve"> For example, IP rights holders </w:t>
      </w:r>
      <w:r>
        <w:rPr>
          <w:b w:val="0"/>
          <w:i w:val="0"/>
          <w:smallCaps w:val="0"/>
          <w:strike w:val="0"/>
          <w:sz w:val="22"/>
          <w:u w:val="none"/>
        </w:rPr>
        <w:t>have the ability to</w:t>
      </w:r>
      <w:r>
        <w:rPr>
          <w:b w:val="0"/>
          <w:i w:val="0"/>
          <w:smallCaps w:val="0"/>
          <w:strike w:val="0"/>
          <w:sz w:val="22"/>
          <w:u w:val="none"/>
        </w:rPr>
        <w:t xml:space="preserve"> initiate a civil litigation before the local Court in which they can seek, among other things, compensation, and injunctive relief. If an infringer’s behavior constitutes a crime, the local Public Security Bureau (PSB) may initiate a criminal action. </w:t>
      </w:r>
      <w:r>
        <w:rPr>
          <w:b w:val="0"/>
          <w:i w:val="0"/>
          <w:smallCaps w:val="0"/>
          <w:strike w:val="0"/>
          <w:sz w:val="22"/>
          <w:u w:val="single"/>
        </w:rPr>
        <w:t xml:space="preserve">In addition, </w:t>
      </w:r>
      <w:r>
        <w:rPr>
          <w:b w:val="0"/>
          <w:i w:val="0"/>
          <w:smallCaps w:val="0"/>
          <w:strike w:val="0"/>
          <w:sz w:val="22"/>
          <w:highlight w:val="cyan"/>
          <w:u w:val="single"/>
        </w:rPr>
        <w:t xml:space="preserve">IP rights holders </w:t>
      </w:r>
      <w:r>
        <w:rPr>
          <w:b w:val="0"/>
          <w:i w:val="0"/>
          <w:smallCaps w:val="0"/>
          <w:strike w:val="0"/>
          <w:sz w:val="22"/>
          <w:highlight w:val="cyan"/>
          <w:u w:val="single"/>
        </w:rPr>
        <w:t>have the ability to</w:t>
      </w:r>
      <w:r>
        <w:rPr>
          <w:b w:val="0"/>
          <w:i w:val="0"/>
          <w:smallCaps w:val="0"/>
          <w:strike w:val="0"/>
          <w:sz w:val="22"/>
          <w:highlight w:val="cyan"/>
          <w:u w:val="single"/>
        </w:rPr>
        <w:t xml:space="preserve"> record their IP rights with</w:t>
      </w:r>
      <w:r>
        <w:rPr>
          <w:b w:val="0"/>
          <w:i w:val="0"/>
          <w:smallCaps w:val="0"/>
          <w:strike w:val="0"/>
          <w:sz w:val="22"/>
          <w:u w:val="single"/>
        </w:rPr>
        <w:t xml:space="preserve"> Customs, file complaints with </w:t>
      </w:r>
      <w:r>
        <w:rPr>
          <w:b w:val="0"/>
          <w:i w:val="0"/>
          <w:smallCaps w:val="0"/>
          <w:strike w:val="0"/>
          <w:sz w:val="22"/>
          <w:highlight w:val="cyan"/>
          <w:u w:val="single"/>
        </w:rPr>
        <w:t>online e-commerce platforms</w:t>
      </w:r>
      <w:r>
        <w:rPr>
          <w:b w:val="0"/>
          <w:i w:val="0"/>
          <w:smallCaps w:val="0"/>
          <w:strike w:val="0"/>
          <w:sz w:val="22"/>
          <w:u w:val="single"/>
        </w:rPr>
        <w:t>, and file complaints with the local Administrative Authority (the AIC).</w:t>
      </w:r>
      <w:r>
        <w:rPr>
          <w:b w:val="0"/>
          <w:i w:val="0"/>
          <w:smallCaps w:val="0"/>
          <w:strike w:val="0"/>
          <w:sz w:val="22"/>
          <w:u w:val="none"/>
        </w:rPr>
        <w:t xml:space="preserve"> Both Customs and AIC have the authority to seize goods and AIC may also levy fines and conduct raids. </w:t>
      </w:r>
      <w:r>
        <w:rPr>
          <w:b w:val="0"/>
          <w:i w:val="0"/>
          <w:smallCaps w:val="0"/>
          <w:strike w:val="0"/>
          <w:sz w:val="22"/>
          <w:highlight w:val="cyan"/>
          <w:u w:val="single"/>
        </w:rPr>
        <w:t>E-commerce platforms set</w:t>
      </w:r>
      <w:r>
        <w:rPr>
          <w:b w:val="0"/>
          <w:i w:val="0"/>
          <w:smallCaps w:val="0"/>
          <w:strike w:val="0"/>
          <w:sz w:val="22"/>
          <w:u w:val="single"/>
        </w:rPr>
        <w:t xml:space="preserve"> their own </w:t>
      </w:r>
      <w:r>
        <w:rPr>
          <w:b w:val="0"/>
          <w:i w:val="0"/>
          <w:smallCaps w:val="0"/>
          <w:strike w:val="0"/>
          <w:sz w:val="22"/>
          <w:highlight w:val="cyan"/>
          <w:u w:val="single"/>
        </w:rPr>
        <w:t>rules</w:t>
      </w:r>
      <w:r>
        <w:rPr>
          <w:b w:val="0"/>
          <w:i w:val="0"/>
          <w:smallCaps w:val="0"/>
          <w:strike w:val="0"/>
          <w:sz w:val="22"/>
          <w:u w:val="single"/>
        </w:rPr>
        <w:t xml:space="preserve"> as to how </w:t>
      </w:r>
      <w:r>
        <w:rPr>
          <w:b w:val="0"/>
          <w:i w:val="0"/>
          <w:smallCaps w:val="0"/>
          <w:strike w:val="0"/>
          <w:sz w:val="22"/>
          <w:highlight w:val="cyan"/>
          <w:u w:val="single"/>
        </w:rPr>
        <w:t>to enforce against counterfeiting violations.</w:t>
      </w:r>
      <w:r>
        <w:rPr>
          <w:b w:val="0"/>
          <w:i w:val="0"/>
          <w:smallCaps w:val="0"/>
          <w:strike w:val="0"/>
          <w:sz w:val="22"/>
          <w:u w:val="single"/>
        </w:rPr>
        <w:t xml:space="preserve"> In some instances, </w:t>
      </w:r>
      <w:r>
        <w:rPr>
          <w:b w:val="0"/>
          <w:i w:val="0"/>
          <w:smallCaps w:val="0"/>
          <w:strike w:val="0"/>
          <w:sz w:val="22"/>
          <w:highlight w:val="cyan"/>
          <w:u w:val="single"/>
        </w:rPr>
        <w:t>the platforms have been known to cooperate with, and even proactively share evidence with, law enforcement and</w:t>
      </w:r>
      <w:r>
        <w:rPr>
          <w:b w:val="0"/>
          <w:i w:val="0"/>
          <w:smallCaps w:val="0"/>
          <w:strike w:val="0"/>
          <w:sz w:val="22"/>
          <w:u w:val="single"/>
        </w:rPr>
        <w:t xml:space="preserve">/or </w:t>
      </w:r>
      <w:r>
        <w:rPr>
          <w:b w:val="0"/>
          <w:i w:val="0"/>
          <w:smallCaps w:val="0"/>
          <w:strike w:val="0"/>
          <w:sz w:val="22"/>
          <w:highlight w:val="cyan"/>
          <w:u w:val="single"/>
        </w:rPr>
        <w:t>brand owners regarding potential counterfeit rings</w:t>
      </w:r>
      <w:r>
        <w:rPr>
          <w:b w:val="0"/>
          <w:i w:val="0"/>
          <w:smallCaps w:val="0"/>
          <w:strike w:val="0"/>
          <w:sz w:val="22"/>
          <w:u w:val="single"/>
        </w:rPr>
        <w:t xml:space="preserve"> or manufacturing operations.</w:t>
      </w:r>
      <w:r>
        <w:rPr>
          <w:b w:val="0"/>
          <w:i w:val="0"/>
          <w:smallCaps w:val="0"/>
          <w:strike w:val="0"/>
          <w:sz w:val="22"/>
          <w:u w:val="none"/>
        </w:rPr>
        <w:t xml:space="preserve"> </w:t>
      </w:r>
    </w:p>
    <w:p>
      <w:pPr>
        <w:spacing w:after="60"/>
      </w:pPr>
      <w:r>
        <w:rPr>
          <w:b w:val="0"/>
          <w:i w:val="0"/>
          <w:smallCaps w:val="0"/>
          <w:strike w:val="0"/>
          <w:sz w:val="22"/>
          <w:u w:val="none"/>
        </w:rPr>
        <w:t xml:space="preserve">The primary laws relating to IP in China </w:t>
      </w:r>
      <w:r>
        <w:rPr>
          <w:b w:val="0"/>
          <w:i w:val="0"/>
          <w:smallCaps w:val="0"/>
          <w:strike w:val="0"/>
          <w:sz w:val="22"/>
          <w:u w:val="none"/>
        </w:rPr>
        <w:t>are:</w:t>
      </w:r>
      <w:r>
        <w:rPr>
          <w:b w:val="0"/>
          <w:i w:val="0"/>
          <w:smallCaps w:val="0"/>
          <w:strike w:val="0"/>
          <w:sz w:val="22"/>
          <w:u w:val="none"/>
        </w:rPr>
        <w:t xml:space="preserve"> Trademark Law; Copyright Law; Patent Law; Administrative Punishment Law; E-commence Law; Anti-unfair Competition Law; Civil Procedure Law; and Criminal Procedure Law. </w:t>
      </w:r>
    </w:p>
    <w:p>
      <w:pPr>
        <w:spacing w:after="60"/>
      </w:pPr>
      <w:r>
        <w:rPr>
          <w:b w:val="0"/>
          <w:i w:val="0"/>
          <w:smallCaps w:val="0"/>
          <w:strike w:val="0"/>
          <w:sz w:val="22"/>
          <w:u w:val="single"/>
        </w:rPr>
        <w:t xml:space="preserve">Recently, </w:t>
      </w:r>
      <w:r>
        <w:rPr>
          <w:b w:val="0"/>
          <w:i w:val="0"/>
          <w:smallCaps w:val="0"/>
          <w:strike w:val="0"/>
          <w:sz w:val="22"/>
          <w:highlight w:val="cyan"/>
          <w:u w:val="single"/>
        </w:rPr>
        <w:t>China revised</w:t>
      </w:r>
      <w:r>
        <w:rPr>
          <w:b w:val="0"/>
          <w:i w:val="0"/>
          <w:smallCaps w:val="0"/>
          <w:strike w:val="0"/>
          <w:sz w:val="22"/>
          <w:u w:val="single"/>
        </w:rPr>
        <w:t xml:space="preserve"> certain </w:t>
      </w:r>
      <w:r>
        <w:rPr>
          <w:b w:val="0"/>
          <w:i w:val="0"/>
          <w:smallCaps w:val="0"/>
          <w:strike w:val="0"/>
          <w:sz w:val="22"/>
          <w:highlight w:val="cyan"/>
          <w:u w:val="single"/>
        </w:rPr>
        <w:t>IP</w:t>
      </w:r>
      <w:r>
        <w:rPr>
          <w:b w:val="0"/>
          <w:i w:val="0"/>
          <w:smallCaps w:val="0"/>
          <w:strike w:val="0"/>
          <w:sz w:val="22"/>
          <w:u w:val="single"/>
        </w:rPr>
        <w:t xml:space="preserve">-related </w:t>
      </w:r>
      <w:r>
        <w:rPr>
          <w:b w:val="0"/>
          <w:i w:val="0"/>
          <w:smallCaps w:val="0"/>
          <w:strike w:val="0"/>
          <w:sz w:val="22"/>
          <w:highlight w:val="cyan"/>
          <w:u w:val="single"/>
        </w:rPr>
        <w:t>legislation</w:t>
      </w:r>
      <w:r>
        <w:rPr>
          <w:b w:val="0"/>
          <w:i w:val="0"/>
          <w:smallCaps w:val="0"/>
          <w:strike w:val="0"/>
          <w:sz w:val="22"/>
          <w:u w:val="single"/>
        </w:rPr>
        <w:t xml:space="preserve">, issued new guidelines concerning IP rights, </w:t>
      </w:r>
      <w:r>
        <w:rPr>
          <w:b w:val="0"/>
          <w:i w:val="0"/>
          <w:smallCaps w:val="0"/>
          <w:strike w:val="0"/>
          <w:sz w:val="22"/>
          <w:highlight w:val="cyan"/>
          <w:u w:val="single"/>
        </w:rPr>
        <w:t>as well as new trademark examination guidelines</w:t>
      </w:r>
      <w:r>
        <w:rPr>
          <w:b w:val="0"/>
          <w:i w:val="0"/>
          <w:smallCaps w:val="0"/>
          <w:strike w:val="0"/>
          <w:sz w:val="22"/>
          <w:u w:val="single"/>
        </w:rPr>
        <w:t xml:space="preserve"> in 2021</w:t>
      </w:r>
      <w:r>
        <w:rPr>
          <w:b w:val="0"/>
          <w:i w:val="0"/>
          <w:smallCaps w:val="0"/>
          <w:strike w:val="0"/>
          <w:sz w:val="22"/>
          <w:u w:val="none"/>
        </w:rPr>
        <w:t>. Most notably, the trademark examination guidelines now explain the principles for assessing similarity between trademarks when considering an application for registration, including factors that are not inherent to the marks, such as their fame, the degree of attention paid by the public, and the subjective intent of the applicant (helpful in cases involving bad faith filings), among other factors.</w:t>
      </w:r>
    </w:p>
    <w:p>
      <w:pPr>
        <w:spacing w:after="60"/>
      </w:pPr>
      <w:r>
        <w:rPr>
          <w:b w:val="0"/>
          <w:i w:val="0"/>
          <w:smallCaps w:val="0"/>
          <w:strike w:val="0"/>
          <w:sz w:val="22"/>
          <w:u w:val="single"/>
        </w:rPr>
        <w:t xml:space="preserve">In the next decade, </w:t>
      </w:r>
      <w:r>
        <w:rPr>
          <w:b w:val="0"/>
          <w:i w:val="0"/>
          <w:smallCaps w:val="0"/>
          <w:strike w:val="0"/>
          <w:sz w:val="22"/>
          <w:highlight w:val="cyan"/>
          <w:u w:val="single"/>
        </w:rPr>
        <w:t>it is likely that China will strengthen</w:t>
      </w:r>
      <w:r>
        <w:rPr>
          <w:b w:val="0"/>
          <w:i w:val="0"/>
          <w:smallCaps w:val="0"/>
          <w:strike w:val="0"/>
          <w:sz w:val="22"/>
          <w:u w:val="single"/>
        </w:rPr>
        <w:t xml:space="preserve"> the protection of </w:t>
      </w:r>
      <w:r>
        <w:rPr>
          <w:b w:val="0"/>
          <w:i w:val="0"/>
          <w:smallCaps w:val="0"/>
          <w:strike w:val="0"/>
          <w:sz w:val="22"/>
          <w:highlight w:val="cyan"/>
          <w:u w:val="single"/>
        </w:rPr>
        <w:t>i</w:t>
      </w:r>
      <w:r>
        <w:rPr>
          <w:b w:val="0"/>
          <w:i w:val="0"/>
          <w:smallCaps w:val="0"/>
          <w:strike w:val="0"/>
          <w:sz w:val="22"/>
          <w:u w:val="single"/>
        </w:rPr>
        <w:t xml:space="preserve">ntellectual </w:t>
      </w:r>
      <w:r>
        <w:rPr>
          <w:b w:val="0"/>
          <w:i w:val="0"/>
          <w:smallCaps w:val="0"/>
          <w:strike w:val="0"/>
          <w:sz w:val="22"/>
          <w:highlight w:val="cyan"/>
          <w:u w:val="single"/>
        </w:rPr>
        <w:t>p</w:t>
      </w:r>
      <w:r>
        <w:rPr>
          <w:b w:val="0"/>
          <w:i w:val="0"/>
          <w:smallCaps w:val="0"/>
          <w:strike w:val="0"/>
          <w:sz w:val="22"/>
          <w:u w:val="single"/>
        </w:rPr>
        <w:t xml:space="preserve">roperty, including by potentially </w:t>
      </w:r>
      <w:r>
        <w:rPr>
          <w:b w:val="0"/>
          <w:i w:val="0"/>
          <w:smallCaps w:val="0"/>
          <w:strike w:val="0"/>
          <w:sz w:val="22"/>
          <w:highlight w:val="cyan"/>
          <w:u w:val="single"/>
        </w:rPr>
        <w:t>implementing a stricter system</w:t>
      </w:r>
      <w:r>
        <w:rPr>
          <w:b w:val="0"/>
          <w:i w:val="0"/>
          <w:smallCaps w:val="0"/>
          <w:strike w:val="0"/>
          <w:sz w:val="22"/>
          <w:u w:val="single"/>
        </w:rPr>
        <w:t xml:space="preserve"> of punitive damages </w:t>
      </w:r>
      <w:r>
        <w:rPr>
          <w:b w:val="0"/>
          <w:i w:val="0"/>
          <w:smallCaps w:val="0"/>
          <w:strike w:val="0"/>
          <w:sz w:val="22"/>
          <w:highlight w:val="cyan"/>
          <w:u w:val="single"/>
        </w:rPr>
        <w:t>for trademark infringement</w:t>
      </w:r>
      <w:r>
        <w:rPr>
          <w:b w:val="0"/>
          <w:i w:val="0"/>
          <w:smallCaps w:val="0"/>
          <w:strike w:val="0"/>
          <w:sz w:val="22"/>
          <w:u w:val="single"/>
        </w:rPr>
        <w:t xml:space="preserve">, intensifying the crackdown on malicious trademark registrations, accelerating the revision of the Patent Law, extending the protection period of design patents, and patent rights more generally. Also, it is anticipated that </w:t>
      </w:r>
      <w:r>
        <w:rPr>
          <w:b w:val="0"/>
          <w:i w:val="0"/>
          <w:smallCaps w:val="0"/>
          <w:strike w:val="0"/>
          <w:sz w:val="22"/>
          <w:highlight w:val="cyan"/>
          <w:u w:val="single"/>
        </w:rPr>
        <w:t xml:space="preserve">China will issue </w:t>
      </w:r>
      <w:r>
        <w:rPr>
          <w:b/>
          <w:i w:val="0"/>
          <w:smallCaps w:val="0"/>
          <w:strike w:val="0"/>
          <w:sz w:val="22"/>
          <w:highlight w:val="cyan"/>
          <w:u w:val="single"/>
        </w:rPr>
        <w:t>new e-commence</w:t>
      </w:r>
      <w:r>
        <w:rPr>
          <w:b w:val="0"/>
          <w:i w:val="0"/>
          <w:smallCaps w:val="0"/>
          <w:strike w:val="0"/>
          <w:sz w:val="22"/>
          <w:highlight w:val="cyan"/>
          <w:u w:val="single"/>
        </w:rPr>
        <w:t xml:space="preserve"> laws to deal with the platform issues.</w:t>
      </w:r>
    </w:p>
    <w:p>
      <w:pPr>
        <w:pStyle w:val="Caption"/>
      </w:pPr>
      <w:r>
        <w:t>Source: E-Commerce Supplement - Michigan 7 2024 FWZ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