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Counterfeits are disastrous for the Chinese Economy – Only laws can solve</w:t>
      </w:r>
    </w:p>
    <w:p>
      <w:pPr>
        <w:spacing w:after="80"/>
      </w:pPr>
      <w:r>
        <w:rPr>
          <w:b w:val="0"/>
          <w:i w:val="0"/>
          <w:smallCaps w:val="0"/>
          <w:strike w:val="0"/>
          <w:sz w:val="22"/>
          <w:u w:val="none"/>
        </w:rPr>
        <w:t xml:space="preserve">Jack </w:t>
      </w:r>
      <w:r>
        <w:rPr>
          <w:b/>
          <w:i w:val="0"/>
          <w:smallCaps w:val="0"/>
          <w:strike w:val="0"/>
          <w:sz w:val="26"/>
          <w:u w:val="none"/>
        </w:rPr>
        <w:t>Ma, 15</w:t>
      </w:r>
      <w:r>
        <w:rPr>
          <w:b w:val="0"/>
          <w:i w:val="0"/>
          <w:smallCaps w:val="0"/>
          <w:strike w:val="0"/>
          <w:sz w:val="22"/>
          <w:u w:val="none"/>
        </w:rPr>
        <w:t xml:space="preserve">, QUALS, “Counterfeits hurt Alibaba, China economy: Jack </w:t>
      </w:r>
      <w:r>
        <w:rPr>
          <w:b w:val="0"/>
          <w:i w:val="0"/>
          <w:smallCaps w:val="0"/>
          <w:strike w:val="0"/>
          <w:sz w:val="22"/>
          <w:u w:val="none"/>
        </w:rPr>
        <w:t>Ma“</w:t>
      </w:r>
      <w:r>
        <w:rPr>
          <w:b w:val="0"/>
          <w:i w:val="0"/>
          <w:smallCaps w:val="0"/>
          <w:strike w:val="0"/>
          <w:sz w:val="22"/>
          <w:u w:val="none"/>
        </w:rPr>
        <w:t>, China Daily, 7-26-2024, https://www.chinadaily.com.cn/bizchina/2015-10/13/content_22169489.htm. Accessed 7-26-2024 by NT-NDH.</w:t>
      </w:r>
    </w:p>
    <w:p>
      <w:pPr>
        <w:spacing w:after="60"/>
      </w:pPr>
      <w:r>
        <w:rPr>
          <w:b w:val="0"/>
          <w:i w:val="0"/>
          <w:smallCaps w:val="0"/>
          <w:strike w:val="0"/>
          <w:sz w:val="16"/>
          <w:u w:val="none"/>
        </w:rPr>
        <w:t xml:space="preserve">In an interview with Xinhua, </w:t>
      </w:r>
      <w:r>
        <w:rPr>
          <w:b w:val="0"/>
          <w:i w:val="0"/>
          <w:smallCaps w:val="0"/>
          <w:strike w:val="0"/>
          <w:sz w:val="22"/>
          <w:u w:val="single"/>
        </w:rPr>
        <w:t xml:space="preserve">Ma said </w:t>
      </w:r>
      <w:r>
        <w:rPr>
          <w:b w:val="0"/>
          <w:i w:val="0"/>
          <w:smallCaps w:val="0"/>
          <w:strike w:val="0"/>
          <w:sz w:val="22"/>
          <w:highlight w:val="yellow"/>
          <w:u w:val="single"/>
        </w:rPr>
        <w:t>Alibaba</w:t>
      </w:r>
      <w:r>
        <w:rPr>
          <w:b w:val="0"/>
          <w:i w:val="0"/>
          <w:smallCaps w:val="0"/>
          <w:strike w:val="0"/>
          <w:sz w:val="22"/>
          <w:u w:val="single"/>
        </w:rPr>
        <w:t xml:space="preserve"> was </w:t>
      </w:r>
      <w:r>
        <w:rPr>
          <w:b w:val="0"/>
          <w:i w:val="0"/>
          <w:smallCaps w:val="0"/>
          <w:strike w:val="0"/>
          <w:sz w:val="22"/>
          <w:highlight w:val="yellow"/>
          <w:u w:val="single"/>
        </w:rPr>
        <w:t xml:space="preserve">a </w:t>
      </w:r>
      <w:r>
        <w:rPr>
          <w:b/>
          <w:i w:val="0"/>
          <w:smallCaps w:val="0"/>
          <w:strike w:val="0"/>
          <w:sz w:val="22"/>
          <w:highlight w:val="yellow"/>
          <w:u w:val="single"/>
        </w:rPr>
        <w:t>victim of counterfeits</w:t>
      </w:r>
      <w:r>
        <w:rPr>
          <w:b w:val="0"/>
          <w:i w:val="0"/>
          <w:smallCaps w:val="0"/>
          <w:strike w:val="0"/>
          <w:sz w:val="22"/>
          <w:u w:val="single"/>
        </w:rPr>
        <w:t xml:space="preserve"> as the </w:t>
      </w:r>
      <w:r>
        <w:rPr>
          <w:b w:val="0"/>
          <w:i w:val="0"/>
          <w:smallCaps w:val="0"/>
          <w:strike w:val="0"/>
          <w:sz w:val="22"/>
          <w:highlight w:val="yellow"/>
          <w:u w:val="single"/>
        </w:rPr>
        <w:t>sale of one fake</w:t>
      </w:r>
      <w:r>
        <w:rPr>
          <w:b w:val="0"/>
          <w:i w:val="0"/>
          <w:smallCaps w:val="0"/>
          <w:strike w:val="0"/>
          <w:sz w:val="22"/>
          <w:u w:val="single"/>
        </w:rPr>
        <w:t xml:space="preserve"> product could </w:t>
      </w:r>
      <w:r>
        <w:rPr>
          <w:b w:val="0"/>
          <w:i w:val="0"/>
          <w:smallCaps w:val="0"/>
          <w:strike w:val="0"/>
          <w:sz w:val="22"/>
          <w:highlight w:val="yellow"/>
          <w:u w:val="single"/>
        </w:rPr>
        <w:t>le</w:t>
      </w:r>
      <w:r>
        <w:rPr>
          <w:b w:val="0"/>
          <w:i w:val="0"/>
          <w:smallCaps w:val="0"/>
          <w:strike w:val="0"/>
          <w:sz w:val="22"/>
          <w:u w:val="single"/>
        </w:rPr>
        <w:t>a</w:t>
      </w:r>
      <w:r>
        <w:rPr>
          <w:b w:val="0"/>
          <w:i w:val="0"/>
          <w:smallCaps w:val="0"/>
          <w:strike w:val="0"/>
          <w:sz w:val="22"/>
          <w:highlight w:val="yellow"/>
          <w:u w:val="single"/>
        </w:rPr>
        <w:t>d to</w:t>
      </w:r>
      <w:r>
        <w:rPr>
          <w:b w:val="0"/>
          <w:i w:val="0"/>
          <w:smallCaps w:val="0"/>
          <w:strike w:val="0"/>
          <w:sz w:val="22"/>
          <w:u w:val="single"/>
        </w:rPr>
        <w:t xml:space="preserve"> the </w:t>
      </w:r>
      <w:r>
        <w:rPr>
          <w:b w:val="0"/>
          <w:i w:val="0"/>
          <w:smallCaps w:val="0"/>
          <w:strike w:val="0"/>
          <w:sz w:val="22"/>
          <w:highlight w:val="yellow"/>
          <w:u w:val="single"/>
        </w:rPr>
        <w:t>loss of five customers.</w:t>
      </w:r>
    </w:p>
    <w:p>
      <w:pPr>
        <w:spacing w:after="60"/>
      </w:pPr>
      <w:r>
        <w:rPr>
          <w:b/>
          <w:i w:val="0"/>
          <w:smallCaps w:val="0"/>
          <w:strike w:val="0"/>
          <w:sz w:val="22"/>
          <w:highlight w:val="yellow"/>
          <w:u w:val="single"/>
        </w:rPr>
        <w:t>"I don't believe success can built on dishonesty,"</w:t>
      </w:r>
      <w:r>
        <w:rPr>
          <w:b w:val="0"/>
          <w:i w:val="0"/>
          <w:smallCaps w:val="0"/>
          <w:strike w:val="0"/>
          <w:sz w:val="22"/>
          <w:u w:val="single"/>
        </w:rPr>
        <w:t xml:space="preserve"> he said, dismissing some comments that Alibaba took advantage of counterfeits.</w:t>
      </w:r>
    </w:p>
    <w:p>
      <w:pPr>
        <w:spacing w:after="60"/>
      </w:pPr>
      <w:r>
        <w:rPr>
          <w:b w:val="0"/>
          <w:i w:val="0"/>
          <w:smallCaps w:val="0"/>
          <w:strike w:val="0"/>
          <w:sz w:val="16"/>
          <w:u w:val="none"/>
        </w:rPr>
        <w:t xml:space="preserve">Ma said the customer complaint rate was only 0.0116 percent, much lower than that of brick-and-mortar shops. </w:t>
      </w:r>
      <w:r>
        <w:rPr>
          <w:b w:val="0"/>
          <w:i w:val="0"/>
          <w:smallCaps w:val="0"/>
          <w:strike w:val="0"/>
          <w:sz w:val="16"/>
          <w:u w:val="none"/>
        </w:rPr>
        <w:t>Also</w:t>
      </w:r>
      <w:r>
        <w:rPr>
          <w:b w:val="0"/>
          <w:i w:val="0"/>
          <w:smallCaps w:val="0"/>
          <w:strike w:val="0"/>
          <w:sz w:val="16"/>
          <w:u w:val="none"/>
        </w:rPr>
        <w:t xml:space="preserve"> customers can get refunds and compensation if they buy counterfeits and the shops concerned closed, he said, adding that Alibaba spends hundreds of millions of yuan each year on tracking and fighting counterfeits.</w:t>
      </w:r>
    </w:p>
    <w:p>
      <w:pPr>
        <w:spacing w:after="60"/>
      </w:pPr>
      <w:r>
        <w:rPr>
          <w:b w:val="0"/>
          <w:i w:val="0"/>
          <w:smallCaps w:val="0"/>
          <w:strike w:val="0"/>
          <w:sz w:val="16"/>
          <w:u w:val="none"/>
        </w:rPr>
        <w:t xml:space="preserve">While admitting that the impact on Alibaba is limited, </w:t>
      </w:r>
      <w:r>
        <w:rPr>
          <w:b w:val="0"/>
          <w:i w:val="0"/>
          <w:smallCaps w:val="0"/>
          <w:strike w:val="0"/>
          <w:sz w:val="22"/>
          <w:u w:val="single"/>
        </w:rPr>
        <w:t xml:space="preserve">Ma said </w:t>
      </w:r>
      <w:r>
        <w:rPr>
          <w:b w:val="0"/>
          <w:i w:val="0"/>
          <w:smallCaps w:val="0"/>
          <w:strike w:val="0"/>
          <w:sz w:val="22"/>
          <w:highlight w:val="yellow"/>
          <w:u w:val="single"/>
        </w:rPr>
        <w:t xml:space="preserve">counterfeits </w:t>
      </w:r>
      <w:r>
        <w:rPr>
          <w:b w:val="0"/>
          <w:i w:val="0"/>
          <w:smallCaps w:val="0"/>
          <w:strike w:val="0"/>
          <w:sz w:val="22"/>
          <w:u w:val="single"/>
        </w:rPr>
        <w:t xml:space="preserve">could </w:t>
      </w:r>
      <w:r>
        <w:rPr>
          <w:b/>
          <w:i w:val="0"/>
          <w:smallCaps w:val="0"/>
          <w:strike w:val="0"/>
          <w:sz w:val="22"/>
          <w:highlight w:val="yellow"/>
          <w:u w:val="single"/>
        </w:rPr>
        <w:t>fundamentally harm</w:t>
      </w:r>
      <w:r>
        <w:rPr>
          <w:b w:val="0"/>
          <w:i w:val="0"/>
          <w:smallCaps w:val="0"/>
          <w:strike w:val="0"/>
          <w:sz w:val="22"/>
          <w:u w:val="single"/>
        </w:rPr>
        <w:t xml:space="preserve"> the </w:t>
      </w:r>
      <w:r>
        <w:rPr>
          <w:b w:val="0"/>
          <w:i w:val="0"/>
          <w:smallCaps w:val="0"/>
          <w:strike w:val="0"/>
          <w:sz w:val="22"/>
          <w:highlight w:val="yellow"/>
          <w:u w:val="single"/>
        </w:rPr>
        <w:t>Chinese manufacturing</w:t>
      </w:r>
      <w:r>
        <w:rPr>
          <w:b w:val="0"/>
          <w:i w:val="0"/>
          <w:smallCaps w:val="0"/>
          <w:strike w:val="0"/>
          <w:sz w:val="22"/>
          <w:u w:val="single"/>
        </w:rPr>
        <w:t xml:space="preserve"> sector.</w:t>
      </w:r>
    </w:p>
    <w:p>
      <w:pPr>
        <w:spacing w:after="60"/>
      </w:pPr>
      <w:r>
        <w:rPr>
          <w:b w:val="0"/>
          <w:i w:val="0"/>
          <w:smallCaps w:val="0"/>
          <w:strike w:val="0"/>
          <w:sz w:val="16"/>
          <w:u w:val="none"/>
        </w:rPr>
        <w:t xml:space="preserve">"It leaves visible wounds on Alibaba, but it </w:t>
      </w:r>
      <w:r>
        <w:rPr>
          <w:b w:val="0"/>
          <w:i w:val="0"/>
          <w:smallCaps w:val="0"/>
          <w:strike w:val="0"/>
          <w:sz w:val="22"/>
          <w:u w:val="single"/>
        </w:rPr>
        <w:t xml:space="preserve">could </w:t>
      </w:r>
      <w:r>
        <w:rPr>
          <w:b w:val="0"/>
          <w:i w:val="0"/>
          <w:smallCaps w:val="0"/>
          <w:strike w:val="0"/>
          <w:sz w:val="22"/>
          <w:highlight w:val="yellow"/>
          <w:u w:val="single"/>
        </w:rPr>
        <w:t>severely affect</w:t>
      </w:r>
      <w:r>
        <w:rPr>
          <w:b w:val="0"/>
          <w:i w:val="0"/>
          <w:smallCaps w:val="0"/>
          <w:strike w:val="0"/>
          <w:sz w:val="22"/>
          <w:u w:val="single"/>
        </w:rPr>
        <w:t xml:space="preserve"> the </w:t>
      </w:r>
      <w:r>
        <w:rPr>
          <w:b w:val="0"/>
          <w:i w:val="0"/>
          <w:smallCaps w:val="0"/>
          <w:strike w:val="0"/>
          <w:sz w:val="22"/>
          <w:highlight w:val="yellow"/>
          <w:u w:val="single"/>
        </w:rPr>
        <w:t>economic transition</w:t>
      </w:r>
      <w:r>
        <w:rPr>
          <w:b w:val="0"/>
          <w:i w:val="0"/>
          <w:smallCaps w:val="0"/>
          <w:strike w:val="0"/>
          <w:sz w:val="22"/>
          <w:u w:val="single"/>
        </w:rPr>
        <w:t>," he said.</w:t>
      </w:r>
    </w:p>
    <w:p>
      <w:pPr>
        <w:spacing w:after="60"/>
      </w:pPr>
      <w:r>
        <w:rPr>
          <w:b w:val="0"/>
          <w:i w:val="0"/>
          <w:smallCaps w:val="0"/>
          <w:strike w:val="0"/>
          <w:sz w:val="16"/>
          <w:u w:val="none"/>
        </w:rPr>
        <w:t xml:space="preserve">Ma said the relations between Alibaba and the country's economy is like conjoined twins. There would be no Alibaba without </w:t>
      </w:r>
      <w:r>
        <w:rPr>
          <w:b w:val="0"/>
          <w:i w:val="0"/>
          <w:smallCaps w:val="0"/>
          <w:strike w:val="0"/>
          <w:sz w:val="16"/>
          <w:u w:val="none"/>
        </w:rPr>
        <w:t>a large number of</w:t>
      </w:r>
      <w:r>
        <w:rPr>
          <w:b w:val="0"/>
          <w:i w:val="0"/>
          <w:smallCaps w:val="0"/>
          <w:strike w:val="0"/>
          <w:sz w:val="16"/>
          <w:u w:val="none"/>
        </w:rPr>
        <w:t xml:space="preserve"> small businesses and sellers, Ma said. If "Made in China" is shortsighted to make quick money, then Alibaba has no future; If it is sustainable and competitive, then Alibaba could </w:t>
      </w:r>
      <w:r>
        <w:rPr>
          <w:b w:val="0"/>
          <w:i w:val="0"/>
          <w:smallCaps w:val="0"/>
          <w:strike w:val="0"/>
          <w:sz w:val="16"/>
          <w:u w:val="none"/>
        </w:rPr>
        <w:t>has</w:t>
      </w:r>
      <w:r>
        <w:rPr>
          <w:b w:val="0"/>
          <w:i w:val="0"/>
          <w:smallCaps w:val="0"/>
          <w:strike w:val="0"/>
          <w:sz w:val="16"/>
          <w:u w:val="none"/>
        </w:rPr>
        <w:t xml:space="preserve"> bright prospects, he added.</w:t>
      </w:r>
    </w:p>
    <w:p>
      <w:pPr>
        <w:spacing w:after="60"/>
      </w:pPr>
      <w:r>
        <w:rPr>
          <w:b w:val="0"/>
          <w:i w:val="0"/>
          <w:smallCaps w:val="0"/>
          <w:strike w:val="0"/>
          <w:sz w:val="22"/>
          <w:u w:val="single"/>
        </w:rPr>
        <w:t xml:space="preserve">Ma said the </w:t>
      </w:r>
      <w:r>
        <w:rPr>
          <w:b w:val="0"/>
          <w:i w:val="0"/>
          <w:smallCaps w:val="0"/>
          <w:strike w:val="0"/>
          <w:sz w:val="22"/>
          <w:highlight w:val="yellow"/>
          <w:u w:val="single"/>
        </w:rPr>
        <w:t>fight</w:t>
      </w:r>
      <w:r>
        <w:rPr>
          <w:b w:val="0"/>
          <w:i w:val="0"/>
          <w:smallCaps w:val="0"/>
          <w:strike w:val="0"/>
          <w:sz w:val="22"/>
          <w:u w:val="single"/>
        </w:rPr>
        <w:t xml:space="preserve"> against counterfeits is </w:t>
      </w:r>
      <w:r>
        <w:rPr>
          <w:b w:val="0"/>
          <w:i w:val="0"/>
          <w:smallCaps w:val="0"/>
          <w:strike w:val="0"/>
          <w:sz w:val="22"/>
          <w:highlight w:val="yellow"/>
          <w:u w:val="single"/>
        </w:rPr>
        <w:t>not</w:t>
      </w:r>
      <w:r>
        <w:rPr>
          <w:b w:val="0"/>
          <w:i w:val="0"/>
          <w:smallCaps w:val="0"/>
          <w:strike w:val="0"/>
          <w:sz w:val="22"/>
          <w:u w:val="single"/>
        </w:rPr>
        <w:t xml:space="preserve"> a matter </w:t>
      </w:r>
      <w:r>
        <w:rPr>
          <w:b w:val="0"/>
          <w:i w:val="0"/>
          <w:smallCaps w:val="0"/>
          <w:strike w:val="0"/>
          <w:sz w:val="22"/>
          <w:highlight w:val="yellow"/>
          <w:u w:val="single"/>
        </w:rPr>
        <w:t>for Alibaba alone</w:t>
      </w:r>
      <w:r>
        <w:rPr>
          <w:b w:val="0"/>
          <w:i w:val="0"/>
          <w:smallCaps w:val="0"/>
          <w:strike w:val="0"/>
          <w:sz w:val="22"/>
          <w:u w:val="single"/>
        </w:rPr>
        <w:t xml:space="preserve"> as they are sold everywhere. </w:t>
      </w:r>
      <w:r>
        <w:rPr>
          <w:b w:val="0"/>
          <w:i w:val="0"/>
          <w:smallCaps w:val="0"/>
          <w:strike w:val="0"/>
          <w:sz w:val="22"/>
          <w:highlight w:val="yellow"/>
          <w:u w:val="single"/>
        </w:rPr>
        <w:t>Only</w:t>
      </w:r>
      <w:r>
        <w:rPr>
          <w:b w:val="0"/>
          <w:i w:val="0"/>
          <w:smallCaps w:val="0"/>
          <w:strike w:val="0"/>
          <w:sz w:val="22"/>
          <w:u w:val="single"/>
        </w:rPr>
        <w:t xml:space="preserve"> improved </w:t>
      </w:r>
      <w:r>
        <w:rPr>
          <w:b w:val="0"/>
          <w:i w:val="0"/>
          <w:smallCaps w:val="0"/>
          <w:strike w:val="0"/>
          <w:sz w:val="22"/>
          <w:highlight w:val="yellow"/>
          <w:u w:val="single"/>
        </w:rPr>
        <w:t>laws will help</w:t>
      </w:r>
      <w:r>
        <w:rPr>
          <w:b w:val="0"/>
          <w:i w:val="0"/>
          <w:smallCaps w:val="0"/>
          <w:strike w:val="0"/>
          <w:sz w:val="22"/>
          <w:u w:val="single"/>
        </w:rPr>
        <w:t xml:space="preserve"> honest businesses to build competitive brands.</w:t>
      </w:r>
    </w:p>
    <w:p>
      <w:pPr>
        <w:spacing w:after="60"/>
      </w:pPr>
      <w:r>
        <w:rPr>
          <w:b w:val="0"/>
          <w:i w:val="0"/>
          <w:smallCaps w:val="0"/>
          <w:strike w:val="0"/>
          <w:sz w:val="16"/>
          <w:u w:val="none"/>
        </w:rPr>
        <w:t>The counterfeit issue became more evident in wake of the financial crisis in 2008 as many original equipment manufacturers (OEM) began to sell goods on Taobao, Alibaba's business-to-consumer platform. The OEMs had high manufacturing quality, but they lacked brands and designs.</w:t>
      </w:r>
    </w:p>
    <w:p>
      <w:pPr>
        <w:spacing w:after="60"/>
      </w:pPr>
      <w:r>
        <w:rPr>
          <w:b w:val="0"/>
          <w:i w:val="0"/>
          <w:smallCaps w:val="0"/>
          <w:strike w:val="0"/>
          <w:sz w:val="16"/>
          <w:u w:val="none"/>
        </w:rPr>
        <w:t>Ma said Alibaba monitored the sale of counterfeit items and kept the market watchdog informed. Alibaba also offered resources to OEMS to help them build their own brands, he said</w:t>
      </w:r>
      <w:r>
        <w:rPr>
          <w:b w:val="0"/>
          <w:i w:val="0"/>
          <w:smallCaps w:val="0"/>
          <w:strike w:val="0"/>
          <w:sz w:val="22"/>
          <w:u w:val="none"/>
        </w:rPr>
        <w:t>.</w:t>
      </w:r>
    </w:p>
    <w:p>
      <w:pPr>
        <w:spacing w:after="60"/>
      </w:pPr>
      <w:r>
        <w:rPr>
          <w:b w:val="0"/>
          <w:i w:val="0"/>
          <w:smallCaps w:val="0"/>
          <w:strike w:val="0"/>
          <w:sz w:val="22"/>
          <w:u w:val="single"/>
        </w:rPr>
        <w:t>He said the counterfeit issue will only be finally solved with the help of Internet and big data</w:t>
      </w:r>
      <w:r>
        <w:rPr>
          <w:b w:val="0"/>
          <w:i w:val="0"/>
          <w:smallCaps w:val="0"/>
          <w:strike w:val="0"/>
          <w:sz w:val="22"/>
          <w:u w:val="none"/>
        </w:rPr>
        <w:t>.</w:t>
      </w:r>
    </w:p>
    <w:p>
      <w:pPr>
        <w:spacing w:after="60"/>
      </w:pPr>
      <w:r>
        <w:rPr>
          <w:b w:val="0"/>
          <w:i w:val="0"/>
          <w:smallCaps w:val="0"/>
          <w:strike w:val="0"/>
          <w:sz w:val="16"/>
          <w:u w:val="none"/>
        </w:rPr>
        <w:t xml:space="preserve">"On the Internet, we </w:t>
      </w:r>
      <w:r>
        <w:rPr>
          <w:b w:val="0"/>
          <w:i w:val="0"/>
          <w:smallCaps w:val="0"/>
          <w:strike w:val="0"/>
          <w:sz w:val="22"/>
          <w:u w:val="single"/>
        </w:rPr>
        <w:t>have an evaluation system for the goods and also with big data, we can locate those who produce and sell counterfeits</w:t>
      </w:r>
      <w:r>
        <w:rPr>
          <w:b w:val="0"/>
          <w:i w:val="0"/>
          <w:smallCaps w:val="0"/>
          <w:strike w:val="0"/>
          <w:sz w:val="16"/>
          <w:u w:val="none"/>
        </w:rPr>
        <w:t>," he said.</w:t>
      </w:r>
    </w:p>
    <w:p>
      <w:pPr>
        <w:spacing w:after="60"/>
      </w:pPr>
      <w:r>
        <w:rPr>
          <w:b w:val="0"/>
          <w:i w:val="0"/>
          <w:smallCaps w:val="0"/>
          <w:strike w:val="0"/>
          <w:sz w:val="16"/>
          <w:u w:val="none"/>
        </w:rPr>
        <w:t>"Through 15 years of efforts, we have built a credit system that we are very proud of," Ma said. "Credit is the cornerstone of everything."</w:t>
      </w:r>
    </w:p>
    <w:p>
      <w:pPr>
        <w:pStyle w:val="Caption"/>
      </w:pPr>
      <w:r>
        <w:t>Source: E-Commerce Supplement - Michigan 7 2024 FWZ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