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Buddhism is fake</w:t>
      </w:r>
    </w:p>
    <w:p>
      <w:pPr>
        <w:spacing w:after="80"/>
      </w:pPr>
      <w:r>
        <w:rPr>
          <w:b/>
          <w:i w:val="0"/>
          <w:smallCaps w:val="0"/>
          <w:strike w:val="0"/>
          <w:sz w:val="26"/>
          <w:u w:val="none"/>
        </w:rPr>
        <w:t>Reed 22</w:t>
      </w:r>
      <w:r>
        <w:rPr>
          <w:b/>
          <w:i w:val="0"/>
          <w:smallCaps w:val="0"/>
          <w:strike w:val="0"/>
          <w:sz w:val="26"/>
          <w:u w:val="none"/>
        </w:rPr>
        <w:t>,</w:t>
      </w:r>
      <w:r>
        <w:rPr>
          <w:b w:val="0"/>
          <w:i w:val="0"/>
          <w:smallCaps w:val="0"/>
          <w:strike w:val="0"/>
          <w:u w:val="none"/>
        </w:rPr>
        <w:t xml:space="preserve"> [</w:t>
      </w:r>
      <w:r>
        <w:rPr>
          <w:b w:val="0"/>
          <w:i w:val="0"/>
          <w:smallCaps w:val="0"/>
          <w:strike w:val="0"/>
          <w:u w:val="none"/>
        </w:rPr>
        <w:t>Rocky Reed is a forum writer for Actualized.org</w:t>
      </w:r>
      <w:r>
        <w:rPr>
          <w:b w:val="0"/>
          <w:i w:val="0"/>
          <w:smallCaps w:val="0"/>
          <w:strike w:val="0"/>
          <w:u w:val="none"/>
        </w:rPr>
        <w:t xml:space="preserve"> "</w:t>
      </w:r>
      <w:r>
        <w:rPr>
          <w:b w:val="0"/>
          <w:i w:val="0"/>
          <w:smallCaps w:val="0"/>
          <w:strike w:val="0"/>
          <w:u w:val="none"/>
        </w:rPr>
        <w:t xml:space="preserve"> Deconstructing Buddhism: Simple Reasons Why Buddhism Is False</w:t>
      </w:r>
      <w:r>
        <w:rPr>
          <w:b w:val="0"/>
          <w:i w:val="0"/>
          <w:smallCaps w:val="0"/>
          <w:strike w:val="0"/>
          <w:u w:val="none"/>
        </w:rPr>
        <w:t xml:space="preserve">," </w:t>
      </w:r>
      <w:r>
        <w:rPr>
          <w:b w:val="0"/>
          <w:i w:val="0"/>
          <w:smallCaps w:val="0"/>
          <w:strike w:val="0"/>
          <w:u w:val="none"/>
        </w:rPr>
        <w:t>Actualized.org</w:t>
      </w:r>
      <w:r>
        <w:rPr>
          <w:b w:val="0"/>
          <w:i w:val="0"/>
          <w:smallCaps w:val="0"/>
          <w:strike w:val="0"/>
          <w:u w:val="none"/>
        </w:rPr>
        <w:t xml:space="preserve">, </w:t>
      </w:r>
      <w:r>
        <w:rPr>
          <w:b w:val="0"/>
          <w:i w:val="0"/>
          <w:smallCaps w:val="0"/>
          <w:strike w:val="0"/>
          <w:u w:val="none"/>
        </w:rPr>
        <w:t>https://www.actualized.org/forum/topic/85268-deconstructing-buddhism-simple-reasons</w:t>
      </w:r>
      <w:r>
        <w:rPr>
          <w:b w:val="0"/>
          <w:i w:val="0"/>
          <w:smallCaps w:val="0"/>
          <w:strike w:val="0"/>
          <w:u w:val="none"/>
        </w:rPr>
        <w:t>]</w:t>
      </w:r>
      <w:r>
        <w:rPr>
          <w:b w:val="0"/>
          <w:i w:val="0"/>
          <w:smallCaps w:val="0"/>
          <w:strike w:val="0"/>
          <w:u w:val="none"/>
        </w:rPr>
        <w:t>//RWJ</w:t>
      </w:r>
    </w:p>
    <w:p>
      <w:pPr>
        <w:spacing w:after="60"/>
      </w:pPr>
      <w:r>
        <w:rPr>
          <w:b w:val="0"/>
          <w:i w:val="0"/>
          <w:smallCaps w:val="0"/>
          <w:strike w:val="0"/>
          <w:u w:val="none"/>
        </w:rPr>
        <w:t>If you push any Buddhist in a corner and ask them "</w:t>
      </w:r>
      <w:r>
        <w:rPr>
          <w:b w:val="0"/>
          <w:i w:val="0"/>
          <w:smallCaps w:val="0"/>
          <w:strike w:val="0"/>
          <w:highlight w:val="green"/>
          <w:u w:val="none"/>
        </w:rPr>
        <w:t>What is Buddhism, and what is the goal of Buddhism</w:t>
      </w:r>
      <w:r>
        <w:rPr>
          <w:b w:val="0"/>
          <w:i w:val="0"/>
          <w:smallCaps w:val="0"/>
          <w:strike w:val="0"/>
          <w:u w:val="none"/>
        </w:rPr>
        <w:t xml:space="preserve">?" </w:t>
      </w:r>
      <w:r>
        <w:rPr>
          <w:b w:val="0"/>
          <w:i w:val="0"/>
          <w:smallCaps w:val="0"/>
          <w:strike w:val="0"/>
          <w:highlight w:val="green"/>
          <w:u w:val="none"/>
        </w:rPr>
        <w:t>They will say</w:t>
      </w:r>
      <w:r>
        <w:rPr>
          <w:b w:val="0"/>
          <w:i w:val="0"/>
          <w:smallCaps w:val="0"/>
          <w:strike w:val="0"/>
          <w:u w:val="none"/>
        </w:rPr>
        <w:t xml:space="preserve"> something along the lines of "</w:t>
      </w:r>
      <w:r>
        <w:rPr>
          <w:b w:val="0"/>
          <w:i w:val="0"/>
          <w:smallCaps w:val="0"/>
          <w:strike w:val="0"/>
          <w:highlight w:val="green"/>
          <w:u w:val="none"/>
        </w:rPr>
        <w:t>Nirvana</w:t>
      </w:r>
      <w:r>
        <w:rPr>
          <w:b w:val="0"/>
          <w:i w:val="0"/>
          <w:smallCaps w:val="0"/>
          <w:strike w:val="0"/>
          <w:u w:val="none"/>
        </w:rPr>
        <w:t xml:space="preserve">. To alleviate suffering, to find a solution to it, and help the world overcome suffering." </w:t>
      </w:r>
    </w:p>
    <w:p>
      <w:pPr>
        <w:spacing w:after="60"/>
      </w:pPr>
      <w:r>
        <w:rPr>
          <w:b w:val="0"/>
          <w:i w:val="0"/>
          <w:smallCaps w:val="0"/>
          <w:strike w:val="0"/>
          <w:u w:val="none"/>
        </w:rPr>
        <w:t xml:space="preserve">Notice that the </w:t>
      </w:r>
      <w:r>
        <w:rPr>
          <w:b w:val="0"/>
          <w:i w:val="0"/>
          <w:smallCaps w:val="0"/>
          <w:strike w:val="0"/>
          <w:highlight w:val="green"/>
          <w:u w:val="none"/>
        </w:rPr>
        <w:t>goal</w:t>
      </w:r>
      <w:r>
        <w:rPr>
          <w:b w:val="0"/>
          <w:i w:val="0"/>
          <w:smallCaps w:val="0"/>
          <w:strike w:val="0"/>
          <w:u w:val="none"/>
        </w:rPr>
        <w:t xml:space="preserve"> of Buddhism </w:t>
      </w:r>
      <w:r>
        <w:rPr>
          <w:b w:val="0"/>
          <w:i w:val="0"/>
          <w:smallCaps w:val="0"/>
          <w:strike w:val="0"/>
          <w:highlight w:val="green"/>
          <w:u w:val="none"/>
        </w:rPr>
        <w:t>isn't Truth</w:t>
      </w:r>
      <w:r>
        <w:rPr>
          <w:b w:val="0"/>
          <w:i w:val="0"/>
          <w:smallCaps w:val="0"/>
          <w:strike w:val="0"/>
          <w:u w:val="none"/>
        </w:rPr>
        <w:t xml:space="preserve">. It is to alleviate suffering. </w:t>
      </w:r>
    </w:p>
    <w:p>
      <w:pPr>
        <w:spacing w:after="60"/>
      </w:pPr>
      <w:r>
        <w:rPr>
          <w:b w:val="0"/>
          <w:i w:val="0"/>
          <w:smallCaps w:val="0"/>
          <w:strike w:val="0"/>
          <w:u w:val="none"/>
        </w:rPr>
        <w:t xml:space="preserve">Notice that there is an assumption that Truth = Suffering (or the overcoming of suffering). But </w:t>
      </w:r>
      <w:r>
        <w:rPr>
          <w:b w:val="0"/>
          <w:i w:val="0"/>
          <w:smallCaps w:val="0"/>
          <w:strike w:val="0"/>
          <w:highlight w:val="green"/>
          <w:u w:val="none"/>
        </w:rPr>
        <w:t>what if suffering</w:t>
      </w:r>
      <w:r>
        <w:rPr>
          <w:b w:val="0"/>
          <w:i w:val="0"/>
          <w:smallCaps w:val="0"/>
          <w:strike w:val="0"/>
          <w:u w:val="none"/>
        </w:rPr>
        <w:t xml:space="preserve"> and the overcoming of it </w:t>
      </w:r>
      <w:r>
        <w:rPr>
          <w:b w:val="0"/>
          <w:i w:val="0"/>
          <w:smallCaps w:val="0"/>
          <w:strike w:val="0"/>
          <w:highlight w:val="green"/>
          <w:u w:val="none"/>
        </w:rPr>
        <w:t>is part of</w:t>
      </w:r>
      <w:r>
        <w:rPr>
          <w:b w:val="0"/>
          <w:i w:val="0"/>
          <w:smallCaps w:val="0"/>
          <w:strike w:val="0"/>
          <w:u w:val="none"/>
        </w:rPr>
        <w:t xml:space="preserve"> the </w:t>
      </w:r>
      <w:r>
        <w:rPr>
          <w:b w:val="0"/>
          <w:i w:val="0"/>
          <w:smallCaps w:val="0"/>
          <w:strike w:val="0"/>
          <w:highlight w:val="green"/>
          <w:u w:val="none"/>
        </w:rPr>
        <w:t>distraction to keep one away from</w:t>
      </w:r>
      <w:r>
        <w:rPr>
          <w:b w:val="0"/>
          <w:i w:val="0"/>
          <w:smallCaps w:val="0"/>
          <w:strike w:val="0"/>
          <w:u w:val="none"/>
        </w:rPr>
        <w:t xml:space="preserve"> pursuing </w:t>
      </w:r>
      <w:r>
        <w:rPr>
          <w:b w:val="0"/>
          <w:i w:val="0"/>
          <w:smallCaps w:val="0"/>
          <w:strike w:val="0"/>
          <w:highlight w:val="green"/>
          <w:u w:val="none"/>
        </w:rPr>
        <w:t>Truth</w:t>
      </w:r>
      <w:r>
        <w:rPr>
          <w:b w:val="0"/>
          <w:i w:val="0"/>
          <w:smallCaps w:val="0"/>
          <w:strike w:val="0"/>
          <w:u w:val="none"/>
        </w:rPr>
        <w:t>?</w:t>
      </w:r>
    </w:p>
    <w:p>
      <w:pPr>
        <w:spacing w:after="60"/>
      </w:pPr>
      <w:r>
        <w:rPr>
          <w:b w:val="0"/>
          <w:i w:val="0"/>
          <w:smallCaps w:val="0"/>
          <w:strike w:val="0"/>
          <w:u w:val="none"/>
        </w:rPr>
        <w:t xml:space="preserve">Ever consider </w:t>
      </w:r>
      <w:r>
        <w:rPr>
          <w:b w:val="0"/>
          <w:i w:val="0"/>
          <w:smallCaps w:val="0"/>
          <w:strike w:val="0"/>
          <w:highlight w:val="green"/>
          <w:u w:val="none"/>
        </w:rPr>
        <w:t>why</w:t>
      </w:r>
      <w:r>
        <w:rPr>
          <w:b w:val="0"/>
          <w:i w:val="0"/>
          <w:smallCaps w:val="0"/>
          <w:strike w:val="0"/>
          <w:u w:val="none"/>
        </w:rPr>
        <w:t xml:space="preserve"> The </w:t>
      </w:r>
      <w:r>
        <w:rPr>
          <w:b w:val="0"/>
          <w:i w:val="0"/>
          <w:smallCaps w:val="0"/>
          <w:strike w:val="0"/>
          <w:highlight w:val="green"/>
          <w:u w:val="none"/>
        </w:rPr>
        <w:t>Buddha</w:t>
      </w:r>
      <w:r>
        <w:rPr>
          <w:b w:val="0"/>
          <w:i w:val="0"/>
          <w:smallCaps w:val="0"/>
          <w:strike w:val="0"/>
          <w:u w:val="none"/>
        </w:rPr>
        <w:t xml:space="preserve"> was </w:t>
      </w:r>
      <w:r>
        <w:rPr>
          <w:b w:val="0"/>
          <w:i w:val="0"/>
          <w:smallCaps w:val="0"/>
          <w:strike w:val="0"/>
          <w:highlight w:val="green"/>
          <w:u w:val="none"/>
        </w:rPr>
        <w:t>so focused on suffering</w:t>
      </w:r>
      <w:r>
        <w:rPr>
          <w:b w:val="0"/>
          <w:i w:val="0"/>
          <w:smallCaps w:val="0"/>
          <w:strike w:val="0"/>
          <w:u w:val="none"/>
        </w:rPr>
        <w:t xml:space="preserve"> but </w:t>
      </w:r>
      <w:r>
        <w:rPr>
          <w:b w:val="0"/>
          <w:i w:val="0"/>
          <w:smallCaps w:val="0"/>
          <w:strike w:val="0"/>
          <w:highlight w:val="green"/>
          <w:u w:val="none"/>
        </w:rPr>
        <w:t>yet silent on God</w:t>
      </w:r>
      <w:r>
        <w:rPr>
          <w:b w:val="0"/>
          <w:i w:val="0"/>
          <w:smallCaps w:val="0"/>
          <w:strike w:val="0"/>
          <w:u w:val="none"/>
        </w:rPr>
        <w:t xml:space="preserve">? By definition, The Buddha was not concerned about God (or Truth) but about suffering. You can see how this is an issue. </w:t>
      </w:r>
      <w:r>
        <w:rPr>
          <w:b w:val="0"/>
          <w:i w:val="0"/>
          <w:smallCaps w:val="0"/>
          <w:strike w:val="0"/>
          <w:highlight w:val="green"/>
          <w:u w:val="none"/>
        </w:rPr>
        <w:t>How can you understand suffering</w:t>
      </w:r>
      <w:r>
        <w:rPr>
          <w:b w:val="0"/>
          <w:i w:val="0"/>
          <w:smallCaps w:val="0"/>
          <w:strike w:val="0"/>
          <w:u w:val="none"/>
        </w:rPr>
        <w:t xml:space="preserve"> and overcome it </w:t>
      </w:r>
      <w:r>
        <w:rPr>
          <w:b w:val="0"/>
          <w:i w:val="0"/>
          <w:smallCaps w:val="0"/>
          <w:strike w:val="0"/>
          <w:highlight w:val="green"/>
          <w:u w:val="none"/>
        </w:rPr>
        <w:t>without opening yourself up to God</w:t>
      </w:r>
      <w:r>
        <w:rPr>
          <w:b w:val="0"/>
          <w:i w:val="0"/>
          <w:smallCaps w:val="0"/>
          <w:strike w:val="0"/>
          <w:u w:val="none"/>
        </w:rPr>
        <w:t xml:space="preserve">? Suffering is a distraction from Truth. </w:t>
      </w:r>
    </w:p>
    <w:p>
      <w:pPr>
        <w:spacing w:after="60"/>
      </w:pPr>
      <w:r>
        <w:rPr>
          <w:b w:val="0"/>
          <w:i w:val="0"/>
          <w:smallCaps w:val="0"/>
          <w:strike w:val="0"/>
          <w:u w:val="none"/>
        </w:rPr>
        <w:t>You can spend your whole life trying to alleviate the suffering of yourself and of others but what is the cost of that?</w:t>
      </w:r>
    </w:p>
    <w:p>
      <w:pPr>
        <w:spacing w:after="60"/>
      </w:pPr>
      <w:r>
        <w:rPr>
          <w:b w:val="0"/>
          <w:i w:val="0"/>
          <w:smallCaps w:val="0"/>
          <w:strike w:val="0"/>
          <w:u w:val="none"/>
        </w:rPr>
        <w:t xml:space="preserve">What would happen if you prioritized Truth instead of alleviating suffering? </w:t>
      </w:r>
    </w:p>
    <w:p>
      <w:pPr>
        <w:spacing w:after="60"/>
      </w:pPr>
      <w:r>
        <w:rPr>
          <w:b w:val="0"/>
          <w:i w:val="0"/>
          <w:smallCaps w:val="0"/>
          <w:strike w:val="0"/>
          <w:u w:val="none"/>
        </w:rPr>
        <w:t xml:space="preserve">Another thing is to </w:t>
      </w:r>
      <w:r>
        <w:rPr>
          <w:b w:val="0"/>
          <w:i w:val="0"/>
          <w:smallCaps w:val="0"/>
          <w:strike w:val="0"/>
          <w:highlight w:val="green"/>
          <w:u w:val="none"/>
        </w:rPr>
        <w:t>doubt whether Buddha even existed</w:t>
      </w:r>
      <w:r>
        <w:rPr>
          <w:b w:val="0"/>
          <w:i w:val="0"/>
          <w:smallCaps w:val="0"/>
          <w:strike w:val="0"/>
          <w:u w:val="none"/>
        </w:rPr>
        <w:t xml:space="preserve"> or not. Notice that all of your ideas about The Buddha and Buddhism are just your ideas and not your actual perceptions. Start to </w:t>
      </w:r>
      <w:r>
        <w:rPr>
          <w:b w:val="0"/>
          <w:i w:val="0"/>
          <w:smallCaps w:val="0"/>
          <w:strike w:val="0"/>
          <w:highlight w:val="green"/>
          <w:u w:val="none"/>
        </w:rPr>
        <w:t>question</w:t>
      </w:r>
      <w:r>
        <w:rPr>
          <w:b w:val="0"/>
          <w:i w:val="0"/>
          <w:smallCaps w:val="0"/>
          <w:strike w:val="0"/>
          <w:u w:val="none"/>
        </w:rPr>
        <w:t xml:space="preserve"> the </w:t>
      </w:r>
      <w:r>
        <w:rPr>
          <w:b w:val="0"/>
          <w:i w:val="0"/>
          <w:smallCaps w:val="0"/>
          <w:strike w:val="0"/>
          <w:highlight w:val="green"/>
          <w:u w:val="none"/>
        </w:rPr>
        <w:t>motive of Buddhism</w:t>
      </w:r>
      <w:r>
        <w:rPr>
          <w:b w:val="0"/>
          <w:i w:val="0"/>
          <w:smallCaps w:val="0"/>
          <w:strike w:val="0"/>
          <w:u w:val="none"/>
        </w:rPr>
        <w:t xml:space="preserve">. </w:t>
      </w:r>
      <w:r>
        <w:rPr>
          <w:b w:val="0"/>
          <w:i w:val="0"/>
          <w:smallCaps w:val="0"/>
          <w:strike w:val="0"/>
          <w:highlight w:val="green"/>
          <w:u w:val="none"/>
        </w:rPr>
        <w:t>If Buddhism is in alignment with the Truth, then you should have no problem questioning it and deconstructing</w:t>
      </w:r>
      <w:r>
        <w:rPr>
          <w:b w:val="0"/>
          <w:i w:val="0"/>
          <w:smallCaps w:val="0"/>
          <w:strike w:val="0"/>
          <w:u w:val="none"/>
        </w:rPr>
        <w:t xml:space="preserve"> it. Rule of mind: Whenever you are defensive or afraid of questioning anything, that is a sign that you are trapped in a belief and belief is ultimate not Truth. Beliefs are very helpful for your survival and for overcoming suffering, but don't think that your beliefs have anything to do with reality as it is. </w:t>
      </w:r>
    </w:p>
    <w:p>
      <w:pPr>
        <w:spacing w:after="60"/>
      </w:pPr>
      <w:r>
        <w:rPr>
          <w:b w:val="0"/>
          <w:i w:val="0"/>
          <w:smallCaps w:val="0"/>
          <w:strike w:val="0"/>
          <w:u w:val="none"/>
        </w:rPr>
        <w:t>Think for yourself. Don't lock your mind inside of the bubble and worldview of anything. Unlock your mind from all worldviews, programming, beliefs, and ideas that aren't yours.</w:t>
      </w:r>
    </w:p>
    <w:p>
      <w:pPr>
        <w:spacing w:after="60"/>
      </w:pPr>
      <w:r>
        <w:rPr>
          <w:b w:val="0"/>
          <w:i w:val="0"/>
          <w:smallCaps w:val="0"/>
          <w:strike w:val="0"/>
          <w:u w:val="none"/>
        </w:rPr>
        <w:t xml:space="preserve">EDIT: I forgot another important reason why you should be really skeptical of Buddhism. </w:t>
      </w:r>
      <w:r>
        <w:rPr>
          <w:b w:val="0"/>
          <w:i w:val="0"/>
          <w:smallCaps w:val="0"/>
          <w:strike w:val="0"/>
          <w:highlight w:val="green"/>
          <w:u w:val="none"/>
        </w:rPr>
        <w:t>Buddhism demonizes thought</w:t>
      </w:r>
      <w:r>
        <w:rPr>
          <w:b w:val="0"/>
          <w:i w:val="0"/>
          <w:smallCaps w:val="0"/>
          <w:strike w:val="0"/>
          <w:u w:val="none"/>
        </w:rPr>
        <w:t xml:space="preserve">. If they had it their way, </w:t>
      </w:r>
      <w:r>
        <w:rPr>
          <w:b w:val="0"/>
          <w:i w:val="0"/>
          <w:smallCaps w:val="0"/>
          <w:strike w:val="0"/>
          <w:highlight w:val="green"/>
          <w:u w:val="none"/>
        </w:rPr>
        <w:t>you would be a mindless (or thoughtless) meditator</w:t>
      </w:r>
      <w:r>
        <w:rPr>
          <w:b w:val="0"/>
          <w:i w:val="0"/>
          <w:smallCaps w:val="0"/>
          <w:strike w:val="0"/>
          <w:u w:val="none"/>
        </w:rPr>
        <w:t xml:space="preserve">. Meditation is good for alleviation of suffering and achieving peace of mind. But if you want Truth, you have to consider that peace and truth may not be the same. If you want Truth, you have to start questioning the costs of meditating all day and what you are getting yourself into. </w:t>
      </w:r>
      <w:r>
        <w:rPr>
          <w:b w:val="0"/>
          <w:i w:val="0"/>
          <w:smallCaps w:val="0"/>
          <w:strike w:val="0"/>
          <w:highlight w:val="green"/>
          <w:u w:val="none"/>
        </w:rPr>
        <w:t>Meditation can be easily used by cults as a form of brainwashing to program followers to not think for themselves</w:t>
      </w:r>
      <w:r>
        <w:rPr>
          <w:b w:val="0"/>
          <w:i w:val="0"/>
          <w:smallCaps w:val="0"/>
          <w:strike w:val="0"/>
          <w:u w:val="none"/>
        </w:rPr>
        <w:t xml:space="preserve">. It is easy for Buddhism to be turned into a cult because it already discourages thinking and demonizes "thinking as dangerous." Hahahaha! They only say that because if you deliberately thought and deeply questioned anything, it would ultimately collapse and you wouldn't need </w:t>
      </w:r>
      <w:r>
        <w:rPr>
          <w:b w:val="0"/>
          <w:i w:val="0"/>
          <w:smallCaps w:val="0"/>
          <w:strike w:val="0"/>
          <w:highlight w:val="green"/>
          <w:u w:val="none"/>
        </w:rPr>
        <w:t>Buddhism or any mental prison anymore. No worldview, ideology, or mental prison can survive contemplation</w:t>
      </w:r>
      <w:r>
        <w:rPr>
          <w:b w:val="0"/>
          <w:i w:val="0"/>
          <w:smallCaps w:val="0"/>
          <w:strike w:val="0"/>
          <w:u w:val="none"/>
        </w:rPr>
        <w:t>.</w:t>
      </w:r>
    </w:p>
    <w:p>
      <w:pPr>
        <w:spacing w:after="60"/>
      </w:pPr>
      <w:r>
        <w:rPr>
          <w:b w:val="0"/>
          <w:i w:val="0"/>
          <w:smallCaps w:val="0"/>
          <w:strike w:val="0"/>
          <w:u w:val="none"/>
        </w:rPr>
        <w:t>Why are you so attached to Buddhism? Examine your feelings of my critiques of Buddhism. If you care about truth, then why are you so defensive? Do you care more about being right or truth?</w:t>
      </w:r>
    </w:p>
    <w:p>
      <w:pPr>
        <w:spacing w:after="60"/>
      </w:pPr>
      <w:r>
        <w:rPr>
          <w:b w:val="0"/>
          <w:i w:val="0"/>
          <w:smallCaps w:val="0"/>
          <w:strike w:val="0"/>
          <w:highlight w:val="green"/>
          <w:u w:val="none"/>
        </w:rPr>
        <w:t>Namaste??</w:t>
      </w:r>
    </w:p>
    <w:p>
      <w:pPr>
        <w:pStyle w:val="Caption"/>
      </w:pPr>
      <w:r>
        <w:t>Source: Black Buddhism 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