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Perm do both---Buddhism doesn’t necessitate being apolitical</w:t>
      </w:r>
    </w:p>
    <w:p>
      <w:pPr>
        <w:spacing w:after="80"/>
      </w:pPr>
      <w:r>
        <w:rPr>
          <w:b w:val="0"/>
          <w:i w:val="0"/>
          <w:smallCaps w:val="0"/>
          <w:strike w:val="0"/>
          <w:color w:val="000000"/>
          <w:u w:val="none"/>
        </w:rPr>
        <w:t xml:space="preserve">Jiryu </w:t>
      </w:r>
      <w:r>
        <w:rPr>
          <w:b/>
          <w:i w:val="0"/>
          <w:smallCaps w:val="0"/>
          <w:strike w:val="0"/>
          <w:color w:val="000000"/>
          <w:sz w:val="26"/>
          <w:u w:val="none"/>
        </w:rPr>
        <w:t>Mark 17</w:t>
      </w:r>
      <w:r>
        <w:rPr>
          <w:b w:val="0"/>
          <w:i w:val="0"/>
          <w:smallCaps w:val="0"/>
          <w:strike w:val="0"/>
          <w:color w:val="000000"/>
          <w:u w:val="none"/>
        </w:rPr>
        <w:t>, Jiryu Mark Rutschman-Byler is a Soto Zen Buddhist priest and teacher in the lineage of Shunryu Suzuki Roshi. He lives and practices currently at Green Gulch Farm Zen Center with his family, and is also a co-leader of the Buddhadharma Sangha at San Quentin State Prison. He has lived in temples and monasteries in the U.S. and Japan since the age of twenty, 1996, was ordained a priest in 2002 with Seido Lee deBarros, served as shuso in 2008 under the late Myōgen Steve Stücky, and received Dharma Transmission in 2014 from Sojun Mel Weitsman. He also holds a Master’s Degree in Asian Studies from UC Berkeley (2014), where he worked on Japanese and Chinese Buddhism under the mentorship of the Group in Buddhist Studies. 1-6-2017, "Buddhism is Apolitical? (Or, Stop Trying to Wiggle Out of the Damn Koan!)," No Zen in the West, https://nozeninthewest.wordpress.com/2017/01/06/buddhism-is-apolitical-or-stop-trying-to-wiggle-out-of-the-damn-koan/</w:t>
      </w:r>
    </w:p>
    <w:p>
      <w:pPr>
        <w:spacing w:after="60"/>
      </w:pPr>
      <w:r>
        <w:rPr>
          <w:b w:val="0"/>
          <w:i w:val="0"/>
          <w:smallCaps w:val="0"/>
          <w:strike w:val="0"/>
          <w:color w:val="000000"/>
          <w:u w:val="none"/>
        </w:rPr>
        <w:t xml:space="preserve">I’m surprised to have to write this post (which surely wiser heads would advise me not to), but I’ve come to see recently that </w:t>
      </w:r>
      <w:r>
        <w:rPr>
          <w:b w:val="0"/>
          <w:i w:val="0"/>
          <w:smallCaps w:val="0"/>
          <w:strike w:val="0"/>
          <w:color w:val="000000"/>
          <w:u w:val="single"/>
        </w:rPr>
        <w:t>the idea that “Buddhism is apolitical</w:t>
      </w:r>
      <w:r>
        <w:rPr>
          <w:b w:val="0"/>
          <w:i w:val="0"/>
          <w:smallCaps w:val="0"/>
          <w:strike w:val="0"/>
          <w:color w:val="000000"/>
          <w:u w:val="single"/>
        </w:rPr>
        <w:t>”/“Buddhism should stay apolitical”</w:t>
      </w:r>
      <w:r>
        <w:rPr>
          <w:b w:val="0"/>
          <w:i w:val="0"/>
          <w:smallCaps w:val="0"/>
          <w:strike w:val="0"/>
          <w:color w:val="000000"/>
          <w:u w:val="none"/>
        </w:rPr>
        <w:t xml:space="preserve"> </w:t>
      </w:r>
      <w:r>
        <w:rPr>
          <w:b w:val="0"/>
          <w:i w:val="0"/>
          <w:smallCaps w:val="0"/>
          <w:strike w:val="0"/>
          <w:color w:val="000000"/>
          <w:u w:val="single"/>
        </w:rPr>
        <w:t>is</w:t>
      </w:r>
      <w:r>
        <w:rPr>
          <w:b w:val="0"/>
          <w:i w:val="0"/>
          <w:smallCaps w:val="0"/>
          <w:strike w:val="0"/>
          <w:color w:val="000000"/>
          <w:u w:val="none"/>
        </w:rPr>
        <w:t xml:space="preserve"> </w:t>
      </w:r>
      <w:r>
        <w:rPr>
          <w:b w:val="0"/>
          <w:i w:val="0"/>
          <w:smallCaps w:val="0"/>
          <w:strike w:val="0"/>
          <w:color w:val="000000"/>
          <w:u w:val="single"/>
        </w:rPr>
        <w:t>deep</w:t>
      </w:r>
      <w:r>
        <w:rPr>
          <w:b w:val="0"/>
          <w:i w:val="0"/>
          <w:smallCaps w:val="0"/>
          <w:strike w:val="0"/>
          <w:color w:val="000000"/>
          <w:u w:val="none"/>
        </w:rPr>
        <w:t xml:space="preserve">er than I thought </w:t>
      </w:r>
      <w:r>
        <w:rPr>
          <w:b w:val="0"/>
          <w:i w:val="0"/>
          <w:smallCaps w:val="0"/>
          <w:strike w:val="0"/>
          <w:color w:val="000000"/>
          <w:u w:val="single"/>
        </w:rPr>
        <w:t>in the American Buddhist community. It’s also</w:t>
      </w:r>
      <w:r>
        <w:rPr>
          <w:b w:val="0"/>
          <w:i w:val="0"/>
          <w:smallCaps w:val="0"/>
          <w:strike w:val="0"/>
          <w:color w:val="000000"/>
          <w:u w:val="none"/>
        </w:rPr>
        <w:t xml:space="preserve"> </w:t>
      </w:r>
      <w:r>
        <w:rPr>
          <w:b/>
          <w:i w:val="0"/>
          <w:smallCaps w:val="0"/>
          <w:strike w:val="0"/>
          <w:color w:val="000000"/>
          <w:u w:val="single"/>
        </w:rPr>
        <w:t>not true</w:t>
      </w:r>
      <w:r>
        <w:rPr>
          <w:b w:val="0"/>
          <w:i w:val="0"/>
          <w:smallCaps w:val="0"/>
          <w:strike w:val="0"/>
          <w:color w:val="000000"/>
          <w:u w:val="single"/>
        </w:rPr>
        <w:t>,</w:t>
      </w:r>
      <w:r>
        <w:rPr>
          <w:b w:val="0"/>
          <w:i w:val="0"/>
          <w:smallCaps w:val="0"/>
          <w:strike w:val="0"/>
          <w:color w:val="000000"/>
          <w:u w:val="none"/>
        </w:rPr>
        <w:t xml:space="preserve"> </w:t>
      </w:r>
      <w:r>
        <w:rPr>
          <w:b w:val="0"/>
          <w:i w:val="0"/>
          <w:smallCaps w:val="0"/>
          <w:strike w:val="0"/>
          <w:color w:val="000000"/>
          <w:u w:val="single"/>
        </w:rPr>
        <w:t>and it’s</w:t>
      </w:r>
      <w:r>
        <w:rPr>
          <w:b w:val="0"/>
          <w:i w:val="0"/>
          <w:smallCaps w:val="0"/>
          <w:strike w:val="0"/>
          <w:color w:val="000000"/>
          <w:u w:val="none"/>
        </w:rPr>
        <w:t xml:space="preserve"> </w:t>
      </w:r>
      <w:r>
        <w:rPr>
          <w:b/>
          <w:i w:val="0"/>
          <w:smallCaps w:val="0"/>
          <w:strike w:val="0"/>
          <w:color w:val="000000"/>
          <w:u w:val="single"/>
        </w:rPr>
        <w:t>not helpful</w:t>
      </w:r>
      <w:r>
        <w:rPr>
          <w:b w:val="0"/>
          <w:i w:val="0"/>
          <w:smallCaps w:val="0"/>
          <w:strike w:val="0"/>
          <w:color w:val="000000"/>
          <w:u w:val="none"/>
        </w:rPr>
        <w:t xml:space="preserve">, and I’d like to talk about why. First, let’s just be clear that Buddhist doctrine is about two things and only two things. The first let’s call Emptiness, and let’s say it like this: everything you think misses the point entirely, has zero traction, zero contact with anything like reality. Even the thought “reality.” Even the most basic of thoughts: “there is” or “there is not.” No concept reaches, and no thing anywhere at all can be grasped. The second let’s call Precepts. It’s a little more complicated, because there’s something to it, but we can say it simply too: </w:t>
      </w:r>
      <w:r>
        <w:rPr>
          <w:b w:val="0"/>
          <w:i w:val="0"/>
          <w:smallCaps w:val="0"/>
          <w:strike w:val="0"/>
          <w:color w:val="000000"/>
          <w:u w:val="single"/>
        </w:rPr>
        <w:t>there is a</w:t>
      </w:r>
      <w:r>
        <w:rPr>
          <w:b w:val="0"/>
          <w:i w:val="0"/>
          <w:smallCaps w:val="0"/>
          <w:strike w:val="0"/>
          <w:color w:val="000000"/>
          <w:u w:val="none"/>
        </w:rPr>
        <w:t xml:space="preserve"> </w:t>
      </w:r>
      <w:r>
        <w:rPr>
          <w:b/>
          <w:i w:val="0"/>
          <w:smallCaps w:val="0"/>
          <w:strike w:val="0"/>
          <w:color w:val="000000"/>
          <w:u w:val="single"/>
        </w:rPr>
        <w:t>right way and a wrong way to live</w:t>
      </w:r>
      <w:r>
        <w:rPr>
          <w:b w:val="0"/>
          <w:i w:val="0"/>
          <w:smallCaps w:val="0"/>
          <w:strike w:val="0"/>
          <w:color w:val="000000"/>
          <w:u w:val="single"/>
        </w:rPr>
        <w:t>. There is wholesome action, and unwholesome action. The basic nature of things</w:t>
      </w:r>
      <w:r>
        <w:rPr>
          <w:b w:val="0"/>
          <w:i w:val="0"/>
          <w:smallCaps w:val="0"/>
          <w:strike w:val="0"/>
          <w:color w:val="000000"/>
          <w:u w:val="none"/>
        </w:rPr>
        <w:t xml:space="preserve"> (underlying even this “Emptiness” notion) </w:t>
      </w:r>
      <w:r>
        <w:rPr>
          <w:b w:val="0"/>
          <w:i w:val="0"/>
          <w:smallCaps w:val="0"/>
          <w:strike w:val="0"/>
          <w:color w:val="000000"/>
          <w:u w:val="single"/>
        </w:rPr>
        <w:t>is</w:t>
      </w:r>
      <w:r>
        <w:rPr>
          <w:b w:val="0"/>
          <w:i w:val="0"/>
          <w:smallCaps w:val="0"/>
          <w:strike w:val="0"/>
          <w:color w:val="000000"/>
          <w:u w:val="none"/>
        </w:rPr>
        <w:t xml:space="preserve"> </w:t>
      </w:r>
      <w:r>
        <w:rPr>
          <w:b/>
          <w:i w:val="0"/>
          <w:smallCaps w:val="0"/>
          <w:strike w:val="0"/>
          <w:color w:val="000000"/>
          <w:u w:val="single"/>
        </w:rPr>
        <w:t>interdependence</w:t>
      </w:r>
      <w:r>
        <w:rPr>
          <w:b w:val="0"/>
          <w:i w:val="0"/>
          <w:smallCaps w:val="0"/>
          <w:strike w:val="0"/>
          <w:color w:val="000000"/>
          <w:u w:val="none"/>
        </w:rPr>
        <w:t xml:space="preserve"> </w:t>
      </w:r>
      <w:r>
        <w:rPr>
          <w:b w:val="0"/>
          <w:i w:val="0"/>
          <w:smallCaps w:val="0"/>
          <w:strike w:val="0"/>
          <w:color w:val="000000"/>
          <w:u w:val="single"/>
        </w:rPr>
        <w:t>or</w:t>
      </w:r>
      <w:r>
        <w:rPr>
          <w:b w:val="0"/>
          <w:i w:val="0"/>
          <w:smallCaps w:val="0"/>
          <w:strike w:val="0"/>
          <w:color w:val="000000"/>
          <w:u w:val="none"/>
        </w:rPr>
        <w:t xml:space="preserve"> </w:t>
      </w:r>
      <w:r>
        <w:rPr>
          <w:b/>
          <w:i w:val="0"/>
          <w:smallCaps w:val="0"/>
          <w:strike w:val="0"/>
          <w:color w:val="000000"/>
          <w:u w:val="single"/>
        </w:rPr>
        <w:t>dependent co-arising,</w:t>
      </w:r>
      <w:r>
        <w:rPr>
          <w:b w:val="0"/>
          <w:i w:val="0"/>
          <w:smallCaps w:val="0"/>
          <w:strike w:val="0"/>
          <w:color w:val="000000"/>
          <w:u w:val="none"/>
        </w:rPr>
        <w:t xml:space="preserve"> </w:t>
      </w:r>
      <w:r>
        <w:rPr>
          <w:b w:val="0"/>
          <w:i w:val="0"/>
          <w:smallCaps w:val="0"/>
          <w:strike w:val="0"/>
          <w:color w:val="000000"/>
          <w:u w:val="single"/>
        </w:rPr>
        <w:t>the total and complete depedence of</w:t>
      </w:r>
      <w:r>
        <w:rPr>
          <w:b w:val="0"/>
          <w:i w:val="0"/>
          <w:smallCaps w:val="0"/>
          <w:strike w:val="0"/>
          <w:color w:val="000000"/>
          <w:u w:val="none"/>
        </w:rPr>
        <w:t xml:space="preserve"> </w:t>
      </w:r>
      <w:r>
        <w:rPr>
          <w:b/>
          <w:i w:val="0"/>
          <w:smallCaps w:val="0"/>
          <w:strike w:val="0"/>
          <w:color w:val="000000"/>
          <w:u w:val="single"/>
        </w:rPr>
        <w:t>each thing on each other thing</w:t>
      </w:r>
      <w:r>
        <w:rPr>
          <w:b w:val="0"/>
          <w:i w:val="0"/>
          <w:smallCaps w:val="0"/>
          <w:strike w:val="0"/>
          <w:color w:val="000000"/>
          <w:u w:val="single"/>
        </w:rPr>
        <w:t>, throughout space and time.</w:t>
      </w:r>
      <w:r>
        <w:rPr>
          <w:b w:val="0"/>
          <w:i w:val="0"/>
          <w:smallCaps w:val="0"/>
          <w:strike w:val="0"/>
          <w:color w:val="000000"/>
          <w:u w:val="none"/>
        </w:rPr>
        <w:t xml:space="preserve"> </w:t>
      </w:r>
      <w:r>
        <w:rPr>
          <w:b w:val="0"/>
          <w:i w:val="0"/>
          <w:smallCaps w:val="0"/>
          <w:strike w:val="0"/>
          <w:color w:val="000000"/>
          <w:u w:val="single"/>
        </w:rPr>
        <w:t>The Buddhist</w:t>
      </w:r>
      <w:r>
        <w:rPr>
          <w:b w:val="0"/>
          <w:i w:val="0"/>
          <w:smallCaps w:val="0"/>
          <w:strike w:val="0"/>
          <w:color w:val="000000"/>
          <w:u w:val="none"/>
        </w:rPr>
        <w:t xml:space="preserve"> </w:t>
      </w:r>
      <w:r>
        <w:rPr>
          <w:b w:val="0"/>
          <w:i w:val="0"/>
          <w:smallCaps w:val="0"/>
          <w:strike w:val="0"/>
          <w:color w:val="000000"/>
          <w:u w:val="single"/>
        </w:rPr>
        <w:t>life and</w:t>
      </w:r>
      <w:r>
        <w:rPr>
          <w:b w:val="0"/>
          <w:i w:val="0"/>
          <w:smallCaps w:val="0"/>
          <w:strike w:val="0"/>
          <w:color w:val="000000"/>
          <w:u w:val="none"/>
        </w:rPr>
        <w:t xml:space="preserve"> </w:t>
      </w:r>
      <w:r>
        <w:rPr>
          <w:b w:val="0"/>
          <w:i w:val="0"/>
          <w:smallCaps w:val="0"/>
          <w:strike w:val="0"/>
          <w:color w:val="000000"/>
          <w:u w:val="single"/>
        </w:rPr>
        <w:t>path is to</w:t>
      </w:r>
      <w:r>
        <w:rPr>
          <w:b w:val="0"/>
          <w:i w:val="0"/>
          <w:smallCaps w:val="0"/>
          <w:strike w:val="0"/>
          <w:color w:val="000000"/>
          <w:u w:val="none"/>
        </w:rPr>
        <w:t xml:space="preserve"> </w:t>
      </w:r>
      <w:r>
        <w:rPr>
          <w:b/>
          <w:i w:val="0"/>
          <w:smallCaps w:val="0"/>
          <w:strike w:val="0"/>
          <w:color w:val="000000"/>
          <w:u w:val="single"/>
        </w:rPr>
        <w:t>honor and</w:t>
      </w:r>
      <w:r>
        <w:rPr>
          <w:b w:val="0"/>
          <w:i w:val="0"/>
          <w:smallCaps w:val="0"/>
          <w:strike w:val="0"/>
          <w:color w:val="000000"/>
          <w:u w:val="none"/>
        </w:rPr>
        <w:t xml:space="preserve"> </w:t>
      </w:r>
      <w:r>
        <w:rPr>
          <w:b/>
          <w:i w:val="0"/>
          <w:smallCaps w:val="0"/>
          <w:strike w:val="0"/>
          <w:color w:val="000000"/>
          <w:u w:val="single"/>
        </w:rPr>
        <w:t>celebrate</w:t>
      </w:r>
      <w:r>
        <w:rPr>
          <w:b w:val="0"/>
          <w:i w:val="0"/>
          <w:smallCaps w:val="0"/>
          <w:strike w:val="0"/>
          <w:color w:val="000000"/>
          <w:u w:val="none"/>
        </w:rPr>
        <w:t xml:space="preserve"> </w:t>
      </w:r>
      <w:r>
        <w:rPr>
          <w:b/>
          <w:i w:val="0"/>
          <w:smallCaps w:val="0"/>
          <w:strike w:val="0"/>
          <w:color w:val="000000"/>
          <w:u w:val="single"/>
        </w:rPr>
        <w:t>this</w:t>
      </w:r>
      <w:r>
        <w:rPr>
          <w:b w:val="0"/>
          <w:i w:val="0"/>
          <w:smallCaps w:val="0"/>
          <w:strike w:val="0"/>
          <w:color w:val="000000"/>
          <w:u w:val="none"/>
        </w:rPr>
        <w:t xml:space="preserve"> </w:t>
      </w:r>
      <w:r>
        <w:rPr>
          <w:b/>
          <w:i w:val="0"/>
          <w:smallCaps w:val="0"/>
          <w:strike w:val="0"/>
          <w:color w:val="000000"/>
          <w:u w:val="single"/>
        </w:rPr>
        <w:t>interdependence</w:t>
      </w:r>
      <w:r>
        <w:rPr>
          <w:b w:val="0"/>
          <w:i w:val="0"/>
          <w:smallCaps w:val="0"/>
          <w:strike w:val="0"/>
          <w:color w:val="000000"/>
          <w:u w:val="none"/>
        </w:rPr>
        <w:t xml:space="preserve">, to meet all things with respect and gratitude, </w:t>
      </w:r>
      <w:r>
        <w:rPr>
          <w:b w:val="0"/>
          <w:i w:val="0"/>
          <w:smallCaps w:val="0"/>
          <w:strike w:val="0"/>
          <w:color w:val="000000"/>
          <w:u w:val="single"/>
        </w:rPr>
        <w:t>and to act altruistically such that this basic interdependence is</w:t>
      </w:r>
      <w:r>
        <w:rPr>
          <w:b w:val="0"/>
          <w:i w:val="0"/>
          <w:smallCaps w:val="0"/>
          <w:strike w:val="0"/>
          <w:color w:val="000000"/>
          <w:u w:val="none"/>
        </w:rPr>
        <w:t xml:space="preserve"> </w:t>
      </w:r>
      <w:r>
        <w:rPr>
          <w:b/>
          <w:i w:val="0"/>
          <w:smallCaps w:val="0"/>
          <w:strike w:val="0"/>
          <w:color w:val="000000"/>
          <w:u w:val="single"/>
        </w:rPr>
        <w:t>celebrated and revealed</w:t>
      </w:r>
      <w:r>
        <w:rPr>
          <w:b w:val="0"/>
          <w:i w:val="0"/>
          <w:smallCaps w:val="0"/>
          <w:strike w:val="0"/>
          <w:color w:val="000000"/>
          <w:u w:val="none"/>
        </w:rPr>
        <w:t xml:space="preserve">. </w:t>
      </w:r>
      <w:r>
        <w:rPr>
          <w:b w:val="0"/>
          <w:i w:val="0"/>
          <w:smallCaps w:val="0"/>
          <w:strike w:val="0"/>
          <w:color w:val="000000"/>
          <w:u w:val="single"/>
        </w:rPr>
        <w:t>Selfishness, violence, and contempt emerge from and further reinforce the delusion of</w:t>
      </w:r>
      <w:r>
        <w:rPr>
          <w:b w:val="0"/>
          <w:i w:val="0"/>
          <w:smallCaps w:val="0"/>
          <w:strike w:val="0"/>
          <w:color w:val="000000"/>
          <w:u w:val="none"/>
        </w:rPr>
        <w:t xml:space="preserve"> </w:t>
      </w:r>
      <w:r>
        <w:rPr>
          <w:b/>
          <w:i w:val="0"/>
          <w:smallCaps w:val="0"/>
          <w:strike w:val="0"/>
          <w:color w:val="000000"/>
          <w:u w:val="single"/>
        </w:rPr>
        <w:t>individual separability</w:t>
      </w:r>
      <w:r>
        <w:rPr>
          <w:b w:val="0"/>
          <w:i w:val="0"/>
          <w:smallCaps w:val="0"/>
          <w:strike w:val="0"/>
          <w:color w:val="000000"/>
          <w:u w:val="single"/>
        </w:rPr>
        <w:t>, and as such are the root of all suffering.</w:t>
      </w:r>
      <w:r>
        <w:rPr>
          <w:b w:val="0"/>
          <w:i w:val="0"/>
          <w:smallCaps w:val="0"/>
          <w:strike w:val="0"/>
          <w:color w:val="000000"/>
          <w:u w:val="none"/>
        </w:rPr>
        <w:t xml:space="preserve"> If there’s a third teaching, it’s just this: Emptiness needs Precepts and Precepts needs Emptiness. The bird with one wing doesn’t just fail to fly – it dies an awful writhing death in a pool of its own blood. I assume all of the above is clear to my dear readers. And if you disagree, I hope I’ll hear from you. Now to this “apolitical” business. In the last couple of days I’ve had roughly four versions of it thrown at me, and I’ll say more about each below. The short version though is that they’re all nonsense. They are most basically nonsense because </w:t>
      </w:r>
      <w:r>
        <w:rPr>
          <w:b/>
          <w:i w:val="0"/>
          <w:smallCaps w:val="0"/>
          <w:strike w:val="0"/>
          <w:color w:val="000000"/>
          <w:u w:val="single"/>
        </w:rPr>
        <w:t>“apolitical” isn’t a thing</w:t>
      </w:r>
      <w:r>
        <w:rPr>
          <w:b w:val="0"/>
          <w:i w:val="0"/>
          <w:smallCaps w:val="0"/>
          <w:strike w:val="0"/>
          <w:color w:val="000000"/>
          <w:u w:val="none"/>
        </w:rPr>
        <w:t xml:space="preserve"> </w:t>
      </w:r>
      <w:r>
        <w:rPr>
          <w:b w:val="0"/>
          <w:i w:val="0"/>
          <w:smallCaps w:val="0"/>
          <w:strike w:val="0"/>
          <w:color w:val="000000"/>
          <w:u w:val="single"/>
        </w:rPr>
        <w:t>– “apolitical”</w:t>
      </w:r>
      <w:r>
        <w:rPr>
          <w:b w:val="0"/>
          <w:i w:val="0"/>
          <w:smallCaps w:val="0"/>
          <w:strike w:val="0"/>
          <w:color w:val="000000"/>
          <w:u w:val="none"/>
        </w:rPr>
        <w:t xml:space="preserve"> </w:t>
      </w:r>
      <w:r>
        <w:rPr>
          <w:b/>
          <w:i w:val="0"/>
          <w:smallCaps w:val="0"/>
          <w:strike w:val="0"/>
          <w:color w:val="000000"/>
          <w:u w:val="single"/>
        </w:rPr>
        <w:t>doesn’t exist</w:t>
      </w:r>
      <w:r>
        <w:rPr>
          <w:b w:val="0"/>
          <w:i w:val="0"/>
          <w:smallCaps w:val="0"/>
          <w:strike w:val="0"/>
          <w:color w:val="000000"/>
          <w:u w:val="none"/>
        </w:rPr>
        <w:t xml:space="preserve">. </w:t>
      </w:r>
      <w:r>
        <w:rPr>
          <w:b w:val="0"/>
          <w:i w:val="0"/>
          <w:smallCaps w:val="0"/>
          <w:strike w:val="0"/>
          <w:color w:val="000000"/>
          <w:u w:val="single"/>
        </w:rPr>
        <w:t>To say that Buddhism should be “apolitical” is just to say “I prefer to see Buddhism not through the lens of its political operation.” But</w:t>
      </w:r>
      <w:r>
        <w:rPr>
          <w:b w:val="0"/>
          <w:i w:val="0"/>
          <w:smallCaps w:val="0"/>
          <w:strike w:val="0"/>
          <w:color w:val="000000"/>
          <w:u w:val="none"/>
        </w:rPr>
        <w:t xml:space="preserve"> </w:t>
      </w:r>
      <w:r>
        <w:rPr>
          <w:b w:val="0"/>
          <w:i w:val="0"/>
          <w:smallCaps w:val="0"/>
          <w:strike w:val="0"/>
          <w:color w:val="000000"/>
          <w:u w:val="single"/>
        </w:rPr>
        <w:t>Buddhism</w:t>
      </w:r>
      <w:r>
        <w:rPr>
          <w:b w:val="0"/>
          <w:i w:val="0"/>
          <w:smallCaps w:val="0"/>
          <w:strike w:val="0"/>
          <w:color w:val="000000"/>
          <w:u w:val="none"/>
        </w:rPr>
        <w:t xml:space="preserve"> </w:t>
      </w:r>
      <w:r>
        <w:rPr>
          <w:b/>
          <w:i w:val="0"/>
          <w:smallCaps w:val="0"/>
          <w:strike w:val="0"/>
          <w:color w:val="000000"/>
          <w:u w:val="single"/>
        </w:rPr>
        <w:t>still</w:t>
      </w:r>
      <w:r>
        <w:rPr>
          <w:b w:val="0"/>
          <w:i w:val="0"/>
          <w:smallCaps w:val="0"/>
          <w:strike w:val="0"/>
          <w:color w:val="000000"/>
          <w:u w:val="none"/>
        </w:rPr>
        <w:t xml:space="preserve"> </w:t>
      </w:r>
      <w:r>
        <w:rPr>
          <w:b/>
          <w:i w:val="0"/>
          <w:smallCaps w:val="0"/>
          <w:strike w:val="0"/>
          <w:color w:val="000000"/>
          <w:u w:val="single"/>
        </w:rPr>
        <w:t>has people in it, doing things</w:t>
      </w:r>
      <w:r>
        <w:rPr>
          <w:b w:val="0"/>
          <w:i w:val="0"/>
          <w:smallCaps w:val="0"/>
          <w:strike w:val="0"/>
          <w:color w:val="000000"/>
          <w:u w:val="single"/>
        </w:rPr>
        <w:t>. It</w:t>
      </w:r>
      <w:r>
        <w:rPr>
          <w:b w:val="0"/>
          <w:i w:val="0"/>
          <w:smallCaps w:val="0"/>
          <w:strike w:val="0"/>
          <w:color w:val="000000"/>
          <w:u w:val="none"/>
        </w:rPr>
        <w:t xml:space="preserve"> </w:t>
      </w:r>
      <w:r>
        <w:rPr>
          <w:b w:val="0"/>
          <w:i w:val="0"/>
          <w:smallCaps w:val="0"/>
          <w:strike w:val="0"/>
          <w:color w:val="000000"/>
          <w:u w:val="single"/>
        </w:rPr>
        <w:t>still</w:t>
      </w:r>
      <w:r>
        <w:rPr>
          <w:b w:val="0"/>
          <w:i w:val="0"/>
          <w:smallCaps w:val="0"/>
          <w:strike w:val="0"/>
          <w:color w:val="000000"/>
          <w:u w:val="none"/>
        </w:rPr>
        <w:t xml:space="preserve"> </w:t>
      </w:r>
      <w:r>
        <w:rPr>
          <w:b w:val="0"/>
          <w:i w:val="0"/>
          <w:smallCaps w:val="0"/>
          <w:strike w:val="0"/>
          <w:color w:val="000000"/>
          <w:u w:val="single"/>
        </w:rPr>
        <w:t>has a</w:t>
      </w:r>
      <w:r>
        <w:rPr>
          <w:b w:val="0"/>
          <w:i w:val="0"/>
          <w:smallCaps w:val="0"/>
          <w:strike w:val="0"/>
          <w:color w:val="000000"/>
          <w:u w:val="none"/>
        </w:rPr>
        <w:t xml:space="preserve"> </w:t>
      </w:r>
      <w:r>
        <w:rPr>
          <w:b w:val="0"/>
          <w:i w:val="0"/>
          <w:smallCaps w:val="0"/>
          <w:strike w:val="0"/>
          <w:color w:val="000000"/>
          <w:u w:val="single"/>
        </w:rPr>
        <w:t>culture, and a flavor, and a</w:t>
      </w:r>
      <w:r>
        <w:rPr>
          <w:b w:val="0"/>
          <w:i w:val="0"/>
          <w:smallCaps w:val="0"/>
          <w:strike w:val="0"/>
          <w:color w:val="000000"/>
          <w:u w:val="none"/>
        </w:rPr>
        <w:t xml:space="preserve"> </w:t>
      </w:r>
      <w:r>
        <w:rPr>
          <w:b/>
          <w:i w:val="0"/>
          <w:smallCaps w:val="0"/>
          <w:strike w:val="0"/>
          <w:color w:val="000000"/>
          <w:u w:val="single"/>
        </w:rPr>
        <w:t>social impact</w:t>
      </w:r>
      <w:r>
        <w:rPr>
          <w:b w:val="0"/>
          <w:i w:val="0"/>
          <w:smallCaps w:val="0"/>
          <w:strike w:val="0"/>
          <w:color w:val="000000"/>
          <w:u w:val="single"/>
        </w:rPr>
        <w:t>. It still</w:t>
      </w:r>
      <w:r>
        <w:rPr>
          <w:b w:val="0"/>
          <w:i w:val="0"/>
          <w:smallCaps w:val="0"/>
          <w:strike w:val="0"/>
          <w:color w:val="000000"/>
          <w:u w:val="none"/>
        </w:rPr>
        <w:t xml:space="preserve"> </w:t>
      </w:r>
      <w:r>
        <w:rPr>
          <w:b/>
          <w:i w:val="0"/>
          <w:smallCaps w:val="0"/>
          <w:strike w:val="0"/>
          <w:color w:val="000000"/>
          <w:u w:val="single"/>
        </w:rPr>
        <w:t>supports some political expressions and doesn’t [not] support others</w:t>
      </w:r>
      <w:r>
        <w:rPr>
          <w:b w:val="0"/>
          <w:i w:val="0"/>
          <w:smallCaps w:val="0"/>
          <w:strike w:val="0"/>
          <w:color w:val="000000"/>
          <w:u w:val="single"/>
        </w:rPr>
        <w:t>. Believing something is “apolitical” is like believing that “secular” or “science” is not a belief system. Secularity is just another belief system, just as</w:t>
      </w:r>
      <w:r>
        <w:rPr>
          <w:b w:val="0"/>
          <w:i w:val="0"/>
          <w:smallCaps w:val="0"/>
          <w:strike w:val="0"/>
          <w:color w:val="000000"/>
          <w:u w:val="none"/>
        </w:rPr>
        <w:t xml:space="preserve"> </w:t>
      </w:r>
      <w:r>
        <w:rPr>
          <w:b/>
          <w:i w:val="0"/>
          <w:smallCaps w:val="0"/>
          <w:strike w:val="0"/>
          <w:color w:val="000000"/>
          <w:u w:val="single"/>
        </w:rPr>
        <w:t>“apolitical” is just another politics</w:t>
      </w:r>
      <w:r>
        <w:rPr>
          <w:b w:val="0"/>
          <w:i w:val="0"/>
          <w:smallCaps w:val="0"/>
          <w:strike w:val="0"/>
          <w:color w:val="000000"/>
          <w:u w:val="single"/>
        </w:rPr>
        <w:t>. Politics can’t be removed from the operation of humans together</w:t>
      </w:r>
      <w:r>
        <w:rPr>
          <w:b w:val="0"/>
          <w:i w:val="0"/>
          <w:smallCaps w:val="0"/>
          <w:strike w:val="0"/>
          <w:color w:val="000000"/>
          <w:u w:val="none"/>
        </w:rPr>
        <w:t xml:space="preserve">. </w:t>
      </w:r>
      <w:r>
        <w:rPr>
          <w:b w:val="0"/>
          <w:i w:val="0"/>
          <w:smallCaps w:val="0"/>
          <w:strike w:val="0"/>
          <w:color w:val="000000"/>
          <w:u w:val="single"/>
        </w:rPr>
        <w:t>More specifically, the politics of “apolitical” here and now, as we approach</w:t>
      </w:r>
      <w:r>
        <w:rPr>
          <w:b w:val="0"/>
          <w:i w:val="0"/>
          <w:smallCaps w:val="0"/>
          <w:strike w:val="0"/>
          <w:color w:val="000000"/>
          <w:u w:val="none"/>
        </w:rPr>
        <w:t xml:space="preserve"> </w:t>
      </w:r>
      <w:r>
        <w:rPr>
          <w:b w:val="0"/>
          <w:i w:val="0"/>
          <w:smallCaps w:val="0"/>
          <w:strike w:val="0"/>
          <w:color w:val="000000"/>
          <w:u w:val="single"/>
        </w:rPr>
        <w:t>the inauguration of</w:t>
      </w:r>
      <w:r>
        <w:rPr>
          <w:b w:val="0"/>
          <w:i w:val="0"/>
          <w:smallCaps w:val="0"/>
          <w:strike w:val="0"/>
          <w:color w:val="000000"/>
          <w:u w:val="none"/>
        </w:rPr>
        <w:t xml:space="preserve"> Donald </w:t>
      </w:r>
      <w:r>
        <w:rPr>
          <w:b w:val="0"/>
          <w:i w:val="0"/>
          <w:smallCaps w:val="0"/>
          <w:strike w:val="0"/>
          <w:color w:val="000000"/>
          <w:u w:val="single"/>
        </w:rPr>
        <w:t>Trump</w:t>
      </w:r>
      <w:r>
        <w:rPr>
          <w:b w:val="0"/>
          <w:i w:val="0"/>
          <w:smallCaps w:val="0"/>
          <w:strike w:val="0"/>
          <w:color w:val="000000"/>
          <w:u w:val="single"/>
        </w:rPr>
        <w:t>, is</w:t>
      </w:r>
      <w:r>
        <w:rPr>
          <w:b w:val="0"/>
          <w:i w:val="0"/>
          <w:smallCaps w:val="0"/>
          <w:strike w:val="0"/>
          <w:color w:val="000000"/>
          <w:u w:val="none"/>
        </w:rPr>
        <w:t xml:space="preserve"> </w:t>
      </w:r>
      <w:r>
        <w:rPr>
          <w:b/>
          <w:i w:val="0"/>
          <w:smallCaps w:val="0"/>
          <w:strike w:val="0"/>
          <w:color w:val="000000"/>
          <w:u w:val="single"/>
        </w:rPr>
        <w:t>very clear</w:t>
      </w:r>
      <w:r>
        <w:rPr>
          <w:b w:val="0"/>
          <w:i w:val="0"/>
          <w:smallCaps w:val="0"/>
          <w:strike w:val="0"/>
          <w:color w:val="000000"/>
          <w:u w:val="single"/>
        </w:rPr>
        <w:t>. Expressing the</w:t>
      </w:r>
      <w:r>
        <w:rPr>
          <w:b w:val="0"/>
          <w:i w:val="0"/>
          <w:smallCaps w:val="0"/>
          <w:strike w:val="0"/>
          <w:color w:val="000000"/>
          <w:u w:val="none"/>
        </w:rPr>
        <w:t xml:space="preserve"> </w:t>
      </w:r>
      <w:r>
        <w:rPr>
          <w:b/>
          <w:i w:val="0"/>
          <w:smallCaps w:val="0"/>
          <w:strike w:val="0"/>
          <w:color w:val="000000"/>
          <w:u w:val="single"/>
        </w:rPr>
        <w:t>value of</w:t>
      </w:r>
      <w:r>
        <w:rPr>
          <w:b w:val="0"/>
          <w:i w:val="0"/>
          <w:smallCaps w:val="0"/>
          <w:strike w:val="0"/>
          <w:color w:val="000000"/>
          <w:u w:val="none"/>
        </w:rPr>
        <w:t xml:space="preserve"> </w:t>
      </w:r>
      <w:r>
        <w:rPr>
          <w:b/>
          <w:i w:val="0"/>
          <w:smallCaps w:val="0"/>
          <w:strike w:val="0"/>
          <w:color w:val="000000"/>
          <w:u w:val="single"/>
        </w:rPr>
        <w:t>“apolitical”</w:t>
      </w:r>
      <w:r>
        <w:rPr>
          <w:b w:val="0"/>
          <w:i w:val="0"/>
          <w:smallCaps w:val="0"/>
          <w:strike w:val="0"/>
          <w:color w:val="000000"/>
          <w:u w:val="none"/>
        </w:rPr>
        <w:t xml:space="preserve"> </w:t>
      </w:r>
      <w:r>
        <w:rPr>
          <w:b w:val="0"/>
          <w:i w:val="0"/>
          <w:smallCaps w:val="0"/>
          <w:strike w:val="0"/>
          <w:color w:val="000000"/>
          <w:u w:val="single"/>
        </w:rPr>
        <w:t>is</w:t>
      </w:r>
      <w:r>
        <w:rPr>
          <w:b w:val="0"/>
          <w:i w:val="0"/>
          <w:smallCaps w:val="0"/>
          <w:strike w:val="0"/>
          <w:color w:val="000000"/>
          <w:u w:val="none"/>
        </w:rPr>
        <w:t xml:space="preserve"> </w:t>
      </w:r>
      <w:r>
        <w:rPr>
          <w:b w:val="0"/>
          <w:i w:val="0"/>
          <w:smallCaps w:val="0"/>
          <w:strike w:val="0"/>
          <w:color w:val="000000"/>
          <w:u w:val="single"/>
        </w:rPr>
        <w:t>an</w:t>
      </w:r>
      <w:r>
        <w:rPr>
          <w:b w:val="0"/>
          <w:i w:val="0"/>
          <w:smallCaps w:val="0"/>
          <w:strike w:val="0"/>
          <w:color w:val="000000"/>
          <w:u w:val="none"/>
        </w:rPr>
        <w:t xml:space="preserve"> </w:t>
      </w:r>
      <w:r>
        <w:rPr>
          <w:b/>
          <w:i w:val="0"/>
          <w:smallCaps w:val="0"/>
          <w:strike w:val="0"/>
          <w:color w:val="000000"/>
          <w:u w:val="single"/>
        </w:rPr>
        <w:t>active politics of</w:t>
      </w:r>
      <w:r>
        <w:rPr>
          <w:b w:val="0"/>
          <w:i w:val="0"/>
          <w:smallCaps w:val="0"/>
          <w:strike w:val="0"/>
          <w:color w:val="000000"/>
          <w:u w:val="none"/>
        </w:rPr>
        <w:t xml:space="preserve"> </w:t>
      </w:r>
      <w:r>
        <w:rPr>
          <w:b/>
          <w:i w:val="0"/>
          <w:smallCaps w:val="0"/>
          <w:strike w:val="0"/>
          <w:color w:val="000000"/>
          <w:u w:val="single"/>
        </w:rPr>
        <w:t>complacency</w:t>
      </w:r>
      <w:r>
        <w:rPr>
          <w:b w:val="0"/>
          <w:i w:val="0"/>
          <w:smallCaps w:val="0"/>
          <w:strike w:val="0"/>
          <w:color w:val="000000"/>
          <w:u w:val="none"/>
        </w:rPr>
        <w:t xml:space="preserve"> </w:t>
      </w:r>
      <w:r>
        <w:rPr>
          <w:b/>
          <w:i w:val="0"/>
          <w:smallCaps w:val="0"/>
          <w:strike w:val="0"/>
          <w:color w:val="000000"/>
          <w:u w:val="single"/>
        </w:rPr>
        <w:t>and complicity.</w:t>
      </w:r>
      <w:r>
        <w:rPr>
          <w:b w:val="0"/>
          <w:i w:val="0"/>
          <w:smallCaps w:val="0"/>
          <w:strike w:val="0"/>
          <w:color w:val="000000"/>
          <w:u w:val="none"/>
        </w:rPr>
        <w:t xml:space="preserve"> </w:t>
      </w:r>
      <w:r>
        <w:rPr>
          <w:b/>
          <w:i w:val="0"/>
          <w:smallCaps w:val="0"/>
          <w:strike w:val="0"/>
          <w:color w:val="000000"/>
          <w:u w:val="single"/>
        </w:rPr>
        <w:t>Who does “apolitical” benefit?</w:t>
      </w:r>
      <w:r>
        <w:rPr>
          <w:b w:val="0"/>
          <w:i w:val="0"/>
          <w:smallCaps w:val="0"/>
          <w:strike w:val="0"/>
          <w:color w:val="000000"/>
          <w:u w:val="none"/>
        </w:rPr>
        <w:t xml:space="preserve"> A friend shared Desmond Tutu’s words: </w:t>
      </w:r>
      <w:r>
        <w:rPr>
          <w:b w:val="0"/>
          <w:i w:val="0"/>
          <w:smallCaps w:val="0"/>
          <w:strike w:val="0"/>
          <w:color w:val="000000"/>
          <w:u w:val="single"/>
        </w:rPr>
        <w:t>“If you are neutral in situations of injustice, you have</w:t>
      </w:r>
      <w:r>
        <w:rPr>
          <w:b w:val="0"/>
          <w:i w:val="0"/>
          <w:smallCaps w:val="0"/>
          <w:strike w:val="0"/>
          <w:color w:val="000000"/>
          <w:u w:val="none"/>
        </w:rPr>
        <w:t xml:space="preserve"> </w:t>
      </w:r>
      <w:r>
        <w:rPr>
          <w:b/>
          <w:i w:val="0"/>
          <w:smallCaps w:val="0"/>
          <w:strike w:val="0"/>
          <w:color w:val="000000"/>
          <w:u w:val="single"/>
        </w:rPr>
        <w:t>chosen the side of the oppressor</w:t>
      </w:r>
      <w:r>
        <w:rPr>
          <w:b w:val="0"/>
          <w:i w:val="0"/>
          <w:smallCaps w:val="0"/>
          <w:strike w:val="0"/>
          <w:color w:val="000000"/>
          <w:u w:val="single"/>
        </w:rPr>
        <w:t>. If an elephant has its foot on the tail of a mouse and you say that you are neutral, the mouse will not appreciate your neutrality.”</w:t>
      </w:r>
      <w:r>
        <w:rPr>
          <w:b w:val="0"/>
          <w:i w:val="0"/>
          <w:smallCaps w:val="0"/>
          <w:strike w:val="0"/>
          <w:color w:val="000000"/>
          <w:u w:val="none"/>
        </w:rPr>
        <w:t xml:space="preserve"> My friends who advocate for apolitical Buddhism ask with such sincerity: “Why do you have to take sides? That just alienates people! Why not just love and accept everyone equally? goes the mouse. go its tiny bones. Anyway, here are the versions of “Buddism is apolitical,” helpfully annonated with how they are nonsense: 1) Emptiness The idea: Remember item #1 above, how no idea, no thought, even remotely touches “reality”? Being “apolitical” is closer to emptiness than is having a political view. Why? Having some political view is obviously one of those inherently false views. It’s actually worse – it’s a bunch of layers of views, starting from the most basic one of “there is something” and then adding lots of even further deluded layers of “there should be something else,” etc. These views from their most basic to their most elaborate are completely deluded, have no reference to any kind of actual world. So let it go, man! Buddhism doesn’t get into that stuff. In a more memorable quip, someone dismissed my political and social justice concerns as “Much ado about emptiness.” . Why it’s nonsense: A) </w:t>
      </w:r>
      <w:r>
        <w:rPr>
          <w:b w:val="0"/>
          <w:i w:val="0"/>
          <w:smallCaps w:val="0"/>
          <w:strike w:val="0"/>
          <w:color w:val="000000"/>
          <w:u w:val="single"/>
        </w:rPr>
        <w:t>The idea that no-view is</w:t>
      </w:r>
      <w:r>
        <w:rPr>
          <w:b w:val="0"/>
          <w:i w:val="0"/>
          <w:smallCaps w:val="0"/>
          <w:strike w:val="0"/>
          <w:color w:val="000000"/>
          <w:u w:val="none"/>
        </w:rPr>
        <w:t xml:space="preserve"> </w:t>
      </w:r>
      <w:r>
        <w:rPr>
          <w:b w:val="0"/>
          <w:i w:val="0"/>
          <w:smallCaps w:val="0"/>
          <w:strike w:val="0"/>
          <w:color w:val="000000"/>
          <w:u w:val="single"/>
        </w:rPr>
        <w:t>closer to</w:t>
      </w:r>
      <w:r>
        <w:rPr>
          <w:b w:val="0"/>
          <w:i w:val="0"/>
          <w:smallCaps w:val="0"/>
          <w:strike w:val="0"/>
          <w:color w:val="000000"/>
          <w:u w:val="none"/>
        </w:rPr>
        <w:t xml:space="preserve"> </w:t>
      </w:r>
      <w:r>
        <w:rPr>
          <w:b w:val="0"/>
          <w:i w:val="0"/>
          <w:smallCaps w:val="0"/>
          <w:strike w:val="0"/>
          <w:color w:val="000000"/>
          <w:u w:val="single"/>
        </w:rPr>
        <w:t>emptiness</w:t>
      </w:r>
      <w:r>
        <w:rPr>
          <w:b w:val="0"/>
          <w:i w:val="0"/>
          <w:smallCaps w:val="0"/>
          <w:strike w:val="0"/>
          <w:color w:val="000000"/>
          <w:u w:val="none"/>
        </w:rPr>
        <w:t xml:space="preserve"> </w:t>
      </w:r>
      <w:r>
        <w:rPr>
          <w:b w:val="0"/>
          <w:i w:val="0"/>
          <w:smallCaps w:val="0"/>
          <w:strike w:val="0"/>
          <w:color w:val="000000"/>
          <w:u w:val="single"/>
        </w:rPr>
        <w:t>than a-view</w:t>
      </w:r>
      <w:r>
        <w:rPr>
          <w:b w:val="0"/>
          <w:i w:val="0"/>
          <w:smallCaps w:val="0"/>
          <w:strike w:val="0"/>
          <w:color w:val="000000"/>
          <w:u w:val="none"/>
        </w:rPr>
        <w:t xml:space="preserve"> </w:t>
      </w:r>
      <w:r>
        <w:rPr>
          <w:b/>
          <w:i w:val="0"/>
          <w:smallCaps w:val="0"/>
          <w:strike w:val="0"/>
          <w:color w:val="000000"/>
          <w:u w:val="single"/>
        </w:rPr>
        <w:t>misses</w:t>
      </w:r>
      <w:r>
        <w:rPr>
          <w:b w:val="0"/>
          <w:i w:val="0"/>
          <w:smallCaps w:val="0"/>
          <w:strike w:val="0"/>
          <w:color w:val="000000"/>
          <w:u w:val="none"/>
        </w:rPr>
        <w:t xml:space="preserve"> </w:t>
      </w:r>
      <w:r>
        <w:rPr>
          <w:b/>
          <w:i w:val="0"/>
          <w:smallCaps w:val="0"/>
          <w:strike w:val="0"/>
          <w:color w:val="000000"/>
          <w:u w:val="single"/>
        </w:rPr>
        <w:t>entirely</w:t>
      </w:r>
      <w:r>
        <w:rPr>
          <w:b w:val="0"/>
          <w:i w:val="0"/>
          <w:smallCaps w:val="0"/>
          <w:strike w:val="0"/>
          <w:color w:val="000000"/>
          <w:u w:val="none"/>
        </w:rPr>
        <w:t xml:space="preserve"> </w:t>
      </w:r>
      <w:r>
        <w:rPr>
          <w:b/>
          <w:i w:val="0"/>
          <w:smallCaps w:val="0"/>
          <w:strike w:val="0"/>
          <w:color w:val="000000"/>
          <w:u w:val="single"/>
        </w:rPr>
        <w:t>the point</w:t>
      </w:r>
      <w:r>
        <w:rPr>
          <w:b w:val="0"/>
          <w:i w:val="0"/>
          <w:smallCaps w:val="0"/>
          <w:strike w:val="0"/>
          <w:color w:val="000000"/>
          <w:u w:val="none"/>
        </w:rPr>
        <w:t xml:space="preserve"> </w:t>
      </w:r>
      <w:r>
        <w:rPr>
          <w:b/>
          <w:i w:val="0"/>
          <w:smallCaps w:val="0"/>
          <w:strike w:val="0"/>
          <w:color w:val="000000"/>
          <w:u w:val="single"/>
        </w:rPr>
        <w:t>of emptiness</w:t>
      </w:r>
      <w:r>
        <w:rPr>
          <w:b w:val="0"/>
          <w:i w:val="0"/>
          <w:smallCaps w:val="0"/>
          <w:strike w:val="0"/>
          <w:color w:val="000000"/>
          <w:u w:val="single"/>
        </w:rPr>
        <w:t>. “No view” is</w:t>
      </w:r>
      <w:r>
        <w:rPr>
          <w:b w:val="0"/>
          <w:i w:val="0"/>
          <w:smallCaps w:val="0"/>
          <w:strike w:val="0"/>
          <w:color w:val="000000"/>
          <w:u w:val="none"/>
        </w:rPr>
        <w:t xml:space="preserve"> </w:t>
      </w:r>
      <w:r>
        <w:rPr>
          <w:b/>
          <w:i w:val="0"/>
          <w:smallCaps w:val="0"/>
          <w:strike w:val="0"/>
          <w:color w:val="000000"/>
          <w:u w:val="single"/>
        </w:rPr>
        <w:t>just another view</w:t>
      </w:r>
      <w:r>
        <w:rPr>
          <w:b w:val="0"/>
          <w:i w:val="0"/>
          <w:smallCaps w:val="0"/>
          <w:strike w:val="0"/>
          <w:color w:val="000000"/>
          <w:u w:val="none"/>
        </w:rPr>
        <w:t xml:space="preserve"> </w:t>
      </w:r>
      <w:r>
        <w:rPr>
          <w:b w:val="0"/>
          <w:i w:val="0"/>
          <w:smallCaps w:val="0"/>
          <w:strike w:val="0"/>
          <w:color w:val="000000"/>
          <w:u w:val="single"/>
        </w:rPr>
        <w:t>– you can’t get off this train with</w:t>
      </w:r>
      <w:r>
        <w:rPr>
          <w:b w:val="0"/>
          <w:i w:val="0"/>
          <w:smallCaps w:val="0"/>
          <w:strike w:val="0"/>
          <w:color w:val="000000"/>
          <w:u w:val="none"/>
        </w:rPr>
        <w:t xml:space="preserve"> </w:t>
      </w:r>
      <w:r>
        <w:rPr>
          <w:b/>
          <w:i w:val="0"/>
          <w:smallCaps w:val="0"/>
          <w:strike w:val="0"/>
          <w:color w:val="000000"/>
          <w:u w:val="single"/>
        </w:rPr>
        <w:t>any formulation</w:t>
      </w:r>
      <w:r>
        <w:rPr>
          <w:b w:val="0"/>
          <w:i w:val="0"/>
          <w:smallCaps w:val="0"/>
          <w:strike w:val="0"/>
          <w:color w:val="000000"/>
          <w:u w:val="single"/>
        </w:rPr>
        <w:t>.</w:t>
      </w:r>
      <w:r>
        <w:rPr>
          <w:b w:val="0"/>
          <w:i w:val="0"/>
          <w:smallCaps w:val="0"/>
          <w:strike w:val="0"/>
          <w:color w:val="000000"/>
          <w:u w:val="none"/>
        </w:rPr>
        <w:t xml:space="preserve"> </w:t>
      </w:r>
      <w:r>
        <w:rPr>
          <w:b w:val="0"/>
          <w:i w:val="0"/>
          <w:smallCaps w:val="0"/>
          <w:strike w:val="0"/>
          <w:color w:val="000000"/>
          <w:u w:val="single"/>
        </w:rPr>
        <w:t>You</w:t>
      </w:r>
      <w:r>
        <w:rPr>
          <w:b w:val="0"/>
          <w:i w:val="0"/>
          <w:smallCaps w:val="0"/>
          <w:strike w:val="0"/>
          <w:color w:val="000000"/>
          <w:u w:val="none"/>
        </w:rPr>
        <w:t xml:space="preserve"> </w:t>
      </w:r>
      <w:r>
        <w:rPr>
          <w:b/>
          <w:i w:val="0"/>
          <w:smallCaps w:val="0"/>
          <w:strike w:val="0"/>
          <w:color w:val="000000"/>
          <w:u w:val="single"/>
        </w:rPr>
        <w:t>don’t get closer to</w:t>
      </w:r>
      <w:r>
        <w:rPr>
          <w:b w:val="0"/>
          <w:i w:val="0"/>
          <w:smallCaps w:val="0"/>
          <w:strike w:val="0"/>
          <w:color w:val="000000"/>
          <w:u w:val="none"/>
        </w:rPr>
        <w:t xml:space="preserve"> </w:t>
      </w:r>
      <w:r>
        <w:rPr>
          <w:b/>
          <w:i w:val="0"/>
          <w:smallCaps w:val="0"/>
          <w:strike w:val="0"/>
          <w:color w:val="000000"/>
          <w:u w:val="single"/>
        </w:rPr>
        <w:t>or farther from</w:t>
      </w:r>
      <w:r>
        <w:rPr>
          <w:b w:val="0"/>
          <w:i w:val="0"/>
          <w:smallCaps w:val="0"/>
          <w:strike w:val="0"/>
          <w:color w:val="000000"/>
          <w:u w:val="none"/>
        </w:rPr>
        <w:t xml:space="preserve"> </w:t>
      </w:r>
      <w:r>
        <w:rPr>
          <w:b/>
          <w:i w:val="0"/>
          <w:smallCaps w:val="0"/>
          <w:strike w:val="0"/>
          <w:color w:val="000000"/>
          <w:u w:val="single"/>
        </w:rPr>
        <w:t>emptiness</w:t>
      </w:r>
      <w:r>
        <w:rPr>
          <w:b w:val="0"/>
          <w:i w:val="0"/>
          <w:smallCaps w:val="0"/>
          <w:strike w:val="0"/>
          <w:color w:val="000000"/>
          <w:u w:val="none"/>
        </w:rPr>
        <w:t xml:space="preserve">. </w:t>
      </w:r>
      <w:r>
        <w:rPr>
          <w:b w:val="0"/>
          <w:i w:val="0"/>
          <w:smallCaps w:val="0"/>
          <w:strike w:val="0"/>
          <w:color w:val="000000"/>
          <w:u w:val="single"/>
        </w:rPr>
        <w:t>In fact, sticking to emptiness – that no-view somehow gets it while a-view doesn’t get it – is</w:t>
      </w:r>
      <w:r>
        <w:rPr>
          <w:b w:val="0"/>
          <w:i w:val="0"/>
          <w:smallCaps w:val="0"/>
          <w:strike w:val="0"/>
          <w:color w:val="000000"/>
          <w:u w:val="none"/>
        </w:rPr>
        <w:t xml:space="preserve"> </w:t>
      </w:r>
      <w:r>
        <w:rPr>
          <w:b/>
          <w:i w:val="0"/>
          <w:smallCaps w:val="0"/>
          <w:strike w:val="0"/>
          <w:color w:val="000000"/>
          <w:u w:val="single"/>
        </w:rPr>
        <w:t>not just wrong but</w:t>
      </w:r>
      <w:r>
        <w:rPr>
          <w:b w:val="0"/>
          <w:i w:val="0"/>
          <w:smallCaps w:val="0"/>
          <w:strike w:val="0"/>
          <w:color w:val="000000"/>
          <w:u w:val="none"/>
        </w:rPr>
        <w:t xml:space="preserve"> </w:t>
      </w:r>
      <w:r>
        <w:rPr>
          <w:b/>
          <w:i w:val="0"/>
          <w:smallCaps w:val="0"/>
          <w:strike w:val="0"/>
          <w:color w:val="000000"/>
          <w:u w:val="single"/>
        </w:rPr>
        <w:t>is</w:t>
      </w:r>
      <w:r>
        <w:rPr>
          <w:b w:val="0"/>
          <w:i w:val="0"/>
          <w:smallCaps w:val="0"/>
          <w:strike w:val="0"/>
          <w:color w:val="000000"/>
          <w:u w:val="none"/>
        </w:rPr>
        <w:t xml:space="preserve"> </w:t>
      </w:r>
      <w:r>
        <w:rPr>
          <w:b/>
          <w:i w:val="0"/>
          <w:smallCaps w:val="0"/>
          <w:strike w:val="0"/>
          <w:color w:val="000000"/>
          <w:u w:val="single"/>
        </w:rPr>
        <w:t>a</w:t>
      </w:r>
      <w:r>
        <w:rPr>
          <w:b w:val="0"/>
          <w:i w:val="0"/>
          <w:smallCaps w:val="0"/>
          <w:strike w:val="0"/>
          <w:color w:val="000000"/>
          <w:u w:val="none"/>
        </w:rPr>
        <w:t xml:space="preserve"> </w:t>
      </w:r>
      <w:r>
        <w:rPr>
          <w:b/>
          <w:i w:val="0"/>
          <w:smallCaps w:val="0"/>
          <w:strike w:val="0"/>
          <w:color w:val="000000"/>
          <w:u w:val="single"/>
        </w:rPr>
        <w:t>deep Dharma sickness</w:t>
      </w:r>
      <w:r>
        <w:rPr>
          <w:b w:val="0"/>
          <w:i w:val="0"/>
          <w:smallCaps w:val="0"/>
          <w:strike w:val="0"/>
          <w:color w:val="000000"/>
          <w:u w:val="none"/>
        </w:rPr>
        <w:t xml:space="preserve">. As Yunmen says, </w:t>
      </w:r>
      <w:r>
        <w:rPr>
          <w:b w:val="0"/>
          <w:i w:val="0"/>
          <w:smallCaps w:val="0"/>
          <w:strike w:val="0"/>
          <w:color w:val="000000"/>
          <w:u w:val="single"/>
        </w:rPr>
        <w:t>it’s better to have a whole mountain of views of “existence” than just a particle of view of “nonexistence.”</w:t>
      </w:r>
      <w:r>
        <w:rPr>
          <w:b w:val="0"/>
          <w:i w:val="0"/>
          <w:smallCaps w:val="0"/>
          <w:strike w:val="0"/>
          <w:color w:val="000000"/>
          <w:u w:val="none"/>
        </w:rPr>
        <w:t xml:space="preserve"> But more to the point, B), </w:t>
      </w:r>
      <w:r>
        <w:rPr>
          <w:b w:val="0"/>
          <w:i w:val="0"/>
          <w:smallCaps w:val="0"/>
          <w:strike w:val="0"/>
          <w:color w:val="000000"/>
          <w:u w:val="single"/>
        </w:rPr>
        <w:t>is</w:t>
      </w:r>
      <w:r>
        <w:rPr>
          <w:b w:val="0"/>
          <w:i w:val="0"/>
          <w:smallCaps w:val="0"/>
          <w:strike w:val="0"/>
          <w:color w:val="000000"/>
          <w:u w:val="none"/>
        </w:rPr>
        <w:t xml:space="preserve"> just #2 above – Precepts. The bleeding dead bird of thinking Emptiness is a complete teaching. </w:t>
      </w:r>
      <w:r>
        <w:rPr>
          <w:b w:val="0"/>
          <w:i w:val="0"/>
          <w:smallCaps w:val="0"/>
          <w:strike w:val="0"/>
          <w:color w:val="000000"/>
          <w:u w:val="single"/>
        </w:rPr>
        <w:t>“Much ado about emptiness.”</w:t>
      </w:r>
      <w:r>
        <w:rPr>
          <w:b w:val="0"/>
          <w:i w:val="0"/>
          <w:smallCaps w:val="0"/>
          <w:strike w:val="0"/>
          <w:color w:val="000000"/>
          <w:u w:val="none"/>
        </w:rPr>
        <w:t xml:space="preserve"> </w:t>
      </w:r>
      <w:r>
        <w:rPr>
          <w:b/>
          <w:i w:val="0"/>
          <w:smallCaps w:val="0"/>
          <w:strike w:val="0"/>
          <w:color w:val="000000"/>
          <w:u w:val="single"/>
        </w:rPr>
        <w:t>Easy to say about other people’s suffering</w:t>
      </w:r>
      <w:r>
        <w:rPr>
          <w:b w:val="0"/>
          <w:i w:val="0"/>
          <w:smallCaps w:val="0"/>
          <w:strike w:val="0"/>
          <w:color w:val="000000"/>
          <w:u w:val="single"/>
        </w:rPr>
        <w:t>.</w:t>
      </w:r>
      <w:r>
        <w:rPr>
          <w:b w:val="0"/>
          <w:i w:val="0"/>
          <w:smallCaps w:val="0"/>
          <w:strike w:val="0"/>
          <w:color w:val="000000"/>
          <w:u w:val="none"/>
        </w:rPr>
        <w:t xml:space="preserve"> </w:t>
      </w:r>
      <w:r>
        <w:rPr>
          <w:b w:val="0"/>
          <w:i w:val="0"/>
          <w:smallCaps w:val="0"/>
          <w:strike w:val="0"/>
          <w:color w:val="000000"/>
          <w:u w:val="single"/>
        </w:rPr>
        <w:t>So</w:t>
      </w:r>
      <w:r>
        <w:rPr>
          <w:b w:val="0"/>
          <w:i w:val="0"/>
          <w:smallCaps w:val="0"/>
          <w:strike w:val="0"/>
          <w:color w:val="000000"/>
          <w:u w:val="none"/>
        </w:rPr>
        <w:t xml:space="preserve"> it’s best not to say it. In fact, </w:t>
      </w:r>
      <w:r>
        <w:rPr>
          <w:b/>
          <w:i w:val="0"/>
          <w:smallCaps w:val="0"/>
          <w:strike w:val="0"/>
          <w:color w:val="000000"/>
          <w:u w:val="single"/>
        </w:rPr>
        <w:t>never say it like that.</w:t>
      </w:r>
      <w:r>
        <w:rPr>
          <w:b w:val="0"/>
          <w:i w:val="0"/>
          <w:smallCaps w:val="0"/>
          <w:strike w:val="0"/>
          <w:color w:val="000000"/>
          <w:u w:val="none"/>
        </w:rPr>
        <w:t xml:space="preserve"> </w:t>
      </w:r>
      <w:r>
        <w:rPr>
          <w:b w:val="0"/>
          <w:i w:val="0"/>
          <w:smallCaps w:val="0"/>
          <w:strike w:val="0"/>
          <w:color w:val="000000"/>
          <w:u w:val="single"/>
        </w:rPr>
        <w:t>We know it, we know the deep ground, but the</w:t>
      </w:r>
      <w:r>
        <w:rPr>
          <w:b w:val="0"/>
          <w:i w:val="0"/>
          <w:smallCaps w:val="0"/>
          <w:strike w:val="0"/>
          <w:color w:val="000000"/>
          <w:u w:val="none"/>
        </w:rPr>
        <w:t xml:space="preserve"> </w:t>
      </w:r>
      <w:r>
        <w:rPr>
          <w:b/>
          <w:i w:val="0"/>
          <w:smallCaps w:val="0"/>
          <w:strike w:val="0"/>
          <w:color w:val="000000"/>
          <w:u w:val="single"/>
        </w:rPr>
        <w:t>activity</w:t>
      </w:r>
      <w:r>
        <w:rPr>
          <w:b w:val="0"/>
          <w:i w:val="0"/>
          <w:smallCaps w:val="0"/>
          <w:strike w:val="0"/>
          <w:color w:val="000000"/>
          <w:u w:val="none"/>
        </w:rPr>
        <w:t xml:space="preserve"> </w:t>
      </w:r>
      <w:r>
        <w:rPr>
          <w:b w:val="0"/>
          <w:i w:val="0"/>
          <w:smallCaps w:val="0"/>
          <w:strike w:val="0"/>
          <w:color w:val="000000"/>
          <w:u w:val="single"/>
        </w:rPr>
        <w:t>is</w:t>
      </w:r>
      <w:r>
        <w:rPr>
          <w:b w:val="0"/>
          <w:i w:val="0"/>
          <w:smallCaps w:val="0"/>
          <w:strike w:val="0"/>
          <w:color w:val="000000"/>
          <w:u w:val="none"/>
        </w:rPr>
        <w:t xml:space="preserve"> </w:t>
      </w:r>
      <w:r>
        <w:rPr>
          <w:b/>
          <w:i w:val="0"/>
          <w:smallCaps w:val="0"/>
          <w:strike w:val="0"/>
          <w:color w:val="000000"/>
          <w:u w:val="single"/>
        </w:rPr>
        <w:t>compassion</w:t>
      </w:r>
      <w:r>
        <w:rPr>
          <w:b w:val="0"/>
          <w:i w:val="0"/>
          <w:smallCaps w:val="0"/>
          <w:strike w:val="0"/>
          <w:color w:val="000000"/>
          <w:u w:val="single"/>
        </w:rPr>
        <w:t>,</w:t>
      </w:r>
      <w:r>
        <w:rPr>
          <w:b w:val="0"/>
          <w:i w:val="0"/>
          <w:smallCaps w:val="0"/>
          <w:strike w:val="0"/>
          <w:color w:val="000000"/>
          <w:u w:val="none"/>
        </w:rPr>
        <w:t xml:space="preserve"> </w:t>
      </w:r>
      <w:r>
        <w:rPr>
          <w:b/>
          <w:i w:val="0"/>
          <w:smallCaps w:val="0"/>
          <w:strike w:val="0"/>
          <w:color w:val="000000"/>
          <w:u w:val="single"/>
        </w:rPr>
        <w:t>relation</w:t>
      </w:r>
      <w:r>
        <w:rPr>
          <w:b w:val="0"/>
          <w:i w:val="0"/>
          <w:smallCaps w:val="0"/>
          <w:strike w:val="0"/>
          <w:color w:val="000000"/>
          <w:u w:val="single"/>
        </w:rPr>
        <w:t>, the relative deluded world of people living and dying.</w:t>
      </w:r>
      <w:r>
        <w:rPr>
          <w:b w:val="0"/>
          <w:i w:val="0"/>
          <w:smallCaps w:val="0"/>
          <w:strike w:val="0"/>
          <w:color w:val="000000"/>
          <w:u w:val="none"/>
        </w:rPr>
        <w:t xml:space="preserve"> </w:t>
      </w:r>
      <w:r>
        <w:rPr>
          <w:b w:val="0"/>
          <w:i w:val="0"/>
          <w:smallCaps w:val="0"/>
          <w:strike w:val="0"/>
          <w:color w:val="000000"/>
          <w:u w:val="single"/>
        </w:rPr>
        <w:t>Of course it’s ok for beings to suffer</w:t>
      </w:r>
      <w:r>
        <w:rPr>
          <w:b w:val="0"/>
          <w:i w:val="0"/>
          <w:smallCaps w:val="0"/>
          <w:strike w:val="0"/>
          <w:color w:val="000000"/>
          <w:u w:val="none"/>
        </w:rPr>
        <w:t xml:space="preserve"> </w:t>
      </w:r>
      <w:r>
        <w:rPr>
          <w:b w:val="0"/>
          <w:i w:val="0"/>
          <w:smallCaps w:val="0"/>
          <w:strike w:val="0"/>
          <w:color w:val="000000"/>
          <w:u w:val="single"/>
        </w:rPr>
        <w:t>and indeed the whole world to die. That’s the fearlessness of the emptiness side</w:t>
      </w:r>
      <w:r>
        <w:rPr>
          <w:b w:val="0"/>
          <w:i w:val="0"/>
          <w:smallCaps w:val="0"/>
          <w:strike w:val="0"/>
          <w:color w:val="000000"/>
          <w:u w:val="none"/>
        </w:rPr>
        <w:t xml:space="preserve"> – I know completely that there never has been a “world” anything like what I thought, and even my views of “living and dying” don’t capture it in the least. </w:t>
      </w:r>
      <w:r>
        <w:rPr>
          <w:b w:val="0"/>
          <w:i w:val="0"/>
          <w:smallCaps w:val="0"/>
          <w:strike w:val="0"/>
          <w:color w:val="000000"/>
          <w:u w:val="single"/>
        </w:rPr>
        <w:t>But we</w:t>
      </w:r>
      <w:r>
        <w:rPr>
          <w:b w:val="0"/>
          <w:i w:val="0"/>
          <w:smallCaps w:val="0"/>
          <w:strike w:val="0"/>
          <w:color w:val="000000"/>
          <w:u w:val="none"/>
        </w:rPr>
        <w:t xml:space="preserve"> </w:t>
      </w:r>
      <w:r>
        <w:rPr>
          <w:b/>
          <w:i w:val="0"/>
          <w:smallCaps w:val="0"/>
          <w:strike w:val="0"/>
          <w:color w:val="000000"/>
          <w:u w:val="single"/>
        </w:rPr>
        <w:t>act</w:t>
      </w:r>
      <w:r>
        <w:rPr>
          <w:b w:val="0"/>
          <w:i w:val="0"/>
          <w:smallCaps w:val="0"/>
          <w:strike w:val="0"/>
          <w:color w:val="000000"/>
          <w:u w:val="none"/>
        </w:rPr>
        <w:t xml:space="preserve"> </w:t>
      </w:r>
      <w:r>
        <w:rPr>
          <w:b/>
          <w:i w:val="0"/>
          <w:smallCaps w:val="0"/>
          <w:strike w:val="0"/>
          <w:color w:val="000000"/>
          <w:u w:val="single"/>
        </w:rPr>
        <w:t>in the world</w:t>
      </w:r>
      <w:r>
        <w:rPr>
          <w:b w:val="0"/>
          <w:i w:val="0"/>
          <w:smallCaps w:val="0"/>
          <w:strike w:val="0"/>
          <w:color w:val="000000"/>
          <w:u w:val="none"/>
        </w:rPr>
        <w:t xml:space="preserve"> </w:t>
      </w:r>
      <w:r>
        <w:rPr>
          <w:b/>
          <w:i w:val="0"/>
          <w:smallCaps w:val="0"/>
          <w:strike w:val="0"/>
          <w:color w:val="000000"/>
          <w:u w:val="single"/>
        </w:rPr>
        <w:t>anyway</w:t>
      </w:r>
      <w:r>
        <w:rPr>
          <w:b w:val="0"/>
          <w:i w:val="0"/>
          <w:smallCaps w:val="0"/>
          <w:strike w:val="0"/>
          <w:color w:val="000000"/>
          <w:u w:val="none"/>
        </w:rPr>
        <w:t xml:space="preserve">. </w:t>
      </w:r>
      <w:r>
        <w:rPr>
          <w:b w:val="0"/>
          <w:i w:val="0"/>
          <w:smallCaps w:val="0"/>
          <w:strike w:val="0"/>
          <w:color w:val="000000"/>
          <w:u w:val="single"/>
        </w:rPr>
        <w:t>We</w:t>
      </w:r>
      <w:r>
        <w:rPr>
          <w:b w:val="0"/>
          <w:i w:val="0"/>
          <w:smallCaps w:val="0"/>
          <w:strike w:val="0"/>
          <w:color w:val="000000"/>
          <w:u w:val="none"/>
        </w:rPr>
        <w:t xml:space="preserve"> </w:t>
      </w:r>
      <w:r>
        <w:rPr>
          <w:b/>
          <w:i w:val="0"/>
          <w:smallCaps w:val="0"/>
          <w:strike w:val="0"/>
          <w:color w:val="000000"/>
          <w:u w:val="single"/>
        </w:rPr>
        <w:t>save beings in the dream</w:t>
      </w:r>
      <w:r>
        <w:rPr>
          <w:b w:val="0"/>
          <w:i w:val="0"/>
          <w:smallCaps w:val="0"/>
          <w:strike w:val="0"/>
          <w:color w:val="000000"/>
          <w:u w:val="none"/>
        </w:rPr>
        <w:t xml:space="preserve">. </w:t>
      </w:r>
      <w:r>
        <w:rPr>
          <w:b w:val="0"/>
          <w:i w:val="0"/>
          <w:smallCaps w:val="0"/>
          <w:strike w:val="0"/>
          <w:color w:val="000000"/>
          <w:u w:val="single"/>
        </w:rPr>
        <w:t>We</w:t>
      </w:r>
      <w:r>
        <w:rPr>
          <w:b w:val="0"/>
          <w:i w:val="0"/>
          <w:smallCaps w:val="0"/>
          <w:strike w:val="0"/>
          <w:color w:val="000000"/>
          <w:u w:val="none"/>
        </w:rPr>
        <w:t xml:space="preserve"> </w:t>
      </w:r>
      <w:r>
        <w:rPr>
          <w:b/>
          <w:i w:val="0"/>
          <w:smallCaps w:val="0"/>
          <w:strike w:val="0"/>
          <w:color w:val="000000"/>
          <w:u w:val="single"/>
        </w:rPr>
        <w:t>give ourselves wholeheartedly</w:t>
      </w:r>
      <w:r>
        <w:rPr>
          <w:b w:val="0"/>
          <w:i w:val="0"/>
          <w:smallCaps w:val="0"/>
          <w:strike w:val="0"/>
          <w:color w:val="000000"/>
          <w:u w:val="none"/>
        </w:rPr>
        <w:t xml:space="preserve"> </w:t>
      </w:r>
      <w:r>
        <w:rPr>
          <w:b w:val="0"/>
          <w:i w:val="0"/>
          <w:smallCaps w:val="0"/>
          <w:strike w:val="0"/>
          <w:color w:val="000000"/>
          <w:u w:val="single"/>
        </w:rPr>
        <w:t>to the welfare of others. That’s not “much ado about emptiness” – that’s</w:t>
      </w:r>
      <w:r>
        <w:rPr>
          <w:b w:val="0"/>
          <w:i w:val="0"/>
          <w:smallCaps w:val="0"/>
          <w:strike w:val="0"/>
          <w:color w:val="000000"/>
          <w:u w:val="none"/>
        </w:rPr>
        <w:t xml:space="preserve"> </w:t>
      </w:r>
      <w:r>
        <w:rPr>
          <w:b/>
          <w:i w:val="0"/>
          <w:smallCaps w:val="0"/>
          <w:strike w:val="0"/>
          <w:color w:val="000000"/>
          <w:u w:val="single"/>
        </w:rPr>
        <w:t>actual Bodhisattva practice</w:t>
      </w:r>
      <w:r>
        <w:rPr>
          <w:b w:val="0"/>
          <w:i w:val="0"/>
          <w:smallCaps w:val="0"/>
          <w:strike w:val="0"/>
          <w:color w:val="000000"/>
          <w:u w:val="single"/>
        </w:rPr>
        <w:t>. That’s the bird</w:t>
      </w:r>
      <w:r>
        <w:rPr>
          <w:b w:val="0"/>
          <w:i w:val="0"/>
          <w:smallCaps w:val="0"/>
          <w:strike w:val="0"/>
          <w:color w:val="000000"/>
          <w:u w:val="none"/>
        </w:rPr>
        <w:t xml:space="preserve">, now </w:t>
      </w:r>
      <w:r>
        <w:rPr>
          <w:b w:val="0"/>
          <w:i w:val="0"/>
          <w:smallCaps w:val="0"/>
          <w:strike w:val="0"/>
          <w:color w:val="000000"/>
          <w:u w:val="single"/>
        </w:rPr>
        <w:t>flying off with some water in its beak to put out the forest fire.</w:t>
      </w:r>
      <w:r>
        <w:rPr>
          <w:b w:val="0"/>
          <w:i w:val="0"/>
          <w:smallCaps w:val="0"/>
          <w:strike w:val="0"/>
          <w:color w:val="000000"/>
          <w:u w:val="none"/>
        </w:rPr>
        <w:t xml:space="preserve"> </w:t>
      </w:r>
      <w:r>
        <w:rPr>
          <w:b w:val="0"/>
          <w:i w:val="0"/>
          <w:smallCaps w:val="0"/>
          <w:strike w:val="0"/>
          <w:color w:val="000000"/>
          <w:u w:val="single"/>
        </w:rPr>
        <w:t>When someone is attacking</w:t>
      </w:r>
      <w:r>
        <w:rPr>
          <w:b w:val="0"/>
          <w:i w:val="0"/>
          <w:smallCaps w:val="0"/>
          <w:strike w:val="0"/>
          <w:color w:val="000000"/>
          <w:u w:val="none"/>
        </w:rPr>
        <w:t xml:space="preserve"> our friends, or our family, or ourselves, </w:t>
      </w:r>
      <w:r>
        <w:rPr>
          <w:b w:val="0"/>
          <w:i w:val="0"/>
          <w:smallCaps w:val="0"/>
          <w:strike w:val="0"/>
          <w:color w:val="000000"/>
          <w:u w:val="single"/>
        </w:rPr>
        <w:t>we tell them to stop.</w:t>
      </w:r>
      <w:r>
        <w:rPr>
          <w:b w:val="0"/>
          <w:i w:val="0"/>
          <w:smallCaps w:val="0"/>
          <w:strike w:val="0"/>
          <w:color w:val="000000"/>
          <w:u w:val="none"/>
        </w:rPr>
        <w:t xml:space="preserve"> </w:t>
      </w:r>
      <w:r>
        <w:rPr>
          <w:b w:val="0"/>
          <w:i w:val="0"/>
          <w:smallCaps w:val="0"/>
          <w:strike w:val="0"/>
          <w:color w:val="000000"/>
          <w:u w:val="single"/>
        </w:rPr>
        <w:t>Even if that means we</w:t>
      </w:r>
      <w:r>
        <w:rPr>
          <w:b w:val="0"/>
          <w:i w:val="0"/>
          <w:smallCaps w:val="0"/>
          <w:strike w:val="0"/>
          <w:color w:val="000000"/>
          <w:u w:val="single"/>
        </w:rPr>
        <w:t>’ve now had to</w:t>
      </w:r>
      <w:r>
        <w:rPr>
          <w:b w:val="0"/>
          <w:i w:val="0"/>
          <w:smallCaps w:val="0"/>
          <w:strike w:val="0"/>
          <w:color w:val="000000"/>
          <w:u w:val="none"/>
        </w:rPr>
        <w:t xml:space="preserve"> </w:t>
      </w:r>
      <w:r>
        <w:rPr>
          <w:b w:val="0"/>
          <w:i w:val="0"/>
          <w:smallCaps w:val="0"/>
          <w:strike w:val="0"/>
          <w:color w:val="000000"/>
          <w:u w:val="single"/>
        </w:rPr>
        <w:t>let go of emptiness and descend into “</w:t>
      </w:r>
      <w:r>
        <w:rPr>
          <w:b/>
          <w:i w:val="0"/>
          <w:smallCaps w:val="0"/>
          <w:strike w:val="0"/>
          <w:color w:val="000000"/>
          <w:u w:val="single"/>
        </w:rPr>
        <w:t>politics</w:t>
      </w:r>
      <w:r>
        <w:rPr>
          <w:b w:val="0"/>
          <w:i w:val="0"/>
          <w:smallCaps w:val="0"/>
          <w:strike w:val="0"/>
          <w:color w:val="000000"/>
          <w:u w:val="single"/>
        </w:rPr>
        <w:t>.”</w:t>
      </w:r>
    </w:p>
    <w:p>
      <w:pPr>
        <w:pStyle w:val="Caption"/>
      </w:pPr>
      <w:r>
        <w:t>Source: Black Buddhism 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