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Buddhism has zero capacity to accurately describe the world</w:t>
      </w:r>
    </w:p>
    <w:p>
      <w:pPr>
        <w:spacing w:after="80"/>
      </w:pPr>
      <w:r>
        <w:rPr>
          <w:b/>
          <w:i w:val="0"/>
          <w:smallCaps w:val="0"/>
          <w:strike w:val="0"/>
          <w:color w:val="000000"/>
          <w:sz w:val="26"/>
          <w:u w:val="none"/>
        </w:rPr>
        <w:t>Crabtree 4</w:t>
      </w:r>
      <w:r>
        <w:rPr>
          <w:b w:val="0"/>
          <w:i w:val="0"/>
          <w:smallCaps w:val="0"/>
          <w:strike w:val="0"/>
          <w:color w:val="000000"/>
          <w:u w:val="none"/>
        </w:rPr>
        <w:t xml:space="preserve"> VEXEN, CRITICISMS OF BUDDHISM,</w:t>
      </w:r>
      <w:r>
        <w:rPr>
          <w:b w:val="0"/>
          <w:i w:val="0"/>
          <w:smallCaps w:val="0"/>
          <w:strike w:val="0"/>
          <w:u w:val="none"/>
        </w:rPr>
        <w:t xml:space="preserve"> </w:t>
      </w:r>
      <w:r>
        <w:rPr>
          <w:b w:val="0"/>
          <w:i w:val="0"/>
          <w:smallCaps w:val="0"/>
          <w:strike w:val="0"/>
          <w:color w:val="000000"/>
          <w:u w:val="none"/>
        </w:rPr>
        <w:t>, Vexen Crabtree commentates on religion and the world</w:t>
      </w:r>
    </w:p>
    <w:p>
      <w:pPr>
        <w:spacing w:after="60"/>
      </w:pPr>
      <w:r>
        <w:rPr>
          <w:b/>
          <w:i w:val="0"/>
          <w:smallCaps w:val="0"/>
          <w:strike w:val="0"/>
          <w:color w:val="000000"/>
          <w:u w:val="single"/>
        </w:rPr>
        <w:t>Buddhism</w:t>
      </w:r>
      <w:r>
        <w:rPr>
          <w:b w:val="0"/>
          <w:i w:val="0"/>
          <w:smallCaps w:val="0"/>
          <w:strike w:val="0"/>
          <w:color w:val="000000"/>
          <w:u w:val="none"/>
        </w:rPr>
        <w:t xml:space="preserve"> is a wonderful religion socially, participating as a principle player in all forms of global peace &amp; stability movements, very environmentally aware and an intelligent force for good in world politics. Historically it has contributed much less inhumanity to the world than have all other religions of similar stature. But </w:t>
      </w:r>
      <w:r>
        <w:rPr>
          <w:b/>
          <w:i w:val="0"/>
          <w:smallCaps w:val="0"/>
          <w:strike w:val="0"/>
          <w:color w:val="000000"/>
          <w:u w:val="single"/>
        </w:rPr>
        <w:t>its</w:t>
      </w:r>
      <w:r>
        <w:rPr>
          <w:b w:val="0"/>
          <w:i w:val="0"/>
          <w:smallCaps w:val="0"/>
          <w:strike w:val="0"/>
          <w:color w:val="000000"/>
          <w:u w:val="none"/>
        </w:rPr>
        <w:t xml:space="preserve"> </w:t>
      </w:r>
      <w:r>
        <w:rPr>
          <w:b/>
          <w:i w:val="0"/>
          <w:smallCaps w:val="0"/>
          <w:strike w:val="0"/>
          <w:color w:val="000000"/>
          <w:u w:val="single"/>
        </w:rPr>
        <w:t>greatness is limited by its own dogma and mythology</w:t>
      </w:r>
      <w:r>
        <w:rPr>
          <w:b w:val="0"/>
          <w:i w:val="0"/>
          <w:smallCaps w:val="0"/>
          <w:strike w:val="0"/>
          <w:color w:val="000000"/>
          <w:u w:val="none"/>
        </w:rPr>
        <w:t xml:space="preserve">, </w:t>
      </w:r>
      <w:r>
        <w:rPr>
          <w:b/>
          <w:i w:val="0"/>
          <w:smallCaps w:val="0"/>
          <w:strike w:val="0"/>
          <w:color w:val="000000"/>
          <w:u w:val="single"/>
        </w:rPr>
        <w:t>its psychology is too idealistic and assumptive and its self-development aspects are too specific</w:t>
      </w:r>
      <w:r>
        <w:rPr>
          <w:b w:val="0"/>
          <w:i w:val="0"/>
          <w:smallCaps w:val="0"/>
          <w:strike w:val="0"/>
          <w:color w:val="000000"/>
          <w:u w:val="none"/>
        </w:rPr>
        <w:t xml:space="preserve">. In the West </w:t>
      </w:r>
      <w:r>
        <w:rPr>
          <w:b/>
          <w:i w:val="0"/>
          <w:smallCaps w:val="0"/>
          <w:strike w:val="0"/>
          <w:color w:val="000000"/>
          <w:u w:val="single"/>
        </w:rPr>
        <w:t>Buddhism has become</w:t>
      </w:r>
      <w:r>
        <w:rPr>
          <w:b w:val="0"/>
          <w:i w:val="0"/>
          <w:smallCaps w:val="0"/>
          <w:strike w:val="0"/>
          <w:color w:val="000000"/>
          <w:u w:val="none"/>
        </w:rPr>
        <w:t xml:space="preserve"> no more than the respectable elements of New Age, merely called "Buddhism" and missing all of its main elements, </w:t>
      </w:r>
      <w:r>
        <w:rPr>
          <w:b w:val="0"/>
          <w:i w:val="0"/>
          <w:smallCaps w:val="0"/>
          <w:strike w:val="0"/>
          <w:color w:val="000000"/>
          <w:u w:val="single"/>
        </w:rPr>
        <w:t>replacing them with</w:t>
      </w:r>
      <w:r>
        <w:rPr>
          <w:b w:val="0"/>
          <w:i w:val="0"/>
          <w:smallCaps w:val="0"/>
          <w:strike w:val="0"/>
          <w:color w:val="000000"/>
          <w:u w:val="none"/>
        </w:rPr>
        <w:t xml:space="preserve"> </w:t>
      </w:r>
      <w:r>
        <w:rPr>
          <w:b/>
          <w:i w:val="0"/>
          <w:smallCaps w:val="0"/>
          <w:strike w:val="0"/>
          <w:color w:val="000000"/>
          <w:u w:val="single"/>
        </w:rPr>
        <w:t>commercialist and popularist</w:t>
      </w:r>
      <w:r>
        <w:rPr>
          <w:b w:val="0"/>
          <w:i w:val="0"/>
          <w:smallCaps w:val="0"/>
          <w:strike w:val="0"/>
          <w:color w:val="000000"/>
          <w:u w:val="none"/>
        </w:rPr>
        <w:t xml:space="preserve"> </w:t>
      </w:r>
      <w:r>
        <w:rPr>
          <w:b w:val="0"/>
          <w:i w:val="0"/>
          <w:smallCaps w:val="0"/>
          <w:strike w:val="0"/>
          <w:color w:val="000000"/>
          <w:u w:val="single"/>
        </w:rPr>
        <w:t>gimmicks</w:t>
      </w:r>
      <w:r>
        <w:rPr>
          <w:b w:val="0"/>
          <w:i w:val="0"/>
          <w:smallCaps w:val="0"/>
          <w:strike w:val="0"/>
          <w:color w:val="000000"/>
          <w:u w:val="none"/>
        </w:rPr>
        <w:t xml:space="preserve">. The London Buddhist Society and other high-brow Buddhist institutions in the West are inactive, elitist gatherings of </w:t>
      </w:r>
      <w:r>
        <w:rPr>
          <w:b/>
          <w:i w:val="0"/>
          <w:smallCaps w:val="0"/>
          <w:strike w:val="0"/>
          <w:color w:val="000000"/>
          <w:u w:val="single"/>
        </w:rPr>
        <w:t>intelligent pseudo-Buddhists</w:t>
      </w:r>
      <w:r>
        <w:rPr>
          <w:b w:val="0"/>
          <w:i w:val="0"/>
          <w:smallCaps w:val="0"/>
          <w:strike w:val="0"/>
          <w:color w:val="000000"/>
          <w:u w:val="none"/>
        </w:rPr>
        <w:t xml:space="preserve">, </w:t>
      </w:r>
      <w:r>
        <w:rPr>
          <w:b/>
          <w:i w:val="0"/>
          <w:smallCaps w:val="0"/>
          <w:strike w:val="0"/>
          <w:color w:val="000000"/>
          <w:u w:val="single"/>
        </w:rPr>
        <w:t>genuine Buddhists</w:t>
      </w:r>
      <w:r>
        <w:rPr>
          <w:b w:val="0"/>
          <w:i w:val="0"/>
          <w:smallCaps w:val="0"/>
          <w:strike w:val="0"/>
          <w:color w:val="000000"/>
          <w:u w:val="none"/>
        </w:rPr>
        <w:t xml:space="preserve"> </w:t>
      </w:r>
      <w:r>
        <w:rPr>
          <w:b w:val="0"/>
          <w:i w:val="0"/>
          <w:smallCaps w:val="0"/>
          <w:strike w:val="0"/>
          <w:color w:val="000000"/>
          <w:u w:val="single"/>
        </w:rPr>
        <w:t>in the West</w:t>
      </w:r>
      <w:r>
        <w:rPr>
          <w:b w:val="0"/>
          <w:i w:val="0"/>
          <w:smallCaps w:val="0"/>
          <w:strike w:val="0"/>
          <w:color w:val="000000"/>
          <w:u w:val="none"/>
        </w:rPr>
        <w:t xml:space="preserve"> </w:t>
      </w:r>
      <w:r>
        <w:rPr>
          <w:b/>
          <w:i w:val="0"/>
          <w:smallCaps w:val="0"/>
          <w:strike w:val="0"/>
          <w:color w:val="000000"/>
          <w:u w:val="single"/>
        </w:rPr>
        <w:t>are very hard to find.</w:t>
      </w:r>
      <w:r>
        <w:rPr>
          <w:b w:val="0"/>
          <w:i w:val="0"/>
          <w:smallCaps w:val="0"/>
          <w:strike w:val="0"/>
          <w:color w:val="000000"/>
          <w:u w:val="none"/>
        </w:rPr>
        <w:t xml:space="preserve"> </w:t>
      </w:r>
      <w:r>
        <w:rPr>
          <w:b/>
          <w:i w:val="0"/>
          <w:smallCaps w:val="0"/>
          <w:strike w:val="0"/>
          <w:color w:val="000000"/>
          <w:u w:val="single"/>
        </w:rPr>
        <w:t>The history of Buddhism is problematic.</w:t>
      </w:r>
      <w:r>
        <w:rPr>
          <w:b w:val="0"/>
          <w:i w:val="0"/>
          <w:smallCaps w:val="0"/>
          <w:strike w:val="0"/>
          <w:color w:val="000000"/>
          <w:u w:val="none"/>
        </w:rPr>
        <w:t xml:space="preserve"> It has grown from the cultural practices and beliefs from particular parts of the East and there seems to be no evidence for Buddhist beliefs. Not only that, but </w:t>
      </w:r>
      <w:r>
        <w:rPr>
          <w:b w:val="0"/>
          <w:i w:val="0"/>
          <w:smallCaps w:val="0"/>
          <w:strike w:val="0"/>
          <w:color w:val="000000"/>
          <w:u w:val="single"/>
        </w:rPr>
        <w:t>the Buddha himself lacks any evidence for his existence, apart from the fact that many varied and contradictory stories were once passed on orally for hundreds of years before being written down.</w:t>
      </w:r>
      <w:r>
        <w:rPr>
          <w:b w:val="0"/>
          <w:i w:val="0"/>
          <w:smallCaps w:val="0"/>
          <w:strike w:val="0"/>
          <w:color w:val="000000"/>
          <w:u w:val="none"/>
        </w:rPr>
        <w:t xml:space="preserve"> </w:t>
      </w:r>
      <w:r>
        <w:rPr>
          <w:b/>
          <w:i w:val="0"/>
          <w:smallCaps w:val="0"/>
          <w:strike w:val="0"/>
          <w:color w:val="000000"/>
          <w:u w:val="single"/>
        </w:rPr>
        <w:t>It is impossible to seperate fact from fable</w:t>
      </w:r>
      <w:r>
        <w:rPr>
          <w:b w:val="0"/>
          <w:i w:val="0"/>
          <w:smallCaps w:val="0"/>
          <w:strike w:val="0"/>
          <w:color w:val="000000"/>
          <w:u w:val="none"/>
        </w:rPr>
        <w:t xml:space="preserve">. Buddhist traditions all claim that through a long and accurate teacher-student lineage, their practices were those ordained by the Buddha. Yet </w:t>
      </w:r>
      <w:r>
        <w:rPr>
          <w:b/>
          <w:i w:val="0"/>
          <w:smallCaps w:val="0"/>
          <w:strike w:val="0"/>
          <w:color w:val="000000"/>
          <w:u w:val="single"/>
        </w:rPr>
        <w:t>major divisions exist between the branches</w:t>
      </w:r>
      <w:r>
        <w:rPr>
          <w:b w:val="0"/>
          <w:i w:val="0"/>
          <w:smallCaps w:val="0"/>
          <w:strike w:val="0"/>
          <w:color w:val="000000"/>
          <w:u w:val="none"/>
        </w:rPr>
        <w:t xml:space="preserve"> of Buddhism </w:t>
      </w:r>
      <w:r>
        <w:rPr>
          <w:b w:val="0"/>
          <w:i w:val="0"/>
          <w:smallCaps w:val="0"/>
          <w:strike w:val="0"/>
          <w:color w:val="000000"/>
          <w:u w:val="single"/>
        </w:rPr>
        <w:t>as to what practices are good</w:t>
      </w:r>
      <w:r>
        <w:rPr>
          <w:b w:val="0"/>
          <w:i w:val="0"/>
          <w:smallCaps w:val="0"/>
          <w:strike w:val="0"/>
          <w:color w:val="000000"/>
          <w:u w:val="none"/>
        </w:rPr>
        <w:t xml:space="preserve">, </w:t>
      </w:r>
      <w:r>
        <w:rPr>
          <w:b w:val="0"/>
          <w:i w:val="0"/>
          <w:smallCaps w:val="0"/>
          <w:strike w:val="0"/>
          <w:color w:val="000000"/>
          <w:u w:val="single"/>
        </w:rPr>
        <w:t>what are bad</w:t>
      </w:r>
      <w:r>
        <w:rPr>
          <w:b w:val="0"/>
          <w:i w:val="0"/>
          <w:smallCaps w:val="0"/>
          <w:strike w:val="0"/>
          <w:color w:val="000000"/>
          <w:u w:val="none"/>
        </w:rPr>
        <w:t xml:space="preserve">, and what the beliefs of the religion are. It is clear that </w:t>
      </w:r>
      <w:r>
        <w:rPr>
          <w:b/>
          <w:i w:val="0"/>
          <w:smallCaps w:val="0"/>
          <w:strike w:val="0"/>
          <w:color w:val="000000"/>
          <w:u w:val="single"/>
        </w:rPr>
        <w:t>with so many contradictory claims, most Buddhists must therefore be wrong</w:t>
      </w:r>
      <w:r>
        <w:rPr>
          <w:b w:val="0"/>
          <w:i w:val="0"/>
          <w:smallCaps w:val="0"/>
          <w:strike w:val="0"/>
          <w:color w:val="000000"/>
          <w:u w:val="none"/>
        </w:rPr>
        <w:t xml:space="preserve"> in their beliefs. In an age where the UN and many secular multinational organisations have more strength and much willpower, </w:t>
      </w:r>
      <w:r>
        <w:rPr>
          <w:b/>
          <w:i w:val="0"/>
          <w:smallCaps w:val="0"/>
          <w:strike w:val="0"/>
          <w:color w:val="000000"/>
          <w:u w:val="single"/>
        </w:rPr>
        <w:t>social Buddhism has passed its hey-day</w:t>
      </w:r>
      <w:r>
        <w:rPr>
          <w:b w:val="0"/>
          <w:i w:val="0"/>
          <w:smallCaps w:val="0"/>
          <w:strike w:val="0"/>
          <w:color w:val="000000"/>
          <w:u w:val="none"/>
        </w:rPr>
        <w:t xml:space="preserve"> as a useful tool of humanitarianism and global welfare. </w:t>
      </w:r>
      <w:r>
        <w:rPr>
          <w:b/>
          <w:i w:val="0"/>
          <w:smallCaps w:val="0"/>
          <w:strike w:val="0"/>
          <w:color w:val="000000"/>
          <w:u w:val="single"/>
        </w:rPr>
        <w:t>Buddhist groups could be replaced with secular organisations</w:t>
      </w:r>
      <w:r>
        <w:rPr>
          <w:b w:val="0"/>
          <w:i w:val="0"/>
          <w:smallCaps w:val="0"/>
          <w:strike w:val="0"/>
          <w:color w:val="000000"/>
          <w:u w:val="none"/>
        </w:rPr>
        <w:t xml:space="preserve"> </w:t>
      </w:r>
      <w:r>
        <w:rPr>
          <w:b w:val="0"/>
          <w:i w:val="0"/>
          <w:smallCaps w:val="0"/>
          <w:strike w:val="0"/>
          <w:color w:val="000000"/>
          <w:u w:val="single"/>
        </w:rPr>
        <w:t>with little real change</w:t>
      </w:r>
      <w:r>
        <w:rPr>
          <w:b w:val="0"/>
          <w:i w:val="0"/>
          <w:smallCaps w:val="0"/>
          <w:strike w:val="0"/>
          <w:color w:val="000000"/>
          <w:u w:val="none"/>
        </w:rPr>
        <w:t xml:space="preserve"> </w:t>
      </w:r>
      <w:r>
        <w:rPr>
          <w:b w:val="0"/>
          <w:i w:val="0"/>
          <w:smallCaps w:val="0"/>
          <w:strike w:val="0"/>
          <w:color w:val="000000"/>
          <w:u w:val="single"/>
        </w:rPr>
        <w:t>in mentality.</w:t>
      </w:r>
      <w:r>
        <w:rPr>
          <w:b w:val="0"/>
          <w:i w:val="0"/>
          <w:smallCaps w:val="0"/>
          <w:strike w:val="0"/>
          <w:color w:val="000000"/>
          <w:u w:val="none"/>
        </w:rPr>
        <w:t xml:space="preserve"> Overly mystical and too idealistic about human nature, only the world-wide social elements of Buddhism have genuine merit, </w:t>
      </w:r>
      <w:r>
        <w:rPr>
          <w:b/>
          <w:i w:val="0"/>
          <w:smallCaps w:val="0"/>
          <w:strike w:val="0"/>
          <w:color w:val="000000"/>
          <w:u w:val="single"/>
        </w:rPr>
        <w:t>the rest is yet-another self-fulfilling religion of superstition, assumptions and psuedopsychology.</w:t>
      </w:r>
    </w:p>
    <w:p>
      <w:pPr>
        <w:pStyle w:val="Caption"/>
      </w:pPr>
      <w:r>
        <w:t>Source: Black Buddhism 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