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Optimism is a </w:t>
      </w:r>
      <w:r>
        <w:rPr>
          <w:b/>
          <w:i w:val="0"/>
          <w:smallCaps w:val="0"/>
          <w:strike w:val="0"/>
          <w:sz w:val="26"/>
          <w:u w:val="single"/>
        </w:rPr>
        <w:t>farce</w:t>
      </w:r>
      <w:r>
        <w:rPr>
          <w:b/>
          <w:i w:val="0"/>
          <w:smallCaps w:val="0"/>
          <w:strike w:val="0"/>
          <w:sz w:val="26"/>
          <w:u w:val="none"/>
        </w:rPr>
        <w:t xml:space="preserve"> – lies of </w:t>
      </w:r>
      <w:r>
        <w:rPr>
          <w:b/>
          <w:i w:val="0"/>
          <w:smallCaps w:val="0"/>
          <w:strike w:val="0"/>
          <w:sz w:val="26"/>
          <w:u w:val="single"/>
        </w:rPr>
        <w:t>rediscovery</w:t>
      </w:r>
      <w:r>
        <w:rPr>
          <w:b/>
          <w:i w:val="0"/>
          <w:smallCaps w:val="0"/>
          <w:strike w:val="0"/>
          <w:sz w:val="26"/>
          <w:u w:val="none"/>
        </w:rPr>
        <w:t xml:space="preserve"> lead to a </w:t>
      </w:r>
      <w:r>
        <w:rPr>
          <w:b/>
          <w:i w:val="0"/>
          <w:smallCaps w:val="0"/>
          <w:strike w:val="0"/>
          <w:sz w:val="26"/>
          <w:u w:val="single"/>
        </w:rPr>
        <w:t>mummification</w:t>
      </w:r>
      <w:r>
        <w:rPr>
          <w:b/>
          <w:i w:val="0"/>
          <w:smallCaps w:val="0"/>
          <w:strike w:val="0"/>
          <w:sz w:val="26"/>
          <w:u w:val="none"/>
        </w:rPr>
        <w:t xml:space="preserve"> of freedom that reproduces civil society’s “emancipation” of the slave into an object if invisibility always asked to retain appeals to </w:t>
      </w:r>
      <w:r>
        <w:rPr>
          <w:b/>
          <w:i w:val="0"/>
          <w:smallCaps w:val="0"/>
          <w:strike w:val="0"/>
          <w:sz w:val="26"/>
          <w:u w:val="single"/>
        </w:rPr>
        <w:t>humanity</w:t>
      </w:r>
      <w:r>
        <w:rPr>
          <w:b/>
          <w:i w:val="0"/>
          <w:smallCaps w:val="0"/>
          <w:strike w:val="0"/>
          <w:sz w:val="26"/>
          <w:u w:val="none"/>
        </w:rPr>
        <w:t xml:space="preserve"> without any of its own.</w:t>
      </w:r>
    </w:p>
    <w:p>
      <w:pPr>
        <w:spacing w:after="80"/>
      </w:pPr>
      <w:r>
        <w:rPr>
          <w:b/>
          <w:i w:val="0"/>
          <w:smallCaps w:val="0"/>
          <w:strike w:val="0"/>
          <w:sz w:val="26"/>
          <w:u w:val="none"/>
        </w:rPr>
        <w:t xml:space="preserve">Johnson 21 </w:t>
      </w:r>
      <w:r>
        <w:rPr>
          <w:b w:val="0"/>
          <w:i w:val="0"/>
          <w:smallCaps w:val="0"/>
          <w:strike w:val="0"/>
          <w:u w:val="none"/>
        </w:rPr>
        <w:t xml:space="preserve">[Devon; 2021; Assistant Teaching Professor in Philosophy, University of Tampa, PhD, Temple University, MA and BA, Florida State University; “Black Nihilism and Antiblack Racism,” p. </w:t>
      </w:r>
      <w:r>
        <w:rPr>
          <w:b w:val="0"/>
          <w:i w:val="0"/>
          <w:smallCaps w:val="0"/>
          <w:strike w:val="0"/>
          <w:u w:val="none"/>
        </w:rPr>
        <w:t>128-130 $P</w:t>
      </w:r>
      <w:r>
        <w:rPr>
          <w:b w:val="0"/>
          <w:i w:val="0"/>
          <w:smallCaps w:val="0"/>
          <w:strike w:val="0"/>
          <w:u w:val="none"/>
        </w:rPr>
        <w:t xml:space="preserve">] </w:t>
      </w:r>
    </w:p>
    <w:p>
      <w:pPr>
        <w:spacing w:after="60"/>
      </w:pPr>
      <w:r>
        <w:rPr>
          <w:b w:val="0"/>
          <w:i w:val="0"/>
          <w:smallCaps w:val="0"/>
          <w:strike w:val="0"/>
          <w:u w:val="single"/>
        </w:rPr>
        <w:t>Strong black nihilism imposes a confrontation with white nihilistic values and forces recognition of blackness as a source of values</w:t>
      </w:r>
      <w:r>
        <w:rPr>
          <w:b w:val="0"/>
          <w:i w:val="0"/>
          <w:smallCaps w:val="0"/>
          <w:strike w:val="0"/>
          <w:sz w:val="16"/>
          <w:u w:val="none"/>
        </w:rPr>
        <w:t xml:space="preserve">. </w:t>
      </w:r>
      <w:r>
        <w:rPr>
          <w:b/>
          <w:i w:val="0"/>
          <w:smallCaps w:val="0"/>
          <w:strike w:val="0"/>
          <w:highlight w:val="cyan"/>
          <w:u w:val="single"/>
        </w:rPr>
        <w:t>Upon emancipation</w:t>
      </w:r>
      <w:r>
        <w:rPr>
          <w:b/>
          <w:i w:val="0"/>
          <w:smallCaps w:val="0"/>
          <w:strike w:val="0"/>
          <w:u w:val="single"/>
        </w:rPr>
        <w:t xml:space="preserve">, in America, </w:t>
      </w:r>
      <w:r>
        <w:rPr>
          <w:b/>
          <w:i w:val="0"/>
          <w:smallCaps w:val="0"/>
          <w:strike w:val="0"/>
          <w:highlight w:val="cyan"/>
          <w:u w:val="single"/>
        </w:rPr>
        <w:t>black people were not</w:t>
      </w:r>
      <w:r>
        <w:rPr>
          <w:b/>
          <w:i w:val="0"/>
          <w:smallCaps w:val="0"/>
          <w:strike w:val="0"/>
          <w:u w:val="single"/>
        </w:rPr>
        <w:t xml:space="preserve"> necessarily </w:t>
      </w:r>
      <w:r>
        <w:rPr>
          <w:b/>
          <w:i w:val="0"/>
          <w:smallCaps w:val="0"/>
          <w:strike w:val="0"/>
          <w:highlight w:val="cyan"/>
          <w:u w:val="single"/>
        </w:rPr>
        <w:t>regarded as equal to their former masters</w:t>
      </w:r>
      <w:r>
        <w:rPr>
          <w:b w:val="0"/>
          <w:i w:val="0"/>
          <w:smallCaps w:val="0"/>
          <w:strike w:val="0"/>
          <w:sz w:val="16"/>
          <w:u w:val="none"/>
        </w:rPr>
        <w:t xml:space="preserve">. </w:t>
      </w:r>
      <w:r>
        <w:rPr>
          <w:b w:val="0"/>
          <w:i w:val="0"/>
          <w:smallCaps w:val="0"/>
          <w:strike w:val="0"/>
          <w:u w:val="single"/>
        </w:rPr>
        <w:t>White nihilism and antiblack racism remain the case</w:t>
      </w:r>
      <w:r>
        <w:rPr>
          <w:b w:val="0"/>
          <w:i w:val="0"/>
          <w:smallCaps w:val="0"/>
          <w:strike w:val="0"/>
          <w:sz w:val="16"/>
          <w:u w:val="none"/>
        </w:rPr>
        <w:t xml:space="preserve">. </w:t>
      </w:r>
      <w:r>
        <w:rPr>
          <w:b/>
          <w:i w:val="0"/>
          <w:smallCaps w:val="0"/>
          <w:strike w:val="0"/>
          <w:u w:val="single"/>
        </w:rPr>
        <w:t xml:space="preserve">Phenomenal </w:t>
      </w:r>
      <w:r>
        <w:rPr>
          <w:b/>
          <w:i w:val="0"/>
          <w:smallCaps w:val="0"/>
          <w:strike w:val="0"/>
          <w:highlight w:val="cyan"/>
          <w:u w:val="single"/>
        </w:rPr>
        <w:t>consciousness implicit to human existence continues to</w:t>
      </w:r>
      <w:r>
        <w:rPr>
          <w:b/>
          <w:i w:val="0"/>
          <w:smallCaps w:val="0"/>
          <w:strike w:val="0"/>
          <w:u w:val="single"/>
        </w:rPr>
        <w:t xml:space="preserve"> be </w:t>
      </w:r>
      <w:r>
        <w:rPr>
          <w:b/>
          <w:i w:val="0"/>
          <w:smallCaps w:val="0"/>
          <w:strike w:val="0"/>
          <w:highlight w:val="cyan"/>
          <w:u w:val="single"/>
        </w:rPr>
        <w:t>treat</w:t>
      </w:r>
      <w:r>
        <w:rPr>
          <w:b/>
          <w:i w:val="0"/>
          <w:smallCaps w:val="0"/>
          <w:strike w:val="0"/>
          <w:u w:val="single"/>
        </w:rPr>
        <w:t xml:space="preserve">ed as </w:t>
      </w:r>
      <w:r>
        <w:rPr>
          <w:b/>
          <w:i w:val="0"/>
          <w:smallCaps w:val="0"/>
          <w:strike w:val="0"/>
          <w:highlight w:val="cyan"/>
          <w:u w:val="single"/>
        </w:rPr>
        <w:t>secondary qualities</w:t>
      </w:r>
      <w:r>
        <w:rPr>
          <w:b/>
          <w:i w:val="0"/>
          <w:smallCaps w:val="0"/>
          <w:strike w:val="0"/>
          <w:u w:val="single"/>
        </w:rPr>
        <w:t xml:space="preserve"> </w:t>
      </w:r>
      <w:r>
        <w:rPr>
          <w:b/>
          <w:i w:val="0"/>
          <w:smallCaps w:val="0"/>
          <w:strike w:val="0"/>
          <w:highlight w:val="cyan"/>
          <w:u w:val="single"/>
        </w:rPr>
        <w:t>benevolently bestowed from</w:t>
      </w:r>
      <w:r>
        <w:rPr>
          <w:b/>
          <w:i w:val="0"/>
          <w:smallCaps w:val="0"/>
          <w:strike w:val="0"/>
          <w:u w:val="single"/>
        </w:rPr>
        <w:t xml:space="preserve"> some </w:t>
      </w:r>
      <w:r>
        <w:rPr>
          <w:b/>
          <w:i w:val="0"/>
          <w:smallCaps w:val="0"/>
          <w:strike w:val="0"/>
          <w:highlight w:val="cyan"/>
          <w:u w:val="single"/>
        </w:rPr>
        <w:t>whites onto blacks</w:t>
      </w:r>
      <w:r>
        <w:rPr>
          <w:b w:val="0"/>
          <w:i w:val="0"/>
          <w:smallCaps w:val="0"/>
          <w:strike w:val="0"/>
          <w:sz w:val="16"/>
          <w:u w:val="none"/>
        </w:rPr>
        <w:t xml:space="preserve">. The “freedom” so accorded to black people entails a form of humanity whereby blacks are simply allowed to be as weak nihilistically situated as traditional whites. In this way, </w:t>
      </w:r>
      <w:r>
        <w:rPr>
          <w:b/>
          <w:i w:val="0"/>
          <w:smallCaps w:val="0"/>
          <w:strike w:val="0"/>
          <w:highlight w:val="cyan"/>
          <w:u w:val="single"/>
        </w:rPr>
        <w:t>antiblack racism</w:t>
      </w:r>
      <w:r>
        <w:rPr>
          <w:b/>
          <w:i w:val="0"/>
          <w:smallCaps w:val="0"/>
          <w:strike w:val="0"/>
          <w:u w:val="single"/>
        </w:rPr>
        <w:t xml:space="preserve"> </w:t>
      </w:r>
      <w:r>
        <w:rPr>
          <w:b/>
          <w:i w:val="0"/>
          <w:smallCaps w:val="0"/>
          <w:strike w:val="0"/>
          <w:highlight w:val="cyan"/>
          <w:u w:val="single"/>
        </w:rPr>
        <w:t>continues to situate blackness outside the self-other dialectic</w:t>
      </w:r>
      <w:r>
        <w:rPr>
          <w:b w:val="0"/>
          <w:i w:val="0"/>
          <w:smallCaps w:val="0"/>
          <w:strike w:val="0"/>
          <w:u w:val="single"/>
        </w:rPr>
        <w:t xml:space="preserve"> by essentially </w:t>
      </w:r>
      <w:r>
        <w:rPr>
          <w:b w:val="0"/>
          <w:i w:val="0"/>
          <w:smallCaps w:val="0"/>
          <w:strike w:val="0"/>
          <w:highlight w:val="cyan"/>
          <w:u w:val="single"/>
        </w:rPr>
        <w:t>locking black people into a</w:t>
      </w:r>
      <w:r>
        <w:rPr>
          <w:b w:val="0"/>
          <w:i w:val="0"/>
          <w:smallCaps w:val="0"/>
          <w:strike w:val="0"/>
          <w:u w:val="single"/>
        </w:rPr>
        <w:t xml:space="preserve"> </w:t>
      </w:r>
      <w:r>
        <w:rPr>
          <w:b w:val="0"/>
          <w:i w:val="0"/>
          <w:smallCaps w:val="0"/>
          <w:strike w:val="0"/>
          <w:highlight w:val="cyan"/>
          <w:u w:val="single"/>
        </w:rPr>
        <w:t>reality</w:t>
      </w:r>
      <w:r>
        <w:rPr>
          <w:b w:val="0"/>
          <w:i w:val="0"/>
          <w:smallCaps w:val="0"/>
          <w:strike w:val="0"/>
          <w:u w:val="single"/>
        </w:rPr>
        <w:t xml:space="preserve"> where we function </w:t>
      </w:r>
      <w:r>
        <w:rPr>
          <w:b w:val="0"/>
          <w:i w:val="0"/>
          <w:smallCaps w:val="0"/>
          <w:strike w:val="0"/>
          <w:highlight w:val="cyan"/>
          <w:u w:val="single"/>
        </w:rPr>
        <w:t>as beings without perspectives</w:t>
      </w:r>
      <w:r>
        <w:rPr>
          <w:b w:val="0"/>
          <w:i w:val="0"/>
          <w:smallCaps w:val="0"/>
          <w:strike w:val="0"/>
          <w:u w:val="single"/>
        </w:rPr>
        <w:t>, or original points of departure from which to insist upon and fight for</w:t>
      </w:r>
      <w:r>
        <w:rPr>
          <w:b w:val="0"/>
          <w:i w:val="0"/>
          <w:smallCaps w:val="0"/>
          <w:strike w:val="0"/>
          <w:sz w:val="16"/>
          <w:u w:val="none"/>
        </w:rPr>
        <w:t xml:space="preserve">. What does the requirement of fighting for one’s humanity mean under such circumstances? How does one accomplish one’s humanity? </w:t>
      </w:r>
      <w:r>
        <w:rPr>
          <w:b/>
          <w:i w:val="0"/>
          <w:smallCaps w:val="0"/>
          <w:strike w:val="0"/>
          <w:highlight w:val="cyan"/>
          <w:u w:val="single"/>
        </w:rPr>
        <w:t>There is no legitimate form of inclusion</w:t>
      </w:r>
      <w:r>
        <w:rPr>
          <w:b/>
          <w:i w:val="0"/>
          <w:smallCaps w:val="0"/>
          <w:strike w:val="0"/>
          <w:u w:val="single"/>
        </w:rPr>
        <w:t xml:space="preserve"> on this view</w:t>
      </w:r>
      <w:r>
        <w:rPr>
          <w:b w:val="0"/>
          <w:i w:val="0"/>
          <w:smallCaps w:val="0"/>
          <w:strike w:val="0"/>
          <w:sz w:val="16"/>
          <w:u w:val="none"/>
        </w:rPr>
        <w:t xml:space="preserve">. </w:t>
      </w:r>
      <w:r>
        <w:rPr>
          <w:b w:val="0"/>
          <w:i w:val="0"/>
          <w:smallCaps w:val="0"/>
          <w:strike w:val="0"/>
          <w:u w:val="single"/>
        </w:rPr>
        <w:t>One cannot go from (black) chattel slave to free (black) subject without theoretically questioning the conditions of (white) Humanity that demand enslavement in the first place</w:t>
      </w:r>
      <w:r>
        <w:rPr>
          <w:b w:val="0"/>
          <w:i w:val="0"/>
          <w:smallCaps w:val="0"/>
          <w:strike w:val="0"/>
          <w:sz w:val="16"/>
          <w:u w:val="none"/>
        </w:rPr>
        <w:t>.</w:t>
      </w:r>
    </w:p>
    <w:p>
      <w:pPr>
        <w:spacing w:after="60"/>
      </w:pPr>
      <w:r>
        <w:rPr>
          <w:b w:val="0"/>
          <w:i w:val="0"/>
          <w:smallCaps w:val="0"/>
          <w:strike w:val="0"/>
          <w:highlight w:val="cyan"/>
          <w:u w:val="single"/>
        </w:rPr>
        <w:t xml:space="preserve">Black existential freedom </w:t>
      </w:r>
      <w:r>
        <w:rPr>
          <w:b/>
          <w:i w:val="0"/>
          <w:smallCaps w:val="0"/>
          <w:strike w:val="0"/>
          <w:highlight w:val="cyan"/>
          <w:u w:val="single"/>
        </w:rPr>
        <w:t>requires nihilistic struggles against</w:t>
      </w:r>
      <w:r>
        <w:rPr>
          <w:b/>
          <w:i w:val="0"/>
          <w:smallCaps w:val="0"/>
          <w:strike w:val="0"/>
          <w:u w:val="single"/>
        </w:rPr>
        <w:t xml:space="preserve"> traditional (</w:t>
      </w:r>
      <w:r>
        <w:rPr>
          <w:b/>
          <w:i w:val="0"/>
          <w:smallCaps w:val="0"/>
          <w:strike w:val="0"/>
          <w:highlight w:val="cyan"/>
          <w:u w:val="single"/>
        </w:rPr>
        <w:t>white</w:t>
      </w:r>
      <w:r>
        <w:rPr>
          <w:b/>
          <w:i w:val="0"/>
          <w:smallCaps w:val="0"/>
          <w:strike w:val="0"/>
          <w:u w:val="single"/>
        </w:rPr>
        <w:t xml:space="preserve">) </w:t>
      </w:r>
      <w:r>
        <w:rPr>
          <w:b/>
          <w:i w:val="0"/>
          <w:smallCaps w:val="0"/>
          <w:strike w:val="0"/>
          <w:highlight w:val="cyan"/>
          <w:u w:val="single"/>
        </w:rPr>
        <w:t>human values</w:t>
      </w:r>
      <w:r>
        <w:rPr>
          <w:b w:val="0"/>
          <w:i w:val="0"/>
          <w:smallCaps w:val="0"/>
          <w:strike w:val="0"/>
          <w:sz w:val="16"/>
          <w:u w:val="none"/>
        </w:rPr>
        <w:t xml:space="preserve">. It requires producing languages, meanings, traditions, ways of being that push beyond traditional boundaries defining the antiblack world. The experiences of human freedom, those fleeting series of seemingly infinite moments experienced within the vicissitudes of each phenomenal spirit, for many black people, remain a tragic tight rope balanced between felt potential and the foreboding facts of antiblackness. Fanon encouraged producing an “authentic upheaval.” He described the effects of what I call, </w:t>
      </w:r>
      <w:r>
        <w:rPr>
          <w:b w:val="0"/>
          <w:i w:val="0"/>
          <w:smallCaps w:val="0"/>
          <w:strike w:val="0"/>
          <w:highlight w:val="cyan"/>
          <w:u w:val="single"/>
        </w:rPr>
        <w:t>white</w:t>
      </w:r>
      <w:r>
        <w:rPr>
          <w:b w:val="0"/>
          <w:i w:val="0"/>
          <w:smallCaps w:val="0"/>
          <w:strike w:val="0"/>
          <w:u w:val="single"/>
        </w:rPr>
        <w:t xml:space="preserve"> nihilism, constructing the </w:t>
      </w:r>
      <w:r>
        <w:rPr>
          <w:b w:val="0"/>
          <w:i w:val="0"/>
          <w:smallCaps w:val="0"/>
          <w:strike w:val="0"/>
          <w:highlight w:val="cyan"/>
          <w:u w:val="single"/>
        </w:rPr>
        <w:t>spaces of black existential invisibility</w:t>
      </w:r>
      <w:r>
        <w:rPr>
          <w:b w:val="0"/>
          <w:i w:val="0"/>
          <w:smallCaps w:val="0"/>
          <w:strike w:val="0"/>
          <w:u w:val="single"/>
        </w:rPr>
        <w:t xml:space="preserve">, creating the situation of what I call black nihilism, which, in Fanon’s terms, </w:t>
      </w:r>
      <w:r>
        <w:rPr>
          <w:b w:val="0"/>
          <w:i w:val="0"/>
          <w:smallCaps w:val="0"/>
          <w:strike w:val="0"/>
          <w:highlight w:val="cyan"/>
          <w:u w:val="single"/>
        </w:rPr>
        <w:t>amounts to a</w:t>
      </w:r>
      <w:r>
        <w:rPr>
          <w:b w:val="0"/>
          <w:i w:val="0"/>
          <w:smallCaps w:val="0"/>
          <w:strike w:val="0"/>
          <w:u w:val="single"/>
        </w:rPr>
        <w:t xml:space="preserve"> “</w:t>
      </w:r>
      <w:r>
        <w:rPr>
          <w:b w:val="0"/>
          <w:i w:val="0"/>
          <w:smallCaps w:val="0"/>
          <w:strike w:val="0"/>
          <w:highlight w:val="cyan"/>
          <w:u w:val="single"/>
        </w:rPr>
        <w:t>zone of nonbeing</w:t>
      </w:r>
      <w:r>
        <w:rPr>
          <w:b w:val="0"/>
          <w:i w:val="0"/>
          <w:smallCaps w:val="0"/>
          <w:strike w:val="0"/>
          <w:u w:val="single"/>
        </w:rPr>
        <w:t>,” or, an “utterly naked declivity,” where, nevertheless, “an authentic upheaval can be born</w:t>
      </w:r>
      <w:r>
        <w:rPr>
          <w:b w:val="0"/>
          <w:i w:val="0"/>
          <w:smallCaps w:val="0"/>
          <w:strike w:val="0"/>
          <w:sz w:val="16"/>
          <w:u w:val="none"/>
        </w:rPr>
        <w:t xml:space="preserve">.”41 On this view, </w:t>
      </w:r>
      <w:r>
        <w:rPr>
          <w:b w:val="0"/>
          <w:i w:val="0"/>
          <w:smallCaps w:val="0"/>
          <w:strike w:val="0"/>
          <w:u w:val="single"/>
        </w:rPr>
        <w:t>black upheavals against antiblack racism entail rejecting white nihilistic valuations of humanity</w:t>
      </w:r>
      <w:r>
        <w:rPr>
          <w:b w:val="0"/>
          <w:i w:val="0"/>
          <w:smallCaps w:val="0"/>
          <w:strike w:val="0"/>
          <w:sz w:val="16"/>
          <w:u w:val="none"/>
        </w:rPr>
        <w:t xml:space="preserve">. For instance, once, when a white woman remarked of how handsome Fanon, “the negro,” was, he retorted, “Then come and fuck the handsome Negro, Madame!”42 </w:t>
      </w:r>
      <w:r>
        <w:rPr>
          <w:b w:val="0"/>
          <w:i w:val="0"/>
          <w:smallCaps w:val="0"/>
          <w:strike w:val="0"/>
          <w:u w:val="single"/>
        </w:rPr>
        <w:t xml:space="preserve">Strong black attitudes can and do emerge through the </w:t>
      </w:r>
      <w:r>
        <w:rPr>
          <w:b w:val="0"/>
          <w:i w:val="0"/>
          <w:smallCaps w:val="0"/>
          <w:strike w:val="0"/>
          <w:u w:val="single"/>
        </w:rPr>
        <w:t>lived fact of blackness, and they often cause even the most liberal white racists to flush with the embarrassment of having been recognized</w:t>
      </w:r>
      <w:r>
        <w:rPr>
          <w:b w:val="0"/>
          <w:i w:val="0"/>
          <w:smallCaps w:val="0"/>
          <w:strike w:val="0"/>
          <w:sz w:val="16"/>
          <w:u w:val="none"/>
        </w:rPr>
        <w:t>.</w:t>
      </w:r>
    </w:p>
    <w:p>
      <w:pPr>
        <w:spacing w:after="60"/>
      </w:pPr>
      <w:r>
        <w:rPr>
          <w:b/>
          <w:i w:val="0"/>
          <w:smallCaps w:val="0"/>
          <w:strike w:val="0"/>
          <w:highlight w:val="cyan"/>
          <w:u w:val="single"/>
        </w:rPr>
        <w:t>Black humanity comes into the antiblack racist world</w:t>
      </w:r>
      <w:r>
        <w:rPr>
          <w:b/>
          <w:i w:val="0"/>
          <w:smallCaps w:val="0"/>
          <w:strike w:val="0"/>
          <w:u w:val="single"/>
        </w:rPr>
        <w:t xml:space="preserve"> “imbued </w:t>
      </w:r>
      <w:r>
        <w:rPr>
          <w:b/>
          <w:i w:val="0"/>
          <w:smallCaps w:val="0"/>
          <w:strike w:val="0"/>
          <w:highlight w:val="cyan"/>
          <w:u w:val="single"/>
        </w:rPr>
        <w:t>with a will</w:t>
      </w:r>
      <w:r>
        <w:rPr>
          <w:b/>
          <w:i w:val="0"/>
          <w:smallCaps w:val="0"/>
          <w:strike w:val="0"/>
          <w:u w:val="single"/>
        </w:rPr>
        <w:t xml:space="preserve">” </w:t>
      </w:r>
      <w:r>
        <w:rPr>
          <w:b/>
          <w:i w:val="0"/>
          <w:smallCaps w:val="0"/>
          <w:strike w:val="0"/>
          <w:highlight w:val="cyan"/>
          <w:u w:val="single"/>
        </w:rPr>
        <w:t>to find a meaning in things</w:t>
      </w:r>
      <w:r>
        <w:rPr>
          <w:b/>
          <w:i w:val="0"/>
          <w:smallCaps w:val="0"/>
          <w:strike w:val="0"/>
          <w:u w:val="single"/>
        </w:rPr>
        <w:t xml:space="preserve">, </w:t>
      </w:r>
      <w:r>
        <w:rPr>
          <w:b/>
          <w:i w:val="0"/>
          <w:smallCaps w:val="0"/>
          <w:strike w:val="0"/>
          <w:highlight w:val="cyan"/>
          <w:u w:val="single"/>
        </w:rPr>
        <w:t>but instead finds</w:t>
      </w:r>
      <w:r>
        <w:rPr>
          <w:b/>
          <w:i w:val="0"/>
          <w:smallCaps w:val="0"/>
          <w:strike w:val="0"/>
          <w:u w:val="single"/>
        </w:rPr>
        <w:t xml:space="preserve"> that </w:t>
      </w:r>
      <w:r>
        <w:rPr>
          <w:b/>
          <w:i w:val="0"/>
          <w:smallCaps w:val="0"/>
          <w:strike w:val="0"/>
          <w:highlight w:val="cyan"/>
          <w:u w:val="single"/>
        </w:rPr>
        <w:t>it is</w:t>
      </w:r>
      <w:r>
        <w:rPr>
          <w:b/>
          <w:i w:val="0"/>
          <w:smallCaps w:val="0"/>
          <w:strike w:val="0"/>
          <w:u w:val="single"/>
        </w:rPr>
        <w:t xml:space="preserve"> “</w:t>
      </w:r>
      <w:r>
        <w:rPr>
          <w:b/>
          <w:i w:val="0"/>
          <w:smallCaps w:val="0"/>
          <w:strike w:val="0"/>
          <w:highlight w:val="cyan"/>
          <w:u w:val="single"/>
        </w:rPr>
        <w:t>an object in the midst of other objects</w:t>
      </w:r>
      <w:r>
        <w:rPr>
          <w:b w:val="0"/>
          <w:i w:val="0"/>
          <w:smallCaps w:val="0"/>
          <w:strike w:val="0"/>
          <w:sz w:val="16"/>
          <w:u w:val="none"/>
        </w:rPr>
        <w:t xml:space="preserve">.”43 </w:t>
      </w:r>
      <w:r>
        <w:rPr>
          <w:b w:val="0"/>
          <w:i w:val="0"/>
          <w:smallCaps w:val="0"/>
          <w:strike w:val="0"/>
          <w:highlight w:val="cyan"/>
          <w:u w:val="single"/>
        </w:rPr>
        <w:t>It goes from being</w:t>
      </w:r>
      <w:r>
        <w:rPr>
          <w:b w:val="0"/>
          <w:i w:val="0"/>
          <w:smallCaps w:val="0"/>
          <w:strike w:val="0"/>
          <w:u w:val="single"/>
        </w:rPr>
        <w:t xml:space="preserve"> totally </w:t>
      </w:r>
      <w:r>
        <w:rPr>
          <w:b w:val="0"/>
          <w:i w:val="0"/>
          <w:smallCaps w:val="0"/>
          <w:strike w:val="0"/>
          <w:highlight w:val="cyan"/>
          <w:u w:val="single"/>
        </w:rPr>
        <w:t>erased</w:t>
      </w:r>
      <w:r>
        <w:rPr>
          <w:b w:val="0"/>
          <w:i w:val="0"/>
          <w:smallCaps w:val="0"/>
          <w:strike w:val="0"/>
          <w:u w:val="single"/>
        </w:rPr>
        <w:t xml:space="preserve"> </w:t>
      </w:r>
      <w:r>
        <w:rPr>
          <w:b w:val="0"/>
          <w:i w:val="0"/>
          <w:smallCaps w:val="0"/>
          <w:strike w:val="0"/>
          <w:highlight w:val="cyan"/>
          <w:u w:val="single"/>
        </w:rPr>
        <w:t>through slavery</w:t>
      </w:r>
      <w:r>
        <w:rPr>
          <w:b w:val="0"/>
          <w:i w:val="0"/>
          <w:smallCaps w:val="0"/>
          <w:strike w:val="0"/>
          <w:u w:val="single"/>
        </w:rPr>
        <w:t xml:space="preserve">, </w:t>
      </w:r>
      <w:r>
        <w:rPr>
          <w:b w:val="0"/>
          <w:i w:val="0"/>
          <w:smallCaps w:val="0"/>
          <w:strike w:val="0"/>
          <w:highlight w:val="cyan"/>
          <w:u w:val="single"/>
        </w:rPr>
        <w:t>to being a self that is</w:t>
      </w:r>
      <w:r>
        <w:rPr>
          <w:b w:val="0"/>
          <w:i w:val="0"/>
          <w:smallCaps w:val="0"/>
          <w:strike w:val="0"/>
          <w:u w:val="single"/>
        </w:rPr>
        <w:t xml:space="preserve"> “</w:t>
      </w:r>
      <w:r>
        <w:rPr>
          <w:b w:val="0"/>
          <w:i w:val="0"/>
          <w:smallCaps w:val="0"/>
          <w:strike w:val="0"/>
          <w:highlight w:val="cyan"/>
          <w:u w:val="single"/>
        </w:rPr>
        <w:t>put together</w:t>
      </w:r>
      <w:r>
        <w:rPr>
          <w:b w:val="0"/>
          <w:i w:val="0"/>
          <w:smallCaps w:val="0"/>
          <w:strike w:val="0"/>
          <w:u w:val="single"/>
        </w:rPr>
        <w:t xml:space="preserve"> again </w:t>
      </w:r>
      <w:r>
        <w:rPr>
          <w:b w:val="0"/>
          <w:i w:val="0"/>
          <w:smallCaps w:val="0"/>
          <w:strike w:val="0"/>
          <w:highlight w:val="cyan"/>
          <w:u w:val="single"/>
        </w:rPr>
        <w:t>by another self</w:t>
      </w:r>
      <w:r>
        <w:rPr>
          <w:b w:val="0"/>
          <w:i w:val="0"/>
          <w:smallCaps w:val="0"/>
          <w:strike w:val="0"/>
          <w:u w:val="single"/>
        </w:rPr>
        <w:t>,” through emancipation</w:t>
      </w:r>
      <w:r>
        <w:rPr>
          <w:b w:val="0"/>
          <w:i w:val="0"/>
          <w:smallCaps w:val="0"/>
          <w:strike w:val="0"/>
          <w:sz w:val="14"/>
          <w:u w:val="none"/>
        </w:rPr>
        <w:t xml:space="preserve">.44 </w:t>
      </w:r>
      <w:r>
        <w:rPr>
          <w:b/>
          <w:i w:val="0"/>
          <w:smallCaps w:val="0"/>
          <w:strike w:val="0"/>
          <w:highlight w:val="cyan"/>
          <w:u w:val="single"/>
        </w:rPr>
        <w:t>In</w:t>
      </w:r>
      <w:r>
        <w:rPr>
          <w:b/>
          <w:i w:val="0"/>
          <w:smallCaps w:val="0"/>
          <w:strike w:val="0"/>
          <w:u w:val="single"/>
        </w:rPr>
        <w:t xml:space="preserve"> </w:t>
      </w:r>
      <w:r>
        <w:rPr>
          <w:b/>
          <w:i w:val="0"/>
          <w:smallCaps w:val="0"/>
          <w:strike w:val="0"/>
          <w:highlight w:val="cyan"/>
          <w:u w:val="single"/>
        </w:rPr>
        <w:t>antiblack racist societies</w:t>
      </w:r>
      <w:r>
        <w:rPr>
          <w:b w:val="0"/>
          <w:i w:val="0"/>
          <w:smallCaps w:val="0"/>
          <w:strike w:val="0"/>
          <w:sz w:val="14"/>
          <w:u w:val="none"/>
        </w:rPr>
        <w:t xml:space="preserve">, as Fanon demonstrated, </w:t>
      </w:r>
      <w:r>
        <w:rPr>
          <w:b/>
          <w:i w:val="0"/>
          <w:smallCaps w:val="0"/>
          <w:strike w:val="0"/>
          <w:highlight w:val="cyan"/>
          <w:u w:val="single"/>
        </w:rPr>
        <w:t>the humanity of black people arrives</w:t>
      </w:r>
      <w:r>
        <w:rPr>
          <w:b/>
          <w:i w:val="0"/>
          <w:smallCaps w:val="0"/>
          <w:strike w:val="0"/>
          <w:u w:val="single"/>
        </w:rPr>
        <w:t xml:space="preserve"> on the scene, </w:t>
      </w:r>
      <w:r>
        <w:rPr>
          <w:b/>
          <w:i w:val="0"/>
          <w:smallCaps w:val="0"/>
          <w:strike w:val="0"/>
          <w:highlight w:val="cyan"/>
          <w:u w:val="single"/>
        </w:rPr>
        <w:t>far too late</w:t>
      </w:r>
      <w:r>
        <w:rPr>
          <w:b w:val="0"/>
          <w:i w:val="0"/>
          <w:smallCaps w:val="0"/>
          <w:strike w:val="0"/>
          <w:sz w:val="14"/>
          <w:u w:val="none"/>
        </w:rPr>
        <w:t xml:space="preserve">. The human world already exists, and is “anticipated, thought out, demonstrated, made the most of.”45 What options remain outside of a sudden and violent insisting upon one form of humanity for another? In, Towards the African Revolution (1964), in an essay entitled “Racism and Culture,” Fanon argued, “In order to achieve liberation,” the inferiorized man brings “all his resources into play, all his acquisitions, the old and the new, his own and those of the occupant.”46 Yet, he warned against a “mummification of individual thinking” which tends to produce decadent values.47 In Fanon’s terms, </w:t>
      </w:r>
      <w:r>
        <w:rPr>
          <w:b/>
          <w:i w:val="0"/>
          <w:smallCaps w:val="0"/>
          <w:strike w:val="0"/>
          <w:highlight w:val="cyan"/>
          <w:u w:val="single"/>
        </w:rPr>
        <w:t>white</w:t>
      </w:r>
      <w:r>
        <w:rPr>
          <w:b/>
          <w:i w:val="0"/>
          <w:smallCaps w:val="0"/>
          <w:strike w:val="0"/>
          <w:u w:val="single"/>
        </w:rPr>
        <w:t xml:space="preserve"> nihilistic </w:t>
      </w:r>
      <w:r>
        <w:rPr>
          <w:b/>
          <w:i w:val="0"/>
          <w:smallCaps w:val="0"/>
          <w:strike w:val="0"/>
          <w:highlight w:val="cyan"/>
          <w:u w:val="single"/>
        </w:rPr>
        <w:t>values seek the</w:t>
      </w:r>
      <w:r>
        <w:rPr>
          <w:b/>
          <w:i w:val="0"/>
          <w:smallCaps w:val="0"/>
          <w:strike w:val="0"/>
          <w:u w:val="single"/>
        </w:rPr>
        <w:t xml:space="preserve"> “</w:t>
      </w:r>
      <w:r>
        <w:rPr>
          <w:b/>
          <w:i w:val="0"/>
          <w:smallCaps w:val="0"/>
          <w:strike w:val="0"/>
          <w:highlight w:val="cyan"/>
          <w:u w:val="single"/>
        </w:rPr>
        <w:t>destruction of</w:t>
      </w:r>
      <w:r>
        <w:rPr>
          <w:b/>
          <w:i w:val="0"/>
          <w:smallCaps w:val="0"/>
          <w:strike w:val="0"/>
          <w:u w:val="single"/>
        </w:rPr>
        <w:t xml:space="preserve"> [</w:t>
      </w:r>
      <w:r>
        <w:rPr>
          <w:b/>
          <w:i w:val="0"/>
          <w:smallCaps w:val="0"/>
          <w:strike w:val="0"/>
          <w:highlight w:val="cyan"/>
          <w:u w:val="single"/>
        </w:rPr>
        <w:t>black</w:t>
      </w:r>
      <w:r>
        <w:rPr>
          <w:b/>
          <w:i w:val="0"/>
          <w:smallCaps w:val="0"/>
          <w:strike w:val="0"/>
          <w:u w:val="single"/>
        </w:rPr>
        <w:t xml:space="preserve">] cultural values, of </w:t>
      </w:r>
      <w:r>
        <w:rPr>
          <w:b/>
          <w:i w:val="0"/>
          <w:smallCaps w:val="0"/>
          <w:strike w:val="0"/>
          <w:highlight w:val="cyan"/>
          <w:u w:val="single"/>
        </w:rPr>
        <w:t>ways of life</w:t>
      </w:r>
      <w:r>
        <w:rPr>
          <w:b w:val="0"/>
          <w:i w:val="0"/>
          <w:smallCaps w:val="0"/>
          <w:strike w:val="0"/>
          <w:sz w:val="14"/>
          <w:u w:val="none"/>
        </w:rPr>
        <w:t xml:space="preserve">.” Here, “lines of force, having crumbled, no longer give direction. In their stead a new system of values is imposed, not proposed but affirmed, by the heavy weight of cannons and sabers.”48 </w:t>
      </w:r>
      <w:r>
        <w:rPr>
          <w:b w:val="0"/>
          <w:i w:val="0"/>
          <w:smallCaps w:val="0"/>
          <w:strike w:val="0"/>
          <w:sz w:val="22"/>
          <w:highlight w:val="cyan"/>
          <w:u w:val="single"/>
        </w:rPr>
        <w:t>B</w:t>
      </w:r>
      <w:r>
        <w:rPr>
          <w:b w:val="0"/>
          <w:i w:val="0"/>
          <w:smallCaps w:val="0"/>
          <w:strike w:val="0"/>
          <w:highlight w:val="cyan"/>
          <w:u w:val="single"/>
        </w:rPr>
        <w:t>lack humanity is induced</w:t>
      </w:r>
      <w:r>
        <w:rPr>
          <w:b w:val="0"/>
          <w:i w:val="0"/>
          <w:smallCaps w:val="0"/>
          <w:strike w:val="0"/>
          <w:u w:val="single"/>
        </w:rPr>
        <w:t xml:space="preserve"> </w:t>
      </w:r>
      <w:r>
        <w:rPr>
          <w:b w:val="0"/>
          <w:i w:val="0"/>
          <w:smallCaps w:val="0"/>
          <w:strike w:val="0"/>
          <w:highlight w:val="cyan"/>
          <w:u w:val="single"/>
        </w:rPr>
        <w:t>under</w:t>
      </w:r>
      <w:r>
        <w:rPr>
          <w:b w:val="0"/>
          <w:i w:val="0"/>
          <w:smallCaps w:val="0"/>
          <w:strike w:val="0"/>
          <w:u w:val="single"/>
        </w:rPr>
        <w:t xml:space="preserve"> “the heavy weight of cannons and sabers” toward weak nihilistic, including black </w:t>
      </w:r>
      <w:r>
        <w:rPr>
          <w:b w:val="0"/>
          <w:i w:val="0"/>
          <w:smallCaps w:val="0"/>
          <w:strike w:val="0"/>
          <w:highlight w:val="cyan"/>
          <w:u w:val="single"/>
        </w:rPr>
        <w:t>optimistic</w:t>
      </w:r>
      <w:r>
        <w:rPr>
          <w:b w:val="0"/>
          <w:i w:val="0"/>
          <w:smallCaps w:val="0"/>
          <w:strike w:val="0"/>
          <w:u w:val="single"/>
        </w:rPr>
        <w:t xml:space="preserve">, </w:t>
      </w:r>
      <w:r>
        <w:rPr>
          <w:b w:val="0"/>
          <w:i w:val="0"/>
          <w:smallCaps w:val="0"/>
          <w:strike w:val="0"/>
          <w:highlight w:val="cyan"/>
          <w:u w:val="single"/>
        </w:rPr>
        <w:t>responses to antiblack racism</w:t>
      </w:r>
      <w:r>
        <w:rPr>
          <w:b w:val="0"/>
          <w:i w:val="0"/>
          <w:smallCaps w:val="0"/>
          <w:strike w:val="0"/>
          <w:sz w:val="14"/>
          <w:u w:val="none"/>
        </w:rPr>
        <w:t xml:space="preserve">. </w:t>
      </w:r>
      <w:r>
        <w:rPr>
          <w:b/>
          <w:i w:val="0"/>
          <w:smallCaps w:val="0"/>
          <w:strike w:val="0"/>
          <w:u w:val="single"/>
        </w:rPr>
        <w:t xml:space="preserve">Black people are </w:t>
      </w:r>
      <w:r>
        <w:rPr>
          <w:b/>
          <w:i w:val="0"/>
          <w:smallCaps w:val="0"/>
          <w:strike w:val="0"/>
          <w:highlight w:val="cyan"/>
          <w:u w:val="single"/>
        </w:rPr>
        <w:t>inundated with commands to retain appeals to</w:t>
      </w:r>
      <w:r>
        <w:rPr>
          <w:b/>
          <w:i w:val="0"/>
          <w:smallCaps w:val="0"/>
          <w:strike w:val="0"/>
          <w:u w:val="single"/>
        </w:rPr>
        <w:t xml:space="preserve"> “</w:t>
      </w:r>
      <w:r>
        <w:rPr>
          <w:b/>
          <w:i w:val="0"/>
          <w:smallCaps w:val="0"/>
          <w:strike w:val="0"/>
          <w:highlight w:val="cyan"/>
          <w:u w:val="single"/>
        </w:rPr>
        <w:t>humanity</w:t>
      </w:r>
      <w:r>
        <w:rPr>
          <w:b/>
          <w:i w:val="0"/>
          <w:smallCaps w:val="0"/>
          <w:strike w:val="0"/>
          <w:u w:val="single"/>
        </w:rPr>
        <w:t>,” “love,” and respect for “supreme values</w:t>
      </w:r>
      <w:r>
        <w:rPr>
          <w:b w:val="0"/>
          <w:i w:val="0"/>
          <w:smallCaps w:val="0"/>
          <w:strike w:val="0"/>
          <w:u w:val="single"/>
        </w:rPr>
        <w:t xml:space="preserve">,” </w:t>
      </w:r>
      <w:r>
        <w:rPr>
          <w:b w:val="0"/>
          <w:i w:val="0"/>
          <w:smallCaps w:val="0"/>
          <w:strike w:val="0"/>
          <w:highlight w:val="cyan"/>
          <w:u w:val="single"/>
        </w:rPr>
        <w:t>which</w:t>
      </w:r>
      <w:r>
        <w:rPr>
          <w:b w:val="0"/>
          <w:i w:val="0"/>
          <w:smallCaps w:val="0"/>
          <w:strike w:val="0"/>
          <w:u w:val="single"/>
        </w:rPr>
        <w:t xml:space="preserve"> in this case, </w:t>
      </w:r>
      <w:r>
        <w:rPr>
          <w:b w:val="0"/>
          <w:i w:val="0"/>
          <w:smallCaps w:val="0"/>
          <w:strike w:val="0"/>
          <w:highlight w:val="cyan"/>
          <w:u w:val="single"/>
        </w:rPr>
        <w:t xml:space="preserve">means being </w:t>
      </w:r>
      <w:r>
        <w:rPr>
          <w:b/>
          <w:i w:val="0"/>
          <w:smallCaps w:val="0"/>
          <w:strike w:val="0"/>
          <w:highlight w:val="cyan"/>
          <w:u w:val="single"/>
        </w:rPr>
        <w:t>induced into</w:t>
      </w:r>
      <w:r>
        <w:rPr>
          <w:b/>
          <w:i w:val="0"/>
          <w:smallCaps w:val="0"/>
          <w:strike w:val="0"/>
          <w:u w:val="single"/>
        </w:rPr>
        <w:t xml:space="preserve"> </w:t>
      </w:r>
      <w:r>
        <w:rPr>
          <w:b/>
          <w:i w:val="0"/>
          <w:smallCaps w:val="0"/>
          <w:strike w:val="0"/>
          <w:highlight w:val="cyan"/>
          <w:u w:val="single"/>
        </w:rPr>
        <w:t>committing the mistake of</w:t>
      </w:r>
      <w:r>
        <w:rPr>
          <w:b/>
          <w:i w:val="0"/>
          <w:smallCaps w:val="0"/>
          <w:strike w:val="0"/>
          <w:u w:val="single"/>
        </w:rPr>
        <w:t xml:space="preserve"> “</w:t>
      </w:r>
      <w:r>
        <w:rPr>
          <w:b/>
          <w:i w:val="0"/>
          <w:smallCaps w:val="0"/>
          <w:strike w:val="0"/>
          <w:highlight w:val="cyan"/>
          <w:u w:val="single"/>
        </w:rPr>
        <w:t>forgetting racism as a consequence</w:t>
      </w:r>
      <w:r>
        <w:rPr>
          <w:b w:val="0"/>
          <w:i w:val="0"/>
          <w:smallCaps w:val="0"/>
          <w:strike w:val="0"/>
          <w:u w:val="single"/>
        </w:rPr>
        <w:t>” that “obeys a flawless logic,” and not necessarily a lack of “love</w:t>
      </w:r>
      <w:r>
        <w:rPr>
          <w:b w:val="0"/>
          <w:i w:val="0"/>
          <w:smallCaps w:val="0"/>
          <w:strike w:val="0"/>
          <w:sz w:val="14"/>
          <w:u w:val="none"/>
        </w:rPr>
        <w:t xml:space="preserve">.”49 </w:t>
      </w:r>
      <w:r>
        <w:rPr>
          <w:b w:val="0"/>
          <w:i w:val="0"/>
          <w:smallCaps w:val="0"/>
          <w:strike w:val="0"/>
          <w:u w:val="single"/>
        </w:rPr>
        <w:t>Antiblack racists do not have a pathological disposition against loving and respecting</w:t>
      </w:r>
      <w:r>
        <w:rPr>
          <w:b w:val="0"/>
          <w:i w:val="0"/>
          <w:smallCaps w:val="0"/>
          <w:strike w:val="0"/>
          <w:sz w:val="14"/>
          <w:u w:val="none"/>
        </w:rPr>
        <w:t xml:space="preserve">; clearly, they love and respect one another. </w:t>
      </w:r>
      <w:r>
        <w:rPr>
          <w:b w:val="0"/>
          <w:i w:val="0"/>
          <w:smallCaps w:val="0"/>
          <w:strike w:val="0"/>
          <w:u w:val="single"/>
        </w:rPr>
        <w:t xml:space="preserve">It is </w:t>
      </w:r>
      <w:r>
        <w:rPr>
          <w:b/>
          <w:i w:val="0"/>
          <w:smallCaps w:val="0"/>
          <w:strike w:val="0"/>
          <w:highlight w:val="cyan"/>
          <w:u w:val="single"/>
        </w:rPr>
        <w:t>when it comes to loving and respecting those who are not white</w:t>
      </w:r>
      <w:r>
        <w:rPr>
          <w:b/>
          <w:i w:val="0"/>
          <w:smallCaps w:val="0"/>
          <w:strike w:val="0"/>
          <w:u w:val="single"/>
        </w:rPr>
        <w:t xml:space="preserve">, </w:t>
      </w:r>
      <w:r>
        <w:rPr>
          <w:b/>
          <w:i w:val="0"/>
          <w:smallCaps w:val="0"/>
          <w:strike w:val="0"/>
          <w:highlight w:val="cyan"/>
          <w:u w:val="single"/>
        </w:rPr>
        <w:t>the black</w:t>
      </w:r>
      <w:r>
        <w:rPr>
          <w:b/>
          <w:i w:val="0"/>
          <w:smallCaps w:val="0"/>
          <w:strike w:val="0"/>
          <w:u w:val="single"/>
        </w:rPr>
        <w:t>, that “</w:t>
      </w:r>
      <w:r>
        <w:rPr>
          <w:b/>
          <w:i w:val="0"/>
          <w:smallCaps w:val="0"/>
          <w:strike w:val="0"/>
          <w:highlight w:val="cyan"/>
          <w:u w:val="single"/>
        </w:rPr>
        <w:t>the white man remains intractable</w:t>
      </w:r>
      <w:r>
        <w:rPr>
          <w:b w:val="0"/>
          <w:i w:val="0"/>
          <w:smallCaps w:val="0"/>
          <w:strike w:val="0"/>
          <w:sz w:val="14"/>
          <w:u w:val="none"/>
        </w:rPr>
        <w:t xml:space="preserve">.”50 The attitude of antiblack racism is not “a constant of the human spirit,” on Fanon’s view; it is “a disposition fitting into a well-defined system.”51 Understanding the dispositions involved require understanding the systematic production of white values. </w:t>
      </w:r>
      <w:r>
        <w:rPr>
          <w:b/>
          <w:i w:val="0"/>
          <w:smallCaps w:val="0"/>
          <w:strike w:val="0"/>
          <w:highlight w:val="cyan"/>
          <w:u w:val="single"/>
        </w:rPr>
        <w:t>By collapsing black phenomenal perspectives into an object of nonexistence</w:t>
      </w:r>
      <w:r>
        <w:rPr>
          <w:b/>
          <w:i w:val="0"/>
          <w:smallCaps w:val="0"/>
          <w:strike w:val="0"/>
          <w:u w:val="single"/>
        </w:rPr>
        <w:t xml:space="preserve">, </w:t>
      </w:r>
      <w:r>
        <w:rPr>
          <w:b/>
          <w:i w:val="0"/>
          <w:smallCaps w:val="0"/>
          <w:strike w:val="0"/>
          <w:highlight w:val="cyan"/>
          <w:u w:val="single"/>
        </w:rPr>
        <w:t>antiblack racism accomplishes</w:t>
      </w:r>
      <w:r>
        <w:rPr>
          <w:b/>
          <w:i w:val="0"/>
          <w:smallCaps w:val="0"/>
          <w:strike w:val="0"/>
          <w:u w:val="single"/>
        </w:rPr>
        <w:t xml:space="preserve"> “</w:t>
      </w:r>
      <w:r>
        <w:rPr>
          <w:b/>
          <w:i w:val="0"/>
          <w:smallCaps w:val="0"/>
          <w:strike w:val="0"/>
          <w:highlight w:val="cyan"/>
          <w:u w:val="single"/>
        </w:rPr>
        <w:t>enslavement</w:t>
      </w:r>
      <w:r>
        <w:rPr>
          <w:b/>
          <w:i w:val="0"/>
          <w:smallCaps w:val="0"/>
          <w:strike w:val="0"/>
          <w:u w:val="single"/>
        </w:rPr>
        <w:t>, in the strictest sense</w:t>
      </w:r>
      <w:r>
        <w:rPr>
          <w:b w:val="0"/>
          <w:i w:val="0"/>
          <w:smallCaps w:val="0"/>
          <w:strike w:val="0"/>
          <w:sz w:val="14"/>
          <w:u w:val="none"/>
        </w:rPr>
        <w:t xml:space="preserve">,” </w:t>
      </w:r>
      <w:r>
        <w:rPr>
          <w:b/>
          <w:i w:val="0"/>
          <w:smallCaps w:val="0"/>
          <w:strike w:val="0"/>
          <w:highlight w:val="cyan"/>
          <w:u w:val="single"/>
        </w:rPr>
        <w:t>enabling white people to live in a reality</w:t>
      </w:r>
      <w:r>
        <w:rPr>
          <w:b/>
          <w:i w:val="0"/>
          <w:smallCaps w:val="0"/>
          <w:strike w:val="0"/>
          <w:u w:val="single"/>
        </w:rPr>
        <w:t xml:space="preserve"> </w:t>
      </w:r>
      <w:r>
        <w:rPr>
          <w:b/>
          <w:i w:val="0"/>
          <w:smallCaps w:val="0"/>
          <w:strike w:val="0"/>
          <w:highlight w:val="cyan"/>
          <w:u w:val="single"/>
        </w:rPr>
        <w:t>where they function as</w:t>
      </w:r>
      <w:r>
        <w:rPr>
          <w:b/>
          <w:i w:val="0"/>
          <w:smallCaps w:val="0"/>
          <w:strike w:val="0"/>
          <w:u w:val="single"/>
        </w:rPr>
        <w:t xml:space="preserve"> Gods, authors of universal value, or </w:t>
      </w:r>
      <w:r>
        <w:rPr>
          <w:b/>
          <w:i w:val="0"/>
          <w:smallCaps w:val="0"/>
          <w:strike w:val="0"/>
          <w:highlight w:val="cyan"/>
          <w:u w:val="single"/>
        </w:rPr>
        <w:t>masters of the universe</w:t>
      </w:r>
      <w:r>
        <w:rPr>
          <w:b w:val="0"/>
          <w:i w:val="0"/>
          <w:smallCaps w:val="0"/>
          <w:strike w:val="0"/>
          <w:sz w:val="14"/>
          <w:u w:val="none"/>
        </w:rPr>
        <w:t xml:space="preserve">.52 </w:t>
      </w:r>
      <w:r>
        <w:rPr>
          <w:b w:val="0"/>
          <w:i w:val="0"/>
          <w:smallCaps w:val="0"/>
          <w:strike w:val="0"/>
          <w:u w:val="single"/>
        </w:rPr>
        <w:t>Antiblack racism demands that black strength, freedom, and being for-it-self collapses into a weak thing-in-itself</w:t>
      </w:r>
      <w:r>
        <w:rPr>
          <w:b w:val="0"/>
          <w:i w:val="0"/>
          <w:smallCaps w:val="0"/>
          <w:strike w:val="0"/>
          <w:sz w:val="14"/>
          <w:u w:val="none"/>
        </w:rPr>
        <w:t xml:space="preserve">; it attempts to stop all black phenomenal systems from self-referencing outside of whiteness. </w:t>
      </w:r>
      <w:r>
        <w:rPr>
          <w:b/>
          <w:i w:val="0"/>
          <w:smallCaps w:val="0"/>
          <w:strike w:val="0"/>
          <w:highlight w:val="cyan"/>
          <w:u w:val="single"/>
        </w:rPr>
        <w:t>As a result</w:t>
      </w:r>
      <w:r>
        <w:rPr>
          <w:b/>
          <w:i w:val="0"/>
          <w:smallCaps w:val="0"/>
          <w:strike w:val="0"/>
          <w:u w:val="single"/>
        </w:rPr>
        <w:t xml:space="preserve">, </w:t>
      </w:r>
      <w:r>
        <w:rPr>
          <w:b/>
          <w:i w:val="0"/>
          <w:smallCaps w:val="0"/>
          <w:strike w:val="0"/>
          <w:highlight w:val="cyan"/>
          <w:u w:val="single"/>
        </w:rPr>
        <w:t>the</w:t>
      </w:r>
      <w:r>
        <w:rPr>
          <w:b/>
          <w:i w:val="0"/>
          <w:smallCaps w:val="0"/>
          <w:strike w:val="0"/>
          <w:u w:val="single"/>
        </w:rPr>
        <w:t xml:space="preserve"> entire social </w:t>
      </w:r>
      <w:r>
        <w:rPr>
          <w:b/>
          <w:i w:val="0"/>
          <w:smallCaps w:val="0"/>
          <w:strike w:val="0"/>
          <w:highlight w:val="cyan"/>
          <w:u w:val="single"/>
        </w:rPr>
        <w:t>panorama of black</w:t>
      </w:r>
      <w:r>
        <w:rPr>
          <w:b/>
          <w:i w:val="0"/>
          <w:smallCaps w:val="0"/>
          <w:strike w:val="0"/>
          <w:u w:val="single"/>
        </w:rPr>
        <w:t xml:space="preserve"> </w:t>
      </w:r>
      <w:r>
        <w:rPr>
          <w:b/>
          <w:i w:val="0"/>
          <w:smallCaps w:val="0"/>
          <w:strike w:val="0"/>
          <w:highlight w:val="cyan"/>
          <w:u w:val="single"/>
        </w:rPr>
        <w:t>existential life is</w:t>
      </w:r>
      <w:r>
        <w:rPr>
          <w:b/>
          <w:i w:val="0"/>
          <w:smallCaps w:val="0"/>
          <w:strike w:val="0"/>
          <w:u w:val="single"/>
        </w:rPr>
        <w:t xml:space="preserve"> “</w:t>
      </w:r>
      <w:r>
        <w:rPr>
          <w:b/>
          <w:i w:val="0"/>
          <w:smallCaps w:val="0"/>
          <w:strike w:val="0"/>
          <w:highlight w:val="cyan"/>
          <w:u w:val="single"/>
        </w:rPr>
        <w:t>destructured</w:t>
      </w:r>
      <w:r>
        <w:rPr>
          <w:b/>
          <w:i w:val="0"/>
          <w:smallCaps w:val="0"/>
          <w:strike w:val="0"/>
          <w:u w:val="single"/>
        </w:rPr>
        <w:t xml:space="preserve">,” </w:t>
      </w:r>
      <w:r>
        <w:rPr>
          <w:b/>
          <w:i w:val="0"/>
          <w:smallCaps w:val="0"/>
          <w:strike w:val="0"/>
          <w:highlight w:val="cyan"/>
          <w:u w:val="single"/>
        </w:rPr>
        <w:t>and values are</w:t>
      </w:r>
      <w:r>
        <w:rPr>
          <w:b/>
          <w:i w:val="0"/>
          <w:smallCaps w:val="0"/>
          <w:strike w:val="0"/>
          <w:u w:val="single"/>
        </w:rPr>
        <w:t xml:space="preserve">, as Fanon said, “flaunted, </w:t>
      </w:r>
      <w:r>
        <w:rPr>
          <w:b/>
          <w:i w:val="0"/>
          <w:smallCaps w:val="0"/>
          <w:strike w:val="0"/>
          <w:highlight w:val="cyan"/>
          <w:u w:val="single"/>
        </w:rPr>
        <w:t>crushed</w:t>
      </w:r>
      <w:r>
        <w:rPr>
          <w:b/>
          <w:i w:val="0"/>
          <w:smallCaps w:val="0"/>
          <w:strike w:val="0"/>
          <w:u w:val="single"/>
        </w:rPr>
        <w:t>, emptied</w:t>
      </w:r>
      <w:r>
        <w:rPr>
          <w:b w:val="0"/>
          <w:i w:val="0"/>
          <w:smallCaps w:val="0"/>
          <w:strike w:val="0"/>
          <w:sz w:val="14"/>
          <w:u w:val="none"/>
        </w:rPr>
        <w:t>.”53</w:t>
      </w:r>
    </w:p>
    <w:p>
      <w:pPr>
        <w:spacing w:after="60"/>
      </w:pPr>
      <w:r>
        <w:rPr>
          <w:b w:val="0"/>
          <w:i w:val="0"/>
          <w:smallCaps w:val="0"/>
          <w:strike w:val="0"/>
          <w:sz w:val="14"/>
          <w:u w:val="none"/>
        </w:rPr>
        <w:t xml:space="preserve">Under these circumstances, </w:t>
      </w:r>
      <w:r>
        <w:rPr>
          <w:b/>
          <w:i w:val="0"/>
          <w:smallCaps w:val="0"/>
          <w:strike w:val="0"/>
          <w:highlight w:val="cyan"/>
          <w:u w:val="single"/>
        </w:rPr>
        <w:t>black people in an antiblack world may</w:t>
      </w:r>
      <w:r>
        <w:rPr>
          <w:b/>
          <w:i w:val="0"/>
          <w:smallCaps w:val="0"/>
          <w:strike w:val="0"/>
          <w:u w:val="single"/>
        </w:rPr>
        <w:t xml:space="preserve">, </w:t>
      </w:r>
      <w:r>
        <w:rPr>
          <w:b/>
          <w:i w:val="0"/>
          <w:smallCaps w:val="0"/>
          <w:strike w:val="0"/>
          <w:highlight w:val="cyan"/>
          <w:u w:val="single"/>
        </w:rPr>
        <w:t>at first</w:t>
      </w:r>
      <w:r>
        <w:rPr>
          <w:b/>
          <w:i w:val="0"/>
          <w:smallCaps w:val="0"/>
          <w:strike w:val="0"/>
          <w:u w:val="single"/>
        </w:rPr>
        <w:t xml:space="preserve">, </w:t>
      </w:r>
      <w:r>
        <w:rPr>
          <w:b/>
          <w:i w:val="0"/>
          <w:smallCaps w:val="0"/>
          <w:strike w:val="0"/>
          <w:highlight w:val="cyan"/>
          <w:u w:val="single"/>
        </w:rPr>
        <w:t>discover</w:t>
      </w:r>
      <w:r>
        <w:rPr>
          <w:b/>
          <w:i w:val="0"/>
          <w:smallCaps w:val="0"/>
          <w:strike w:val="0"/>
          <w:u w:val="single"/>
        </w:rPr>
        <w:t xml:space="preserve"> “</w:t>
      </w:r>
      <w:r>
        <w:rPr>
          <w:b/>
          <w:i w:val="0"/>
          <w:smallCaps w:val="0"/>
          <w:strike w:val="0"/>
          <w:highlight w:val="cyan"/>
          <w:u w:val="single"/>
        </w:rPr>
        <w:t>dignity</w:t>
      </w:r>
      <w:r>
        <w:rPr>
          <w:b/>
          <w:i w:val="0"/>
          <w:smallCaps w:val="0"/>
          <w:strike w:val="0"/>
          <w:u w:val="single"/>
        </w:rPr>
        <w:t xml:space="preserve">” </w:t>
      </w:r>
      <w:r>
        <w:rPr>
          <w:b/>
          <w:i w:val="0"/>
          <w:smallCaps w:val="0"/>
          <w:strike w:val="0"/>
          <w:highlight w:val="cyan"/>
          <w:u w:val="single"/>
        </w:rPr>
        <w:t>as a form of optimism</w:t>
      </w:r>
      <w:r>
        <w:rPr>
          <w:b/>
          <w:i w:val="0"/>
          <w:smallCaps w:val="0"/>
          <w:strike w:val="0"/>
          <w:u w:val="single"/>
        </w:rPr>
        <w:t xml:space="preserve">, </w:t>
      </w:r>
      <w:r>
        <w:rPr>
          <w:b w:val="0"/>
          <w:i w:val="0"/>
          <w:smallCaps w:val="0"/>
          <w:strike w:val="0"/>
          <w:u w:val="single"/>
        </w:rPr>
        <w:t>as if “having discovered a spontaneous truth,” where “the inferiorized rediscovers a style that had once been devalorized</w:t>
      </w:r>
      <w:r>
        <w:rPr>
          <w:b w:val="0"/>
          <w:i w:val="0"/>
          <w:smallCaps w:val="0"/>
          <w:strike w:val="0"/>
          <w:sz w:val="14"/>
          <w:u w:val="none"/>
        </w:rPr>
        <w:t xml:space="preserve">.”54 </w:t>
      </w:r>
      <w:r>
        <w:rPr>
          <w:b w:val="0"/>
          <w:i w:val="0"/>
          <w:smallCaps w:val="0"/>
          <w:strike w:val="0"/>
          <w:u w:val="single"/>
        </w:rPr>
        <w:t>One could interpret black Christian responses to antiblack racism in this way; it is a “traditionalism,” according to Fanon, which is a hallmark of weak nihilism</w:t>
      </w:r>
      <w:r>
        <w:rPr>
          <w:b w:val="0"/>
          <w:i w:val="0"/>
          <w:smallCaps w:val="0"/>
          <w:strike w:val="0"/>
          <w:sz w:val="14"/>
          <w:u w:val="none"/>
        </w:rPr>
        <w:t>.55 On this view, having rediscovered their freedoms in terms of powers to alternatively interpret white nihilistic Christian narratives, the traditional black Christian utilizes his spontaneous truth, and “</w:t>
      </w:r>
      <w:r>
        <w:rPr>
          <w:b w:val="0"/>
          <w:i w:val="0"/>
          <w:smallCaps w:val="0"/>
          <w:strike w:val="0"/>
          <w:u w:val="single"/>
        </w:rPr>
        <w:t>goes into ecstasies over each rediscovery</w:t>
      </w:r>
      <w:r>
        <w:rPr>
          <w:b w:val="0"/>
          <w:i w:val="0"/>
          <w:smallCaps w:val="0"/>
          <w:strike w:val="0"/>
          <w:sz w:val="14"/>
          <w:u w:val="none"/>
        </w:rPr>
        <w:t xml:space="preserve"> . . . </w:t>
      </w:r>
      <w:r>
        <w:rPr>
          <w:b w:val="0"/>
          <w:i w:val="0"/>
          <w:smallCaps w:val="0"/>
          <w:strike w:val="0"/>
          <w:highlight w:val="cyan"/>
          <w:u w:val="single"/>
        </w:rPr>
        <w:t>formerly inferiorized</w:t>
      </w:r>
      <w:r>
        <w:rPr>
          <w:b w:val="0"/>
          <w:i w:val="0"/>
          <w:smallCaps w:val="0"/>
          <w:strike w:val="0"/>
          <w:sz w:val="14"/>
          <w:u w:val="none"/>
        </w:rPr>
        <w:t>, [</w:t>
      </w:r>
      <w:r>
        <w:rPr>
          <w:b w:val="0"/>
          <w:i w:val="0"/>
          <w:smallCaps w:val="0"/>
          <w:strike w:val="0"/>
          <w:highlight w:val="cyan"/>
          <w:u w:val="single"/>
        </w:rPr>
        <w:t>they are</w:t>
      </w:r>
      <w:r>
        <w:rPr>
          <w:b w:val="0"/>
          <w:i w:val="0"/>
          <w:smallCaps w:val="0"/>
          <w:strike w:val="0"/>
          <w:u w:val="single"/>
        </w:rPr>
        <w:t xml:space="preserve">] </w:t>
      </w:r>
      <w:r>
        <w:rPr>
          <w:b w:val="0"/>
          <w:i w:val="0"/>
          <w:smallCaps w:val="0"/>
          <w:strike w:val="0"/>
          <w:highlight w:val="cyan"/>
          <w:u w:val="single"/>
        </w:rPr>
        <w:t>now in a</w:t>
      </w:r>
      <w:r>
        <w:rPr>
          <w:b w:val="0"/>
          <w:i w:val="0"/>
          <w:smallCaps w:val="0"/>
          <w:strike w:val="0"/>
          <w:u w:val="single"/>
        </w:rPr>
        <w:t xml:space="preserve"> </w:t>
      </w:r>
      <w:r>
        <w:rPr>
          <w:b w:val="0"/>
          <w:i w:val="0"/>
          <w:smallCaps w:val="0"/>
          <w:strike w:val="0"/>
          <w:highlight w:val="cyan"/>
          <w:u w:val="single"/>
        </w:rPr>
        <w:t>state of grace</w:t>
      </w:r>
      <w:r>
        <w:rPr>
          <w:b w:val="0"/>
          <w:i w:val="0"/>
          <w:smallCaps w:val="0"/>
          <w:strike w:val="0"/>
          <w:sz w:val="14"/>
          <w:u w:val="none"/>
        </w:rPr>
        <w:t>.”56 But, at this point, Fanon offers a warning:</w:t>
      </w:r>
    </w:p>
    <w:p>
      <w:pPr>
        <w:spacing w:after="60"/>
      </w:pPr>
      <w:r>
        <w:rPr>
          <w:b w:val="0"/>
          <w:i w:val="0"/>
          <w:smallCaps w:val="0"/>
          <w:strike w:val="0"/>
          <w:u w:val="single"/>
        </w:rPr>
        <w:t>The culture of the enslaved people is sclerosed, dying</w:t>
      </w:r>
      <w:r>
        <w:rPr>
          <w:b w:val="0"/>
          <w:i w:val="0"/>
          <w:smallCaps w:val="0"/>
          <w:strike w:val="0"/>
          <w:sz w:val="14"/>
          <w:u w:val="none"/>
        </w:rPr>
        <w:t xml:space="preserve">. </w:t>
      </w:r>
      <w:r>
        <w:rPr>
          <w:b w:val="0"/>
          <w:i w:val="0"/>
          <w:smallCaps w:val="0"/>
          <w:strike w:val="0"/>
          <w:u w:val="single"/>
        </w:rPr>
        <w:t>No life any longer circulates in it</w:t>
      </w:r>
      <w:r>
        <w:rPr>
          <w:b w:val="0"/>
          <w:i w:val="0"/>
          <w:smallCaps w:val="0"/>
          <w:strike w:val="0"/>
          <w:sz w:val="14"/>
          <w:u w:val="none"/>
        </w:rPr>
        <w:t xml:space="preserve">. Or more precisely, the only existing life is dissimulated. </w:t>
      </w:r>
      <w:r>
        <w:rPr>
          <w:b w:val="0"/>
          <w:i w:val="0"/>
          <w:smallCaps w:val="0"/>
          <w:strike w:val="0"/>
          <w:u w:val="single"/>
        </w:rPr>
        <w:t>The population that normally assumes here and there a few fragments of life, which continues to attach dynamic meanings to institutions</w:t>
      </w:r>
      <w:r>
        <w:rPr>
          <w:b w:val="0"/>
          <w:i w:val="0"/>
          <w:smallCaps w:val="0"/>
          <w:strike w:val="0"/>
          <w:sz w:val="14"/>
          <w:u w:val="none"/>
        </w:rPr>
        <w:t xml:space="preserve"> . . . </w:t>
      </w:r>
      <w:r>
        <w:rPr>
          <w:b w:val="0"/>
          <w:i w:val="0"/>
          <w:smallCaps w:val="0"/>
          <w:strike w:val="0"/>
          <w:u w:val="single"/>
        </w:rPr>
        <w:t>in a colonial system these are the traditionalists</w:t>
      </w:r>
      <w:r>
        <w:rPr>
          <w:b w:val="0"/>
          <w:i w:val="0"/>
          <w:smallCaps w:val="0"/>
          <w:strike w:val="0"/>
          <w:sz w:val="14"/>
          <w:u w:val="none"/>
        </w:rPr>
        <w:t>.57</w:t>
      </w:r>
    </w:p>
    <w:p>
      <w:pPr>
        <w:spacing w:after="60"/>
      </w:pPr>
      <w:r>
        <w:rPr>
          <w:b/>
          <w:i w:val="0"/>
          <w:smallCaps w:val="0"/>
          <w:strike w:val="0"/>
          <w:highlight w:val="cyan"/>
          <w:u w:val="single"/>
        </w:rPr>
        <w:t>One must resist attaching</w:t>
      </w:r>
      <w:r>
        <w:rPr>
          <w:b/>
          <w:i w:val="0"/>
          <w:smallCaps w:val="0"/>
          <w:strike w:val="0"/>
          <w:u w:val="single"/>
        </w:rPr>
        <w:t xml:space="preserve"> certain “</w:t>
      </w:r>
      <w:r>
        <w:rPr>
          <w:b/>
          <w:i w:val="0"/>
          <w:smallCaps w:val="0"/>
          <w:strike w:val="0"/>
          <w:highlight w:val="cyan"/>
          <w:u w:val="single"/>
        </w:rPr>
        <w:t>dynamic meanings</w:t>
      </w:r>
      <w:r>
        <w:rPr>
          <w:b/>
          <w:i w:val="0"/>
          <w:smallCaps w:val="0"/>
          <w:strike w:val="0"/>
          <w:u w:val="single"/>
        </w:rPr>
        <w:t xml:space="preserve">” </w:t>
      </w:r>
      <w:r>
        <w:rPr>
          <w:b/>
          <w:i w:val="0"/>
          <w:smallCaps w:val="0"/>
          <w:strike w:val="0"/>
          <w:highlight w:val="cyan"/>
          <w:u w:val="single"/>
        </w:rPr>
        <w:t>to antiblack racist institutions</w:t>
      </w:r>
      <w:r>
        <w:rPr>
          <w:b w:val="0"/>
          <w:i w:val="0"/>
          <w:smallCaps w:val="0"/>
          <w:strike w:val="0"/>
          <w:u w:val="single"/>
        </w:rPr>
        <w:t xml:space="preserve">, which I interpret to mean </w:t>
      </w:r>
      <w:r>
        <w:rPr>
          <w:b w:val="0"/>
          <w:i w:val="0"/>
          <w:smallCaps w:val="0"/>
          <w:strike w:val="0"/>
          <w:highlight w:val="cyan"/>
          <w:u w:val="single"/>
        </w:rPr>
        <w:t>avoiding</w:t>
      </w:r>
      <w:r>
        <w:rPr>
          <w:b w:val="0"/>
          <w:i w:val="0"/>
          <w:smallCaps w:val="0"/>
          <w:strike w:val="0"/>
          <w:u w:val="single"/>
        </w:rPr>
        <w:t xml:space="preserve"> what I call “</w:t>
      </w:r>
      <w:r>
        <w:rPr>
          <w:b/>
          <w:i w:val="0"/>
          <w:smallCaps w:val="0"/>
          <w:strike w:val="0"/>
          <w:highlight w:val="cyan"/>
          <w:u w:val="single"/>
        </w:rPr>
        <w:t>weak black nihilism</w:t>
      </w:r>
      <w:r>
        <w:rPr>
          <w:b w:val="0"/>
          <w:i w:val="0"/>
          <w:smallCaps w:val="0"/>
          <w:strike w:val="0"/>
          <w:sz w:val="14"/>
          <w:u w:val="none"/>
        </w:rPr>
        <w:t xml:space="preserve">.” </w:t>
      </w:r>
      <w:r>
        <w:rPr>
          <w:b w:val="0"/>
          <w:i w:val="0"/>
          <w:smallCaps w:val="0"/>
          <w:strike w:val="0"/>
          <w:u w:val="single"/>
        </w:rPr>
        <w:t xml:space="preserve">Nodding at the ways black optimists strive to preserve “a few fragments of life,” </w:t>
      </w:r>
      <w:r>
        <w:rPr>
          <w:b/>
          <w:i w:val="0"/>
          <w:smallCaps w:val="0"/>
          <w:strike w:val="0"/>
          <w:highlight w:val="cyan"/>
          <w:u w:val="single"/>
        </w:rPr>
        <w:t>one is</w:t>
      </w:r>
      <w:r>
        <w:rPr>
          <w:b/>
          <w:i w:val="0"/>
          <w:smallCaps w:val="0"/>
          <w:strike w:val="0"/>
          <w:u w:val="single"/>
        </w:rPr>
        <w:t xml:space="preserve"> ultimately </w:t>
      </w:r>
      <w:r>
        <w:rPr>
          <w:b/>
          <w:i w:val="0"/>
          <w:smallCaps w:val="0"/>
          <w:strike w:val="0"/>
          <w:highlight w:val="cyan"/>
          <w:u w:val="single"/>
        </w:rPr>
        <w:t>forced to criticize the</w:t>
      </w:r>
      <w:r>
        <w:rPr>
          <w:b/>
          <w:i w:val="0"/>
          <w:smallCaps w:val="0"/>
          <w:strike w:val="0"/>
          <w:u w:val="single"/>
        </w:rPr>
        <w:t xml:space="preserve"> underdevelopment of thought, or “</w:t>
      </w:r>
      <w:r>
        <w:rPr>
          <w:b/>
          <w:i w:val="0"/>
          <w:smallCaps w:val="0"/>
          <w:strike w:val="0"/>
          <w:highlight w:val="cyan"/>
          <w:u w:val="single"/>
        </w:rPr>
        <w:t>mummification</w:t>
      </w:r>
      <w:r>
        <w:rPr>
          <w:b/>
          <w:i w:val="0"/>
          <w:smallCaps w:val="0"/>
          <w:strike w:val="0"/>
          <w:u w:val="single"/>
        </w:rPr>
        <w:t xml:space="preserve">” </w:t>
      </w:r>
      <w:r>
        <w:rPr>
          <w:b/>
          <w:i w:val="0"/>
          <w:smallCaps w:val="0"/>
          <w:strike w:val="0"/>
          <w:highlight w:val="cyan"/>
          <w:u w:val="single"/>
        </w:rPr>
        <w:t>of human freedom entailed by such approaches</w:t>
      </w:r>
      <w:r>
        <w:rPr>
          <w:b/>
          <w:i w:val="0"/>
          <w:smallCaps w:val="0"/>
          <w:strike w:val="0"/>
          <w:u w:val="single"/>
        </w:rPr>
        <w:t xml:space="preserve"> to black struggle</w:t>
      </w:r>
      <w:r>
        <w:rPr>
          <w:b w:val="0"/>
          <w:i w:val="0"/>
          <w:smallCaps w:val="0"/>
          <w:strike w:val="0"/>
          <w:sz w:val="14"/>
          <w:u w:val="none"/>
        </w:rPr>
        <w:t>.</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