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Lost in the absurdity of existence, civil society continually attempts to eradicate blackness to give itself meaning. The dominance of Eurocentric thought renders any attempts to break free futile, suffocating black bodies under a thin white veil – a racial contract.</w:t>
      </w:r>
    </w:p>
    <w:p>
      <w:pPr>
        <w:spacing w:after="80"/>
      </w:pPr>
      <w:r>
        <w:rPr>
          <w:b/>
          <w:i w:val="0"/>
          <w:smallCaps w:val="0"/>
          <w:strike w:val="0"/>
          <w:sz w:val="26"/>
          <w:u w:val="none"/>
        </w:rPr>
        <w:t xml:space="preserve">Johnson 21 </w:t>
      </w:r>
      <w:r>
        <w:rPr>
          <w:b w:val="0"/>
          <w:i w:val="0"/>
          <w:smallCaps w:val="0"/>
          <w:strike w:val="0"/>
          <w:u w:val="none"/>
        </w:rPr>
        <w:t>[Devon; 2021; Assistant Teaching Professor in Philosophy, University of Tampa, PhD, Temple University, MA and BA, Florida State University; “Black Nihilism and Antiblack Racism,” p. 23</w:t>
      </w:r>
      <w:r>
        <w:rPr>
          <w:b w:val="0"/>
          <w:i w:val="0"/>
          <w:smallCaps w:val="0"/>
          <w:strike w:val="0"/>
          <w:u w:val="none"/>
        </w:rPr>
        <w:t>-</w:t>
      </w:r>
      <w:r>
        <w:rPr>
          <w:b w:val="0"/>
          <w:i w:val="0"/>
          <w:smallCaps w:val="0"/>
          <w:strike w:val="0"/>
          <w:u w:val="none"/>
        </w:rPr>
        <w:t>24</w:t>
      </w:r>
      <w:r>
        <w:rPr>
          <w:b w:val="0"/>
          <w:i w:val="0"/>
          <w:smallCaps w:val="0"/>
          <w:strike w:val="0"/>
          <w:u w:val="none"/>
        </w:rPr>
        <w:t xml:space="preserve"> $P</w:t>
      </w:r>
      <w:r>
        <w:rPr>
          <w:b w:val="0"/>
          <w:i w:val="0"/>
          <w:smallCaps w:val="0"/>
          <w:strike w:val="0"/>
          <w:u w:val="none"/>
        </w:rPr>
        <w:t xml:space="preserve">] </w:t>
      </w:r>
    </w:p>
    <w:p>
      <w:pPr>
        <w:spacing w:after="60"/>
      </w:pPr>
      <w:r>
        <w:rPr>
          <w:b w:val="0"/>
          <w:i w:val="0"/>
          <w:smallCaps w:val="0"/>
          <w:strike w:val="0"/>
          <w:u w:val="single"/>
        </w:rPr>
        <w:t xml:space="preserve">The fact of antiblack racism, today, is less in need of demonstration than it is in need of enumeration and illumination. </w:t>
      </w:r>
      <w:r>
        <w:rPr>
          <w:b/>
          <w:i w:val="0"/>
          <w:smallCaps w:val="0"/>
          <w:strike w:val="0"/>
          <w:highlight w:val="cyan"/>
          <w:u w:val="single"/>
        </w:rPr>
        <w:t>Antiblack racism remains the hue of mundane reality</w:t>
      </w:r>
      <w:r>
        <w:rPr>
          <w:b w:val="0"/>
          <w:i w:val="0"/>
          <w:smallCaps w:val="0"/>
          <w:strike w:val="0"/>
          <w:sz w:val="16"/>
          <w:u w:val="none"/>
        </w:rPr>
        <w:t xml:space="preserve">, at least in the United States, </w:t>
      </w:r>
      <w:r>
        <w:rPr>
          <w:b/>
          <w:i w:val="0"/>
          <w:smallCaps w:val="0"/>
          <w:strike w:val="0"/>
          <w:highlight w:val="cyan"/>
          <w:u w:val="single"/>
        </w:rPr>
        <w:t>and its tentacles are</w:t>
      </w:r>
      <w:r>
        <w:rPr>
          <w:b/>
          <w:i w:val="0"/>
          <w:smallCaps w:val="0"/>
          <w:strike w:val="0"/>
          <w:u w:val="single"/>
        </w:rPr>
        <w:t xml:space="preserve"> well </w:t>
      </w:r>
      <w:r>
        <w:rPr>
          <w:b/>
          <w:i w:val="0"/>
          <w:smallCaps w:val="0"/>
          <w:strike w:val="0"/>
          <w:highlight w:val="cyan"/>
          <w:u w:val="single"/>
        </w:rPr>
        <w:t>documented as having gripped the globe</w:t>
      </w:r>
      <w:r>
        <w:rPr>
          <w:b w:val="0"/>
          <w:i w:val="0"/>
          <w:smallCaps w:val="0"/>
          <w:strike w:val="0"/>
          <w:sz w:val="16"/>
          <w:u w:val="none"/>
        </w:rPr>
        <w:t xml:space="preserve">. How do ideals generated by peoples centuries ago continue to color our reality? </w:t>
      </w:r>
      <w:r>
        <w:rPr>
          <w:b w:val="0"/>
          <w:i w:val="0"/>
          <w:smallCaps w:val="0"/>
          <w:strike w:val="0"/>
          <w:highlight w:val="cyan"/>
          <w:u w:val="single"/>
        </w:rPr>
        <w:t>Black people have always been able to see the contradictions of antiblack racist</w:t>
      </w:r>
      <w:r>
        <w:rPr>
          <w:b w:val="0"/>
          <w:i w:val="0"/>
          <w:smallCaps w:val="0"/>
          <w:strike w:val="0"/>
          <w:u w:val="single"/>
        </w:rPr>
        <w:t xml:space="preserve"> </w:t>
      </w:r>
      <w:r>
        <w:rPr>
          <w:b w:val="0"/>
          <w:i w:val="0"/>
          <w:smallCaps w:val="0"/>
          <w:strike w:val="0"/>
          <w:highlight w:val="cyan"/>
          <w:u w:val="single"/>
        </w:rPr>
        <w:t>logics</w:t>
      </w:r>
      <w:r>
        <w:rPr>
          <w:b w:val="0"/>
          <w:i w:val="0"/>
          <w:smallCaps w:val="0"/>
          <w:strike w:val="0"/>
          <w:u w:val="single"/>
        </w:rPr>
        <w:t xml:space="preserve">, </w:t>
      </w:r>
      <w:r>
        <w:rPr>
          <w:b w:val="0"/>
          <w:i w:val="0"/>
          <w:smallCaps w:val="0"/>
          <w:strike w:val="0"/>
          <w:highlight w:val="cyan"/>
          <w:u w:val="single"/>
        </w:rPr>
        <w:t>but</w:t>
      </w:r>
      <w:r>
        <w:rPr>
          <w:b w:val="0"/>
          <w:i w:val="0"/>
          <w:smallCaps w:val="0"/>
          <w:strike w:val="0"/>
          <w:u w:val="single"/>
        </w:rPr>
        <w:t xml:space="preserve">, </w:t>
      </w:r>
      <w:r>
        <w:rPr>
          <w:b w:val="0"/>
          <w:i w:val="0"/>
          <w:smallCaps w:val="0"/>
          <w:strike w:val="0"/>
          <w:highlight w:val="cyan"/>
          <w:u w:val="single"/>
        </w:rPr>
        <w:t>today</w:t>
      </w:r>
      <w:r>
        <w:rPr>
          <w:b w:val="0"/>
          <w:i w:val="0"/>
          <w:smallCaps w:val="0"/>
          <w:strike w:val="0"/>
          <w:u w:val="single"/>
        </w:rPr>
        <w:t xml:space="preserve">, </w:t>
      </w:r>
      <w:r>
        <w:rPr>
          <w:b w:val="0"/>
          <w:i w:val="0"/>
          <w:smallCaps w:val="0"/>
          <w:strike w:val="0"/>
          <w:highlight w:val="cyan"/>
          <w:u w:val="single"/>
        </w:rPr>
        <w:t>are able to socially respond and make known</w:t>
      </w:r>
      <w:r>
        <w:rPr>
          <w:b w:val="0"/>
          <w:i w:val="0"/>
          <w:smallCaps w:val="0"/>
          <w:strike w:val="0"/>
          <w:u w:val="single"/>
        </w:rPr>
        <w:t xml:space="preserve"> in a variety of publicly discursive ways the contradictory nature of the illusions supporting the phenomenon</w:t>
      </w:r>
      <w:r>
        <w:rPr>
          <w:b w:val="0"/>
          <w:i w:val="0"/>
          <w:smallCaps w:val="0"/>
          <w:strike w:val="0"/>
          <w:sz w:val="16"/>
          <w:u w:val="none"/>
        </w:rPr>
        <w:t xml:space="preserve">. </w:t>
      </w:r>
      <w:r>
        <w:rPr>
          <w:b w:val="0"/>
          <w:i w:val="0"/>
          <w:smallCaps w:val="0"/>
          <w:strike w:val="0"/>
          <w:u w:val="single"/>
        </w:rPr>
        <w:t xml:space="preserve">I do not find it difficult to ascertain the philosophical and moral illegitimacy of antiblack racism; </w:t>
      </w:r>
      <w:r>
        <w:rPr>
          <w:b w:val="0"/>
          <w:i w:val="0"/>
          <w:smallCaps w:val="0"/>
          <w:strike w:val="0"/>
          <w:highlight w:val="cyan"/>
          <w:u w:val="single"/>
        </w:rPr>
        <w:t>however</w:t>
      </w:r>
      <w:r>
        <w:rPr>
          <w:b w:val="0"/>
          <w:i w:val="0"/>
          <w:smallCaps w:val="0"/>
          <w:strike w:val="0"/>
          <w:u w:val="single"/>
        </w:rPr>
        <w:t xml:space="preserve">, </w:t>
      </w:r>
      <w:r>
        <w:rPr>
          <w:b/>
          <w:i w:val="0"/>
          <w:smallCaps w:val="0"/>
          <w:strike w:val="0"/>
          <w:highlight w:val="cyan"/>
          <w:u w:val="single"/>
        </w:rPr>
        <w:t>there is difficulty</w:t>
      </w:r>
      <w:r>
        <w:rPr>
          <w:b/>
          <w:i w:val="0"/>
          <w:smallCaps w:val="0"/>
          <w:strike w:val="0"/>
          <w:u w:val="single"/>
        </w:rPr>
        <w:t xml:space="preserve"> in </w:t>
      </w:r>
      <w:r>
        <w:rPr>
          <w:b/>
          <w:i w:val="0"/>
          <w:smallCaps w:val="0"/>
          <w:strike w:val="0"/>
          <w:highlight w:val="cyan"/>
          <w:u w:val="single"/>
        </w:rPr>
        <w:t>explaining</w:t>
      </w:r>
      <w:r>
        <w:rPr>
          <w:b/>
          <w:i w:val="0"/>
          <w:smallCaps w:val="0"/>
          <w:strike w:val="0"/>
          <w:u w:val="single"/>
        </w:rPr>
        <w:t xml:space="preserve"> a preponderance of fallacies from the seventeenth through nineteenth centuries and their legitimacy in the twenty-first</w:t>
      </w:r>
      <w:r>
        <w:rPr>
          <w:b w:val="0"/>
          <w:i w:val="0"/>
          <w:smallCaps w:val="0"/>
          <w:strike w:val="0"/>
          <w:sz w:val="16"/>
          <w:u w:val="none"/>
        </w:rPr>
        <w:t xml:space="preserve">. </w:t>
      </w:r>
      <w:r>
        <w:rPr>
          <w:b/>
          <w:i w:val="0"/>
          <w:smallCaps w:val="0"/>
          <w:strike w:val="0"/>
          <w:highlight w:val="cyan"/>
          <w:u w:val="single"/>
        </w:rPr>
        <w:t>How</w:t>
      </w:r>
      <w:r>
        <w:rPr>
          <w:b/>
          <w:i w:val="0"/>
          <w:smallCaps w:val="0"/>
          <w:strike w:val="0"/>
          <w:u w:val="single"/>
        </w:rPr>
        <w:t xml:space="preserve"> does </w:t>
      </w:r>
      <w:r>
        <w:rPr>
          <w:b/>
          <w:i w:val="0"/>
          <w:smallCaps w:val="0"/>
          <w:strike w:val="0"/>
          <w:highlight w:val="cyan"/>
          <w:u w:val="single"/>
        </w:rPr>
        <w:t>antiblack racism</w:t>
      </w:r>
      <w:r>
        <w:rPr>
          <w:b/>
          <w:i w:val="0"/>
          <w:smallCaps w:val="0"/>
          <w:strike w:val="0"/>
          <w:u w:val="single"/>
        </w:rPr>
        <w:t xml:space="preserve">, </w:t>
      </w:r>
      <w:r>
        <w:rPr>
          <w:b/>
          <w:i w:val="0"/>
          <w:smallCaps w:val="0"/>
          <w:strike w:val="0"/>
          <w:highlight w:val="cyan"/>
          <w:u w:val="single"/>
        </w:rPr>
        <w:t>which has been laid bare</w:t>
      </w:r>
      <w:r>
        <w:rPr>
          <w:b/>
          <w:i w:val="0"/>
          <w:smallCaps w:val="0"/>
          <w:strike w:val="0"/>
          <w:u w:val="single"/>
        </w:rPr>
        <w:t xml:space="preserve">, dramatized, and satirized </w:t>
      </w:r>
      <w:r>
        <w:rPr>
          <w:b/>
          <w:i w:val="0"/>
          <w:smallCaps w:val="0"/>
          <w:strike w:val="0"/>
          <w:highlight w:val="cyan"/>
          <w:u w:val="single"/>
        </w:rPr>
        <w:t>in plain</w:t>
      </w:r>
      <w:r>
        <w:rPr>
          <w:b/>
          <w:i w:val="0"/>
          <w:smallCaps w:val="0"/>
          <w:strike w:val="0"/>
          <w:u w:val="single"/>
        </w:rPr>
        <w:t xml:space="preserve"> </w:t>
      </w:r>
      <w:r>
        <w:rPr>
          <w:b/>
          <w:i w:val="0"/>
          <w:smallCaps w:val="0"/>
          <w:strike w:val="0"/>
          <w:highlight w:val="cyan"/>
          <w:u w:val="single"/>
        </w:rPr>
        <w:t>view</w:t>
      </w:r>
      <w:r>
        <w:rPr>
          <w:b/>
          <w:i w:val="0"/>
          <w:smallCaps w:val="0"/>
          <w:strike w:val="0"/>
          <w:u w:val="single"/>
        </w:rPr>
        <w:t xml:space="preserve"> of the public, </w:t>
      </w:r>
      <w:r>
        <w:rPr>
          <w:b/>
          <w:i w:val="0"/>
          <w:smallCaps w:val="0"/>
          <w:strike w:val="0"/>
          <w:highlight w:val="cyan"/>
          <w:u w:val="single"/>
        </w:rPr>
        <w:t>continue to dominate contemporary cultural realities</w:t>
      </w:r>
      <w:r>
        <w:rPr>
          <w:b w:val="0"/>
          <w:i w:val="0"/>
          <w:smallCaps w:val="0"/>
          <w:strike w:val="0"/>
          <w:sz w:val="16"/>
          <w:u w:val="none"/>
        </w:rPr>
        <w:t xml:space="preserve">? </w:t>
      </w:r>
      <w:r>
        <w:rPr>
          <w:b/>
          <w:i w:val="0"/>
          <w:smallCaps w:val="0"/>
          <w:strike w:val="0"/>
          <w:highlight w:val="cyan"/>
          <w:u w:val="single"/>
        </w:rPr>
        <w:t>Veils have fallen</w:t>
      </w:r>
      <w:r>
        <w:rPr>
          <w:b/>
          <w:i w:val="0"/>
          <w:smallCaps w:val="0"/>
          <w:strike w:val="0"/>
          <w:u w:val="single"/>
        </w:rPr>
        <w:t xml:space="preserve">, it seems, and </w:t>
      </w:r>
      <w:r>
        <w:rPr>
          <w:b/>
          <w:i w:val="0"/>
          <w:smallCaps w:val="0"/>
          <w:strike w:val="0"/>
          <w:highlight w:val="cyan"/>
          <w:u w:val="single"/>
        </w:rPr>
        <w:t>yet antiblack racism persists</w:t>
      </w:r>
      <w:r>
        <w:rPr>
          <w:b w:val="0"/>
          <w:i w:val="0"/>
          <w:smallCaps w:val="0"/>
          <w:strike w:val="0"/>
          <w:u w:val="single"/>
        </w:rPr>
        <w:t>; how can that be</w:t>
      </w:r>
      <w:r>
        <w:rPr>
          <w:b w:val="0"/>
          <w:i w:val="0"/>
          <w:smallCaps w:val="0"/>
          <w:strike w:val="0"/>
          <w:sz w:val="16"/>
          <w:u w:val="none"/>
        </w:rPr>
        <w:t>? Another way of asking this question is, “Why do antiblack racists insist upon the veil of white supremacist values so desperately?</w:t>
      </w:r>
    </w:p>
    <w:p>
      <w:pPr>
        <w:spacing w:after="60"/>
      </w:pPr>
      <w:r>
        <w:rPr>
          <w:b w:val="0"/>
          <w:i w:val="0"/>
          <w:smallCaps w:val="0"/>
          <w:strike w:val="0"/>
          <w:u w:val="single"/>
        </w:rPr>
        <w:t xml:space="preserve">I have come to exist within </w:t>
      </w:r>
      <w:r>
        <w:rPr>
          <w:b/>
          <w:i w:val="0"/>
          <w:smallCaps w:val="0"/>
          <w:strike w:val="0"/>
          <w:highlight w:val="cyan"/>
          <w:u w:val="single"/>
        </w:rPr>
        <w:t>a world enshrouded by veils of modern European thoughts</w:t>
      </w:r>
      <w:r>
        <w:rPr>
          <w:b/>
          <w:i w:val="0"/>
          <w:smallCaps w:val="0"/>
          <w:strike w:val="0"/>
          <w:u w:val="single"/>
        </w:rPr>
        <w:t xml:space="preserve">, philosophies, and perspectives, which </w:t>
      </w:r>
      <w:r>
        <w:rPr>
          <w:b/>
          <w:i w:val="0"/>
          <w:smallCaps w:val="0"/>
          <w:strike w:val="0"/>
          <w:highlight w:val="cyan"/>
          <w:u w:val="single"/>
        </w:rPr>
        <w:t>smother</w:t>
      </w:r>
      <w:r>
        <w:rPr>
          <w:b/>
          <w:i w:val="0"/>
          <w:smallCaps w:val="0"/>
          <w:strike w:val="0"/>
          <w:u w:val="single"/>
        </w:rPr>
        <w:t xml:space="preserve"> my </w:t>
      </w:r>
      <w:r>
        <w:rPr>
          <w:b/>
          <w:i w:val="0"/>
          <w:smallCaps w:val="0"/>
          <w:strike w:val="0"/>
          <w:highlight w:val="cyan"/>
          <w:u w:val="single"/>
        </w:rPr>
        <w:t>humanity in ideals of whiteness</w:t>
      </w:r>
      <w:r>
        <w:rPr>
          <w:b w:val="0"/>
          <w:i w:val="0"/>
          <w:smallCaps w:val="0"/>
          <w:strike w:val="0"/>
          <w:sz w:val="16"/>
          <w:u w:val="none"/>
        </w:rPr>
        <w:t xml:space="preserve">. </w:t>
      </w:r>
      <w:r>
        <w:rPr>
          <w:b/>
          <w:i w:val="0"/>
          <w:smallCaps w:val="0"/>
          <w:strike w:val="0"/>
          <w:highlight w:val="cyan"/>
          <w:u w:val="single"/>
        </w:rPr>
        <w:t>These veils are so cold</w:t>
      </w:r>
      <w:r>
        <w:rPr>
          <w:b/>
          <w:i w:val="0"/>
          <w:smallCaps w:val="0"/>
          <w:strike w:val="0"/>
          <w:u w:val="single"/>
        </w:rPr>
        <w:t xml:space="preserve">, </w:t>
      </w:r>
      <w:r>
        <w:rPr>
          <w:b/>
          <w:i w:val="0"/>
          <w:smallCaps w:val="0"/>
          <w:strike w:val="0"/>
          <w:highlight w:val="cyan"/>
          <w:u w:val="single"/>
        </w:rPr>
        <w:t>so thin</w:t>
      </w:r>
      <w:r>
        <w:rPr>
          <w:b/>
          <w:i w:val="0"/>
          <w:smallCaps w:val="0"/>
          <w:strike w:val="0"/>
          <w:u w:val="single"/>
        </w:rPr>
        <w:t xml:space="preserve">; </w:t>
      </w:r>
      <w:r>
        <w:rPr>
          <w:b/>
          <w:i w:val="0"/>
          <w:smallCaps w:val="0"/>
          <w:strike w:val="0"/>
          <w:highlight w:val="cyan"/>
          <w:u w:val="single"/>
        </w:rPr>
        <w:t>yet</w:t>
      </w:r>
      <w:r>
        <w:rPr>
          <w:b/>
          <w:i w:val="0"/>
          <w:smallCaps w:val="0"/>
          <w:strike w:val="0"/>
          <w:u w:val="single"/>
        </w:rPr>
        <w:t xml:space="preserve"> I </w:t>
      </w:r>
      <w:r>
        <w:rPr>
          <w:b/>
          <w:i w:val="0"/>
          <w:smallCaps w:val="0"/>
          <w:strike w:val="0"/>
          <w:highlight w:val="cyan"/>
          <w:u w:val="single"/>
        </w:rPr>
        <w:t>cannot breathe through them</w:t>
      </w:r>
      <w:r>
        <w:rPr>
          <w:b w:val="0"/>
          <w:i w:val="0"/>
          <w:smallCaps w:val="0"/>
          <w:strike w:val="0"/>
          <w:sz w:val="16"/>
          <w:u w:val="none"/>
        </w:rPr>
        <w:t xml:space="preserve">. I cannot believe these veils are sought, by some, in their quest for life, and warmth. I imagine that whatever the constructors of these veils were facing, they found it to be absolutely frigid, horrifying, and for them, ought to be avoided at all cost. </w:t>
      </w:r>
      <w:r>
        <w:rPr>
          <w:b w:val="0"/>
          <w:i w:val="0"/>
          <w:smallCaps w:val="0"/>
          <w:strike w:val="0"/>
          <w:u w:val="single"/>
        </w:rPr>
        <w:t>What is that which antiblack racist ideals of whiteness seeks to cloak itself from</w:t>
      </w:r>
      <w:r>
        <w:rPr>
          <w:b w:val="0"/>
          <w:i w:val="0"/>
          <w:smallCaps w:val="0"/>
          <w:strike w:val="0"/>
          <w:sz w:val="16"/>
          <w:u w:val="none"/>
        </w:rPr>
        <w:t xml:space="preserve">? </w:t>
      </w:r>
      <w:r>
        <w:rPr>
          <w:b w:val="0"/>
          <w:i w:val="0"/>
          <w:smallCaps w:val="0"/>
          <w:strike w:val="0"/>
          <w:u w:val="single"/>
        </w:rPr>
        <w:t>Pessimism and nihilism</w:t>
      </w:r>
      <w:r>
        <w:rPr>
          <w:b w:val="0"/>
          <w:i w:val="0"/>
          <w:smallCaps w:val="0"/>
          <w:strike w:val="0"/>
          <w:sz w:val="16"/>
          <w:u w:val="none"/>
        </w:rPr>
        <w:t xml:space="preserve">. </w:t>
      </w:r>
      <w:r>
        <w:rPr>
          <w:b/>
          <w:i w:val="0"/>
          <w:smallCaps w:val="0"/>
          <w:strike w:val="0"/>
          <w:highlight w:val="cyan"/>
          <w:u w:val="single"/>
        </w:rPr>
        <w:t>Underneath antiblack racist veils of whiteness stands a nihilistic human being</w:t>
      </w:r>
      <w:r>
        <w:rPr>
          <w:b/>
          <w:i w:val="0"/>
          <w:smallCaps w:val="0"/>
          <w:strike w:val="0"/>
          <w:u w:val="single"/>
        </w:rPr>
        <w:t xml:space="preserve">, </w:t>
      </w:r>
      <w:r>
        <w:rPr>
          <w:b/>
          <w:i w:val="0"/>
          <w:smallCaps w:val="0"/>
          <w:strike w:val="0"/>
          <w:highlight w:val="cyan"/>
          <w:u w:val="single"/>
        </w:rPr>
        <w:t>responding to</w:t>
      </w:r>
      <w:r>
        <w:rPr>
          <w:b/>
          <w:i w:val="0"/>
          <w:smallCaps w:val="0"/>
          <w:strike w:val="0"/>
          <w:u w:val="single"/>
        </w:rPr>
        <w:t xml:space="preserve"> the fundamental </w:t>
      </w:r>
      <w:r>
        <w:rPr>
          <w:b/>
          <w:i w:val="0"/>
          <w:smallCaps w:val="0"/>
          <w:strike w:val="0"/>
          <w:highlight w:val="cyan"/>
          <w:u w:val="single"/>
        </w:rPr>
        <w:t>existential conditions of Humanity</w:t>
      </w:r>
      <w:r>
        <w:rPr>
          <w:b/>
          <w:i w:val="0"/>
          <w:smallCaps w:val="0"/>
          <w:strike w:val="0"/>
          <w:u w:val="single"/>
        </w:rPr>
        <w:t xml:space="preserve">, </w:t>
      </w:r>
      <w:r>
        <w:rPr>
          <w:b/>
          <w:i w:val="0"/>
          <w:smallCaps w:val="0"/>
          <w:strike w:val="0"/>
          <w:highlight w:val="cyan"/>
          <w:u w:val="single"/>
        </w:rPr>
        <w:t>with weakness</w:t>
      </w:r>
      <w:r>
        <w:rPr>
          <w:b w:val="0"/>
          <w:i w:val="0"/>
          <w:smallCaps w:val="0"/>
          <w:strike w:val="0"/>
          <w:sz w:val="16"/>
          <w:u w:val="none"/>
        </w:rPr>
        <w:t xml:space="preserve">. </w:t>
      </w:r>
      <w:r>
        <w:rPr>
          <w:b/>
          <w:i w:val="0"/>
          <w:smallCaps w:val="0"/>
          <w:strike w:val="0"/>
          <w:u w:val="single"/>
        </w:rPr>
        <w:t>Life beyond antiblack racism involves facing nihilism</w:t>
      </w:r>
      <w:r>
        <w:rPr>
          <w:b w:val="0"/>
          <w:i w:val="0"/>
          <w:smallCaps w:val="0"/>
          <w:strike w:val="0"/>
          <w:sz w:val="16"/>
          <w:u w:val="none"/>
        </w:rPr>
        <w:t xml:space="preserve">. </w:t>
      </w:r>
      <w:r>
        <w:rPr>
          <w:b w:val="0"/>
          <w:i w:val="0"/>
          <w:smallCaps w:val="0"/>
          <w:strike w:val="0"/>
          <w:sz w:val="16"/>
          <w:u w:val="none"/>
        </w:rPr>
        <w:t xml:space="preserve">“Nihilism” references the process of attempting to construct newer values in the place of fallen ones. I aim to show it is also a constitutive feature of antiblack racism. </w:t>
      </w:r>
      <w:r>
        <w:rPr>
          <w:b/>
          <w:i w:val="0"/>
          <w:smallCaps w:val="0"/>
          <w:strike w:val="0"/>
          <w:u w:val="single"/>
        </w:rPr>
        <w:t>As a subject of European philosophical reflection, “</w:t>
      </w:r>
      <w:r>
        <w:rPr>
          <w:b/>
          <w:i w:val="0"/>
          <w:smallCaps w:val="0"/>
          <w:strike w:val="0"/>
          <w:highlight w:val="cyan"/>
          <w:u w:val="single"/>
        </w:rPr>
        <w:t>nihilism</w:t>
      </w:r>
      <w:r>
        <w:rPr>
          <w:b w:val="0"/>
          <w:i w:val="0"/>
          <w:smallCaps w:val="0"/>
          <w:strike w:val="0"/>
          <w:u w:val="single"/>
        </w:rPr>
        <w:t xml:space="preserve">” </w:t>
      </w:r>
      <w:r>
        <w:rPr>
          <w:b/>
          <w:i w:val="0"/>
          <w:smallCaps w:val="0"/>
          <w:strike w:val="0"/>
          <w:highlight w:val="cyan"/>
          <w:u w:val="single"/>
        </w:rPr>
        <w:t>is</w:t>
      </w:r>
      <w:r>
        <w:rPr>
          <w:b/>
          <w:i w:val="0"/>
          <w:smallCaps w:val="0"/>
          <w:strike w:val="0"/>
          <w:u w:val="single"/>
        </w:rPr>
        <w:t xml:space="preserve"> genealogically </w:t>
      </w:r>
      <w:r>
        <w:rPr>
          <w:b/>
          <w:i w:val="0"/>
          <w:smallCaps w:val="0"/>
          <w:strike w:val="0"/>
          <w:highlight w:val="cyan"/>
          <w:u w:val="single"/>
        </w:rPr>
        <w:t>akin to the historical emergence of antiblack racism</w:t>
      </w:r>
      <w:r>
        <w:rPr>
          <w:b w:val="0"/>
          <w:i w:val="0"/>
          <w:smallCaps w:val="0"/>
          <w:strike w:val="0"/>
          <w:u w:val="single"/>
        </w:rPr>
        <w:t xml:space="preserve"> in Western life; both proceed from the cultivation of existential categories pertaining to Enlightenment forms of imperial reasoning and colonization, or the construction of (European) “Man</w:t>
      </w:r>
      <w:r>
        <w:rPr>
          <w:b w:val="0"/>
          <w:i w:val="0"/>
          <w:smallCaps w:val="0"/>
          <w:strike w:val="0"/>
          <w:sz w:val="16"/>
          <w:u w:val="none"/>
        </w:rPr>
        <w:t>.”2 (</w:t>
      </w:r>
      <w:r>
        <w:rPr>
          <w:b/>
          <w:i w:val="0"/>
          <w:smallCaps w:val="0"/>
          <w:strike w:val="0"/>
          <w:highlight w:val="cyan"/>
          <w:u w:val="single"/>
        </w:rPr>
        <w:t>European</w:t>
      </w:r>
      <w:r>
        <w:rPr>
          <w:b/>
          <w:i w:val="0"/>
          <w:smallCaps w:val="0"/>
          <w:strike w:val="0"/>
          <w:u w:val="single"/>
        </w:rPr>
        <w:t>) “</w:t>
      </w:r>
      <w:r>
        <w:rPr>
          <w:b/>
          <w:i w:val="0"/>
          <w:smallCaps w:val="0"/>
          <w:strike w:val="0"/>
          <w:highlight w:val="cyan"/>
          <w:u w:val="single"/>
        </w:rPr>
        <w:t>Man</w:t>
      </w:r>
      <w:r>
        <w:rPr>
          <w:b/>
          <w:i w:val="0"/>
          <w:smallCaps w:val="0"/>
          <w:strike w:val="0"/>
          <w:u w:val="single"/>
        </w:rPr>
        <w:t xml:space="preserve">” </w:t>
      </w:r>
      <w:r>
        <w:rPr>
          <w:b/>
          <w:i w:val="0"/>
          <w:smallCaps w:val="0"/>
          <w:strike w:val="0"/>
          <w:highlight w:val="cyan"/>
          <w:u w:val="single"/>
        </w:rPr>
        <w:t>has historically imposed himself upon the world by</w:t>
      </w:r>
      <w:r>
        <w:rPr>
          <w:b/>
          <w:i w:val="0"/>
          <w:smallCaps w:val="0"/>
          <w:strike w:val="0"/>
          <w:u w:val="single"/>
        </w:rPr>
        <w:t xml:space="preserve"> colonially </w:t>
      </w:r>
      <w:r>
        <w:rPr>
          <w:b/>
          <w:i w:val="0"/>
          <w:smallCaps w:val="0"/>
          <w:strike w:val="0"/>
          <w:highlight w:val="cyan"/>
          <w:u w:val="single"/>
        </w:rPr>
        <w:t>establishing systems of white supremacist</w:t>
      </w:r>
      <w:r>
        <w:rPr>
          <w:b/>
          <w:i w:val="0"/>
          <w:smallCaps w:val="0"/>
          <w:strike w:val="0"/>
          <w:u w:val="single"/>
        </w:rPr>
        <w:t xml:space="preserve"> </w:t>
      </w:r>
      <w:r>
        <w:rPr>
          <w:b/>
          <w:i w:val="0"/>
          <w:smallCaps w:val="0"/>
          <w:strike w:val="0"/>
          <w:highlight w:val="cyan"/>
          <w:u w:val="single"/>
        </w:rPr>
        <w:t>social</w:t>
      </w:r>
      <w:r>
        <w:rPr>
          <w:b/>
          <w:i w:val="0"/>
          <w:smallCaps w:val="0"/>
          <w:strike w:val="0"/>
          <w:u w:val="single"/>
        </w:rPr>
        <w:t xml:space="preserve">, </w:t>
      </w:r>
      <w:r>
        <w:rPr>
          <w:b/>
          <w:i w:val="0"/>
          <w:smallCaps w:val="0"/>
          <w:strike w:val="0"/>
          <w:highlight w:val="cyan"/>
          <w:u w:val="single"/>
        </w:rPr>
        <w:t>political</w:t>
      </w:r>
      <w:r>
        <w:rPr>
          <w:b/>
          <w:i w:val="0"/>
          <w:smallCaps w:val="0"/>
          <w:strike w:val="0"/>
          <w:u w:val="single"/>
        </w:rPr>
        <w:t xml:space="preserve">, </w:t>
      </w:r>
      <w:r>
        <w:rPr>
          <w:b/>
          <w:i w:val="0"/>
          <w:smallCaps w:val="0"/>
          <w:strike w:val="0"/>
          <w:highlight w:val="cyan"/>
          <w:u w:val="single"/>
        </w:rPr>
        <w:t>and cultural values</w:t>
      </w:r>
      <w:r>
        <w:rPr>
          <w:b/>
          <w:i w:val="0"/>
          <w:smallCaps w:val="0"/>
          <w:strike w:val="0"/>
          <w:u w:val="single"/>
        </w:rPr>
        <w:t xml:space="preserve">, </w:t>
      </w:r>
      <w:r>
        <w:rPr>
          <w:b/>
          <w:i w:val="0"/>
          <w:smallCaps w:val="0"/>
          <w:strike w:val="0"/>
          <w:highlight w:val="cyan"/>
          <w:u w:val="single"/>
        </w:rPr>
        <w:t>alongside antiblack racist institutions</w:t>
      </w:r>
      <w:r>
        <w:rPr>
          <w:b/>
          <w:i w:val="0"/>
          <w:smallCaps w:val="0"/>
          <w:strike w:val="0"/>
          <w:u w:val="single"/>
        </w:rPr>
        <w:t>, structuring those realities</w:t>
      </w:r>
      <w:r>
        <w:rPr>
          <w:b w:val="0"/>
          <w:i w:val="0"/>
          <w:smallCaps w:val="0"/>
          <w:strike w:val="0"/>
          <w:sz w:val="16"/>
          <w:u w:val="none"/>
        </w:rPr>
        <w:t xml:space="preserve">. </w:t>
      </w:r>
      <w:r>
        <w:rPr>
          <w:b w:val="0"/>
          <w:i w:val="0"/>
          <w:smallCaps w:val="0"/>
          <w:strike w:val="0"/>
          <w:u w:val="single"/>
        </w:rPr>
        <w:t xml:space="preserve">The result has been </w:t>
      </w:r>
      <w:r>
        <w:rPr>
          <w:b w:val="0"/>
          <w:i w:val="0"/>
          <w:smallCaps w:val="0"/>
          <w:strike w:val="0"/>
          <w:highlight w:val="cyan"/>
          <w:u w:val="single"/>
        </w:rPr>
        <w:t xml:space="preserve">an attempt </w:t>
      </w:r>
      <w:r>
        <w:rPr>
          <w:b/>
          <w:i w:val="0"/>
          <w:smallCaps w:val="0"/>
          <w:strike w:val="0"/>
          <w:highlight w:val="cyan"/>
          <w:u w:val="single"/>
        </w:rPr>
        <w:t>to make the</w:t>
      </w:r>
      <w:r>
        <w:rPr>
          <w:b/>
          <w:i w:val="0"/>
          <w:smallCaps w:val="0"/>
          <w:strike w:val="0"/>
          <w:u w:val="single"/>
        </w:rPr>
        <w:t xml:space="preserve"> ideals of (</w:t>
      </w:r>
      <w:r>
        <w:rPr>
          <w:b/>
          <w:i w:val="0"/>
          <w:smallCaps w:val="0"/>
          <w:strike w:val="0"/>
          <w:highlight w:val="cyan"/>
          <w:u w:val="single"/>
        </w:rPr>
        <w:t>European</w:t>
      </w:r>
      <w:r>
        <w:rPr>
          <w:b/>
          <w:i w:val="0"/>
          <w:smallCaps w:val="0"/>
          <w:strike w:val="0"/>
          <w:u w:val="single"/>
        </w:rPr>
        <w:t>) “</w:t>
      </w:r>
      <w:r>
        <w:rPr>
          <w:b/>
          <w:i w:val="0"/>
          <w:smallCaps w:val="0"/>
          <w:strike w:val="0"/>
          <w:highlight w:val="cyan"/>
          <w:u w:val="single"/>
        </w:rPr>
        <w:t>Man</w:t>
      </w:r>
      <w:r>
        <w:rPr>
          <w:b/>
          <w:i w:val="0"/>
          <w:smallCaps w:val="0"/>
          <w:strike w:val="0"/>
          <w:u w:val="single"/>
        </w:rPr>
        <w:t xml:space="preserve">” </w:t>
      </w:r>
      <w:r>
        <w:rPr>
          <w:b/>
          <w:i w:val="0"/>
          <w:smallCaps w:val="0"/>
          <w:strike w:val="0"/>
          <w:highlight w:val="cyan"/>
          <w:u w:val="single"/>
        </w:rPr>
        <w:t>function like the primordial will</w:t>
      </w:r>
      <w:r>
        <w:rPr>
          <w:b/>
          <w:i w:val="0"/>
          <w:smallCaps w:val="0"/>
          <w:strike w:val="0"/>
          <w:u w:val="single"/>
        </w:rPr>
        <w:t xml:space="preserve"> </w:t>
      </w:r>
      <w:r>
        <w:rPr>
          <w:b/>
          <w:i w:val="0"/>
          <w:smallCaps w:val="0"/>
          <w:strike w:val="0"/>
          <w:highlight w:val="cyan"/>
          <w:u w:val="single"/>
        </w:rPr>
        <w:t>of the universe</w:t>
      </w:r>
      <w:r>
        <w:rPr>
          <w:b/>
          <w:i w:val="0"/>
          <w:smallCaps w:val="0"/>
          <w:strike w:val="0"/>
          <w:u w:val="single"/>
        </w:rPr>
        <w:t xml:space="preserve">, </w:t>
      </w:r>
      <w:r>
        <w:rPr>
          <w:b/>
          <w:i w:val="0"/>
          <w:smallCaps w:val="0"/>
          <w:strike w:val="0"/>
          <w:highlight w:val="cyan"/>
          <w:u w:val="single"/>
        </w:rPr>
        <w:t>out of which black life might</w:t>
      </w:r>
      <w:r>
        <w:rPr>
          <w:b/>
          <w:i w:val="0"/>
          <w:smallCaps w:val="0"/>
          <w:strike w:val="0"/>
          <w:u w:val="single"/>
        </w:rPr>
        <w:t xml:space="preserve">, perhaps, construct alternative realities in order to </w:t>
      </w:r>
      <w:r>
        <w:rPr>
          <w:b/>
          <w:i w:val="0"/>
          <w:smallCaps w:val="0"/>
          <w:strike w:val="0"/>
          <w:highlight w:val="cyan"/>
          <w:u w:val="single"/>
        </w:rPr>
        <w:t>make</w:t>
      </w:r>
      <w:r>
        <w:rPr>
          <w:b/>
          <w:i w:val="0"/>
          <w:smallCaps w:val="0"/>
          <w:strike w:val="0"/>
          <w:u w:val="single"/>
        </w:rPr>
        <w:t xml:space="preserve"> </w:t>
      </w:r>
      <w:r>
        <w:rPr>
          <w:b/>
          <w:i w:val="0"/>
          <w:smallCaps w:val="0"/>
          <w:strike w:val="0"/>
          <w:highlight w:val="cyan"/>
          <w:u w:val="single"/>
        </w:rPr>
        <w:t>this tragic fact of black existence bearable</w:t>
      </w:r>
      <w:r>
        <w:rPr>
          <w:b w:val="0"/>
          <w:i w:val="0"/>
          <w:smallCaps w:val="0"/>
          <w:strike w:val="0"/>
          <w:sz w:val="16"/>
          <w:u w:val="none"/>
        </w:rPr>
        <w:t>.3</w:t>
      </w:r>
    </w:p>
    <w:p>
      <w:pPr>
        <w:spacing w:after="60"/>
      </w:pPr>
      <w:r>
        <w:rPr>
          <w:b w:val="0"/>
          <w:i w:val="0"/>
          <w:smallCaps w:val="0"/>
          <w:strike w:val="0"/>
          <w:sz w:val="16"/>
          <w:u w:val="none"/>
        </w:rPr>
        <w:t xml:space="preserve">The apparent permanence of antiblack racism challenging each of my attempts at constructions of selfhood is experienced, by me, to be as far reaching, vast, and inextricable from reality, as time and space. </w:t>
      </w:r>
      <w:r>
        <w:rPr>
          <w:b w:val="0"/>
          <w:i w:val="0"/>
          <w:smallCaps w:val="0"/>
          <w:strike w:val="0"/>
          <w:u w:val="single"/>
        </w:rPr>
        <w:t xml:space="preserve">My </w:t>
      </w:r>
      <w:r>
        <w:rPr>
          <w:b/>
          <w:i w:val="0"/>
          <w:smallCaps w:val="0"/>
          <w:strike w:val="0"/>
          <w:highlight w:val="cyan"/>
          <w:u w:val="single"/>
        </w:rPr>
        <w:t>positioning within the space of blackness in a</w:t>
      </w:r>
      <w:r>
        <w:rPr>
          <w:b/>
          <w:i w:val="0"/>
          <w:smallCaps w:val="0"/>
          <w:strike w:val="0"/>
          <w:u w:val="single"/>
        </w:rPr>
        <w:t xml:space="preserve"> </w:t>
      </w:r>
      <w:r>
        <w:rPr>
          <w:b/>
          <w:i w:val="0"/>
          <w:smallCaps w:val="0"/>
          <w:strike w:val="0"/>
          <w:highlight w:val="cyan"/>
          <w:u w:val="single"/>
        </w:rPr>
        <w:t>white universe</w:t>
      </w:r>
      <w:r>
        <w:rPr>
          <w:b/>
          <w:i w:val="0"/>
          <w:smallCaps w:val="0"/>
          <w:strike w:val="0"/>
          <w:u w:val="single"/>
        </w:rPr>
        <w:t xml:space="preserve">, on this level, </w:t>
      </w:r>
      <w:r>
        <w:rPr>
          <w:b/>
          <w:i w:val="0"/>
          <w:smallCaps w:val="0"/>
          <w:strike w:val="0"/>
          <w:highlight w:val="cyan"/>
          <w:u w:val="single"/>
        </w:rPr>
        <w:t>is an existential</w:t>
      </w:r>
      <w:r>
        <w:rPr>
          <w:b/>
          <w:i w:val="0"/>
          <w:smallCaps w:val="0"/>
          <w:strike w:val="0"/>
          <w:u w:val="single"/>
        </w:rPr>
        <w:t xml:space="preserve"> and geographical </w:t>
      </w:r>
      <w:r>
        <w:rPr>
          <w:b/>
          <w:i w:val="0"/>
          <w:smallCaps w:val="0"/>
          <w:strike w:val="0"/>
          <w:highlight w:val="cyan"/>
          <w:u w:val="single"/>
        </w:rPr>
        <w:t>affair</w:t>
      </w:r>
      <w:r>
        <w:rPr>
          <w:b w:val="0"/>
          <w:i w:val="0"/>
          <w:smallCaps w:val="0"/>
          <w:strike w:val="0"/>
          <w:sz w:val="16"/>
          <w:u w:val="none"/>
        </w:rPr>
        <w:t xml:space="preserve">. I write this book from a location physically centered in the middle of my city’s black space, or ghetto; </w:t>
      </w:r>
      <w:r>
        <w:rPr>
          <w:b w:val="0"/>
          <w:i w:val="0"/>
          <w:smallCaps w:val="0"/>
          <w:strike w:val="0"/>
          <w:u w:val="single"/>
        </w:rPr>
        <w:t xml:space="preserve">I also read Charles Mills explain that the </w:t>
      </w:r>
      <w:r>
        <w:rPr>
          <w:b w:val="0"/>
          <w:i w:val="0"/>
          <w:smallCaps w:val="0"/>
          <w:strike w:val="0"/>
          <w:highlight w:val="cyan"/>
          <w:u w:val="single"/>
        </w:rPr>
        <w:t>blackness</w:t>
      </w:r>
      <w:r>
        <w:rPr>
          <w:b w:val="0"/>
          <w:i w:val="0"/>
          <w:smallCaps w:val="0"/>
          <w:strike w:val="0"/>
          <w:u w:val="single"/>
        </w:rPr>
        <w:t xml:space="preserve"> of my positioning results, in part, from </w:t>
      </w:r>
      <w:r>
        <w:rPr>
          <w:b/>
          <w:i w:val="0"/>
          <w:smallCaps w:val="0"/>
          <w:strike w:val="0"/>
          <w:highlight w:val="cyan"/>
          <w:u w:val="single"/>
        </w:rPr>
        <w:t>an ontological chasm dividing race in</w:t>
      </w:r>
      <w:r>
        <w:rPr>
          <w:b/>
          <w:i w:val="0"/>
          <w:smallCaps w:val="0"/>
          <w:strike w:val="0"/>
          <w:u w:val="single"/>
        </w:rPr>
        <w:t xml:space="preserve"> this </w:t>
      </w:r>
      <w:r>
        <w:rPr>
          <w:b/>
          <w:i w:val="0"/>
          <w:smallCaps w:val="0"/>
          <w:strike w:val="0"/>
          <w:highlight w:val="cyan"/>
          <w:u w:val="single"/>
        </w:rPr>
        <w:t>society</w:t>
      </w:r>
      <w:r>
        <w:rPr>
          <w:b/>
          <w:i w:val="0"/>
          <w:smallCaps w:val="0"/>
          <w:strike w:val="0"/>
          <w:u w:val="single"/>
        </w:rPr>
        <w:t xml:space="preserve">, one that is </w:t>
      </w:r>
      <w:r>
        <w:rPr>
          <w:b/>
          <w:i w:val="0"/>
          <w:smallCaps w:val="0"/>
          <w:strike w:val="0"/>
          <w:highlight w:val="cyan"/>
          <w:u w:val="single"/>
        </w:rPr>
        <w:t>prescribed</w:t>
      </w:r>
      <w:r>
        <w:rPr>
          <w:b/>
          <w:i w:val="0"/>
          <w:smallCaps w:val="0"/>
          <w:strike w:val="0"/>
          <w:u w:val="single"/>
        </w:rPr>
        <w:t xml:space="preserve"> </w:t>
      </w:r>
      <w:r>
        <w:rPr>
          <w:b/>
          <w:i w:val="0"/>
          <w:smallCaps w:val="0"/>
          <w:strike w:val="0"/>
          <w:highlight w:val="cyan"/>
          <w:u w:val="single"/>
        </w:rPr>
        <w:t>by moral</w:t>
      </w:r>
      <w:r>
        <w:rPr>
          <w:b/>
          <w:i w:val="0"/>
          <w:smallCaps w:val="0"/>
          <w:strike w:val="0"/>
          <w:u w:val="single"/>
        </w:rPr>
        <w:t xml:space="preserve">, </w:t>
      </w:r>
      <w:r>
        <w:rPr>
          <w:b/>
          <w:i w:val="0"/>
          <w:smallCaps w:val="0"/>
          <w:strike w:val="0"/>
          <w:highlight w:val="cyan"/>
          <w:u w:val="single"/>
        </w:rPr>
        <w:t>political</w:t>
      </w:r>
      <w:r>
        <w:rPr>
          <w:b/>
          <w:i w:val="0"/>
          <w:smallCaps w:val="0"/>
          <w:strike w:val="0"/>
          <w:u w:val="single"/>
        </w:rPr>
        <w:t xml:space="preserve">, </w:t>
      </w:r>
      <w:r>
        <w:rPr>
          <w:b/>
          <w:i w:val="0"/>
          <w:smallCaps w:val="0"/>
          <w:strike w:val="0"/>
          <w:highlight w:val="cyan"/>
          <w:u w:val="single"/>
        </w:rPr>
        <w:t>and epistemic norms</w:t>
      </w:r>
      <w:r>
        <w:rPr>
          <w:b/>
          <w:i w:val="0"/>
          <w:smallCaps w:val="0"/>
          <w:strike w:val="0"/>
          <w:u w:val="single"/>
        </w:rPr>
        <w:t xml:space="preserve">, </w:t>
      </w:r>
      <w:r>
        <w:rPr>
          <w:b/>
          <w:i w:val="0"/>
          <w:smallCaps w:val="0"/>
          <w:strike w:val="0"/>
          <w:highlight w:val="cyan"/>
          <w:u w:val="single"/>
        </w:rPr>
        <w:t>or a</w:t>
      </w:r>
      <w:r>
        <w:rPr>
          <w:b/>
          <w:i w:val="0"/>
          <w:smallCaps w:val="0"/>
          <w:strike w:val="0"/>
          <w:u w:val="single"/>
        </w:rPr>
        <w:t xml:space="preserve"> “</w:t>
      </w:r>
      <w:r>
        <w:rPr>
          <w:b/>
          <w:i w:val="0"/>
          <w:smallCaps w:val="0"/>
          <w:strike w:val="0"/>
          <w:highlight w:val="cyan"/>
          <w:u w:val="single"/>
        </w:rPr>
        <w:t>racial contract</w:t>
      </w:r>
      <w:r>
        <w:rPr>
          <w:b w:val="0"/>
          <w:i w:val="0"/>
          <w:smallCaps w:val="0"/>
          <w:strike w:val="0"/>
          <w:sz w:val="16"/>
          <w:u w:val="none"/>
        </w:rPr>
        <w:t xml:space="preserve">.”4 In particular, </w:t>
      </w:r>
      <w:r>
        <w:rPr>
          <w:b w:val="0"/>
          <w:i w:val="0"/>
          <w:smallCaps w:val="0"/>
          <w:strike w:val="0"/>
          <w:u w:val="single"/>
        </w:rPr>
        <w:t xml:space="preserve">Mills described an </w:t>
      </w:r>
      <w:r>
        <w:rPr>
          <w:b/>
          <w:i w:val="0"/>
          <w:smallCaps w:val="0"/>
          <w:strike w:val="0"/>
          <w:u w:val="single"/>
        </w:rPr>
        <w:t xml:space="preserve">epistemological contract undergirding Western society, </w:t>
      </w:r>
      <w:r>
        <w:rPr>
          <w:b/>
          <w:i w:val="0"/>
          <w:smallCaps w:val="0"/>
          <w:strike w:val="0"/>
          <w:highlight w:val="cyan"/>
          <w:u w:val="single"/>
        </w:rPr>
        <w:t>a tacit agreement among antiblack racists</w:t>
      </w:r>
      <w:r>
        <w:rPr>
          <w:b w:val="0"/>
          <w:i w:val="0"/>
          <w:smallCaps w:val="0"/>
          <w:strike w:val="0"/>
          <w:u w:val="single"/>
        </w:rPr>
        <w:t xml:space="preserve">, </w:t>
      </w:r>
      <w:r>
        <w:rPr>
          <w:b w:val="0"/>
          <w:i w:val="0"/>
          <w:smallCaps w:val="0"/>
          <w:strike w:val="0"/>
          <w:highlight w:val="cyan"/>
          <w:u w:val="single"/>
        </w:rPr>
        <w:t>wherein</w:t>
      </w:r>
      <w:r>
        <w:rPr>
          <w:b w:val="0"/>
          <w:i w:val="0"/>
          <w:smallCaps w:val="0"/>
          <w:strike w:val="0"/>
          <w:u w:val="single"/>
        </w:rPr>
        <w:t xml:space="preserve"> the sphere of human </w:t>
      </w:r>
      <w:r>
        <w:rPr>
          <w:b w:val="0"/>
          <w:i w:val="0"/>
          <w:smallCaps w:val="0"/>
          <w:strike w:val="0"/>
          <w:highlight w:val="cyan"/>
          <w:u w:val="single"/>
        </w:rPr>
        <w:t>knowledge production is limited to white bodies and spaces</w:t>
      </w:r>
      <w:r>
        <w:rPr>
          <w:b w:val="0"/>
          <w:i w:val="0"/>
          <w:smallCaps w:val="0"/>
          <w:strike w:val="0"/>
          <w:sz w:val="16"/>
          <w:u w:val="none"/>
        </w:rPr>
        <w:t xml:space="preserve">.5 </w:t>
      </w:r>
      <w:r>
        <w:rPr>
          <w:b w:val="0"/>
          <w:i w:val="0"/>
          <w:smallCaps w:val="0"/>
          <w:strike w:val="0"/>
          <w:sz w:val="16"/>
          <w:u w:val="none"/>
        </w:rPr>
        <w:t>What would (European) “Man” say for himself regarding my encounter with this absurd dimension of his existence, out of which it seems, his chosen way of making life bearable demands that my life be made unbearable, if not completely erased</w:t>
      </w:r>
      <w:r>
        <w:rPr>
          <w:b w:val="0"/>
          <w:i w:val="0"/>
          <w:smallCaps w:val="0"/>
          <w:strike w:val="0"/>
          <w:sz w:val="16"/>
          <w:u w:val="none"/>
        </w:rPr>
        <w:t xml:space="preserve">? </w:t>
      </w:r>
      <w:r>
        <w:rPr>
          <w:b/>
          <w:i w:val="0"/>
          <w:smallCaps w:val="0"/>
          <w:strike w:val="0"/>
          <w:u w:val="single"/>
        </w:rPr>
        <w:t xml:space="preserve">What are </w:t>
      </w:r>
      <w:r>
        <w:rPr>
          <w:b/>
          <w:i w:val="0"/>
          <w:smallCaps w:val="0"/>
          <w:strike w:val="0"/>
          <w:highlight w:val="cyan"/>
          <w:u w:val="single"/>
        </w:rPr>
        <w:t>the fundamental features of the</w:t>
      </w:r>
      <w:r>
        <w:rPr>
          <w:b/>
          <w:i w:val="0"/>
          <w:smallCaps w:val="0"/>
          <w:strike w:val="0"/>
          <w:u w:val="single"/>
        </w:rPr>
        <w:t xml:space="preserve"> valuations of (</w:t>
      </w:r>
      <w:r>
        <w:rPr>
          <w:b/>
          <w:i w:val="0"/>
          <w:smallCaps w:val="0"/>
          <w:strike w:val="0"/>
          <w:highlight w:val="cyan"/>
          <w:u w:val="single"/>
        </w:rPr>
        <w:t>European</w:t>
      </w:r>
      <w:r>
        <w:rPr>
          <w:b/>
          <w:i w:val="0"/>
          <w:smallCaps w:val="0"/>
          <w:strike w:val="0"/>
          <w:u w:val="single"/>
        </w:rPr>
        <w:t>) “</w:t>
      </w:r>
      <w:r>
        <w:rPr>
          <w:b/>
          <w:i w:val="0"/>
          <w:smallCaps w:val="0"/>
          <w:strike w:val="0"/>
          <w:highlight w:val="cyan"/>
          <w:u w:val="single"/>
        </w:rPr>
        <w:t>Man</w:t>
      </w:r>
      <w:r>
        <w:rPr>
          <w:b/>
          <w:i w:val="0"/>
          <w:smallCaps w:val="0"/>
          <w:strike w:val="0"/>
          <w:u w:val="single"/>
        </w:rPr>
        <w:t xml:space="preserve">” </w:t>
      </w:r>
      <w:r>
        <w:rPr>
          <w:b/>
          <w:i w:val="0"/>
          <w:smallCaps w:val="0"/>
          <w:strike w:val="0"/>
          <w:highlight w:val="cyan"/>
          <w:u w:val="single"/>
        </w:rPr>
        <w:t>that</w:t>
      </w:r>
      <w:r>
        <w:rPr>
          <w:b/>
          <w:i w:val="0"/>
          <w:smallCaps w:val="0"/>
          <w:strike w:val="0"/>
          <w:u w:val="single"/>
        </w:rPr>
        <w:t xml:space="preserve"> </w:t>
      </w:r>
      <w:r>
        <w:rPr>
          <w:b/>
          <w:i w:val="0"/>
          <w:smallCaps w:val="0"/>
          <w:strike w:val="0"/>
          <w:highlight w:val="cyan"/>
          <w:u w:val="single"/>
        </w:rPr>
        <w:t>requires eradicating</w:t>
      </w:r>
      <w:r>
        <w:rPr>
          <w:b/>
          <w:i w:val="0"/>
          <w:smallCaps w:val="0"/>
          <w:strike w:val="0"/>
          <w:u w:val="single"/>
        </w:rPr>
        <w:t xml:space="preserve"> me as a source of value production</w:t>
      </w:r>
      <w:r>
        <w:rPr>
          <w:b w:val="0"/>
          <w:i w:val="0"/>
          <w:smallCaps w:val="0"/>
          <w:strike w:val="0"/>
          <w:sz w:val="16"/>
          <w:u w:val="none"/>
        </w:rPr>
        <w:t>?</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