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nuke will never get off the ground – the Damocles Sword will never fall because it’s tension will keep it afloat.</w:t>
      </w:r>
    </w:p>
    <w:p>
      <w:pPr>
        <w:spacing w:after="80"/>
      </w:pPr>
      <w:r>
        <w:rPr>
          <w:b/>
          <w:i w:val="0"/>
          <w:smallCaps w:val="0"/>
          <w:strike w:val="0"/>
          <w:sz w:val="26"/>
          <w:u w:val="none"/>
        </w:rPr>
        <w:t>Baudrillard 95.</w:t>
      </w:r>
      <w:r>
        <w:rPr>
          <w:b w:val="0"/>
          <w:i w:val="0"/>
          <w:smallCaps w:val="0"/>
          <w:strike w:val="0"/>
          <w:u w:val="none"/>
        </w:rPr>
        <w:t xml:space="preserve"> Jean Baudrillard, Simulacra and Simulation: The Precession of Simulacra, pg. 37-40</w:t>
      </w:r>
    </w:p>
    <w:p>
      <w:pPr>
        <w:spacing w:after="60"/>
      </w:pPr>
      <w:r>
        <w:rPr>
          <w:b w:val="0"/>
          <w:i w:val="0"/>
          <w:smallCaps w:val="0"/>
          <w:strike w:val="0"/>
          <w:sz w:val="16"/>
          <w:u w:val="none"/>
        </w:rPr>
        <w:t>The simultaneity of two events in the month of July 1975 illustrated this in a striking manner: the linkup in space of the two American and Soviet supersatellites, apotheosis of peaceful coexistence - the suppression by the Chinese of ideogrammatic writing and conversion to the Roman alphabet. The latter signifies</w:t>
      </w:r>
      <w:r>
        <w:rPr>
          <w:b w:val="0"/>
          <w:i w:val="0"/>
          <w:smallCaps w:val="0"/>
          <w:strike w:val="0"/>
          <w:u w:val="single"/>
        </w:rPr>
        <w:t xml:space="preserve"> the "orbital" instantiation of </w:t>
      </w:r>
      <w:r>
        <w:rPr>
          <w:b w:val="0"/>
          <w:i w:val="0"/>
          <w:smallCaps w:val="0"/>
          <w:strike w:val="0"/>
          <w:highlight w:val="cyan"/>
          <w:u w:val="single"/>
        </w:rPr>
        <w:t>an</w:t>
      </w:r>
      <w:r>
        <w:rPr>
          <w:b w:val="0"/>
          <w:i w:val="0"/>
          <w:smallCaps w:val="0"/>
          <w:strike w:val="0"/>
          <w:u w:val="single"/>
        </w:rPr>
        <w:t xml:space="preserve"> </w:t>
      </w:r>
      <w:r>
        <w:rPr>
          <w:b/>
          <w:i w:val="0"/>
          <w:smallCaps w:val="0"/>
          <w:strike w:val="0"/>
          <w:highlight w:val="cyan"/>
          <w:u w:val="single"/>
        </w:rPr>
        <w:t>abstract</w:t>
      </w:r>
      <w:r>
        <w:rPr>
          <w:b/>
          <w:i w:val="0"/>
          <w:smallCaps w:val="0"/>
          <w:strike w:val="0"/>
          <w:u w:val="single"/>
        </w:rPr>
        <w:t xml:space="preserve"> and modelized </w:t>
      </w:r>
      <w:r>
        <w:rPr>
          <w:b/>
          <w:i w:val="0"/>
          <w:smallCaps w:val="0"/>
          <w:strike w:val="0"/>
          <w:highlight w:val="cyan"/>
          <w:u w:val="single"/>
        </w:rPr>
        <w:t>system of signs</w:t>
      </w:r>
      <w:r>
        <w:rPr>
          <w:b w:val="0"/>
          <w:i w:val="0"/>
          <w:smallCaps w:val="0"/>
          <w:strike w:val="0"/>
          <w:u w:val="single"/>
        </w:rPr>
        <w:t xml:space="preserve">, into whose orbit all the </w:t>
      </w:r>
      <w:r>
        <w:rPr>
          <w:b/>
          <w:i w:val="0"/>
          <w:smallCaps w:val="0"/>
          <w:strike w:val="0"/>
          <w:u w:val="single"/>
        </w:rPr>
        <w:t>once unique forms of style and writing will be reabsorbed</w:t>
      </w:r>
      <w:r>
        <w:rPr>
          <w:b w:val="0"/>
          <w:i w:val="0"/>
          <w:smallCaps w:val="0"/>
          <w:strike w:val="0"/>
          <w:u w:val="single"/>
        </w:rPr>
        <w:t xml:space="preserve">. </w:t>
      </w:r>
      <w:r>
        <w:rPr>
          <w:b/>
          <w:i w:val="0"/>
          <w:smallCaps w:val="0"/>
          <w:strike w:val="0"/>
          <w:u w:val="single"/>
        </w:rPr>
        <w:t>The satellization of language</w:t>
      </w:r>
      <w:r>
        <w:rPr>
          <w:b w:val="0"/>
          <w:i w:val="0"/>
          <w:smallCaps w:val="0"/>
          <w:strike w:val="0"/>
          <w:u w:val="single"/>
        </w:rPr>
        <w:t>: t</w:t>
      </w:r>
      <w:r>
        <w:rPr>
          <w:b/>
          <w:i w:val="0"/>
          <w:smallCaps w:val="0"/>
          <w:strike w:val="0"/>
          <w:u w:val="single"/>
        </w:rPr>
        <w:t xml:space="preserve">he </w:t>
      </w:r>
      <w:r>
        <w:rPr>
          <w:b/>
          <w:i w:val="0"/>
          <w:smallCaps w:val="0"/>
          <w:strike w:val="0"/>
          <w:highlight w:val="cyan"/>
          <w:u w:val="single"/>
        </w:rPr>
        <w:t>means for the Chinese to enter the system of peaceful coexistence,</w:t>
      </w:r>
      <w:r>
        <w:rPr>
          <w:b/>
          <w:i w:val="0"/>
          <w:smallCaps w:val="0"/>
          <w:strike w:val="0"/>
          <w:u w:val="single"/>
        </w:rPr>
        <w:t xml:space="preserve"> </w:t>
      </w:r>
      <w:r>
        <w:rPr>
          <w:b w:val="0"/>
          <w:i w:val="0"/>
          <w:smallCaps w:val="0"/>
          <w:strike w:val="0"/>
          <w:u w:val="single"/>
        </w:rPr>
        <w:t xml:space="preserve">which is inscribed in their heavens at precisely the same time by the linkup of the two satellites. </w:t>
      </w:r>
      <w:r>
        <w:rPr>
          <w:b/>
          <w:i w:val="0"/>
          <w:smallCaps w:val="0"/>
          <w:strike w:val="0"/>
          <w:u w:val="single"/>
        </w:rPr>
        <w:t xml:space="preserve">Orbital flight of the Big Two, </w:t>
      </w:r>
      <w:r>
        <w:rPr>
          <w:b/>
          <w:i w:val="0"/>
          <w:smallCaps w:val="0"/>
          <w:strike w:val="0"/>
          <w:highlight w:val="cyan"/>
          <w:u w:val="single"/>
        </w:rPr>
        <w:t xml:space="preserve">neutralization and homogenization of everyone else </w:t>
      </w:r>
      <w:r>
        <w:rPr>
          <w:b/>
          <w:i w:val="0"/>
          <w:smallCaps w:val="0"/>
          <w:strike w:val="0"/>
          <w:u w:val="single"/>
        </w:rPr>
        <w:t>on earth</w:t>
      </w:r>
      <w:r>
        <w:rPr>
          <w:b w:val="0"/>
          <w:i w:val="0"/>
          <w:smallCaps w:val="0"/>
          <w:strike w:val="0"/>
          <w:u w:val="single"/>
        </w:rPr>
        <w:t xml:space="preserve">. Yet, </w:t>
      </w:r>
      <w:r>
        <w:rPr>
          <w:b w:val="0"/>
          <w:i w:val="0"/>
          <w:smallCaps w:val="0"/>
          <w:strike w:val="0"/>
          <w:highlight w:val="cyan"/>
          <w:u w:val="single"/>
        </w:rPr>
        <w:t>despite</w:t>
      </w:r>
      <w:r>
        <w:rPr>
          <w:b w:val="0"/>
          <w:i w:val="0"/>
          <w:smallCaps w:val="0"/>
          <w:strike w:val="0"/>
          <w:u w:val="single"/>
        </w:rPr>
        <w:t xml:space="preserve"> this </w:t>
      </w:r>
      <w:r>
        <w:rPr>
          <w:b/>
          <w:i w:val="0"/>
          <w:smallCaps w:val="0"/>
          <w:strike w:val="0"/>
          <w:highlight w:val="cyan"/>
          <w:u w:val="single"/>
        </w:rPr>
        <w:t>deterrence</w:t>
      </w:r>
      <w:r>
        <w:rPr>
          <w:b/>
          <w:i w:val="0"/>
          <w:smallCaps w:val="0"/>
          <w:strike w:val="0"/>
          <w:u w:val="single"/>
        </w:rPr>
        <w:t xml:space="preserve"> by the orbital power</w:t>
      </w:r>
      <w:r>
        <w:rPr>
          <w:b w:val="0"/>
          <w:i w:val="0"/>
          <w:smallCaps w:val="0"/>
          <w:strike w:val="0"/>
          <w:u w:val="single"/>
        </w:rPr>
        <w:t xml:space="preserve"> - the </w:t>
      </w:r>
      <w:r>
        <w:rPr>
          <w:b/>
          <w:i w:val="0"/>
          <w:smallCaps w:val="0"/>
          <w:strike w:val="0"/>
          <w:u w:val="single"/>
        </w:rPr>
        <w:t>nuclear or molecular code</w:t>
      </w:r>
      <w:r>
        <w:rPr>
          <w:b w:val="0"/>
          <w:i w:val="0"/>
          <w:smallCaps w:val="0"/>
          <w:strike w:val="0"/>
          <w:u w:val="single"/>
        </w:rPr>
        <w:t xml:space="preserve"> - </w:t>
      </w:r>
      <w:r>
        <w:rPr>
          <w:b/>
          <w:i w:val="0"/>
          <w:smallCaps w:val="0"/>
          <w:strike w:val="0"/>
          <w:highlight w:val="cyan"/>
          <w:u w:val="single"/>
        </w:rPr>
        <w:t>events continue at ground level</w:t>
      </w:r>
      <w:r>
        <w:rPr>
          <w:b w:val="0"/>
          <w:i w:val="0"/>
          <w:smallCaps w:val="0"/>
          <w:strike w:val="0"/>
          <w:u w:val="single"/>
        </w:rPr>
        <w:t xml:space="preserve">, misfortunes are </w:t>
      </w:r>
      <w:r>
        <w:rPr>
          <w:b/>
          <w:i w:val="0"/>
          <w:smallCaps w:val="0"/>
          <w:strike w:val="0"/>
          <w:u w:val="single"/>
        </w:rPr>
        <w:t xml:space="preserve">even </w:t>
      </w:r>
      <w:r>
        <w:rPr>
          <w:b/>
          <w:i w:val="0"/>
          <w:smallCaps w:val="0"/>
          <w:strike w:val="0"/>
          <w:u w:val="single"/>
        </w:rPr>
        <w:t>more numerous</w:t>
      </w:r>
      <w:r>
        <w:rPr>
          <w:b w:val="0"/>
          <w:i w:val="0"/>
          <w:smallCaps w:val="0"/>
          <w:strike w:val="0"/>
          <w:u w:val="single"/>
        </w:rPr>
        <w:t xml:space="preserve">, given the </w:t>
      </w:r>
      <w:r>
        <w:rPr>
          <w:b/>
          <w:i w:val="0"/>
          <w:smallCaps w:val="0"/>
          <w:strike w:val="0"/>
          <w:u w:val="single"/>
        </w:rPr>
        <w:t>global process of the contiguity and simultaneity of data</w:t>
      </w:r>
      <w:r>
        <w:rPr>
          <w:b w:val="0"/>
          <w:i w:val="0"/>
          <w:smallCaps w:val="0"/>
          <w:strike w:val="0"/>
          <w:sz w:val="16"/>
          <w:u w:val="none"/>
        </w:rPr>
        <w:t xml:space="preserve">. </w:t>
      </w:r>
      <w:r>
        <w:rPr>
          <w:b w:val="0"/>
          <w:i w:val="0"/>
          <w:smallCaps w:val="0"/>
          <w:strike w:val="0"/>
          <w:highlight w:val="cyan"/>
          <w:u w:val="single"/>
        </w:rPr>
        <w:t>But</w:t>
      </w:r>
      <w:r>
        <w:rPr>
          <w:b w:val="0"/>
          <w:i w:val="0"/>
          <w:smallCaps w:val="0"/>
          <w:strike w:val="0"/>
          <w:sz w:val="16"/>
          <w:u w:val="none"/>
        </w:rPr>
        <w:t>, subtly,</w:t>
      </w:r>
      <w:r>
        <w:rPr>
          <w:b w:val="0"/>
          <w:i w:val="0"/>
          <w:smallCaps w:val="0"/>
          <w:strike w:val="0"/>
          <w:u w:val="single"/>
        </w:rPr>
        <w:t xml:space="preserve"> </w:t>
      </w:r>
      <w:r>
        <w:rPr>
          <w:b/>
          <w:i w:val="0"/>
          <w:smallCaps w:val="0"/>
          <w:strike w:val="0"/>
          <w:highlight w:val="cyan"/>
          <w:u w:val="single"/>
        </w:rPr>
        <w:t>they no longer have any meaning</w:t>
      </w:r>
      <w:r>
        <w:rPr>
          <w:b w:val="0"/>
          <w:i w:val="0"/>
          <w:smallCaps w:val="0"/>
          <w:strike w:val="0"/>
          <w:u w:val="single"/>
        </w:rPr>
        <w:t>, they are no longer anything but the duplex effect of simulation at the summit</w:t>
      </w:r>
      <w:r>
        <w:rPr>
          <w:b w:val="0"/>
          <w:i w:val="0"/>
          <w:smallCaps w:val="0"/>
          <w:strike w:val="0"/>
          <w:sz w:val="16"/>
          <w:u w:val="none"/>
        </w:rPr>
        <w:t xml:space="preserve">. </w:t>
      </w:r>
      <w:r>
        <w:rPr>
          <w:b w:val="0"/>
          <w:i w:val="0"/>
          <w:smallCaps w:val="0"/>
          <w:strike w:val="0"/>
          <w:u w:val="single"/>
        </w:rPr>
        <w:t>The best example can only be</w:t>
      </w:r>
      <w:r>
        <w:rPr>
          <w:b w:val="0"/>
          <w:i w:val="0"/>
          <w:smallCaps w:val="0"/>
          <w:strike w:val="0"/>
          <w:sz w:val="16"/>
          <w:u w:val="none"/>
        </w:rPr>
        <w:t xml:space="preserve"> that of</w:t>
      </w:r>
      <w:r>
        <w:rPr>
          <w:b w:val="0"/>
          <w:i w:val="0"/>
          <w:smallCaps w:val="0"/>
          <w:strike w:val="0"/>
          <w:sz w:val="16"/>
          <w:u w:val="single"/>
        </w:rPr>
        <w:t xml:space="preserve"> </w:t>
      </w:r>
      <w:r>
        <w:rPr>
          <w:b/>
          <w:i w:val="0"/>
          <w:smallCaps w:val="0"/>
          <w:strike w:val="0"/>
          <w:highlight w:val="cyan"/>
          <w:u w:val="single"/>
        </w:rPr>
        <w:t>the war in Vietnam</w:t>
      </w:r>
      <w:r>
        <w:rPr>
          <w:b w:val="0"/>
          <w:i w:val="0"/>
          <w:smallCaps w:val="0"/>
          <w:strike w:val="0"/>
          <w:u w:val="single"/>
        </w:rPr>
        <w:t>, because it took place at the intersection of a maximum historical and "revolutionary" stake, and of the installation of this deterrent authority</w:t>
      </w:r>
      <w:r>
        <w:rPr>
          <w:b w:val="0"/>
          <w:i w:val="0"/>
          <w:smallCaps w:val="0"/>
          <w:strike w:val="0"/>
          <w:sz w:val="16"/>
          <w:u w:val="none"/>
        </w:rPr>
        <w:t>. What meaning did this war have, and wasn't its unfolding a means of sealing the end of history in the decisive and culminating historic event of our era? Why did this war, so hard, so long, so ferocious, vanish from one day to the next as if by magic?</w:t>
      </w:r>
      <w:r>
        <w:rPr>
          <w:b w:val="0"/>
          <w:i w:val="0"/>
          <w:smallCaps w:val="0"/>
          <w:strike w:val="0"/>
          <w:u w:val="single"/>
        </w:rPr>
        <w:t xml:space="preserve"> Why did </w:t>
      </w:r>
      <w:r>
        <w:rPr>
          <w:b/>
          <w:i w:val="0"/>
          <w:smallCaps w:val="0"/>
          <w:strike w:val="0"/>
          <w:highlight w:val="cyan"/>
          <w:u w:val="single"/>
        </w:rPr>
        <w:t>this American defeat</w:t>
      </w:r>
      <w:r>
        <w:rPr>
          <w:b w:val="0"/>
          <w:i w:val="0"/>
          <w:smallCaps w:val="0"/>
          <w:strike w:val="0"/>
          <w:u w:val="single"/>
        </w:rPr>
        <w:t xml:space="preserve"> (the largest reversal in the history of the USA) </w:t>
      </w:r>
      <w:r>
        <w:rPr>
          <w:b w:val="0"/>
          <w:i w:val="0"/>
          <w:smallCaps w:val="0"/>
          <w:strike w:val="0"/>
          <w:highlight w:val="cyan"/>
          <w:u w:val="single"/>
        </w:rPr>
        <w:t xml:space="preserve">have </w:t>
      </w:r>
      <w:r>
        <w:rPr>
          <w:b/>
          <w:i w:val="0"/>
          <w:smallCaps w:val="0"/>
          <w:strike w:val="0"/>
          <w:highlight w:val="cyan"/>
          <w:u w:val="single"/>
        </w:rPr>
        <w:t xml:space="preserve">no internal repercussions </w:t>
      </w:r>
      <w:r>
        <w:rPr>
          <w:b/>
          <w:i w:val="0"/>
          <w:smallCaps w:val="0"/>
          <w:strike w:val="0"/>
          <w:u w:val="single"/>
        </w:rPr>
        <w:t xml:space="preserve">in America? </w:t>
      </w:r>
      <w:r>
        <w:rPr>
          <w:b w:val="0"/>
          <w:i w:val="0"/>
          <w:smallCaps w:val="0"/>
          <w:strike w:val="0"/>
          <w:u w:val="single"/>
        </w:rPr>
        <w:t xml:space="preserve">If it had </w:t>
      </w:r>
      <w:r>
        <w:rPr>
          <w:b/>
          <w:i w:val="0"/>
          <w:smallCaps w:val="0"/>
          <w:strike w:val="0"/>
          <w:u w:val="single"/>
        </w:rPr>
        <w:t>really signified</w:t>
      </w:r>
      <w:r>
        <w:rPr>
          <w:b w:val="0"/>
          <w:i w:val="0"/>
          <w:smallCaps w:val="0"/>
          <w:strike w:val="0"/>
          <w:u w:val="single"/>
        </w:rPr>
        <w:t xml:space="preserve"> the </w:t>
      </w:r>
      <w:r>
        <w:rPr>
          <w:b/>
          <w:i w:val="0"/>
          <w:smallCaps w:val="0"/>
          <w:strike w:val="0"/>
          <w:u w:val="single"/>
        </w:rPr>
        <w:t>failure</w:t>
      </w:r>
      <w:r>
        <w:rPr>
          <w:b w:val="0"/>
          <w:i w:val="0"/>
          <w:smallCaps w:val="0"/>
          <w:strike w:val="0"/>
          <w:u w:val="single"/>
        </w:rPr>
        <w:t xml:space="preserve"> of the </w:t>
      </w:r>
      <w:r>
        <w:rPr>
          <w:b/>
          <w:i w:val="0"/>
          <w:smallCaps w:val="0"/>
          <w:strike w:val="0"/>
          <w:u w:val="single"/>
        </w:rPr>
        <w:t>planetary strategy of the United States</w:t>
      </w:r>
      <w:r>
        <w:rPr>
          <w:b w:val="0"/>
          <w:i w:val="0"/>
          <w:smallCaps w:val="0"/>
          <w:strike w:val="0"/>
          <w:u w:val="single"/>
        </w:rPr>
        <w:t xml:space="preserve">, it would </w:t>
      </w:r>
      <w:r>
        <w:rPr>
          <w:b/>
          <w:i w:val="0"/>
          <w:smallCaps w:val="0"/>
          <w:strike w:val="0"/>
          <w:u w:val="single"/>
        </w:rPr>
        <w:t>necessarily have completely disrupted its internal balance</w:t>
      </w:r>
      <w:r>
        <w:rPr>
          <w:b w:val="0"/>
          <w:i w:val="0"/>
          <w:smallCaps w:val="0"/>
          <w:strike w:val="0"/>
          <w:u w:val="single"/>
        </w:rPr>
        <w:t xml:space="preserve"> and the American political system</w:t>
      </w:r>
      <w:r>
        <w:rPr>
          <w:b w:val="0"/>
          <w:i w:val="0"/>
          <w:smallCaps w:val="0"/>
          <w:strike w:val="0"/>
          <w:highlight w:val="cyan"/>
          <w:u w:val="single"/>
        </w:rPr>
        <w:t xml:space="preserve">. </w:t>
      </w:r>
      <w:r>
        <w:rPr>
          <w:b/>
          <w:i w:val="0"/>
          <w:smallCaps w:val="0"/>
          <w:strike w:val="0"/>
          <w:highlight w:val="cyan"/>
          <w:u w:val="single"/>
        </w:rPr>
        <w:t xml:space="preserve">Nothing </w:t>
      </w:r>
      <w:r>
        <w:rPr>
          <w:b/>
          <w:i w:val="0"/>
          <w:smallCaps w:val="0"/>
          <w:strike w:val="0"/>
          <w:u w:val="single"/>
        </w:rPr>
        <w:t xml:space="preserve">of the sort </w:t>
      </w:r>
      <w:r>
        <w:rPr>
          <w:b/>
          <w:i w:val="0"/>
          <w:smallCaps w:val="0"/>
          <w:strike w:val="0"/>
          <w:highlight w:val="cyan"/>
          <w:u w:val="single"/>
        </w:rPr>
        <w:t>occurred</w:t>
      </w:r>
      <w:r>
        <w:rPr>
          <w:b w:val="0"/>
          <w:i w:val="0"/>
          <w:smallCaps w:val="0"/>
          <w:strike w:val="0"/>
          <w:u w:val="single"/>
        </w:rPr>
        <w:t xml:space="preserve">. Something else, then, took place. </w:t>
      </w:r>
      <w:r>
        <w:rPr>
          <w:b w:val="0"/>
          <w:i w:val="0"/>
          <w:smallCaps w:val="0"/>
          <w:strike w:val="0"/>
          <w:highlight w:val="cyan"/>
          <w:u w:val="single"/>
        </w:rPr>
        <w:t>This war</w:t>
      </w:r>
      <w:r>
        <w:rPr>
          <w:b w:val="0"/>
          <w:i w:val="0"/>
          <w:smallCaps w:val="0"/>
          <w:strike w:val="0"/>
          <w:u w:val="single"/>
        </w:rPr>
        <w:t xml:space="preserve">, at bottom, was </w:t>
      </w:r>
      <w:r>
        <w:rPr>
          <w:b/>
          <w:i w:val="0"/>
          <w:smallCaps w:val="0"/>
          <w:strike w:val="0"/>
          <w:u w:val="single"/>
        </w:rPr>
        <w:t>nothing but a crucial episode of peaceful coexistence</w:t>
      </w:r>
      <w:r>
        <w:rPr>
          <w:b w:val="0"/>
          <w:i w:val="0"/>
          <w:smallCaps w:val="0"/>
          <w:strike w:val="0"/>
          <w:u w:val="single"/>
        </w:rPr>
        <w:t xml:space="preserve">. It </w:t>
      </w:r>
      <w:r>
        <w:rPr>
          <w:b w:val="0"/>
          <w:i w:val="0"/>
          <w:smallCaps w:val="0"/>
          <w:strike w:val="0"/>
          <w:highlight w:val="cyan"/>
          <w:u w:val="single"/>
        </w:rPr>
        <w:t xml:space="preserve">marked </w:t>
      </w:r>
      <w:r>
        <w:rPr>
          <w:b/>
          <w:i w:val="0"/>
          <w:smallCaps w:val="0"/>
          <w:strike w:val="0"/>
          <w:highlight w:val="cyan"/>
          <w:u w:val="single"/>
        </w:rPr>
        <w:t>the arrival of China to peaceful coexistence</w:t>
      </w:r>
      <w:r>
        <w:rPr>
          <w:b w:val="0"/>
          <w:i w:val="0"/>
          <w:smallCaps w:val="0"/>
          <w:strike w:val="0"/>
          <w:u w:val="single"/>
        </w:rPr>
        <w:t xml:space="preserve">. The nonintervention of China obtained and secured after many years, </w:t>
      </w:r>
      <w:r>
        <w:rPr>
          <w:b/>
          <w:i w:val="0"/>
          <w:smallCaps w:val="0"/>
          <w:strike w:val="0"/>
          <w:u w:val="single"/>
        </w:rPr>
        <w:t>Chinas apprenticeship to a global modus vivendi</w:t>
      </w:r>
      <w:r>
        <w:rPr>
          <w:b w:val="0"/>
          <w:i w:val="0"/>
          <w:smallCaps w:val="0"/>
          <w:strike w:val="0"/>
          <w:u w:val="single"/>
        </w:rPr>
        <w:t xml:space="preserve">, </w:t>
      </w:r>
      <w:r>
        <w:rPr>
          <w:b/>
          <w:i w:val="0"/>
          <w:smallCaps w:val="0"/>
          <w:strike w:val="0"/>
          <w:u w:val="single"/>
        </w:rPr>
        <w:t>the shift from a global strategy of revolution</w:t>
      </w:r>
      <w:r>
        <w:rPr>
          <w:b w:val="0"/>
          <w:i w:val="0"/>
          <w:smallCaps w:val="0"/>
          <w:strike w:val="0"/>
          <w:u w:val="single"/>
        </w:rPr>
        <w:t xml:space="preserve"> to one of </w:t>
      </w:r>
      <w:r>
        <w:rPr>
          <w:b/>
          <w:i w:val="0"/>
          <w:smallCaps w:val="0"/>
          <w:strike w:val="0"/>
          <w:u w:val="single"/>
        </w:rPr>
        <w:t>shared forces and empires</w:t>
      </w:r>
      <w:r>
        <w:rPr>
          <w:b w:val="0"/>
          <w:i w:val="0"/>
          <w:smallCaps w:val="0"/>
          <w:strike w:val="0"/>
          <w:u w:val="single"/>
        </w:rPr>
        <w:t xml:space="preserve">, the transition from a </w:t>
      </w:r>
      <w:r>
        <w:rPr>
          <w:b/>
          <w:i w:val="0"/>
          <w:smallCaps w:val="0"/>
          <w:strike w:val="0"/>
          <w:u w:val="single"/>
        </w:rPr>
        <w:t>radical alternative</w:t>
      </w:r>
      <w:r>
        <w:rPr>
          <w:b w:val="0"/>
          <w:i w:val="0"/>
          <w:smallCaps w:val="0"/>
          <w:strike w:val="0"/>
          <w:u w:val="single"/>
        </w:rPr>
        <w:t xml:space="preserve"> to </w:t>
      </w:r>
      <w:r>
        <w:rPr>
          <w:b/>
          <w:i w:val="0"/>
          <w:smallCaps w:val="0"/>
          <w:strike w:val="0"/>
          <w:u w:val="single"/>
        </w:rPr>
        <w:t>political alternation in a system now essentially regulated</w:t>
      </w:r>
      <w:r>
        <w:rPr>
          <w:b w:val="0"/>
          <w:i w:val="0"/>
          <w:smallCaps w:val="0"/>
          <w:strike w:val="0"/>
          <w:u w:val="single"/>
        </w:rPr>
        <w:t xml:space="preserve"> (</w:t>
      </w:r>
      <w:r>
        <w:rPr>
          <w:b/>
          <w:i w:val="0"/>
          <w:smallCaps w:val="0"/>
          <w:strike w:val="0"/>
          <w:highlight w:val="cyan"/>
          <w:u w:val="single"/>
        </w:rPr>
        <w:t>the normalization of</w:t>
      </w:r>
      <w:r>
        <w:rPr>
          <w:b w:val="0"/>
          <w:i w:val="0"/>
          <w:smallCaps w:val="0"/>
          <w:strike w:val="0"/>
          <w:u w:val="single"/>
        </w:rPr>
        <w:t xml:space="preserve"> </w:t>
      </w:r>
      <w:r>
        <w:rPr>
          <w:b w:val="0"/>
          <w:i w:val="0"/>
          <w:smallCaps w:val="0"/>
          <w:strike w:val="0"/>
          <w:highlight w:val="cyan"/>
          <w:u w:val="single"/>
        </w:rPr>
        <w:t>Peking - Washington</w:t>
      </w:r>
      <w:r>
        <w:rPr>
          <w:b w:val="0"/>
          <w:i w:val="0"/>
          <w:smallCaps w:val="0"/>
          <w:strike w:val="0"/>
          <w:u w:val="single"/>
        </w:rPr>
        <w:t xml:space="preserve"> </w:t>
      </w:r>
      <w:r>
        <w:rPr>
          <w:b/>
          <w:i w:val="0"/>
          <w:smallCaps w:val="0"/>
          <w:strike w:val="0"/>
          <w:highlight w:val="cyan"/>
          <w:u w:val="single"/>
        </w:rPr>
        <w:t>relations</w:t>
      </w:r>
      <w:r>
        <w:rPr>
          <w:b w:val="0"/>
          <w:i w:val="0"/>
          <w:smallCaps w:val="0"/>
          <w:strike w:val="0"/>
          <w:u w:val="single"/>
        </w:rPr>
        <w:t xml:space="preserve">): this was what was at stake in the war in Vietnam, and in this sense, </w:t>
      </w:r>
      <w:r>
        <w:rPr>
          <w:b/>
          <w:i w:val="0"/>
          <w:smallCaps w:val="0"/>
          <w:strike w:val="0"/>
          <w:highlight w:val="cyan"/>
          <w:u w:val="single"/>
        </w:rPr>
        <w:t>the USA pulled out of Vietnam but won the war</w:t>
      </w:r>
      <w:r>
        <w:rPr>
          <w:b w:val="0"/>
          <w:i w:val="0"/>
          <w:smallCaps w:val="0"/>
          <w:strike w:val="0"/>
          <w:u w:val="single"/>
        </w:rPr>
        <w:t xml:space="preserve">. And the war </w:t>
      </w:r>
      <w:r>
        <w:rPr>
          <w:b/>
          <w:i w:val="0"/>
          <w:smallCaps w:val="0"/>
          <w:strike w:val="0"/>
          <w:u w:val="single"/>
        </w:rPr>
        <w:t>ended "spontaneously" when this objective was achieved</w:t>
      </w:r>
      <w:r>
        <w:rPr>
          <w:b w:val="0"/>
          <w:i w:val="0"/>
          <w:smallCaps w:val="0"/>
          <w:strike w:val="0"/>
          <w:u w:val="single"/>
        </w:rPr>
        <w:t xml:space="preserve">. That is why it was </w:t>
      </w:r>
      <w:r>
        <w:rPr>
          <w:b/>
          <w:i w:val="0"/>
          <w:smallCaps w:val="0"/>
          <w:strike w:val="0"/>
          <w:u w:val="single"/>
        </w:rPr>
        <w:t>deescalated</w:t>
      </w:r>
      <w:r>
        <w:rPr>
          <w:b w:val="0"/>
          <w:i w:val="0"/>
          <w:smallCaps w:val="0"/>
          <w:strike w:val="0"/>
          <w:u w:val="single"/>
        </w:rPr>
        <w:t xml:space="preserve">, </w:t>
      </w:r>
      <w:r>
        <w:rPr>
          <w:b/>
          <w:i w:val="0"/>
          <w:smallCaps w:val="0"/>
          <w:strike w:val="0"/>
          <w:u w:val="single"/>
        </w:rPr>
        <w:t>demobilized</w:t>
      </w:r>
      <w:r>
        <w:rPr>
          <w:b w:val="0"/>
          <w:i w:val="0"/>
          <w:smallCaps w:val="0"/>
          <w:strike w:val="0"/>
          <w:u w:val="single"/>
        </w:rPr>
        <w:t xml:space="preserve"> so easily. This same reduction of forces can be seen on the field</w:t>
      </w:r>
      <w:r>
        <w:rPr>
          <w:b w:val="0"/>
          <w:i w:val="0"/>
          <w:smallCaps w:val="0"/>
          <w:strike w:val="0"/>
          <w:sz w:val="16"/>
          <w:u w:val="none"/>
        </w:rPr>
        <w:t xml:space="preserve">. </w:t>
      </w:r>
      <w:r>
        <w:rPr>
          <w:b w:val="0"/>
          <w:i w:val="0"/>
          <w:smallCaps w:val="0"/>
          <w:strike w:val="0"/>
          <w:u w:val="single"/>
        </w:rPr>
        <w:t xml:space="preserve">The war lasted as long as elements irreducible to a healthy politics and discipline of power, even a Communist one, remained </w:t>
      </w:r>
      <w:r>
        <w:rPr>
          <w:b/>
          <w:i w:val="0"/>
          <w:smallCaps w:val="0"/>
          <w:strike w:val="0"/>
          <w:u w:val="single"/>
        </w:rPr>
        <w:t>unliquidated</w:t>
      </w:r>
      <w:r>
        <w:rPr>
          <w:b w:val="0"/>
          <w:i w:val="0"/>
          <w:smallCaps w:val="0"/>
          <w:strike w:val="0"/>
          <w:sz w:val="16"/>
          <w:u w:val="none"/>
        </w:rPr>
        <w:t xml:space="preserve">. When at last the war had passed into the hands of regular troops in the North and escaped that of the resistance, the war could stop: it had attained its objective. The stake is thus that of a political relay. </w:t>
      </w:r>
      <w:r>
        <w:rPr>
          <w:b w:val="0"/>
          <w:i w:val="0"/>
          <w:smallCaps w:val="0"/>
          <w:strike w:val="0"/>
          <w:highlight w:val="cyan"/>
          <w:u w:val="single"/>
        </w:rPr>
        <w:t>As soon as</w:t>
      </w:r>
      <w:r>
        <w:rPr>
          <w:b w:val="0"/>
          <w:i w:val="0"/>
          <w:smallCaps w:val="0"/>
          <w:strike w:val="0"/>
          <w:u w:val="single"/>
        </w:rPr>
        <w:t xml:space="preserve"> the </w:t>
      </w:r>
      <w:r>
        <w:rPr>
          <w:b w:val="0"/>
          <w:i w:val="0"/>
          <w:smallCaps w:val="0"/>
          <w:strike w:val="0"/>
          <w:highlight w:val="cyan"/>
          <w:u w:val="single"/>
        </w:rPr>
        <w:t>Vietnamese</w:t>
      </w:r>
      <w:r>
        <w:rPr>
          <w:b w:val="0"/>
          <w:i w:val="0"/>
          <w:smallCaps w:val="0"/>
          <w:strike w:val="0"/>
          <w:u w:val="single"/>
        </w:rPr>
        <w:t xml:space="preserve"> had </w:t>
      </w:r>
      <w:r>
        <w:rPr>
          <w:b w:val="0"/>
          <w:i w:val="0"/>
          <w:smallCaps w:val="0"/>
          <w:strike w:val="0"/>
          <w:highlight w:val="cyan"/>
          <w:u w:val="single"/>
        </w:rPr>
        <w:t>proved</w:t>
      </w:r>
      <w:r>
        <w:rPr>
          <w:b w:val="0"/>
          <w:i w:val="0"/>
          <w:smallCaps w:val="0"/>
          <w:strike w:val="0"/>
          <w:u w:val="single"/>
        </w:rPr>
        <w:t xml:space="preserve"> that </w:t>
      </w:r>
      <w:r>
        <w:rPr>
          <w:b w:val="0"/>
          <w:i w:val="0"/>
          <w:smallCaps w:val="0"/>
          <w:strike w:val="0"/>
          <w:highlight w:val="cyan"/>
          <w:u w:val="single"/>
        </w:rPr>
        <w:t>they</w:t>
      </w:r>
      <w:r>
        <w:rPr>
          <w:b w:val="0"/>
          <w:i w:val="0"/>
          <w:smallCaps w:val="0"/>
          <w:strike w:val="0"/>
          <w:u w:val="single"/>
        </w:rPr>
        <w:t xml:space="preserve"> </w:t>
      </w:r>
      <w:r>
        <w:rPr>
          <w:b w:val="0"/>
          <w:i w:val="0"/>
          <w:smallCaps w:val="0"/>
          <w:strike w:val="0"/>
          <w:highlight w:val="cyan"/>
          <w:u w:val="single"/>
        </w:rPr>
        <w:t>were</w:t>
      </w:r>
      <w:r>
        <w:rPr>
          <w:b w:val="0"/>
          <w:i w:val="0"/>
          <w:smallCaps w:val="0"/>
          <w:strike w:val="0"/>
          <w:u w:val="single"/>
        </w:rPr>
        <w:t xml:space="preserve"> </w:t>
      </w:r>
      <w:r>
        <w:rPr>
          <w:b w:val="0"/>
          <w:i w:val="0"/>
          <w:smallCaps w:val="0"/>
          <w:strike w:val="0"/>
          <w:highlight w:val="cyan"/>
          <w:u w:val="single"/>
        </w:rPr>
        <w:t>no longer</w:t>
      </w:r>
      <w:r>
        <w:rPr>
          <w:b w:val="0"/>
          <w:i w:val="0"/>
          <w:smallCaps w:val="0"/>
          <w:strike w:val="0"/>
          <w:u w:val="single"/>
        </w:rPr>
        <w:t xml:space="preserve"> the </w:t>
      </w:r>
      <w:r>
        <w:rPr>
          <w:b w:val="0"/>
          <w:i w:val="0"/>
          <w:smallCaps w:val="0"/>
          <w:strike w:val="0"/>
          <w:highlight w:val="cyan"/>
          <w:u w:val="single"/>
        </w:rPr>
        <w:t>carriers</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an unpredictable </w:t>
      </w:r>
      <w:r>
        <w:rPr>
          <w:b w:val="0"/>
          <w:i w:val="0"/>
          <w:smallCaps w:val="0"/>
          <w:strike w:val="0"/>
          <w:highlight w:val="cyan"/>
          <w:u w:val="single"/>
        </w:rPr>
        <w:t>subversion</w:t>
      </w:r>
      <w:r>
        <w:rPr>
          <w:b w:val="0"/>
          <w:i w:val="0"/>
          <w:smallCaps w:val="0"/>
          <w:strike w:val="0"/>
          <w:u w:val="single"/>
        </w:rPr>
        <w:t xml:space="preserve">, </w:t>
      </w:r>
      <w:r>
        <w:rPr>
          <w:b/>
          <w:i w:val="0"/>
          <w:smallCaps w:val="0"/>
          <w:strike w:val="0"/>
          <w:highlight w:val="cyan"/>
          <w:u w:val="single"/>
        </w:rPr>
        <w:t>one could let them take over</w:t>
      </w:r>
      <w:r>
        <w:rPr>
          <w:b w:val="0"/>
          <w:i w:val="0"/>
          <w:smallCaps w:val="0"/>
          <w:strike w:val="0"/>
          <w:sz w:val="16"/>
          <w:u w:val="none"/>
        </w:rPr>
        <w:t xml:space="preserve">. That theirs is a Communist order is not serious in the end: it had proved itself, it could be trusted. It is even more effective than capitalism in the liquidation of "savage" and archaic precapitalist structures. </w:t>
      </w:r>
      <w:r>
        <w:rPr>
          <w:b w:val="0"/>
          <w:i w:val="0"/>
          <w:smallCaps w:val="0"/>
          <w:strike w:val="0"/>
          <w:u w:val="single"/>
        </w:rPr>
        <w:t xml:space="preserve">Same </w:t>
      </w:r>
      <w:r>
        <w:rPr>
          <w:b w:val="0"/>
          <w:i w:val="0"/>
          <w:smallCaps w:val="0"/>
          <w:strike w:val="0"/>
          <w:sz w:val="16"/>
          <w:u w:val="none"/>
        </w:rPr>
        <w:t>scenario</w:t>
      </w:r>
      <w:r>
        <w:rPr>
          <w:b w:val="0"/>
          <w:i w:val="0"/>
          <w:smallCaps w:val="0"/>
          <w:strike w:val="0"/>
          <w:u w:val="single"/>
        </w:rPr>
        <w:t xml:space="preserve"> in the Algerian war</w:t>
      </w:r>
      <w:r>
        <w:rPr>
          <w:b w:val="0"/>
          <w:i w:val="0"/>
          <w:smallCaps w:val="0"/>
          <w:strike w:val="0"/>
          <w:sz w:val="16"/>
          <w:u w:val="none"/>
        </w:rPr>
        <w:t>.</w:t>
      </w:r>
      <w:r>
        <w:rPr>
          <w:b w:val="0"/>
          <w:i w:val="0"/>
          <w:smallCaps w:val="0"/>
          <w:strike w:val="0"/>
          <w:u w:val="single"/>
        </w:rPr>
        <w:t xml:space="preserve"> </w:t>
      </w:r>
      <w:r>
        <w:rPr>
          <w:b/>
          <w:i w:val="0"/>
          <w:smallCaps w:val="0"/>
          <w:strike w:val="0"/>
          <w:u w:val="single"/>
        </w:rPr>
        <w:t>The other aspect of this war and of all wars today</w:t>
      </w:r>
      <w:r>
        <w:rPr>
          <w:b w:val="0"/>
          <w:i w:val="0"/>
          <w:smallCaps w:val="0"/>
          <w:strike w:val="0"/>
          <w:u w:val="single"/>
        </w:rPr>
        <w:t xml:space="preserve">: behind the </w:t>
      </w:r>
      <w:r>
        <w:rPr>
          <w:b/>
          <w:i w:val="0"/>
          <w:smallCaps w:val="0"/>
          <w:strike w:val="0"/>
          <w:u w:val="single"/>
        </w:rPr>
        <w:t>armed violence</w:t>
      </w:r>
      <w:r>
        <w:rPr>
          <w:b w:val="0"/>
          <w:i w:val="0"/>
          <w:smallCaps w:val="0"/>
          <w:strike w:val="0"/>
          <w:u w:val="single"/>
        </w:rPr>
        <w:t xml:space="preserve">, the </w:t>
      </w:r>
      <w:r>
        <w:rPr>
          <w:b/>
          <w:i w:val="0"/>
          <w:smallCaps w:val="0"/>
          <w:strike w:val="0"/>
          <w:u w:val="single"/>
        </w:rPr>
        <w:t>murderous antagonism of the adversaries</w:t>
      </w:r>
      <w:r>
        <w:rPr>
          <w:b w:val="0"/>
          <w:i w:val="0"/>
          <w:smallCaps w:val="0"/>
          <w:strike w:val="0"/>
          <w:u w:val="single"/>
        </w:rPr>
        <w:t xml:space="preserve"> - which </w:t>
      </w:r>
      <w:r>
        <w:rPr>
          <w:b/>
          <w:i w:val="0"/>
          <w:smallCaps w:val="0"/>
          <w:strike w:val="0"/>
          <w:u w:val="single"/>
        </w:rPr>
        <w:t>seems a matter of life and death</w:t>
      </w:r>
      <w:r>
        <w:rPr>
          <w:b w:val="0"/>
          <w:i w:val="0"/>
          <w:smallCaps w:val="0"/>
          <w:strike w:val="0"/>
          <w:u w:val="single"/>
        </w:rPr>
        <w:t xml:space="preserve">, which is played out as such (or else one could never send people to get themselves killed in this kind of thing), </w:t>
      </w:r>
      <w:r>
        <w:rPr>
          <w:b/>
          <w:i w:val="0"/>
          <w:smallCaps w:val="0"/>
          <w:strike w:val="0"/>
          <w:highlight w:val="cyan"/>
          <w:u w:val="single"/>
        </w:rPr>
        <w:t>behind this simulacrum of fighting</w:t>
      </w:r>
      <w:r>
        <w:rPr>
          <w:b/>
          <w:i w:val="0"/>
          <w:smallCaps w:val="0"/>
          <w:strike w:val="0"/>
          <w:u w:val="single"/>
        </w:rPr>
        <w:t xml:space="preserve"> to the death</w:t>
      </w:r>
      <w:r>
        <w:rPr>
          <w:b w:val="0"/>
          <w:i w:val="0"/>
          <w:smallCaps w:val="0"/>
          <w:strike w:val="0"/>
          <w:u w:val="single"/>
        </w:rPr>
        <w:t xml:space="preserve"> and of </w:t>
      </w:r>
      <w:r>
        <w:rPr>
          <w:b/>
          <w:i w:val="0"/>
          <w:smallCaps w:val="0"/>
          <w:strike w:val="0"/>
          <w:u w:val="single"/>
        </w:rPr>
        <w:t>ruthless global stakes</w:t>
      </w:r>
      <w:r>
        <w:rPr>
          <w:b w:val="0"/>
          <w:i w:val="0"/>
          <w:smallCaps w:val="0"/>
          <w:strike w:val="0"/>
          <w:u w:val="single"/>
        </w:rPr>
        <w:t xml:space="preserve"> </w:t>
      </w:r>
      <w:r>
        <w:rPr>
          <w:b w:val="0"/>
          <w:i w:val="0"/>
          <w:smallCaps w:val="0"/>
          <w:strike w:val="0"/>
          <w:highlight w:val="cyan"/>
          <w:u w:val="single"/>
        </w:rPr>
        <w:t>the</w:t>
      </w:r>
      <w:r>
        <w:rPr>
          <w:b w:val="0"/>
          <w:i w:val="0"/>
          <w:smallCaps w:val="0"/>
          <w:strike w:val="0"/>
          <w:u w:val="single"/>
        </w:rPr>
        <w:t xml:space="preserve"> two </w:t>
      </w:r>
      <w:r>
        <w:rPr>
          <w:b w:val="0"/>
          <w:i w:val="0"/>
          <w:smallCaps w:val="0"/>
          <w:strike w:val="0"/>
          <w:highlight w:val="cyan"/>
          <w:u w:val="single"/>
        </w:rPr>
        <w:t xml:space="preserve">adversaries are </w:t>
      </w:r>
      <w:r>
        <w:rPr>
          <w:b/>
          <w:i w:val="0"/>
          <w:smallCaps w:val="0"/>
          <w:strike w:val="0"/>
          <w:highlight w:val="cyan"/>
          <w:u w:val="single"/>
        </w:rPr>
        <w:t>fundamentally in solidarity against something else</w:t>
      </w:r>
      <w:r>
        <w:rPr>
          <w:b w:val="0"/>
          <w:i w:val="0"/>
          <w:smallCaps w:val="0"/>
          <w:strike w:val="0"/>
          <w:u w:val="single"/>
        </w:rPr>
        <w:t xml:space="preserve">, </w:t>
      </w:r>
      <w:r>
        <w:rPr>
          <w:b/>
          <w:i w:val="0"/>
          <w:smallCaps w:val="0"/>
          <w:strike w:val="0"/>
          <w:u w:val="single"/>
        </w:rPr>
        <w:t>unnamed</w:t>
      </w:r>
      <w:r>
        <w:rPr>
          <w:b w:val="0"/>
          <w:i w:val="0"/>
          <w:smallCaps w:val="0"/>
          <w:strike w:val="0"/>
          <w:u w:val="single"/>
        </w:rPr>
        <w:t xml:space="preserve">, </w:t>
      </w:r>
      <w:r>
        <w:rPr>
          <w:b/>
          <w:i w:val="0"/>
          <w:smallCaps w:val="0"/>
          <w:strike w:val="0"/>
          <w:u w:val="single"/>
        </w:rPr>
        <w:t>never spoken</w:t>
      </w:r>
      <w:r>
        <w:rPr>
          <w:b w:val="0"/>
          <w:i w:val="0"/>
          <w:smallCaps w:val="0"/>
          <w:strike w:val="0"/>
          <w:u w:val="single"/>
        </w:rPr>
        <w:t xml:space="preserve">, but whose </w:t>
      </w:r>
      <w:r>
        <w:rPr>
          <w:b/>
          <w:i w:val="0"/>
          <w:smallCaps w:val="0"/>
          <w:strike w:val="0"/>
          <w:u w:val="single"/>
        </w:rPr>
        <w:t>objective outcome in war</w:t>
      </w:r>
      <w:r>
        <w:rPr>
          <w:b w:val="0"/>
          <w:i w:val="0"/>
          <w:smallCaps w:val="0"/>
          <w:strike w:val="0"/>
          <w:u w:val="single"/>
        </w:rPr>
        <w:t xml:space="preserve">, with </w:t>
      </w:r>
      <w:r>
        <w:rPr>
          <w:b/>
          <w:i w:val="0"/>
          <w:smallCaps w:val="0"/>
          <w:strike w:val="0"/>
          <w:u w:val="single"/>
        </w:rPr>
        <w:t>the equal complicity of the two adversaries</w:t>
      </w:r>
      <w:r>
        <w:rPr>
          <w:b w:val="0"/>
          <w:i w:val="0"/>
          <w:smallCaps w:val="0"/>
          <w:strike w:val="0"/>
          <w:u w:val="single"/>
        </w:rPr>
        <w:t xml:space="preserve">, is </w:t>
      </w:r>
      <w:r>
        <w:rPr>
          <w:b/>
          <w:i w:val="0"/>
          <w:smallCaps w:val="0"/>
          <w:strike w:val="0"/>
          <w:u w:val="single"/>
        </w:rPr>
        <w:t>total liquidation</w:t>
      </w:r>
      <w:r>
        <w:rPr>
          <w:b w:val="0"/>
          <w:i w:val="0"/>
          <w:smallCaps w:val="0"/>
          <w:strike w:val="0"/>
          <w:u w:val="single"/>
        </w:rPr>
        <w:t xml:space="preserve">. </w:t>
      </w:r>
      <w:r>
        <w:rPr>
          <w:b/>
          <w:i w:val="0"/>
          <w:smallCaps w:val="0"/>
          <w:strike w:val="0"/>
          <w:u w:val="single"/>
        </w:rPr>
        <w:t>Tribal, communitarian, precapitalist structures</w:t>
      </w:r>
      <w:r>
        <w:rPr>
          <w:b/>
          <w:i w:val="0"/>
          <w:smallCaps w:val="0"/>
          <w:strike w:val="0"/>
          <w:highlight w:val="cyan"/>
          <w:u w:val="single"/>
        </w:rPr>
        <w:t xml:space="preserve">, every form of exchange, </w:t>
      </w:r>
      <w:r>
        <w:rPr>
          <w:b/>
          <w:i w:val="0"/>
          <w:smallCaps w:val="0"/>
          <w:strike w:val="0"/>
          <w:u w:val="single"/>
        </w:rPr>
        <w:t>of language, of symbolic organization</w:t>
      </w:r>
      <w:r>
        <w:rPr>
          <w:b/>
          <w:i w:val="0"/>
          <w:smallCaps w:val="0"/>
          <w:strike w:val="0"/>
          <w:highlight w:val="cyan"/>
          <w:u w:val="single"/>
        </w:rPr>
        <w:t xml:space="preserve">, that is what must be abolished, </w:t>
      </w:r>
      <w:r>
        <w:rPr>
          <w:b/>
          <w:i w:val="0"/>
          <w:smallCaps w:val="0"/>
          <w:strike w:val="0"/>
          <w:u w:val="single"/>
        </w:rPr>
        <w:t>that is the object of murder in war</w:t>
      </w:r>
      <w:r>
        <w:rPr>
          <w:b w:val="0"/>
          <w:i w:val="0"/>
          <w:smallCaps w:val="0"/>
          <w:strike w:val="0"/>
          <w:u w:val="single"/>
        </w:rPr>
        <w:t xml:space="preserve"> - and </w:t>
      </w:r>
      <w:r>
        <w:rPr>
          <w:b/>
          <w:i w:val="0"/>
          <w:smallCaps w:val="0"/>
          <w:strike w:val="0"/>
          <w:highlight w:val="cyan"/>
          <w:u w:val="single"/>
        </w:rPr>
        <w:t>war itself</w:t>
      </w:r>
      <w:r>
        <w:rPr>
          <w:b/>
          <w:i w:val="0"/>
          <w:smallCaps w:val="0"/>
          <w:strike w:val="0"/>
          <w:u w:val="single"/>
        </w:rPr>
        <w:t>, in its immense, spectacular death apparatus</w:t>
      </w:r>
      <w:r>
        <w:rPr>
          <w:b w:val="0"/>
          <w:i w:val="0"/>
          <w:smallCaps w:val="0"/>
          <w:strike w:val="0"/>
          <w:u w:val="single"/>
        </w:rPr>
        <w:t xml:space="preserve">, </w:t>
      </w:r>
      <w:r>
        <w:rPr>
          <w:b w:val="0"/>
          <w:i w:val="0"/>
          <w:smallCaps w:val="0"/>
          <w:strike w:val="0"/>
          <w:highlight w:val="cyan"/>
          <w:u w:val="single"/>
        </w:rPr>
        <w:t>is</w:t>
      </w:r>
      <w:r>
        <w:rPr>
          <w:b w:val="0"/>
          <w:i w:val="0"/>
          <w:smallCaps w:val="0"/>
          <w:strike w:val="0"/>
          <w:u w:val="single"/>
        </w:rPr>
        <w:t xml:space="preserve"> nothing but </w:t>
      </w:r>
      <w:r>
        <w:rPr>
          <w:b/>
          <w:i w:val="0"/>
          <w:smallCaps w:val="0"/>
          <w:strike w:val="0"/>
          <w:highlight w:val="cyan"/>
          <w:u w:val="single"/>
        </w:rPr>
        <w:t xml:space="preserve">the medium of this process </w:t>
      </w:r>
      <w:r>
        <w:rPr>
          <w:b/>
          <w:i w:val="0"/>
          <w:smallCaps w:val="0"/>
          <w:strike w:val="0"/>
          <w:u w:val="single"/>
        </w:rPr>
        <w:t>of the terrorist rationalization of the social</w:t>
      </w:r>
      <w:r>
        <w:rPr>
          <w:b w:val="0"/>
          <w:i w:val="0"/>
          <w:smallCaps w:val="0"/>
          <w:strike w:val="0"/>
          <w:u w:val="single"/>
        </w:rPr>
        <w:t xml:space="preserve"> - the </w:t>
      </w:r>
      <w:r>
        <w:rPr>
          <w:b/>
          <w:i w:val="0"/>
          <w:smallCaps w:val="0"/>
          <w:strike w:val="0"/>
          <w:u w:val="single"/>
        </w:rPr>
        <w:t>murder on which sociality will be founded</w:t>
      </w:r>
      <w:r>
        <w:rPr>
          <w:b w:val="0"/>
          <w:i w:val="0"/>
          <w:smallCaps w:val="0"/>
          <w:strike w:val="0"/>
          <w:u w:val="single"/>
        </w:rPr>
        <w:t>, whatever its allegiance, Communist or capitalist. Total complicity, or division of labor between two adversaries (who may even consent to enormous sacrifices for it) for the very end of reshaping and domesticating social relations</w:t>
      </w:r>
      <w:r>
        <w:rPr>
          <w:b w:val="0"/>
          <w:i w:val="0"/>
          <w:smallCaps w:val="0"/>
          <w:strike w:val="0"/>
          <w:sz w:val="16"/>
          <w:u w:val="none"/>
        </w:rPr>
        <w:t xml:space="preserve">. "The North Vietnamese were advised to countenance a scenario for liquidating the American presence in the course of which, of course, one must save face." This scenario: the extremely harsh bombardments of Hanoi. Their untenable character must not conceal the fact that they were nothing but a simulacrum to enable the Vietnamese to seem to countenance a compromise and for Nixon to make the Americans swallow the withdrawal of their troops. </w:t>
      </w:r>
      <w:r>
        <w:rPr>
          <w:b/>
          <w:i w:val="0"/>
          <w:smallCaps w:val="0"/>
          <w:strike w:val="0"/>
          <w:u w:val="single"/>
        </w:rPr>
        <w:t>The game was already won</w:t>
      </w:r>
      <w:r>
        <w:rPr>
          <w:b w:val="0"/>
          <w:i w:val="0"/>
          <w:smallCaps w:val="0"/>
          <w:strike w:val="0"/>
          <w:u w:val="single"/>
        </w:rPr>
        <w:t xml:space="preserve">, </w:t>
      </w:r>
      <w:r>
        <w:rPr>
          <w:b/>
          <w:i w:val="0"/>
          <w:smallCaps w:val="0"/>
          <w:strike w:val="0"/>
          <w:highlight w:val="cyan"/>
          <w:u w:val="single"/>
        </w:rPr>
        <w:t>nothing</w:t>
      </w:r>
      <w:r>
        <w:rPr>
          <w:b w:val="0"/>
          <w:i w:val="0"/>
          <w:smallCaps w:val="0"/>
          <w:strike w:val="0"/>
          <w:highlight w:val="cyan"/>
          <w:u w:val="single"/>
        </w:rPr>
        <w:t xml:space="preserve"> was </w:t>
      </w:r>
      <w:r>
        <w:rPr>
          <w:b/>
          <w:i w:val="0"/>
          <w:smallCaps w:val="0"/>
          <w:strike w:val="0"/>
          <w:highlight w:val="cyan"/>
          <w:u w:val="single"/>
        </w:rPr>
        <w:t>objectively at stake</w:t>
      </w:r>
      <w:r>
        <w:rPr>
          <w:b w:val="0"/>
          <w:i w:val="0"/>
          <w:smallCaps w:val="0"/>
          <w:strike w:val="0"/>
          <w:u w:val="single"/>
        </w:rPr>
        <w:t xml:space="preserve"> but the verisimilitude of the final montage. The moralists of war, the holders of high wartime values should not be too discouraged: </w:t>
      </w:r>
      <w:r>
        <w:rPr>
          <w:b/>
          <w:i w:val="0"/>
          <w:smallCaps w:val="0"/>
          <w:strike w:val="0"/>
          <w:highlight w:val="cyan"/>
          <w:u w:val="single"/>
        </w:rPr>
        <w:t>the war is no less atrocious for being only a simulacrum</w:t>
      </w:r>
      <w:r>
        <w:rPr>
          <w:b w:val="0"/>
          <w:i w:val="0"/>
          <w:smallCaps w:val="0"/>
          <w:strike w:val="0"/>
          <w:u w:val="single"/>
        </w:rPr>
        <w:t xml:space="preserve"> - the </w:t>
      </w:r>
      <w:r>
        <w:rPr>
          <w:b/>
          <w:i w:val="0"/>
          <w:smallCaps w:val="0"/>
          <w:strike w:val="0"/>
          <w:highlight w:val="cyan"/>
          <w:u w:val="single"/>
        </w:rPr>
        <w:t>flesh suffers just the same</w:t>
      </w:r>
      <w:r>
        <w:rPr>
          <w:b w:val="0"/>
          <w:i w:val="0"/>
          <w:smallCaps w:val="0"/>
          <w:strike w:val="0"/>
          <w:u w:val="single"/>
        </w:rPr>
        <w:t xml:space="preserve">, and the dead and former combatants are worth the same as in other wars. </w:t>
      </w:r>
      <w:r>
        <w:rPr>
          <w:b w:val="0"/>
          <w:i w:val="0"/>
          <w:smallCaps w:val="0"/>
          <w:strike w:val="0"/>
          <w:highlight w:val="cyan"/>
          <w:u w:val="single"/>
        </w:rPr>
        <w:t>This objective is always fulfilled</w:t>
      </w:r>
      <w:r>
        <w:rPr>
          <w:b w:val="0"/>
          <w:i w:val="0"/>
          <w:smallCaps w:val="0"/>
          <w:strike w:val="0"/>
          <w:u w:val="single"/>
        </w:rPr>
        <w:t xml:space="preserve">, just like that of the charting of territories and of disciplinary sociality. </w:t>
      </w:r>
      <w:r>
        <w:rPr>
          <w:b w:val="0"/>
          <w:i w:val="0"/>
          <w:smallCaps w:val="0"/>
          <w:strike w:val="0"/>
          <w:highlight w:val="cyan"/>
          <w:u w:val="single"/>
        </w:rPr>
        <w:t xml:space="preserve">What no longer exists is </w:t>
      </w:r>
      <w:r>
        <w:rPr>
          <w:b/>
          <w:i w:val="0"/>
          <w:smallCaps w:val="0"/>
          <w:strike w:val="0"/>
          <w:highlight w:val="cyan"/>
          <w:u w:val="single"/>
        </w:rPr>
        <w:t xml:space="preserve">the adversity </w:t>
      </w:r>
      <w:r>
        <w:rPr>
          <w:b/>
          <w:i w:val="0"/>
          <w:smallCaps w:val="0"/>
          <w:strike w:val="0"/>
          <w:u w:val="single"/>
        </w:rPr>
        <w:t>of the adversaries</w:t>
      </w:r>
      <w:r>
        <w:rPr>
          <w:b w:val="0"/>
          <w:i w:val="0"/>
          <w:smallCaps w:val="0"/>
          <w:strike w:val="0"/>
          <w:u w:val="single"/>
        </w:rPr>
        <w:t xml:space="preserve">, the </w:t>
      </w:r>
      <w:r>
        <w:rPr>
          <w:b/>
          <w:i w:val="0"/>
          <w:smallCaps w:val="0"/>
          <w:strike w:val="0"/>
          <w:u w:val="single"/>
        </w:rPr>
        <w:t>reality of antagonistic causes</w:t>
      </w:r>
      <w:r>
        <w:rPr>
          <w:b w:val="0"/>
          <w:i w:val="0"/>
          <w:smallCaps w:val="0"/>
          <w:strike w:val="0"/>
          <w:u w:val="single"/>
        </w:rPr>
        <w:t xml:space="preserve">, the </w:t>
      </w:r>
      <w:r>
        <w:rPr>
          <w:b/>
          <w:i w:val="0"/>
          <w:smallCaps w:val="0"/>
          <w:strike w:val="0"/>
          <w:u w:val="single"/>
        </w:rPr>
        <w:t>ideological seriousness of war</w:t>
      </w:r>
      <w:r>
        <w:rPr>
          <w:b w:val="0"/>
          <w:i w:val="0"/>
          <w:smallCaps w:val="0"/>
          <w:strike w:val="0"/>
          <w:u w:val="single"/>
        </w:rPr>
        <w:t xml:space="preserve">. And also </w:t>
      </w:r>
      <w:r>
        <w:rPr>
          <w:b/>
          <w:i w:val="0"/>
          <w:smallCaps w:val="0"/>
          <w:strike w:val="0"/>
          <w:u w:val="single"/>
        </w:rPr>
        <w:t>the reality of victory or defeat</w:t>
      </w:r>
      <w:r>
        <w:rPr>
          <w:b w:val="0"/>
          <w:i w:val="0"/>
          <w:smallCaps w:val="0"/>
          <w:strike w:val="0"/>
          <w:u w:val="single"/>
        </w:rPr>
        <w:t xml:space="preserve">, war being a process that </w:t>
      </w:r>
      <w:r>
        <w:rPr>
          <w:b/>
          <w:i w:val="0"/>
          <w:smallCaps w:val="0"/>
          <w:strike w:val="0"/>
          <w:u w:val="single"/>
        </w:rPr>
        <w:t xml:space="preserve">triumphs well beyond these appearances. </w:t>
      </w:r>
      <w:r>
        <w:rPr>
          <w:b w:val="0"/>
          <w:i w:val="0"/>
          <w:smallCaps w:val="0"/>
          <w:strike w:val="0"/>
          <w:sz w:val="16"/>
          <w:u w:val="none"/>
        </w:rPr>
        <w:t xml:space="preserve">In any case, the pacification (or </w:t>
      </w:r>
      <w:r>
        <w:rPr>
          <w:b w:val="0"/>
          <w:i w:val="0"/>
          <w:smallCaps w:val="0"/>
          <w:strike w:val="0"/>
          <w:u w:val="single"/>
        </w:rPr>
        <w:t xml:space="preserve">the </w:t>
      </w:r>
      <w:r>
        <w:rPr>
          <w:b/>
          <w:i w:val="0"/>
          <w:smallCaps w:val="0"/>
          <w:strike w:val="0"/>
          <w:highlight w:val="cyan"/>
          <w:u w:val="single"/>
        </w:rPr>
        <w:t>deterrence</w:t>
      </w:r>
      <w:r>
        <w:rPr>
          <w:b w:val="0"/>
          <w:i w:val="0"/>
          <w:smallCaps w:val="0"/>
          <w:strike w:val="0"/>
          <w:highlight w:val="cyan"/>
          <w:u w:val="single"/>
        </w:rPr>
        <w:t>)</w:t>
      </w:r>
      <w:r>
        <w:rPr>
          <w:b w:val="0"/>
          <w:i w:val="0"/>
          <w:smallCaps w:val="0"/>
          <w:strike w:val="0"/>
          <w:u w:val="single"/>
        </w:rPr>
        <w:t xml:space="preserve"> that dominates us today </w:t>
      </w:r>
      <w:r>
        <w:rPr>
          <w:b w:val="0"/>
          <w:i w:val="0"/>
          <w:smallCaps w:val="0"/>
          <w:strike w:val="0"/>
          <w:highlight w:val="cyan"/>
          <w:u w:val="single"/>
        </w:rPr>
        <w:t xml:space="preserve">is </w:t>
      </w:r>
      <w:r>
        <w:rPr>
          <w:b/>
          <w:i w:val="0"/>
          <w:smallCaps w:val="0"/>
          <w:strike w:val="0"/>
          <w:highlight w:val="cyan"/>
          <w:u w:val="single"/>
        </w:rPr>
        <w:t>beyond war and peace</w:t>
      </w:r>
      <w:r>
        <w:rPr>
          <w:b w:val="0"/>
          <w:i w:val="0"/>
          <w:smallCaps w:val="0"/>
          <w:strike w:val="0"/>
          <w:u w:val="single"/>
        </w:rPr>
        <w:t xml:space="preserve">, it is that </w:t>
      </w:r>
      <w:r>
        <w:rPr>
          <w:b/>
          <w:i w:val="0"/>
          <w:smallCaps w:val="0"/>
          <w:strike w:val="0"/>
          <w:highlight w:val="cyan"/>
          <w:u w:val="single"/>
        </w:rPr>
        <w:t>at every moment war and peace are equivalent</w:t>
      </w:r>
      <w:r>
        <w:rPr>
          <w:b w:val="0"/>
          <w:i w:val="0"/>
          <w:smallCaps w:val="0"/>
          <w:strike w:val="0"/>
          <w:highlight w:val="cyan"/>
          <w:u w:val="single"/>
        </w:rPr>
        <w:t>.</w:t>
      </w:r>
      <w:r>
        <w:rPr>
          <w:b w:val="0"/>
          <w:i w:val="0"/>
          <w:smallCaps w:val="0"/>
          <w:strike w:val="0"/>
          <w:u w:val="single"/>
        </w:rPr>
        <w:t xml:space="preserve"> "War is peace," said Orwell</w:t>
      </w:r>
      <w:r>
        <w:rPr>
          <w:b w:val="0"/>
          <w:i w:val="0"/>
          <w:smallCaps w:val="0"/>
          <w:strike w:val="0"/>
          <w:sz w:val="16"/>
          <w:u w:val="none"/>
        </w:rPr>
        <w:t xml:space="preserve">. There also, the </w:t>
      </w:r>
      <w:r>
        <w:rPr>
          <w:b w:val="0"/>
          <w:i w:val="0"/>
          <w:smallCaps w:val="0"/>
          <w:strike w:val="0"/>
          <w:u w:val="single"/>
        </w:rPr>
        <w:t>two differential poles implode into each other, or recycle one another - a simultaneity of contradictions that is at once the parody and the end of every dialectic</w:t>
      </w:r>
      <w:r>
        <w:rPr>
          <w:b w:val="0"/>
          <w:i w:val="0"/>
          <w:smallCaps w:val="0"/>
          <w:strike w:val="0"/>
          <w:sz w:val="16"/>
          <w:u w:val="none"/>
        </w:rPr>
        <w:t xml:space="preserve">. Thus </w:t>
      </w:r>
      <w:r>
        <w:rPr>
          <w:b w:val="0"/>
          <w:i w:val="0"/>
          <w:smallCaps w:val="0"/>
          <w:strike w:val="0"/>
          <w:u w:val="single"/>
        </w:rPr>
        <w:t xml:space="preserve">one can </w:t>
      </w:r>
      <w:r>
        <w:rPr>
          <w:b/>
          <w:i w:val="0"/>
          <w:smallCaps w:val="0"/>
          <w:strike w:val="0"/>
          <w:u w:val="single"/>
        </w:rPr>
        <w:t xml:space="preserve">completely miss the </w:t>
      </w:r>
      <w:r>
        <w:rPr>
          <w:b/>
          <w:i w:val="0"/>
          <w:smallCaps w:val="0"/>
          <w:strike w:val="0"/>
          <w:highlight w:val="cyan"/>
          <w:u w:val="single"/>
        </w:rPr>
        <w:t>truth of a war</w:t>
      </w:r>
      <w:r>
        <w:rPr>
          <w:b w:val="0"/>
          <w:i w:val="0"/>
          <w:smallCaps w:val="0"/>
          <w:strike w:val="0"/>
          <w:highlight w:val="cyan"/>
          <w:u w:val="single"/>
        </w:rPr>
        <w:t>:</w:t>
      </w:r>
      <w:r>
        <w:rPr>
          <w:b w:val="0"/>
          <w:i w:val="0"/>
          <w:smallCaps w:val="0"/>
          <w:strike w:val="0"/>
          <w:u w:val="single"/>
        </w:rPr>
        <w:t xml:space="preserve"> </w:t>
      </w:r>
      <w:r>
        <w:rPr>
          <w:b w:val="0"/>
          <w:i w:val="0"/>
          <w:smallCaps w:val="0"/>
          <w:strike w:val="0"/>
          <w:u w:val="single"/>
        </w:rPr>
        <w:t xml:space="preserve">namely, that </w:t>
      </w:r>
      <w:r>
        <w:rPr>
          <w:b w:val="0"/>
          <w:i w:val="0"/>
          <w:smallCaps w:val="0"/>
          <w:strike w:val="0"/>
          <w:highlight w:val="cyan"/>
          <w:u w:val="single"/>
        </w:rPr>
        <w:t xml:space="preserve">it was </w:t>
      </w:r>
      <w:r>
        <w:rPr>
          <w:b/>
          <w:i w:val="0"/>
          <w:smallCaps w:val="0"/>
          <w:strike w:val="0"/>
          <w:highlight w:val="cyan"/>
          <w:u w:val="single"/>
        </w:rPr>
        <w:t>finished well before it started</w:t>
      </w:r>
      <w:r>
        <w:rPr>
          <w:b w:val="0"/>
          <w:i w:val="0"/>
          <w:smallCaps w:val="0"/>
          <w:strike w:val="0"/>
          <w:u w:val="single"/>
        </w:rPr>
        <w:t xml:space="preserve">, that there was </w:t>
      </w:r>
      <w:r>
        <w:rPr>
          <w:b/>
          <w:i w:val="0"/>
          <w:smallCaps w:val="0"/>
          <w:strike w:val="0"/>
          <w:u w:val="single"/>
        </w:rPr>
        <w:t>an end to war at the heart of the war itself</w:t>
      </w:r>
      <w:r>
        <w:rPr>
          <w:b w:val="0"/>
          <w:i w:val="0"/>
          <w:smallCaps w:val="0"/>
          <w:strike w:val="0"/>
          <w:u w:val="single"/>
        </w:rPr>
        <w:t xml:space="preserve">, and that </w:t>
      </w:r>
      <w:r>
        <w:rPr>
          <w:b/>
          <w:i w:val="0"/>
          <w:smallCaps w:val="0"/>
          <w:strike w:val="0"/>
          <w:u w:val="single"/>
        </w:rPr>
        <w:t>perhaps it never started</w:t>
      </w:r>
      <w:r>
        <w:rPr>
          <w:b w:val="0"/>
          <w:i w:val="0"/>
          <w:smallCaps w:val="0"/>
          <w:strike w:val="0"/>
          <w:sz w:val="16"/>
          <w:u w:val="none"/>
        </w:rPr>
        <w:t xml:space="preserve">. </w:t>
      </w:r>
      <w:r>
        <w:rPr>
          <w:b/>
          <w:i w:val="0"/>
          <w:smallCaps w:val="0"/>
          <w:strike w:val="0"/>
          <w:u w:val="single"/>
        </w:rPr>
        <w:t>Many other events</w:t>
      </w:r>
      <w:r>
        <w:rPr>
          <w:b w:val="0"/>
          <w:i w:val="0"/>
          <w:smallCaps w:val="0"/>
          <w:strike w:val="0"/>
          <w:u w:val="single"/>
        </w:rPr>
        <w:t xml:space="preserve"> (the oil crisis, etc.) </w:t>
      </w:r>
      <w:r>
        <w:rPr>
          <w:b/>
          <w:i w:val="0"/>
          <w:smallCaps w:val="0"/>
          <w:strike w:val="0"/>
          <w:u w:val="single"/>
        </w:rPr>
        <w:t>never started, never existed, except as artificial occurrences</w:t>
      </w:r>
      <w:r>
        <w:rPr>
          <w:b w:val="0"/>
          <w:i w:val="0"/>
          <w:smallCaps w:val="0"/>
          <w:strike w:val="0"/>
          <w:u w:val="single"/>
        </w:rPr>
        <w:t xml:space="preserve"> - </w:t>
      </w:r>
      <w:r>
        <w:rPr>
          <w:b/>
          <w:i w:val="0"/>
          <w:smallCaps w:val="0"/>
          <w:strike w:val="0"/>
          <w:u w:val="single"/>
        </w:rPr>
        <w:t>abstract</w:t>
      </w:r>
      <w:r>
        <w:rPr>
          <w:b w:val="0"/>
          <w:i w:val="0"/>
          <w:smallCaps w:val="0"/>
          <w:strike w:val="0"/>
          <w:u w:val="single"/>
        </w:rPr>
        <w:t xml:space="preserve">, </w:t>
      </w:r>
      <w:r>
        <w:rPr>
          <w:b/>
          <w:i w:val="0"/>
          <w:smallCaps w:val="0"/>
          <w:strike w:val="0"/>
          <w:u w:val="single"/>
        </w:rPr>
        <w:t>ersatz</w:t>
      </w:r>
      <w:r>
        <w:rPr>
          <w:b w:val="0"/>
          <w:i w:val="0"/>
          <w:smallCaps w:val="0"/>
          <w:strike w:val="0"/>
          <w:u w:val="single"/>
        </w:rPr>
        <w:t xml:space="preserve">, and as </w:t>
      </w:r>
      <w:r>
        <w:rPr>
          <w:b/>
          <w:i w:val="0"/>
          <w:smallCaps w:val="0"/>
          <w:strike w:val="0"/>
          <w:u w:val="single"/>
        </w:rPr>
        <w:t>artifacts of history</w:t>
      </w:r>
      <w:r>
        <w:rPr>
          <w:b w:val="0"/>
          <w:i w:val="0"/>
          <w:smallCaps w:val="0"/>
          <w:strike w:val="0"/>
          <w:u w:val="single"/>
        </w:rPr>
        <w:t xml:space="preserve">, </w:t>
      </w:r>
      <w:r>
        <w:rPr>
          <w:b/>
          <w:i w:val="0"/>
          <w:smallCaps w:val="0"/>
          <w:strike w:val="0"/>
          <w:u w:val="single"/>
        </w:rPr>
        <w:t>catastrophes</w:t>
      </w:r>
      <w:r>
        <w:rPr>
          <w:b w:val="0"/>
          <w:i w:val="0"/>
          <w:smallCaps w:val="0"/>
          <w:strike w:val="0"/>
          <w:u w:val="single"/>
        </w:rPr>
        <w:t xml:space="preserve"> and </w:t>
      </w:r>
      <w:r>
        <w:rPr>
          <w:b/>
          <w:i w:val="0"/>
          <w:smallCaps w:val="0"/>
          <w:strike w:val="0"/>
          <w:u w:val="single"/>
        </w:rPr>
        <w:t>crises</w:t>
      </w:r>
      <w:r>
        <w:rPr>
          <w:b w:val="0"/>
          <w:i w:val="0"/>
          <w:smallCaps w:val="0"/>
          <w:strike w:val="0"/>
          <w:u w:val="single"/>
        </w:rPr>
        <w:t xml:space="preserve"> destined to maintain a </w:t>
      </w:r>
      <w:r>
        <w:rPr>
          <w:b/>
          <w:i w:val="0"/>
          <w:smallCaps w:val="0"/>
          <w:strike w:val="0"/>
          <w:u w:val="single"/>
        </w:rPr>
        <w:t>historical investment under hypnosis</w:t>
      </w:r>
      <w:r>
        <w:rPr>
          <w:b w:val="0"/>
          <w:i w:val="0"/>
          <w:smallCaps w:val="0"/>
          <w:strike w:val="0"/>
          <w:u w:val="single"/>
        </w:rPr>
        <w:t xml:space="preserve">. </w:t>
      </w:r>
      <w:r>
        <w:rPr>
          <w:b w:val="0"/>
          <w:i w:val="0"/>
          <w:smallCaps w:val="0"/>
          <w:strike w:val="0"/>
          <w:highlight w:val="cyan"/>
          <w:u w:val="single"/>
        </w:rPr>
        <w:t>The media</w:t>
      </w:r>
      <w:r>
        <w:rPr>
          <w:b w:val="0"/>
          <w:i w:val="0"/>
          <w:smallCaps w:val="0"/>
          <w:strike w:val="0"/>
          <w:u w:val="single"/>
        </w:rPr>
        <w:t xml:space="preserve"> and the official news service are </w:t>
      </w:r>
      <w:r>
        <w:rPr>
          <w:b w:val="0"/>
          <w:i w:val="0"/>
          <w:smallCaps w:val="0"/>
          <w:strike w:val="0"/>
          <w:highlight w:val="cyan"/>
          <w:u w:val="single"/>
        </w:rPr>
        <w:t>only</w:t>
      </w:r>
      <w:r>
        <w:rPr>
          <w:b w:val="0"/>
          <w:i w:val="0"/>
          <w:smallCaps w:val="0"/>
          <w:strike w:val="0"/>
          <w:u w:val="single"/>
        </w:rPr>
        <w:t xml:space="preserve"> there to </w:t>
      </w:r>
      <w:r>
        <w:rPr>
          <w:b/>
          <w:i w:val="0"/>
          <w:smallCaps w:val="0"/>
          <w:strike w:val="0"/>
          <w:highlight w:val="cyan"/>
          <w:u w:val="single"/>
        </w:rPr>
        <w:t>maintain the illusion of</w:t>
      </w:r>
      <w:r>
        <w:rPr>
          <w:b/>
          <w:i w:val="0"/>
          <w:smallCaps w:val="0"/>
          <w:strike w:val="0"/>
          <w:u w:val="single"/>
        </w:rPr>
        <w:t xml:space="preserve"> an actuality, of the reality of the stakes, of </w:t>
      </w:r>
      <w:r>
        <w:rPr>
          <w:b/>
          <w:i w:val="0"/>
          <w:smallCaps w:val="0"/>
          <w:strike w:val="0"/>
          <w:highlight w:val="cyan"/>
          <w:u w:val="single"/>
        </w:rPr>
        <w:t>the objectivity of facts</w:t>
      </w:r>
      <w:r>
        <w:rPr>
          <w:b w:val="0"/>
          <w:i w:val="0"/>
          <w:smallCaps w:val="0"/>
          <w:strike w:val="0"/>
          <w:sz w:val="16"/>
          <w:u w:val="none"/>
        </w:rPr>
        <w:t xml:space="preserve">. </w:t>
      </w:r>
      <w:r>
        <w:rPr>
          <w:b w:val="0"/>
          <w:i w:val="0"/>
          <w:smallCaps w:val="0"/>
          <w:strike w:val="0"/>
          <w:u w:val="single"/>
        </w:rPr>
        <w:t>All the events are to be read backward, or one becomes aware</w:t>
      </w:r>
      <w:r>
        <w:rPr>
          <w:b w:val="0"/>
          <w:i w:val="0"/>
          <w:smallCaps w:val="0"/>
          <w:strike w:val="0"/>
          <w:sz w:val="16"/>
          <w:u w:val="none"/>
        </w:rPr>
        <w:t xml:space="preserve"> (as with the Communists "in power" in Italy the retro, posthumous rediscovery of the gulags and Soviet dissidents like the almost contemporary discovery, by a moribund ethnology, of the lost "difference" of Savages) </w:t>
      </w:r>
      <w:r>
        <w:rPr>
          <w:b w:val="0"/>
          <w:i w:val="0"/>
          <w:smallCaps w:val="0"/>
          <w:strike w:val="0"/>
          <w:u w:val="single"/>
        </w:rPr>
        <w:t xml:space="preserve">that all these things </w:t>
      </w:r>
      <w:r>
        <w:rPr>
          <w:b/>
          <w:i w:val="0"/>
          <w:smallCaps w:val="0"/>
          <w:strike w:val="0"/>
          <w:u w:val="single"/>
        </w:rPr>
        <w:t>arrived too late</w:t>
      </w:r>
      <w:r>
        <w:rPr>
          <w:b w:val="0"/>
          <w:i w:val="0"/>
          <w:smallCaps w:val="0"/>
          <w:strike w:val="0"/>
          <w:u w:val="single"/>
        </w:rPr>
        <w:t xml:space="preserve">, with a history of </w:t>
      </w:r>
      <w:r>
        <w:rPr>
          <w:b/>
          <w:i w:val="0"/>
          <w:smallCaps w:val="0"/>
          <w:strike w:val="0"/>
          <w:u w:val="single"/>
        </w:rPr>
        <w:t>delay</w:t>
      </w:r>
      <w:r>
        <w:rPr>
          <w:b w:val="0"/>
          <w:i w:val="0"/>
          <w:smallCaps w:val="0"/>
          <w:strike w:val="0"/>
          <w:u w:val="single"/>
        </w:rPr>
        <w:t xml:space="preserve">, a </w:t>
      </w:r>
      <w:r>
        <w:rPr>
          <w:b/>
          <w:i w:val="0"/>
          <w:smallCaps w:val="0"/>
          <w:strike w:val="0"/>
          <w:u w:val="single"/>
        </w:rPr>
        <w:t>spiral of delay</w:t>
      </w:r>
      <w:r>
        <w:rPr>
          <w:b w:val="0"/>
          <w:i w:val="0"/>
          <w:smallCaps w:val="0"/>
          <w:strike w:val="0"/>
          <w:u w:val="single"/>
        </w:rPr>
        <w:t xml:space="preserve">, that they </w:t>
      </w:r>
      <w:r>
        <w:rPr>
          <w:b/>
          <w:i w:val="0"/>
          <w:smallCaps w:val="0"/>
          <w:strike w:val="0"/>
          <w:u w:val="single"/>
        </w:rPr>
        <w:t>long ago exhausted their meaning</w:t>
      </w:r>
      <w:r>
        <w:rPr>
          <w:b w:val="0"/>
          <w:i w:val="0"/>
          <w:smallCaps w:val="0"/>
          <w:strike w:val="0"/>
          <w:u w:val="single"/>
        </w:rPr>
        <w:t xml:space="preserve"> and </w:t>
      </w:r>
      <w:r>
        <w:rPr>
          <w:b/>
          <w:i w:val="0"/>
          <w:smallCaps w:val="0"/>
          <w:strike w:val="0"/>
          <w:u w:val="single"/>
        </w:rPr>
        <w:t>only live from an artificial effervescence of signs</w:t>
      </w:r>
      <w:r>
        <w:rPr>
          <w:b w:val="0"/>
          <w:i w:val="0"/>
          <w:smallCaps w:val="0"/>
          <w:strike w:val="0"/>
          <w:u w:val="single"/>
        </w:rPr>
        <w:t xml:space="preserve">, that all these events </w:t>
      </w:r>
      <w:r>
        <w:rPr>
          <w:b/>
          <w:i w:val="0"/>
          <w:smallCaps w:val="0"/>
          <w:strike w:val="0"/>
          <w:u w:val="single"/>
        </w:rPr>
        <w:t>succeed each other without logic</w:t>
      </w:r>
      <w:r>
        <w:rPr>
          <w:b w:val="0"/>
          <w:i w:val="0"/>
          <w:smallCaps w:val="0"/>
          <w:strike w:val="0"/>
          <w:u w:val="single"/>
        </w:rPr>
        <w:t xml:space="preserve">, in the most contradictory, complete equivalence, in a </w:t>
      </w:r>
      <w:r>
        <w:rPr>
          <w:b/>
          <w:i w:val="0"/>
          <w:smallCaps w:val="0"/>
          <w:strike w:val="0"/>
          <w:u w:val="single"/>
        </w:rPr>
        <w:t>profound indifference to their consequences</w:t>
      </w:r>
      <w:r>
        <w:rPr>
          <w:b w:val="0"/>
          <w:i w:val="0"/>
          <w:smallCaps w:val="0"/>
          <w:strike w:val="0"/>
          <w:u w:val="single"/>
        </w:rPr>
        <w:t xml:space="preserve"> (but this is because </w:t>
      </w:r>
      <w:r>
        <w:rPr>
          <w:b/>
          <w:i w:val="0"/>
          <w:smallCaps w:val="0"/>
          <w:strike w:val="0"/>
          <w:u w:val="single"/>
        </w:rPr>
        <w:t>there are none</w:t>
      </w:r>
      <w:r>
        <w:rPr>
          <w:b w:val="0"/>
          <w:i w:val="0"/>
          <w:smallCaps w:val="0"/>
          <w:strike w:val="0"/>
          <w:u w:val="single"/>
        </w:rPr>
        <w:t xml:space="preserve">: they </w:t>
      </w:r>
      <w:r>
        <w:rPr>
          <w:b/>
          <w:i w:val="0"/>
          <w:smallCaps w:val="0"/>
          <w:strike w:val="0"/>
          <w:u w:val="single"/>
        </w:rPr>
        <w:t>exhaust themselves</w:t>
      </w:r>
      <w:r>
        <w:rPr>
          <w:b w:val="0"/>
          <w:i w:val="0"/>
          <w:smallCaps w:val="0"/>
          <w:strike w:val="0"/>
          <w:u w:val="single"/>
        </w:rPr>
        <w:t xml:space="preserve"> in their spectacular promotion) - all "newsreel" footage thus gives the </w:t>
      </w:r>
      <w:r>
        <w:rPr>
          <w:b/>
          <w:i w:val="0"/>
          <w:smallCaps w:val="0"/>
          <w:strike w:val="0"/>
          <w:u w:val="single"/>
        </w:rPr>
        <w:t>sinister impression of kitsch, of retro and porno at the same time</w:t>
      </w:r>
      <w:r>
        <w:rPr>
          <w:b w:val="0"/>
          <w:i w:val="0"/>
          <w:smallCaps w:val="0"/>
          <w:strike w:val="0"/>
          <w:u w:val="single"/>
        </w:rPr>
        <w:t xml:space="preserve"> - doubtless everyone </w:t>
      </w:r>
      <w:r>
        <w:rPr>
          <w:b/>
          <w:i w:val="0"/>
          <w:smallCaps w:val="0"/>
          <w:strike w:val="0"/>
          <w:u w:val="single"/>
        </w:rPr>
        <w:t>knows this</w:t>
      </w:r>
      <w:r>
        <w:rPr>
          <w:b w:val="0"/>
          <w:i w:val="0"/>
          <w:smallCaps w:val="0"/>
          <w:strike w:val="0"/>
          <w:u w:val="single"/>
        </w:rPr>
        <w:t xml:space="preserve">, and </w:t>
      </w:r>
      <w:r>
        <w:rPr>
          <w:b/>
          <w:i w:val="0"/>
          <w:smallCaps w:val="0"/>
          <w:strike w:val="0"/>
          <w:u w:val="single"/>
        </w:rPr>
        <w:t>no one really accepts it</w:t>
      </w:r>
      <w:r>
        <w:rPr>
          <w:b w:val="0"/>
          <w:i w:val="0"/>
          <w:smallCaps w:val="0"/>
          <w:strike w:val="0"/>
          <w:sz w:val="16"/>
          <w:u w:val="none"/>
        </w:rPr>
        <w:t xml:space="preserve">. </w:t>
      </w:r>
      <w:r>
        <w:rPr>
          <w:b/>
          <w:i w:val="0"/>
          <w:smallCaps w:val="0"/>
          <w:strike w:val="0"/>
          <w:u w:val="single"/>
        </w:rPr>
        <w:t>The reality of simulation is unbearable</w:t>
      </w:r>
      <w:r>
        <w:rPr>
          <w:b w:val="0"/>
          <w:i w:val="0"/>
          <w:smallCaps w:val="0"/>
          <w:strike w:val="0"/>
          <w:u w:val="single"/>
        </w:rPr>
        <w:t xml:space="preserve"> - crueler than Artaud's Theater of Cruelty, which was still an attempt to create a dramaturgy of life, the last gasp of an ideality of the body, of blood, of violence in a system that was already taking it away, toward a reabsorption of all the stakes without a trace of blood</w:t>
      </w:r>
      <w:r>
        <w:rPr>
          <w:b w:val="0"/>
          <w:i w:val="0"/>
          <w:smallCaps w:val="0"/>
          <w:strike w:val="0"/>
          <w:sz w:val="16"/>
          <w:u w:val="none"/>
        </w:rPr>
        <w:t xml:space="preserve">. </w:t>
      </w:r>
      <w:r>
        <w:rPr>
          <w:b/>
          <w:i w:val="0"/>
          <w:smallCaps w:val="0"/>
          <w:strike w:val="0"/>
          <w:u w:val="single"/>
        </w:rPr>
        <w:t xml:space="preserve">For us </w:t>
      </w:r>
      <w:r>
        <w:rPr>
          <w:b/>
          <w:i w:val="0"/>
          <w:smallCaps w:val="0"/>
          <w:strike w:val="0"/>
          <w:highlight w:val="cyan"/>
          <w:u w:val="single"/>
        </w:rPr>
        <w:t>the trick has been played</w:t>
      </w:r>
      <w:r>
        <w:rPr>
          <w:b w:val="0"/>
          <w:i w:val="0"/>
          <w:smallCaps w:val="0"/>
          <w:strike w:val="0"/>
          <w:sz w:val="16"/>
          <w:u w:val="none"/>
        </w:rPr>
        <w:t xml:space="preserve">. </w:t>
      </w:r>
      <w:r>
        <w:rPr>
          <w:b w:val="0"/>
          <w:i w:val="0"/>
          <w:smallCaps w:val="0"/>
          <w:strike w:val="0"/>
          <w:u w:val="single"/>
        </w:rPr>
        <w:t>All dramaturgy, and even all real writing of cruelty has disappeared</w:t>
      </w:r>
      <w:r>
        <w:rPr>
          <w:b w:val="0"/>
          <w:i w:val="0"/>
          <w:smallCaps w:val="0"/>
          <w:strike w:val="0"/>
          <w:sz w:val="16"/>
          <w:u w:val="none"/>
        </w:rPr>
        <w:t xml:space="preserve">. </w:t>
      </w:r>
      <w:r>
        <w:rPr>
          <w:b/>
          <w:i w:val="0"/>
          <w:smallCaps w:val="0"/>
          <w:strike w:val="0"/>
          <w:u w:val="single"/>
        </w:rPr>
        <w:t>Simulation is the master</w:t>
      </w:r>
      <w:r>
        <w:rPr>
          <w:b w:val="0"/>
          <w:i w:val="0"/>
          <w:smallCaps w:val="0"/>
          <w:strike w:val="0"/>
          <w:u w:val="single"/>
        </w:rPr>
        <w:t xml:space="preserve">, and we only have a right to the retro, to the phantom, parodic rehabilitation of all lost referentials. Everything still unfolds around us, in the cold light of deterrence (including Artaud, who has the right like everything else to his revival, to a second existence as the referential of cruelty). </w:t>
      </w:r>
      <w:r>
        <w:rPr>
          <w:b/>
          <w:i w:val="0"/>
          <w:smallCaps w:val="0"/>
          <w:strike w:val="0"/>
          <w:highlight w:val="cyan"/>
          <w:u w:val="single"/>
        </w:rPr>
        <w:t>This is why</w:t>
      </w:r>
      <w:r>
        <w:rPr>
          <w:b/>
          <w:i w:val="0"/>
          <w:smallCaps w:val="0"/>
          <w:strike w:val="0"/>
          <w:u w:val="single"/>
        </w:rPr>
        <w:t xml:space="preserve"> </w:t>
      </w:r>
      <w:r>
        <w:rPr>
          <w:b/>
          <w:i w:val="0"/>
          <w:smallCaps w:val="0"/>
          <w:strike w:val="0"/>
          <w:highlight w:val="cyan"/>
          <w:u w:val="single"/>
        </w:rPr>
        <w:t>nuclear proliferation does not increase the risk of either an atomic clash or an accident</w:t>
      </w:r>
      <w:r>
        <w:rPr>
          <w:b w:val="0"/>
          <w:i w:val="0"/>
          <w:smallCaps w:val="0"/>
          <w:strike w:val="0"/>
          <w:u w:val="single"/>
        </w:rPr>
        <w:t xml:space="preserve"> - save in the interval when the "young" powers could be tempted to make a nondeterrent, "real" use of it (as the Americans did in Hiroshima - but precisely </w:t>
      </w:r>
      <w:r>
        <w:rPr>
          <w:b w:val="0"/>
          <w:i w:val="0"/>
          <w:smallCaps w:val="0"/>
          <w:strike w:val="0"/>
          <w:highlight w:val="cyan"/>
          <w:u w:val="single"/>
        </w:rPr>
        <w:t xml:space="preserve">only they </w:t>
      </w:r>
      <w:r>
        <w:rPr>
          <w:b/>
          <w:i w:val="0"/>
          <w:smallCaps w:val="0"/>
          <w:strike w:val="0"/>
          <w:highlight w:val="cyan"/>
          <w:u w:val="single"/>
        </w:rPr>
        <w:t>had a right to this "use value" of the bomb</w:t>
      </w:r>
      <w:r>
        <w:rPr>
          <w:b w:val="0"/>
          <w:i w:val="0"/>
          <w:smallCaps w:val="0"/>
          <w:strike w:val="0"/>
          <w:highlight w:val="cyan"/>
          <w:u w:val="single"/>
        </w:rPr>
        <w:t>,</w:t>
      </w:r>
      <w:r>
        <w:rPr>
          <w:b w:val="0"/>
          <w:i w:val="0"/>
          <w:smallCaps w:val="0"/>
          <w:strike w:val="0"/>
          <w:u w:val="single"/>
        </w:rPr>
        <w:t xml:space="preserve"> all of </w:t>
      </w:r>
      <w:r>
        <w:rPr>
          <w:b w:val="0"/>
          <w:i w:val="0"/>
          <w:smallCaps w:val="0"/>
          <w:strike w:val="0"/>
          <w:highlight w:val="cyan"/>
          <w:u w:val="single"/>
        </w:rPr>
        <w:t xml:space="preserve">those who have acquired it </w:t>
      </w:r>
      <w:r>
        <w:rPr>
          <w:b w:val="0"/>
          <w:i w:val="0"/>
          <w:smallCaps w:val="0"/>
          <w:strike w:val="0"/>
          <w:u w:val="single"/>
        </w:rPr>
        <w:t xml:space="preserve">since </w:t>
      </w:r>
      <w:r>
        <w:rPr>
          <w:b w:val="0"/>
          <w:i w:val="0"/>
          <w:smallCaps w:val="0"/>
          <w:strike w:val="0"/>
          <w:highlight w:val="cyan"/>
          <w:u w:val="single"/>
        </w:rPr>
        <w:t xml:space="preserve">will be </w:t>
      </w:r>
      <w:r>
        <w:rPr>
          <w:b/>
          <w:i w:val="0"/>
          <w:smallCaps w:val="0"/>
          <w:strike w:val="0"/>
          <w:highlight w:val="cyan"/>
          <w:u w:val="single"/>
        </w:rPr>
        <w:t xml:space="preserve">deterred from using </w:t>
      </w:r>
      <w:r>
        <w:rPr>
          <w:b/>
          <w:i w:val="0"/>
          <w:smallCaps w:val="0"/>
          <w:strike w:val="0"/>
          <w:u w:val="single"/>
        </w:rPr>
        <w:t>it</w:t>
      </w:r>
      <w:r>
        <w:rPr>
          <w:b w:val="0"/>
          <w:i w:val="0"/>
          <w:smallCaps w:val="0"/>
          <w:strike w:val="0"/>
          <w:u w:val="single"/>
        </w:rPr>
        <w:t xml:space="preserve"> by the very fact of possessing it)</w:t>
      </w:r>
      <w:r>
        <w:rPr>
          <w:b w:val="0"/>
          <w:i w:val="0"/>
          <w:smallCaps w:val="0"/>
          <w:strike w:val="0"/>
          <w:sz w:val="16"/>
          <w:u w:val="none"/>
        </w:rPr>
        <w:t xml:space="preserve">. </w:t>
      </w:r>
      <w:r>
        <w:rPr>
          <w:b/>
          <w:i w:val="0"/>
          <w:smallCaps w:val="0"/>
          <w:strike w:val="0"/>
          <w:highlight w:val="cyan"/>
          <w:u w:val="single"/>
        </w:rPr>
        <w:t>Entry into the atomic club,</w:t>
      </w:r>
      <w:r>
        <w:rPr>
          <w:b/>
          <w:i w:val="0"/>
          <w:smallCaps w:val="0"/>
          <w:strike w:val="0"/>
          <w:u w:val="single"/>
        </w:rPr>
        <w:t xml:space="preserve"> so prettily named, very </w:t>
      </w:r>
      <w:r>
        <w:rPr>
          <w:b/>
          <w:i w:val="0"/>
          <w:smallCaps w:val="0"/>
          <w:strike w:val="0"/>
          <w:highlight w:val="cyan"/>
          <w:u w:val="single"/>
        </w:rPr>
        <w:t>quickly effaces</w:t>
      </w:r>
      <w:r>
        <w:rPr>
          <w:b/>
          <w:i w:val="0"/>
          <w:smallCaps w:val="0"/>
          <w:strike w:val="0"/>
          <w:u w:val="single"/>
        </w:rPr>
        <w:t xml:space="preserve"> (as unionization does in the working world) </w:t>
      </w:r>
      <w:r>
        <w:rPr>
          <w:b/>
          <w:i w:val="0"/>
          <w:smallCaps w:val="0"/>
          <w:strike w:val="0"/>
          <w:highlight w:val="cyan"/>
          <w:u w:val="single"/>
        </w:rPr>
        <w:t xml:space="preserve">any inclination toward </w:t>
      </w:r>
      <w:r>
        <w:rPr>
          <w:b/>
          <w:i w:val="0"/>
          <w:smallCaps w:val="0"/>
          <w:strike w:val="0"/>
          <w:u w:val="single"/>
        </w:rPr>
        <w:t xml:space="preserve">violent </w:t>
      </w:r>
      <w:r>
        <w:rPr>
          <w:b/>
          <w:i w:val="0"/>
          <w:smallCaps w:val="0"/>
          <w:strike w:val="0"/>
          <w:highlight w:val="cyan"/>
          <w:u w:val="single"/>
        </w:rPr>
        <w:t>intervention</w:t>
      </w:r>
      <w:r>
        <w:rPr>
          <w:b w:val="0"/>
          <w:i w:val="0"/>
          <w:smallCaps w:val="0"/>
          <w:strike w:val="0"/>
          <w:sz w:val="16"/>
          <w:u w:val="none"/>
        </w:rPr>
        <w:t xml:space="preserve">. </w:t>
      </w:r>
      <w:r>
        <w:rPr>
          <w:b/>
          <w:i w:val="0"/>
          <w:smallCaps w:val="0"/>
          <w:strike w:val="0"/>
          <w:u w:val="single"/>
        </w:rPr>
        <w:t>Responsibility</w:t>
      </w:r>
      <w:r>
        <w:rPr>
          <w:b w:val="0"/>
          <w:i w:val="0"/>
          <w:smallCaps w:val="0"/>
          <w:strike w:val="0"/>
          <w:u w:val="single"/>
        </w:rPr>
        <w:t xml:space="preserve">, </w:t>
      </w:r>
      <w:r>
        <w:rPr>
          <w:b/>
          <w:i w:val="0"/>
          <w:smallCaps w:val="0"/>
          <w:strike w:val="0"/>
          <w:u w:val="single"/>
        </w:rPr>
        <w:t>control</w:t>
      </w:r>
      <w:r>
        <w:rPr>
          <w:b w:val="0"/>
          <w:i w:val="0"/>
          <w:smallCaps w:val="0"/>
          <w:strike w:val="0"/>
          <w:u w:val="single"/>
        </w:rPr>
        <w:t xml:space="preserve">, </w:t>
      </w:r>
      <w:r>
        <w:rPr>
          <w:b/>
          <w:i w:val="0"/>
          <w:smallCaps w:val="0"/>
          <w:strike w:val="0"/>
          <w:u w:val="single"/>
        </w:rPr>
        <w:t>censure</w:t>
      </w:r>
      <w:r>
        <w:rPr>
          <w:b w:val="0"/>
          <w:i w:val="0"/>
          <w:smallCaps w:val="0"/>
          <w:strike w:val="0"/>
          <w:u w:val="single"/>
        </w:rPr>
        <w:t xml:space="preserve">, </w:t>
      </w:r>
      <w:r>
        <w:rPr>
          <w:b/>
          <w:i w:val="0"/>
          <w:smallCaps w:val="0"/>
          <w:strike w:val="0"/>
          <w:u w:val="single"/>
        </w:rPr>
        <w:t>self-deterrence</w:t>
      </w:r>
      <w:r>
        <w:rPr>
          <w:b w:val="0"/>
          <w:i w:val="0"/>
          <w:smallCaps w:val="0"/>
          <w:strike w:val="0"/>
          <w:u w:val="single"/>
        </w:rPr>
        <w:t xml:space="preserve"> always grow more rapidly than the forces or the weapons at our disposal: </w:t>
      </w:r>
      <w:r>
        <w:rPr>
          <w:b/>
          <w:i w:val="0"/>
          <w:smallCaps w:val="0"/>
          <w:strike w:val="0"/>
          <w:u w:val="single"/>
        </w:rPr>
        <w:t>this is the secret of the social order</w:t>
      </w:r>
      <w:r>
        <w:rPr>
          <w:b w:val="0"/>
          <w:i w:val="0"/>
          <w:smallCaps w:val="0"/>
          <w:strike w:val="0"/>
          <w:sz w:val="16"/>
          <w:u w:val="none"/>
        </w:rPr>
        <w:t xml:space="preserve">. Thus </w:t>
      </w:r>
      <w:r>
        <w:rPr>
          <w:b w:val="0"/>
          <w:i w:val="0"/>
          <w:smallCaps w:val="0"/>
          <w:strike w:val="0"/>
          <w:highlight w:val="cyan"/>
          <w:u w:val="single"/>
        </w:rPr>
        <w:t>the very possibility of</w:t>
      </w:r>
      <w:r>
        <w:rPr>
          <w:b w:val="0"/>
          <w:i w:val="0"/>
          <w:smallCaps w:val="0"/>
          <w:strike w:val="0"/>
          <w:u w:val="single"/>
        </w:rPr>
        <w:t xml:space="preserve"> </w:t>
      </w:r>
      <w:r>
        <w:rPr>
          <w:b/>
          <w:i w:val="0"/>
          <w:smallCaps w:val="0"/>
          <w:strike w:val="0"/>
          <w:u w:val="single"/>
        </w:rPr>
        <w:t>[</w:t>
      </w:r>
      <w:r>
        <w:rPr>
          <w:b/>
          <w:i w:val="0"/>
          <w:smallCaps w:val="0"/>
          <w:strike w:val="0"/>
          <w:highlight w:val="cyan"/>
          <w:u w:val="single"/>
        </w:rPr>
        <w:t>eliminating] a whole country by flicking a switch</w:t>
      </w:r>
      <w:r>
        <w:rPr>
          <w:b w:val="0"/>
          <w:i w:val="0"/>
          <w:smallCaps w:val="0"/>
          <w:strike w:val="0"/>
          <w:u w:val="single"/>
        </w:rPr>
        <w:t xml:space="preserve"> </w:t>
      </w:r>
      <w:r>
        <w:rPr>
          <w:b w:val="0"/>
          <w:i w:val="0"/>
          <w:smallCaps w:val="0"/>
          <w:strike w:val="0"/>
          <w:highlight w:val="cyan"/>
          <w:u w:val="single"/>
        </w:rPr>
        <w:t>makes it so</w:t>
      </w:r>
      <w:r>
        <w:rPr>
          <w:b w:val="0"/>
          <w:i w:val="0"/>
          <w:smallCaps w:val="0"/>
          <w:strike w:val="0"/>
          <w:u w:val="single"/>
        </w:rPr>
        <w:t xml:space="preserve"> </w:t>
      </w:r>
      <w:r>
        <w:rPr>
          <w:b w:val="0"/>
          <w:i w:val="0"/>
          <w:smallCaps w:val="0"/>
          <w:strike w:val="0"/>
          <w:highlight w:val="cyan"/>
          <w:u w:val="single"/>
        </w:rPr>
        <w:t>that</w:t>
      </w:r>
      <w:r>
        <w:rPr>
          <w:b w:val="0"/>
          <w:i w:val="0"/>
          <w:smallCaps w:val="0"/>
          <w:strike w:val="0"/>
          <w:u w:val="single"/>
        </w:rPr>
        <w:t xml:space="preserve"> the electrical </w:t>
      </w:r>
      <w:r>
        <w:rPr>
          <w:b w:val="0"/>
          <w:i w:val="0"/>
          <w:smallCaps w:val="0"/>
          <w:strike w:val="0"/>
          <w:highlight w:val="cyan"/>
          <w:u w:val="single"/>
        </w:rPr>
        <w:t xml:space="preserve">engineers </w:t>
      </w:r>
      <w:r>
        <w:rPr>
          <w:b/>
          <w:i w:val="0"/>
          <w:smallCaps w:val="0"/>
          <w:strike w:val="0"/>
          <w:highlight w:val="cyan"/>
          <w:u w:val="single"/>
        </w:rPr>
        <w:t>will never use this weapon</w:t>
      </w:r>
      <w:r>
        <w:rPr>
          <w:b w:val="0"/>
          <w:i w:val="0"/>
          <w:smallCaps w:val="0"/>
          <w:strike w:val="0"/>
          <w:u w:val="single"/>
        </w:rPr>
        <w:t xml:space="preserve">: the whole </w:t>
      </w:r>
      <w:r>
        <w:rPr>
          <w:b/>
          <w:i w:val="0"/>
          <w:smallCaps w:val="0"/>
          <w:strike w:val="0"/>
          <w:u w:val="single"/>
        </w:rPr>
        <w:t>myth of the total and revolutionary strike crumbles</w:t>
      </w:r>
      <w:r>
        <w:rPr>
          <w:b w:val="0"/>
          <w:i w:val="0"/>
          <w:smallCaps w:val="0"/>
          <w:strike w:val="0"/>
          <w:u w:val="single"/>
        </w:rPr>
        <w:t xml:space="preserve"> at the very moment when </w:t>
      </w:r>
      <w:r>
        <w:rPr>
          <w:b/>
          <w:i w:val="0"/>
          <w:smallCaps w:val="0"/>
          <w:strike w:val="0"/>
          <w:u w:val="single"/>
        </w:rPr>
        <w:t>the means are available</w:t>
      </w:r>
      <w:r>
        <w:rPr>
          <w:b w:val="0"/>
          <w:i w:val="0"/>
          <w:smallCaps w:val="0"/>
          <w:strike w:val="0"/>
          <w:u w:val="single"/>
        </w:rPr>
        <w:t xml:space="preserve"> - but alas precisely </w:t>
      </w:r>
      <w:r>
        <w:rPr>
          <w:b/>
          <w:i w:val="0"/>
          <w:smallCaps w:val="0"/>
          <w:strike w:val="0"/>
          <w:u w:val="single"/>
        </w:rPr>
        <w:t>because those means are available</w:t>
      </w:r>
      <w:r>
        <w:rPr>
          <w:b w:val="0"/>
          <w:i w:val="0"/>
          <w:smallCaps w:val="0"/>
          <w:strike w:val="0"/>
          <w:sz w:val="16"/>
          <w:u w:val="none"/>
        </w:rPr>
        <w:t xml:space="preserve">. </w:t>
      </w:r>
      <w:r>
        <w:rPr>
          <w:b/>
          <w:i w:val="0"/>
          <w:smallCaps w:val="0"/>
          <w:strike w:val="0"/>
          <w:u w:val="single"/>
        </w:rPr>
        <w:t>Therein lies the whole process of deterrence</w:t>
      </w:r>
      <w:r>
        <w:rPr>
          <w:b w:val="0"/>
          <w:i w:val="0"/>
          <w:smallCaps w:val="0"/>
          <w:strike w:val="0"/>
          <w:sz w:val="16"/>
          <w:u w:val="none"/>
        </w:rPr>
        <w:t xml:space="preserve">. </w:t>
      </w:r>
      <w:r>
        <w:rPr>
          <w:b/>
          <w:i w:val="0"/>
          <w:smallCaps w:val="0"/>
          <w:strike w:val="0"/>
          <w:u w:val="single"/>
        </w:rPr>
        <w:t>It is thus perfectly probable that one day we will see nuclear powers export atomic reactors, weapons, and bombs to every latitude</w:t>
      </w:r>
      <w:r>
        <w:rPr>
          <w:b w:val="0"/>
          <w:i w:val="0"/>
          <w:smallCaps w:val="0"/>
          <w:strike w:val="0"/>
          <w:sz w:val="16"/>
          <w:u w:val="none"/>
        </w:rPr>
        <w:t xml:space="preserve">. </w:t>
      </w:r>
      <w:r>
        <w:rPr>
          <w:b/>
          <w:i w:val="0"/>
          <w:smallCaps w:val="0"/>
          <w:strike w:val="0"/>
          <w:u w:val="single"/>
        </w:rPr>
        <w:t>Control by threat</w:t>
      </w:r>
      <w:r>
        <w:rPr>
          <w:b w:val="0"/>
          <w:i w:val="0"/>
          <w:smallCaps w:val="0"/>
          <w:strike w:val="0"/>
          <w:u w:val="single"/>
        </w:rPr>
        <w:t xml:space="preserve"> will be </w:t>
      </w:r>
      <w:r>
        <w:rPr>
          <w:b/>
          <w:i w:val="0"/>
          <w:smallCaps w:val="0"/>
          <w:strike w:val="0"/>
          <w:u w:val="single"/>
        </w:rPr>
        <w:t>replaced</w:t>
      </w:r>
      <w:r>
        <w:rPr>
          <w:b w:val="0"/>
          <w:i w:val="0"/>
          <w:smallCaps w:val="0"/>
          <w:strike w:val="0"/>
          <w:u w:val="single"/>
        </w:rPr>
        <w:t xml:space="preserve"> by the </w:t>
      </w:r>
      <w:r>
        <w:rPr>
          <w:b/>
          <w:i w:val="0"/>
          <w:smallCaps w:val="0"/>
          <w:strike w:val="0"/>
          <w:u w:val="single"/>
        </w:rPr>
        <w:t xml:space="preserve">more effective strategy of </w:t>
      </w:r>
      <w:r>
        <w:rPr>
          <w:b/>
          <w:i w:val="0"/>
          <w:smallCaps w:val="0"/>
          <w:strike w:val="0"/>
          <w:highlight w:val="cyan"/>
          <w:u w:val="single"/>
        </w:rPr>
        <w:t>pacification through the bomb</w:t>
      </w:r>
      <w:r>
        <w:rPr>
          <w:b w:val="0"/>
          <w:i w:val="0"/>
          <w:smallCaps w:val="0"/>
          <w:strike w:val="0"/>
          <w:u w:val="single"/>
        </w:rPr>
        <w:t xml:space="preserve"> and </w:t>
      </w:r>
      <w:r>
        <w:rPr>
          <w:b w:val="0"/>
          <w:i w:val="0"/>
          <w:smallCaps w:val="0"/>
          <w:strike w:val="0"/>
          <w:highlight w:val="cyan"/>
          <w:u w:val="single"/>
        </w:rPr>
        <w:t>through</w:t>
      </w:r>
      <w:r>
        <w:rPr>
          <w:b w:val="0"/>
          <w:i w:val="0"/>
          <w:smallCaps w:val="0"/>
          <w:strike w:val="0"/>
          <w:u w:val="single"/>
        </w:rPr>
        <w:t xml:space="preserve"> </w:t>
      </w:r>
      <w:r>
        <w:rPr>
          <w:b/>
          <w:i w:val="0"/>
          <w:smallCaps w:val="0"/>
          <w:strike w:val="0"/>
          <w:u w:val="single"/>
        </w:rPr>
        <w:t xml:space="preserve">the </w:t>
      </w:r>
      <w:r>
        <w:rPr>
          <w:b/>
          <w:i w:val="0"/>
          <w:smallCaps w:val="0"/>
          <w:strike w:val="0"/>
          <w:highlight w:val="cyan"/>
          <w:u w:val="single"/>
        </w:rPr>
        <w:t>possession of the bomb</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u w:val="single"/>
        </w:rPr>
        <w:t xml:space="preserve">The "little" powers, believing that they are buying their independent striking force, </w:t>
      </w:r>
      <w:r>
        <w:rPr>
          <w:b/>
          <w:i w:val="0"/>
          <w:smallCaps w:val="0"/>
          <w:strike w:val="0"/>
          <w:u w:val="single"/>
        </w:rPr>
        <w:t>will buy the virus of deterrence</w:t>
      </w:r>
      <w:r>
        <w:rPr>
          <w:b w:val="0"/>
          <w:i w:val="0"/>
          <w:smallCaps w:val="0"/>
          <w:strike w:val="0"/>
          <w:u w:val="single"/>
        </w:rPr>
        <w:t xml:space="preserve">, of </w:t>
      </w:r>
      <w:r>
        <w:rPr>
          <w:b/>
          <w:i w:val="0"/>
          <w:smallCaps w:val="0"/>
          <w:strike w:val="0"/>
          <w:u w:val="single"/>
        </w:rPr>
        <w:t>their own deterrence</w:t>
      </w:r>
      <w:r>
        <w:rPr>
          <w:b w:val="0"/>
          <w:i w:val="0"/>
          <w:smallCaps w:val="0"/>
          <w:strike w:val="0"/>
          <w:sz w:val="16"/>
          <w:u w:val="none"/>
        </w:rPr>
        <w:t xml:space="preserve">. The same goes for the atomic reactors that we have already sent them: </w:t>
      </w:r>
      <w:r>
        <w:rPr>
          <w:b w:val="0"/>
          <w:i w:val="0"/>
          <w:smallCaps w:val="0"/>
          <w:strike w:val="0"/>
          <w:u w:val="single"/>
        </w:rPr>
        <w:t xml:space="preserve">so many neutron bombs knocking out all historical virulence, all risk of explosion. In this sense, the nuclear everywhere inaugurates an </w:t>
      </w:r>
      <w:r>
        <w:rPr>
          <w:b/>
          <w:i w:val="0"/>
          <w:smallCaps w:val="0"/>
          <w:strike w:val="0"/>
          <w:u w:val="single"/>
        </w:rPr>
        <w:t>accelerated process of implosion</w:t>
      </w:r>
      <w:r>
        <w:rPr>
          <w:b w:val="0"/>
          <w:i w:val="0"/>
          <w:smallCaps w:val="0"/>
          <w:strike w:val="0"/>
          <w:u w:val="single"/>
        </w:rPr>
        <w:t xml:space="preserve">, it </w:t>
      </w:r>
      <w:r>
        <w:rPr>
          <w:b/>
          <w:i w:val="0"/>
          <w:smallCaps w:val="0"/>
          <w:strike w:val="0"/>
          <w:u w:val="single"/>
        </w:rPr>
        <w:t>freezes everything</w:t>
      </w:r>
      <w:r>
        <w:rPr>
          <w:b w:val="0"/>
          <w:i w:val="0"/>
          <w:smallCaps w:val="0"/>
          <w:strike w:val="0"/>
          <w:u w:val="single"/>
        </w:rPr>
        <w:t xml:space="preserve"> around it, </w:t>
      </w:r>
      <w:r>
        <w:rPr>
          <w:b/>
          <w:i w:val="0"/>
          <w:smallCaps w:val="0"/>
          <w:strike w:val="0"/>
          <w:u w:val="single"/>
        </w:rPr>
        <w:t>it absorbs all living energy</w:t>
      </w:r>
      <w:r>
        <w:rPr>
          <w:b w:val="0"/>
          <w:i w:val="0"/>
          <w:smallCaps w:val="0"/>
          <w:strike w:val="0"/>
          <w:sz w:val="16"/>
          <w:u w:val="none"/>
        </w:rPr>
        <w:t xml:space="preserve">. The nuclear is at once the culminating point of available energy and the maximization of energy control systems. Lockdown and control increase in direct proportion to (and undoubtedly even faster than) liberating potentialities. </w:t>
      </w:r>
      <w:r>
        <w:rPr>
          <w:b w:val="0"/>
          <w:i w:val="0"/>
          <w:smallCaps w:val="0"/>
          <w:strike w:val="0"/>
          <w:u w:val="single"/>
        </w:rPr>
        <w:t xml:space="preserve">This was already the aporia of the modern revolution. It is still the absolute paradox of the nuclear. </w:t>
      </w:r>
      <w:r>
        <w:rPr>
          <w:b/>
          <w:i w:val="0"/>
          <w:smallCaps w:val="0"/>
          <w:strike w:val="0"/>
          <w:u w:val="single"/>
        </w:rPr>
        <w:t>Energies freeze in their own fire, they deter themselves</w:t>
      </w:r>
      <w:r>
        <w:rPr>
          <w:b w:val="0"/>
          <w:i w:val="0"/>
          <w:smallCaps w:val="0"/>
          <w:strike w:val="0"/>
          <w:sz w:val="16"/>
          <w:u w:val="none"/>
        </w:rPr>
        <w:t xml:space="preserve">. </w:t>
      </w:r>
      <w:r>
        <w:rPr>
          <w:b w:val="0"/>
          <w:i w:val="0"/>
          <w:smallCaps w:val="0"/>
          <w:strike w:val="0"/>
          <w:u w:val="single"/>
        </w:rPr>
        <w:t xml:space="preserve">One can no longer imagine what project, what power, what strategy, what subject could exist </w:t>
      </w:r>
      <w:r>
        <w:rPr>
          <w:b/>
          <w:i w:val="0"/>
          <w:smallCaps w:val="0"/>
          <w:strike w:val="0"/>
          <w:u w:val="single"/>
        </w:rPr>
        <w:t>behind this enclosure</w:t>
      </w:r>
      <w:r>
        <w:rPr>
          <w:b w:val="0"/>
          <w:i w:val="0"/>
          <w:smallCaps w:val="0"/>
          <w:strike w:val="0"/>
          <w:u w:val="single"/>
        </w:rPr>
        <w:t xml:space="preserve">, </w:t>
      </w:r>
      <w:r>
        <w:rPr>
          <w:b w:val="0"/>
          <w:i w:val="0"/>
          <w:smallCaps w:val="0"/>
          <w:strike w:val="0"/>
          <w:highlight w:val="cyan"/>
          <w:u w:val="single"/>
        </w:rPr>
        <w:t xml:space="preserve">this </w:t>
      </w:r>
      <w:r>
        <w:rPr>
          <w:b/>
          <w:i w:val="0"/>
          <w:smallCaps w:val="0"/>
          <w:strike w:val="0"/>
          <w:highlight w:val="cyan"/>
          <w:u w:val="single"/>
        </w:rPr>
        <w:t>vast saturation of a system</w:t>
      </w:r>
      <w:r>
        <w:rPr>
          <w:b/>
          <w:i w:val="0"/>
          <w:smallCaps w:val="0"/>
          <w:strike w:val="0"/>
          <w:u w:val="single"/>
        </w:rPr>
        <w:t xml:space="preserve"> by its own forces</w:t>
      </w:r>
      <w:r>
        <w:rPr>
          <w:b w:val="0"/>
          <w:i w:val="0"/>
          <w:smallCaps w:val="0"/>
          <w:strike w:val="0"/>
          <w:u w:val="single"/>
        </w:rPr>
        <w:t xml:space="preserve">, now </w:t>
      </w:r>
      <w:r>
        <w:rPr>
          <w:b/>
          <w:i w:val="0"/>
          <w:smallCaps w:val="0"/>
          <w:strike w:val="0"/>
          <w:u w:val="single"/>
        </w:rPr>
        <w:t>neutralized</w:t>
      </w:r>
      <w:r>
        <w:rPr>
          <w:b w:val="0"/>
          <w:i w:val="0"/>
          <w:smallCaps w:val="0"/>
          <w:strike w:val="0"/>
          <w:u w:val="single"/>
        </w:rPr>
        <w:t xml:space="preserve">, </w:t>
      </w:r>
      <w:r>
        <w:rPr>
          <w:b/>
          <w:i w:val="0"/>
          <w:smallCaps w:val="0"/>
          <w:strike w:val="0"/>
          <w:u w:val="single"/>
        </w:rPr>
        <w:t>unusable</w:t>
      </w:r>
      <w:r>
        <w:rPr>
          <w:b w:val="0"/>
          <w:i w:val="0"/>
          <w:smallCaps w:val="0"/>
          <w:strike w:val="0"/>
          <w:u w:val="single"/>
        </w:rPr>
        <w:t xml:space="preserve">, </w:t>
      </w:r>
      <w:r>
        <w:rPr>
          <w:b/>
          <w:i w:val="0"/>
          <w:smallCaps w:val="0"/>
          <w:strike w:val="0"/>
          <w:u w:val="single"/>
        </w:rPr>
        <w:t>unintelligible</w:t>
      </w:r>
      <w:r>
        <w:rPr>
          <w:b w:val="0"/>
          <w:i w:val="0"/>
          <w:smallCaps w:val="0"/>
          <w:strike w:val="0"/>
          <w:highlight w:val="cyan"/>
          <w:u w:val="single"/>
        </w:rPr>
        <w:t xml:space="preserve">, </w:t>
      </w:r>
      <w:r>
        <w:rPr>
          <w:b/>
          <w:i w:val="0"/>
          <w:smallCaps w:val="0"/>
          <w:strike w:val="0"/>
          <w:highlight w:val="cyan"/>
          <w:u w:val="single"/>
        </w:rPr>
        <w:t>nonexplosive</w:t>
      </w:r>
      <w:r>
        <w:rPr>
          <w:b w:val="0"/>
          <w:i w:val="0"/>
          <w:smallCaps w:val="0"/>
          <w:strike w:val="0"/>
          <w:u w:val="single"/>
        </w:rPr>
        <w:t xml:space="preserve"> - </w:t>
      </w:r>
      <w:r>
        <w:rPr>
          <w:b w:val="0"/>
          <w:i w:val="0"/>
          <w:smallCaps w:val="0"/>
          <w:strike w:val="0"/>
          <w:highlight w:val="cyan"/>
          <w:u w:val="single"/>
        </w:rPr>
        <w:t>except</w:t>
      </w:r>
      <w:r>
        <w:rPr>
          <w:b w:val="0"/>
          <w:i w:val="0"/>
          <w:smallCaps w:val="0"/>
          <w:strike w:val="0"/>
          <w:u w:val="single"/>
        </w:rPr>
        <w:t xml:space="preserve"> for the possibility of </w:t>
      </w:r>
      <w:r>
        <w:rPr>
          <w:b w:val="0"/>
          <w:i w:val="0"/>
          <w:smallCaps w:val="0"/>
          <w:strike w:val="0"/>
          <w:highlight w:val="cyan"/>
          <w:u w:val="single"/>
        </w:rPr>
        <w:t xml:space="preserve">an </w:t>
      </w:r>
      <w:r>
        <w:rPr>
          <w:b/>
          <w:i w:val="0"/>
          <w:smallCaps w:val="0"/>
          <w:strike w:val="0"/>
          <w:highlight w:val="cyan"/>
          <w:u w:val="single"/>
        </w:rPr>
        <w:t>explosion toward the center</w:t>
      </w:r>
      <w:r>
        <w:rPr>
          <w:b w:val="0"/>
          <w:i w:val="0"/>
          <w:smallCaps w:val="0"/>
          <w:strike w:val="0"/>
          <w:u w:val="single"/>
        </w:rPr>
        <w:t xml:space="preserve">, of an </w:t>
      </w:r>
      <w:r>
        <w:rPr>
          <w:b w:val="0"/>
          <w:i w:val="0"/>
          <w:smallCaps w:val="0"/>
          <w:strike w:val="0"/>
          <w:highlight w:val="cyan"/>
          <w:u w:val="single"/>
        </w:rPr>
        <w:t xml:space="preserve">implosion where </w:t>
      </w:r>
      <w:r>
        <w:rPr>
          <w:b/>
          <w:i w:val="0"/>
          <w:smallCaps w:val="0"/>
          <w:strike w:val="0"/>
          <w:highlight w:val="cyan"/>
          <w:u w:val="single"/>
        </w:rPr>
        <w:t xml:space="preserve">all </w:t>
      </w:r>
      <w:r>
        <w:rPr>
          <w:b/>
          <w:i w:val="0"/>
          <w:smallCaps w:val="0"/>
          <w:strike w:val="0"/>
          <w:u w:val="single"/>
        </w:rPr>
        <w:t xml:space="preserve">these </w:t>
      </w:r>
      <w:r>
        <w:rPr>
          <w:b/>
          <w:i w:val="0"/>
          <w:smallCaps w:val="0"/>
          <w:strike w:val="0"/>
          <w:highlight w:val="cyan"/>
          <w:u w:val="single"/>
        </w:rPr>
        <w:t xml:space="preserve">energies would be abolished </w:t>
      </w:r>
      <w:r>
        <w:rPr>
          <w:b/>
          <w:i w:val="0"/>
          <w:smallCaps w:val="0"/>
          <w:strike w:val="0"/>
          <w:u w:val="single"/>
        </w:rPr>
        <w:t>in a catastrophic process</w:t>
      </w:r>
      <w:r>
        <w:rPr>
          <w:b w:val="0"/>
          <w:i w:val="0"/>
          <w:smallCaps w:val="0"/>
          <w:strike w:val="0"/>
          <w:u w:val="single"/>
        </w:rPr>
        <w:t xml:space="preserve"> (in the literal sense, that is to say in the sense of a reversion of the whole cycle toward a minimal point, of a reversion of energies toward a minimal threshold</w:t>
      </w:r>
      <w:r>
        <w:rPr>
          <w:b w:val="0"/>
          <w:i w:val="0"/>
          <w:smallCaps w:val="0"/>
          <w:strike w:val="0"/>
          <w:sz w:val="16"/>
          <w:u w:val="none"/>
        </w:rPr>
        <w:t xml:space="preserve">). </w:t>
      </w:r>
      <w:r>
        <w:rPr>
          <w:b w:val="0"/>
          <w:i w:val="0"/>
          <w:smallCaps w:val="0"/>
          <w:strike w:val="0"/>
          <w:u w:val="single"/>
        </w:rPr>
        <w:t xml:space="preserve"> </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