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Solves backlogs by creating a </w:t>
      </w:r>
      <w:r>
        <w:rPr>
          <w:b/>
          <w:i w:val="0"/>
          <w:smallCaps w:val="0"/>
          <w:strike w:val="0"/>
          <w:sz w:val="26"/>
          <w:u w:val="single"/>
        </w:rPr>
        <w:t>new</w:t>
      </w:r>
      <w:r>
        <w:rPr>
          <w:b/>
          <w:i w:val="0"/>
          <w:smallCaps w:val="0"/>
          <w:strike w:val="0"/>
          <w:sz w:val="26"/>
          <w:u w:val="none"/>
        </w:rPr>
        <w:t xml:space="preserve"> Circuit of appeals and </w:t>
      </w:r>
      <w:r>
        <w:rPr>
          <w:b/>
          <w:i w:val="0"/>
          <w:smallCaps w:val="0"/>
          <w:strike w:val="0"/>
          <w:sz w:val="26"/>
          <w:u w:val="single"/>
        </w:rPr>
        <w:t>increasing</w:t>
      </w:r>
      <w:r>
        <w:rPr>
          <w:b/>
          <w:i w:val="0"/>
          <w:smallCaps w:val="0"/>
          <w:strike w:val="0"/>
          <w:sz w:val="26"/>
          <w:u w:val="none"/>
        </w:rPr>
        <w:t xml:space="preserve"> the number of judges.</w:t>
      </w:r>
    </w:p>
    <w:p>
      <w:pPr>
        <w:spacing w:after="80"/>
      </w:pPr>
      <w:r>
        <w:rPr>
          <w:b w:val="0"/>
          <w:i w:val="0"/>
          <w:smallCaps w:val="0"/>
          <w:strike w:val="0"/>
          <w:u w:val="none"/>
        </w:rPr>
        <w:t xml:space="preserve">Dan </w:t>
      </w:r>
      <w:r>
        <w:rPr>
          <w:b/>
          <w:i w:val="0"/>
          <w:smallCaps w:val="0"/>
          <w:strike w:val="0"/>
          <w:sz w:val="26"/>
          <w:u w:val="none"/>
        </w:rPr>
        <w:t>Sullivan 23</w:t>
      </w:r>
      <w:r>
        <w:rPr>
          <w:b w:val="0"/>
          <w:i w:val="0"/>
          <w:smallCaps w:val="0"/>
          <w:strike w:val="0"/>
          <w:u w:val="none"/>
        </w:rPr>
        <w:t xml:space="preserve">, </w:t>
      </w:r>
      <w:r>
        <w:rPr>
          <w:b w:val="0"/>
          <w:i w:val="0"/>
          <w:smallCaps w:val="0"/>
          <w:strike w:val="0"/>
          <w:u w:val="none"/>
        </w:rPr>
        <w:t>junior United States senator from Alaska since 2015, 06/08/2023,</w:t>
      </w:r>
      <w:r>
        <w:rPr>
          <w:b w:val="0"/>
          <w:i w:val="0"/>
          <w:smallCaps w:val="0"/>
          <w:strike w:val="0"/>
          <w:color w:val="202122"/>
          <w:u w:val="none"/>
        </w:rPr>
        <w:t xml:space="preserve"> “</w:t>
      </w:r>
      <w:r>
        <w:rPr>
          <w:b w:val="0"/>
          <w:i w:val="0"/>
          <w:smallCaps w:val="0"/>
          <w:strike w:val="0"/>
          <w:u w:val="none"/>
        </w:rPr>
        <w:t>SENATORS INTRODUCE BILL TO CREATE NEW TWELFTH CIRCUIT, IMPROVE ACCESS TO JUSTICE</w:t>
      </w:r>
      <w:r>
        <w:rPr>
          <w:b w:val="0"/>
          <w:i w:val="0"/>
          <w:smallCaps w:val="0"/>
          <w:strike w:val="0"/>
          <w:u w:val="none"/>
        </w:rPr>
        <w:t>,</w:t>
      </w:r>
      <w:r>
        <w:rPr>
          <w:b w:val="0"/>
          <w:i w:val="0"/>
          <w:smallCaps w:val="0"/>
          <w:strike w:val="0"/>
          <w:color w:val="202122"/>
          <w:u w:val="none"/>
        </w:rPr>
        <w:t xml:space="preserve">” </w:t>
      </w:r>
      <w:r>
        <w:rPr>
          <w:b w:val="0"/>
          <w:i w:val="0"/>
          <w:smallCaps w:val="0"/>
          <w:strike w:val="0"/>
          <w:u w:val="none"/>
        </w:rPr>
        <w:t>https://www.sullivan.senate.gov/newsroom/press-releases/-senators-introduce-bill-to-create-new-twelfth-circuit-improve-access-to-justice</w:t>
      </w:r>
      <w:r>
        <w:rPr>
          <w:b w:val="0"/>
          <w:i w:val="0"/>
          <w:smallCaps w:val="0"/>
          <w:strike w:val="0"/>
          <w:color w:val="202122"/>
          <w:u w:val="none"/>
        </w:rPr>
        <w:t xml:space="preserve">, </w:t>
      </w:r>
      <w:r>
        <w:rPr>
          <w:b w:val="0"/>
          <w:i w:val="0"/>
          <w:smallCaps w:val="0"/>
          <w:strike w:val="0"/>
          <w:color w:val="202122"/>
          <w:u w:val="none"/>
        </w:rPr>
        <w:t>avr</w:t>
      </w:r>
    </w:p>
    <w:p>
      <w:pPr>
        <w:spacing w:after="60"/>
      </w:pPr>
      <w:r>
        <w:rPr>
          <w:b w:val="0"/>
          <w:i w:val="0"/>
          <w:smallCaps w:val="0"/>
          <w:strike w:val="0"/>
          <w:sz w:val="16"/>
          <w:u w:val="none"/>
        </w:rPr>
        <w:t xml:space="preserve">WASHINGTON—U.S. Senators Dan Sullivan (R-Alaska), Mike Crapo (R-Idaho), Steve </w:t>
      </w:r>
      <w:r>
        <w:rPr>
          <w:b w:val="0"/>
          <w:i w:val="0"/>
          <w:smallCaps w:val="0"/>
          <w:strike w:val="0"/>
          <w:sz w:val="16"/>
          <w:u w:val="none"/>
        </w:rPr>
        <w:t>Daines</w:t>
      </w:r>
      <w:r>
        <w:rPr>
          <w:b w:val="0"/>
          <w:i w:val="0"/>
          <w:smallCaps w:val="0"/>
          <w:strike w:val="0"/>
          <w:sz w:val="16"/>
          <w:u w:val="none"/>
        </w:rPr>
        <w:t xml:space="preserve"> (R-Mont.), Lisa Murkowski (R-Alaska), and Jim </w:t>
      </w:r>
      <w:r>
        <w:rPr>
          <w:b w:val="0"/>
          <w:i w:val="0"/>
          <w:smallCaps w:val="0"/>
          <w:strike w:val="0"/>
          <w:sz w:val="16"/>
          <w:u w:val="none"/>
        </w:rPr>
        <w:t>Risch</w:t>
      </w:r>
      <w:r>
        <w:rPr>
          <w:b w:val="0"/>
          <w:i w:val="0"/>
          <w:smallCaps w:val="0"/>
          <w:strike w:val="0"/>
          <w:sz w:val="16"/>
          <w:u w:val="none"/>
        </w:rPr>
        <w:t xml:space="preserve"> (R-Idaho) </w:t>
      </w:r>
      <w:r>
        <w:rPr>
          <w:b w:val="0"/>
          <w:i w:val="0"/>
          <w:smallCaps w:val="0"/>
          <w:strike w:val="0"/>
          <w:sz w:val="22"/>
          <w:u w:val="single"/>
        </w:rPr>
        <w:t>today introduced</w:t>
      </w:r>
      <w:r>
        <w:rPr>
          <w:b w:val="0"/>
          <w:i w:val="0"/>
          <w:smallCaps w:val="0"/>
          <w:strike w:val="0"/>
          <w:sz w:val="16"/>
          <w:u w:val="none"/>
        </w:rPr>
        <w:t xml:space="preserve"> </w:t>
      </w:r>
      <w:r>
        <w:rPr>
          <w:b w:val="0"/>
          <w:i w:val="0"/>
          <w:smallCaps w:val="0"/>
          <w:strike w:val="0"/>
          <w:sz w:val="22"/>
          <w:highlight w:val="cyan"/>
          <w:u w:val="single"/>
        </w:rPr>
        <w:t>the Judicial Efficiency Improvement Act</w:t>
      </w:r>
      <w:r>
        <w:rPr>
          <w:b w:val="0"/>
          <w:i w:val="0"/>
          <w:smallCaps w:val="0"/>
          <w:strike w:val="0"/>
          <w:sz w:val="16"/>
          <w:u w:val="none"/>
        </w:rPr>
        <w:t xml:space="preserve"> </w:t>
      </w:r>
      <w:r>
        <w:rPr>
          <w:b w:val="0"/>
          <w:i w:val="0"/>
          <w:smallCaps w:val="0"/>
          <w:strike w:val="0"/>
          <w:sz w:val="22"/>
          <w:u w:val="single"/>
        </w:rPr>
        <w:t>of 2023</w:t>
      </w:r>
      <w:r>
        <w:rPr>
          <w:b w:val="0"/>
          <w:i w:val="0"/>
          <w:smallCaps w:val="0"/>
          <w:strike w:val="0"/>
          <w:sz w:val="16"/>
          <w:u w:val="none"/>
        </w:rPr>
        <w:t xml:space="preserve">, a bill that </w:t>
      </w:r>
      <w:r>
        <w:rPr>
          <w:b w:val="0"/>
          <w:i w:val="0"/>
          <w:smallCaps w:val="0"/>
          <w:strike w:val="0"/>
          <w:sz w:val="22"/>
          <w:highlight w:val="cyan"/>
          <w:u w:val="single"/>
        </w:rPr>
        <w:t>would split the</w:t>
      </w:r>
      <w:r>
        <w:rPr>
          <w:b w:val="0"/>
          <w:i w:val="0"/>
          <w:smallCaps w:val="0"/>
          <w:strike w:val="0"/>
          <w:sz w:val="22"/>
          <w:u w:val="single"/>
        </w:rPr>
        <w:t xml:space="preserve"> massively </w:t>
      </w:r>
      <w:r>
        <w:rPr>
          <w:b/>
          <w:i w:val="0"/>
          <w:smallCaps w:val="0"/>
          <w:strike w:val="0"/>
          <w:sz w:val="24"/>
          <w:highlight w:val="cyan"/>
          <w:u w:val="single"/>
        </w:rPr>
        <w:t>overburdened</w:t>
      </w:r>
      <w:r>
        <w:rPr>
          <w:b w:val="0"/>
          <w:i w:val="0"/>
          <w:smallCaps w:val="0"/>
          <w:strike w:val="0"/>
          <w:sz w:val="22"/>
          <w:highlight w:val="cyan"/>
          <w:u w:val="single"/>
        </w:rPr>
        <w:t xml:space="preserve"> Ninth U.S. Circuit Court of Appeals and </w:t>
      </w:r>
      <w:r>
        <w:rPr>
          <w:b/>
          <w:i w:val="0"/>
          <w:smallCaps w:val="0"/>
          <w:strike w:val="0"/>
          <w:sz w:val="24"/>
          <w:highlight w:val="cyan"/>
          <w:u w:val="single"/>
        </w:rPr>
        <w:t>create</w:t>
      </w:r>
      <w:r>
        <w:rPr>
          <w:b w:val="0"/>
          <w:i w:val="0"/>
          <w:smallCaps w:val="0"/>
          <w:strike w:val="0"/>
          <w:sz w:val="22"/>
          <w:highlight w:val="cyan"/>
          <w:u w:val="single"/>
        </w:rPr>
        <w:t xml:space="preserve"> a</w:t>
      </w:r>
      <w:r>
        <w:rPr>
          <w:b w:val="0"/>
          <w:i w:val="0"/>
          <w:smallCaps w:val="0"/>
          <w:strike w:val="0"/>
          <w:sz w:val="16"/>
          <w:u w:val="none"/>
        </w:rPr>
        <w:t xml:space="preserve"> new </w:t>
      </w:r>
      <w:r>
        <w:rPr>
          <w:b w:val="0"/>
          <w:i w:val="0"/>
          <w:smallCaps w:val="0"/>
          <w:strike w:val="0"/>
          <w:sz w:val="22"/>
          <w:highlight w:val="cyan"/>
          <w:u w:val="single"/>
        </w:rPr>
        <w:t>Twelfth U.S. Circuit Court of Appeals</w:t>
      </w:r>
      <w:r>
        <w:rPr>
          <w:b w:val="0"/>
          <w:i w:val="0"/>
          <w:smallCaps w:val="0"/>
          <w:strike w:val="0"/>
          <w:sz w:val="16"/>
          <w:u w:val="none"/>
        </w:rPr>
        <w:t xml:space="preserve">. In addition to the split, the </w:t>
      </w:r>
      <w:r>
        <w:rPr>
          <w:b w:val="0"/>
          <w:i w:val="0"/>
          <w:smallCaps w:val="0"/>
          <w:strike w:val="0"/>
          <w:sz w:val="22"/>
          <w:highlight w:val="cyan"/>
          <w:u w:val="single"/>
        </w:rPr>
        <w:t>legislation would codify</w:t>
      </w:r>
      <w:r>
        <w:rPr>
          <w:b w:val="0"/>
          <w:i w:val="0"/>
          <w:smallCaps w:val="0"/>
          <w:strike w:val="0"/>
          <w:sz w:val="16"/>
          <w:u w:val="none"/>
        </w:rPr>
        <w:t xml:space="preserve"> the </w:t>
      </w:r>
      <w:r>
        <w:rPr>
          <w:b w:val="0"/>
          <w:i w:val="0"/>
          <w:smallCaps w:val="0"/>
          <w:strike w:val="0"/>
          <w:sz w:val="22"/>
          <w:u w:val="single"/>
        </w:rPr>
        <w:t>Judicial Conference’s</w:t>
      </w:r>
      <w:r>
        <w:rPr>
          <w:b w:val="0"/>
          <w:i w:val="0"/>
          <w:smallCaps w:val="0"/>
          <w:strike w:val="0"/>
          <w:sz w:val="16"/>
          <w:u w:val="none"/>
        </w:rPr>
        <w:t xml:space="preserve"> most recent </w:t>
      </w:r>
      <w:r>
        <w:rPr>
          <w:b/>
          <w:i w:val="0"/>
          <w:smallCaps w:val="0"/>
          <w:strike w:val="0"/>
          <w:sz w:val="24"/>
          <w:highlight w:val="cyan"/>
          <w:u w:val="single"/>
        </w:rPr>
        <w:t>recommendations</w:t>
      </w:r>
      <w:r>
        <w:rPr>
          <w:b w:val="0"/>
          <w:i w:val="0"/>
          <w:smallCaps w:val="0"/>
          <w:strike w:val="0"/>
          <w:sz w:val="16"/>
          <w:u w:val="none"/>
        </w:rPr>
        <w:t xml:space="preserve"> </w:t>
      </w:r>
      <w:r>
        <w:rPr>
          <w:b w:val="0"/>
          <w:i w:val="0"/>
          <w:smallCaps w:val="0"/>
          <w:strike w:val="0"/>
          <w:sz w:val="22"/>
          <w:highlight w:val="cyan"/>
          <w:u w:val="single"/>
        </w:rPr>
        <w:t>to enhance the</w:t>
      </w:r>
      <w:r>
        <w:rPr>
          <w:b w:val="0"/>
          <w:i w:val="0"/>
          <w:smallCaps w:val="0"/>
          <w:strike w:val="0"/>
          <w:sz w:val="16"/>
          <w:u w:val="none"/>
        </w:rPr>
        <w:t xml:space="preserve"> </w:t>
      </w:r>
      <w:r>
        <w:rPr>
          <w:b/>
          <w:i w:val="0"/>
          <w:smallCaps w:val="0"/>
          <w:strike w:val="0"/>
          <w:sz w:val="24"/>
          <w:highlight w:val="cyan"/>
          <w:u w:val="single"/>
        </w:rPr>
        <w:t>effectiveness</w:t>
      </w:r>
      <w:r>
        <w:rPr>
          <w:b w:val="0"/>
          <w:i w:val="0"/>
          <w:smallCaps w:val="0"/>
          <w:strike w:val="0"/>
          <w:sz w:val="22"/>
          <w:highlight w:val="cyan"/>
          <w:u w:val="single"/>
        </w:rPr>
        <w:t xml:space="preserve"> of the federal judiciary</w:t>
      </w:r>
      <w:r>
        <w:rPr>
          <w:b w:val="0"/>
          <w:i w:val="0"/>
          <w:smallCaps w:val="0"/>
          <w:strike w:val="0"/>
          <w:sz w:val="16"/>
          <w:u w:val="none"/>
        </w:rPr>
        <w:t xml:space="preserve"> by </w:t>
      </w:r>
      <w:r>
        <w:rPr>
          <w:b w:val="0"/>
          <w:i w:val="0"/>
          <w:smallCaps w:val="0"/>
          <w:strike w:val="0"/>
          <w:sz w:val="22"/>
          <w:u w:val="single"/>
        </w:rPr>
        <w:t>authorizing 66 new permanent district court judgeships</w:t>
      </w:r>
      <w:r>
        <w:rPr>
          <w:b w:val="0"/>
          <w:i w:val="0"/>
          <w:smallCaps w:val="0"/>
          <w:strike w:val="0"/>
          <w:sz w:val="16"/>
          <w:u w:val="none"/>
        </w:rPr>
        <w:t xml:space="preserve">, </w:t>
      </w:r>
      <w:r>
        <w:rPr>
          <w:b w:val="0"/>
          <w:i w:val="0"/>
          <w:smallCaps w:val="0"/>
          <w:strike w:val="0"/>
          <w:sz w:val="22"/>
          <w:u w:val="single"/>
        </w:rPr>
        <w:t>converting seven temporary district court judgeships into permanent posts</w:t>
      </w:r>
      <w:r>
        <w:rPr>
          <w:b w:val="0"/>
          <w:i w:val="0"/>
          <w:smallCaps w:val="0"/>
          <w:strike w:val="0"/>
          <w:sz w:val="16"/>
          <w:u w:val="none"/>
        </w:rPr>
        <w:t xml:space="preserve">, </w:t>
      </w:r>
      <w:r>
        <w:rPr>
          <w:b w:val="0"/>
          <w:i w:val="0"/>
          <w:smallCaps w:val="0"/>
          <w:strike w:val="0"/>
          <w:sz w:val="22"/>
          <w:u w:val="single"/>
        </w:rPr>
        <w:t>and authorizing two</w:t>
      </w:r>
      <w:r>
        <w:rPr>
          <w:b w:val="0"/>
          <w:i w:val="0"/>
          <w:smallCaps w:val="0"/>
          <w:strike w:val="0"/>
          <w:sz w:val="16"/>
          <w:u w:val="none"/>
        </w:rPr>
        <w:t xml:space="preserve"> </w:t>
      </w:r>
      <w:r>
        <w:rPr>
          <w:b/>
          <w:i w:val="0"/>
          <w:smallCaps w:val="0"/>
          <w:strike w:val="0"/>
          <w:sz w:val="24"/>
          <w:u w:val="single"/>
        </w:rPr>
        <w:t>new</w:t>
      </w:r>
      <w:r>
        <w:rPr>
          <w:b w:val="0"/>
          <w:i w:val="0"/>
          <w:smallCaps w:val="0"/>
          <w:strike w:val="0"/>
          <w:sz w:val="16"/>
          <w:u w:val="none"/>
        </w:rPr>
        <w:t xml:space="preserve"> </w:t>
      </w:r>
      <w:r>
        <w:rPr>
          <w:b w:val="0"/>
          <w:i w:val="0"/>
          <w:smallCaps w:val="0"/>
          <w:strike w:val="0"/>
          <w:sz w:val="22"/>
          <w:u w:val="single"/>
        </w:rPr>
        <w:t>appellate court judgeships</w:t>
      </w:r>
      <w:r>
        <w:rPr>
          <w:b w:val="0"/>
          <w:i w:val="0"/>
          <w:smallCaps w:val="0"/>
          <w:strike w:val="0"/>
          <w:sz w:val="16"/>
          <w:u w:val="none"/>
        </w:rPr>
        <w:t xml:space="preserve"> for the Ninth Circuit.</w:t>
      </w:r>
    </w:p>
    <w:p>
      <w:pPr>
        <w:spacing w:after="60"/>
      </w:pPr>
      <w:r>
        <w:rPr>
          <w:b w:val="0"/>
          <w:i w:val="0"/>
          <w:smallCaps w:val="0"/>
          <w:strike w:val="0"/>
          <w:sz w:val="16"/>
          <w:u w:val="none"/>
        </w:rPr>
        <w:t xml:space="preserve">“Non-partisan </w:t>
      </w:r>
      <w:r>
        <w:rPr>
          <w:b w:val="0"/>
          <w:i w:val="0"/>
          <w:smallCaps w:val="0"/>
          <w:strike w:val="0"/>
          <w:sz w:val="22"/>
          <w:u w:val="single"/>
        </w:rPr>
        <w:t>judicial commissions going back 50 years have determined</w:t>
      </w:r>
      <w:r>
        <w:rPr>
          <w:b w:val="0"/>
          <w:i w:val="0"/>
          <w:smallCaps w:val="0"/>
          <w:strike w:val="0"/>
          <w:sz w:val="16"/>
          <w:u w:val="none"/>
        </w:rPr>
        <w:t xml:space="preserve"> the </w:t>
      </w:r>
      <w:r>
        <w:rPr>
          <w:b/>
          <w:i w:val="0"/>
          <w:smallCaps w:val="0"/>
          <w:strike w:val="0"/>
          <w:sz w:val="24"/>
          <w:highlight w:val="cyan"/>
          <w:u w:val="single"/>
        </w:rPr>
        <w:t>Ninth</w:t>
      </w:r>
      <w:r>
        <w:rPr>
          <w:b w:val="0"/>
          <w:i w:val="0"/>
          <w:smallCaps w:val="0"/>
          <w:strike w:val="0"/>
          <w:sz w:val="22"/>
          <w:highlight w:val="cyan"/>
          <w:u w:val="single"/>
        </w:rPr>
        <w:t xml:space="preserve"> Circuit suffers from ‘serious difficulties with </w:t>
      </w:r>
      <w:r>
        <w:rPr>
          <w:b/>
          <w:i w:val="0"/>
          <w:smallCaps w:val="0"/>
          <w:strike w:val="0"/>
          <w:sz w:val="24"/>
          <w:highlight w:val="cyan"/>
          <w:u w:val="single"/>
        </w:rPr>
        <w:t>backlog</w:t>
      </w:r>
      <w:r>
        <w:rPr>
          <w:b w:val="0"/>
          <w:i w:val="0"/>
          <w:smallCaps w:val="0"/>
          <w:strike w:val="0"/>
          <w:sz w:val="22"/>
          <w:highlight w:val="cyan"/>
          <w:u w:val="single"/>
        </w:rPr>
        <w:t xml:space="preserve"> and delay’</w:t>
      </w:r>
      <w:r>
        <w:rPr>
          <w:b w:val="0"/>
          <w:i w:val="0"/>
          <w:smallCaps w:val="0"/>
          <w:strike w:val="0"/>
          <w:sz w:val="16"/>
          <w:u w:val="none"/>
        </w:rPr>
        <w:t xml:space="preserve"> due to its immense size and scope,” said Sen. Sullivan. “Those </w:t>
      </w:r>
      <w:r>
        <w:rPr>
          <w:b w:val="0"/>
          <w:i w:val="0"/>
          <w:smallCaps w:val="0"/>
          <w:strike w:val="0"/>
          <w:sz w:val="22"/>
          <w:highlight w:val="cyan"/>
          <w:u w:val="single"/>
        </w:rPr>
        <w:t>deficiencies</w:t>
      </w:r>
      <w:r>
        <w:rPr>
          <w:b w:val="0"/>
          <w:i w:val="0"/>
          <w:smallCaps w:val="0"/>
          <w:strike w:val="0"/>
          <w:sz w:val="16"/>
          <w:u w:val="none"/>
        </w:rPr>
        <w:t xml:space="preserve"> </w:t>
      </w:r>
      <w:r>
        <w:rPr>
          <w:b w:val="0"/>
          <w:i w:val="0"/>
          <w:smallCaps w:val="0"/>
          <w:strike w:val="0"/>
          <w:sz w:val="22"/>
          <w:highlight w:val="cyan"/>
          <w:u w:val="single"/>
        </w:rPr>
        <w:t xml:space="preserve">have only gotten </w:t>
      </w:r>
      <w:r>
        <w:rPr>
          <w:b/>
          <w:i w:val="0"/>
          <w:smallCaps w:val="0"/>
          <w:strike w:val="0"/>
          <w:sz w:val="24"/>
          <w:highlight w:val="cyan"/>
          <w:u w:val="single"/>
        </w:rPr>
        <w:t>worse</w:t>
      </w:r>
      <w:r>
        <w:rPr>
          <w:b w:val="0"/>
          <w:i w:val="0"/>
          <w:smallCaps w:val="0"/>
          <w:strike w:val="0"/>
          <w:sz w:val="22"/>
          <w:highlight w:val="cyan"/>
          <w:u w:val="single"/>
        </w:rPr>
        <w:t xml:space="preserve"> </w:t>
      </w:r>
      <w:r>
        <w:rPr>
          <w:b w:val="0"/>
          <w:i w:val="0"/>
          <w:smallCaps w:val="0"/>
          <w:strike w:val="0"/>
          <w:sz w:val="22"/>
          <w:u w:val="single"/>
        </w:rPr>
        <w:t>with time</w:t>
      </w:r>
      <w:r>
        <w:rPr>
          <w:b w:val="0"/>
          <w:i w:val="0"/>
          <w:smallCaps w:val="0"/>
          <w:strike w:val="0"/>
          <w:sz w:val="16"/>
          <w:u w:val="none"/>
        </w:rPr>
        <w:t xml:space="preserve"> and the explosion of growth in the American West, leaving citizens under the Ninth Circuit’s jurisdiction—including all Alaskans—with less-than equal access to justice. As a former Ninth Circuit law clerk, I saw firsthand the court using shortcuts to manage its workload. The solution—</w:t>
      </w:r>
      <w:r>
        <w:rPr>
          <w:b w:val="0"/>
          <w:i w:val="0"/>
          <w:smallCaps w:val="0"/>
          <w:strike w:val="0"/>
          <w:sz w:val="22"/>
          <w:u w:val="single"/>
        </w:rPr>
        <w:t xml:space="preserve">splitting the Ninth Circuit—shouldn’t be </w:t>
      </w:r>
      <w:r>
        <w:rPr>
          <w:b/>
          <w:i w:val="0"/>
          <w:smallCaps w:val="0"/>
          <w:strike w:val="0"/>
          <w:sz w:val="24"/>
          <w:u w:val="single"/>
        </w:rPr>
        <w:t>controversial</w:t>
      </w:r>
      <w:r>
        <w:rPr>
          <w:b w:val="0"/>
          <w:i w:val="0"/>
          <w:smallCaps w:val="0"/>
          <w:strike w:val="0"/>
          <w:sz w:val="16"/>
          <w:u w:val="none"/>
        </w:rPr>
        <w:t xml:space="preserve">. </w:t>
      </w:r>
      <w:r>
        <w:rPr>
          <w:b w:val="0"/>
          <w:i w:val="0"/>
          <w:smallCaps w:val="0"/>
          <w:strike w:val="0"/>
          <w:sz w:val="22"/>
          <w:u w:val="single"/>
        </w:rPr>
        <w:t>We’ve split circuits and created new ones</w:t>
      </w:r>
      <w:r>
        <w:rPr>
          <w:b w:val="0"/>
          <w:i w:val="0"/>
          <w:smallCaps w:val="0"/>
          <w:strike w:val="0"/>
          <w:sz w:val="16"/>
          <w:u w:val="none"/>
        </w:rPr>
        <w:t xml:space="preserve"> in the past to </w:t>
      </w:r>
      <w:r>
        <w:rPr>
          <w:b w:val="0"/>
          <w:i w:val="0"/>
          <w:smallCaps w:val="0"/>
          <w:strike w:val="0"/>
          <w:sz w:val="22"/>
          <w:u w:val="single"/>
        </w:rPr>
        <w:t>address the changes in our country’s population</w:t>
      </w:r>
      <w:r>
        <w:rPr>
          <w:b w:val="0"/>
          <w:i w:val="0"/>
          <w:smallCaps w:val="0"/>
          <w:strike w:val="0"/>
          <w:sz w:val="16"/>
          <w:u w:val="none"/>
        </w:rPr>
        <w:t xml:space="preserve">. What is controversial is stubbornly </w:t>
      </w:r>
      <w:r>
        <w:rPr>
          <w:b w:val="0"/>
          <w:i w:val="0"/>
          <w:smallCaps w:val="0"/>
          <w:strike w:val="0"/>
          <w:sz w:val="22"/>
          <w:u w:val="single"/>
        </w:rPr>
        <w:t>maintaining the status quo and undermining millions</w:t>
      </w:r>
      <w:r>
        <w:rPr>
          <w:b w:val="0"/>
          <w:i w:val="0"/>
          <w:smallCaps w:val="0"/>
          <w:strike w:val="0"/>
          <w:sz w:val="16"/>
          <w:u w:val="none"/>
        </w:rPr>
        <w:t xml:space="preserve"> of Americans’ </w:t>
      </w:r>
      <w:r>
        <w:rPr>
          <w:b w:val="0"/>
          <w:i w:val="0"/>
          <w:smallCaps w:val="0"/>
          <w:strike w:val="0"/>
          <w:sz w:val="22"/>
          <w:u w:val="single"/>
        </w:rPr>
        <w:t>faith in their own access to justice</w:t>
      </w:r>
      <w:r>
        <w:rPr>
          <w:b w:val="0"/>
          <w:i w:val="0"/>
          <w:smallCaps w:val="0"/>
          <w:strike w:val="0"/>
          <w:sz w:val="16"/>
          <w:u w:val="none"/>
        </w:rPr>
        <w:t xml:space="preserve">. It is time for members of Congress to put the politics aside, </w:t>
      </w:r>
      <w:r>
        <w:rPr>
          <w:b w:val="0"/>
          <w:i w:val="0"/>
          <w:smallCaps w:val="0"/>
          <w:strike w:val="0"/>
          <w:sz w:val="22"/>
          <w:u w:val="single"/>
        </w:rPr>
        <w:t>end the delays and shortcuts</w:t>
      </w:r>
      <w:r>
        <w:rPr>
          <w:b w:val="0"/>
          <w:i w:val="0"/>
          <w:smallCaps w:val="0"/>
          <w:strike w:val="0"/>
          <w:sz w:val="16"/>
          <w:u w:val="none"/>
        </w:rPr>
        <w:t xml:space="preserve">, and finally approve these </w:t>
      </w:r>
      <w:r>
        <w:rPr>
          <w:b w:val="0"/>
          <w:i w:val="0"/>
          <w:smallCaps w:val="0"/>
          <w:strike w:val="0"/>
          <w:sz w:val="22"/>
          <w:u w:val="single"/>
        </w:rPr>
        <w:t>critical new judgeships and a new circuit court</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highlight w:val="cyan"/>
          <w:u w:val="single"/>
        </w:rPr>
        <w:t xml:space="preserve">Changes are needed to address case </w:t>
      </w:r>
      <w:r>
        <w:rPr>
          <w:b/>
          <w:i w:val="0"/>
          <w:smallCaps w:val="0"/>
          <w:strike w:val="0"/>
          <w:sz w:val="24"/>
          <w:highlight w:val="cyan"/>
          <w:u w:val="single"/>
        </w:rPr>
        <w:t>backlogs</w:t>
      </w:r>
      <w:r>
        <w:rPr>
          <w:b w:val="0"/>
          <w:i w:val="0"/>
          <w:smallCaps w:val="0"/>
          <w:strike w:val="0"/>
          <w:sz w:val="16"/>
          <w:u w:val="none"/>
        </w:rPr>
        <w:t xml:space="preserve"> </w:t>
      </w:r>
      <w:r>
        <w:rPr>
          <w:b w:val="0"/>
          <w:i w:val="0"/>
          <w:smallCaps w:val="0"/>
          <w:strike w:val="0"/>
          <w:sz w:val="22"/>
          <w:highlight w:val="cyan"/>
          <w:u w:val="single"/>
        </w:rPr>
        <w:t xml:space="preserve">and other </w:t>
      </w:r>
      <w:r>
        <w:rPr>
          <w:b/>
          <w:i w:val="0"/>
          <w:smallCaps w:val="0"/>
          <w:strike w:val="0"/>
          <w:sz w:val="24"/>
          <w:highlight w:val="cyan"/>
          <w:u w:val="single"/>
        </w:rPr>
        <w:t>inefficiencies</w:t>
      </w:r>
      <w:r>
        <w:rPr>
          <w:b w:val="0"/>
          <w:i w:val="0"/>
          <w:smallCaps w:val="0"/>
          <w:strike w:val="0"/>
          <w:sz w:val="16"/>
          <w:u w:val="none"/>
        </w:rPr>
        <w:t xml:space="preserve"> </w:t>
      </w:r>
      <w:r>
        <w:rPr>
          <w:b w:val="0"/>
          <w:i w:val="0"/>
          <w:smallCaps w:val="0"/>
          <w:strike w:val="0"/>
          <w:sz w:val="22"/>
          <w:u w:val="single"/>
        </w:rPr>
        <w:t>prevalent in the U.S. Court of Appeals for the Ninth Circuit</w:t>
      </w:r>
      <w:r>
        <w:rPr>
          <w:b w:val="0"/>
          <w:i w:val="0"/>
          <w:smallCaps w:val="0"/>
          <w:strike w:val="0"/>
          <w:sz w:val="16"/>
          <w:u w:val="none"/>
        </w:rPr>
        <w:t xml:space="preserve">,” said Sen. Crapo. “This </w:t>
      </w:r>
      <w:r>
        <w:rPr>
          <w:b w:val="0"/>
          <w:i w:val="0"/>
          <w:smallCaps w:val="0"/>
          <w:strike w:val="0"/>
          <w:sz w:val="22"/>
          <w:u w:val="single"/>
        </w:rPr>
        <w:t>legislation provides the necessary first step</w:t>
      </w:r>
      <w:r>
        <w:rPr>
          <w:b w:val="0"/>
          <w:i w:val="0"/>
          <w:smallCaps w:val="0"/>
          <w:strike w:val="0"/>
          <w:sz w:val="16"/>
          <w:u w:val="none"/>
        </w:rPr>
        <w:t xml:space="preserve"> to understanding </w:t>
      </w:r>
      <w:r>
        <w:rPr>
          <w:b w:val="0"/>
          <w:i w:val="0"/>
          <w:smallCaps w:val="0"/>
          <w:strike w:val="0"/>
          <w:sz w:val="22"/>
          <w:u w:val="single"/>
        </w:rPr>
        <w:t>those inefficiencies and providing tangible solutions</w:t>
      </w:r>
      <w:r>
        <w:rPr>
          <w:b w:val="0"/>
          <w:i w:val="0"/>
          <w:smallCaps w:val="0"/>
          <w:strike w:val="0"/>
          <w:sz w:val="16"/>
          <w:u w:val="none"/>
        </w:rPr>
        <w:t xml:space="preserve"> to problems slowing </w:t>
      </w:r>
      <w:r>
        <w:rPr>
          <w:b w:val="0"/>
          <w:i w:val="0"/>
          <w:smallCaps w:val="0"/>
          <w:strike w:val="0"/>
          <w:sz w:val="22"/>
          <w:u w:val="single"/>
        </w:rPr>
        <w:t>justice for Americans served by the current Ninth Circuit</w:t>
      </w:r>
      <w:r>
        <w:rPr>
          <w:b w:val="0"/>
          <w:i w:val="0"/>
          <w:smallCaps w:val="0"/>
          <w:strike w:val="0"/>
          <w:sz w:val="16"/>
          <w:u w:val="none"/>
        </w:rPr>
        <w:t>.”</w:t>
      </w:r>
    </w:p>
    <w:p>
      <w:pPr>
        <w:spacing w:after="60"/>
      </w:pPr>
      <w:r>
        <w:rPr>
          <w:b w:val="0"/>
          <w:i w:val="0"/>
          <w:smallCaps w:val="0"/>
          <w:strike w:val="0"/>
          <w:sz w:val="16"/>
          <w:u w:val="none"/>
        </w:rPr>
        <w:t xml:space="preserve">“The people of Montana deserve a justice system that is not only fair but efficient,” said Sen. </w:t>
      </w:r>
      <w:r>
        <w:rPr>
          <w:b w:val="0"/>
          <w:i w:val="0"/>
          <w:smallCaps w:val="0"/>
          <w:strike w:val="0"/>
          <w:sz w:val="16"/>
          <w:u w:val="none"/>
        </w:rPr>
        <w:t>Daines</w:t>
      </w:r>
      <w:r>
        <w:rPr>
          <w:b w:val="0"/>
          <w:i w:val="0"/>
          <w:smallCaps w:val="0"/>
          <w:strike w:val="0"/>
          <w:sz w:val="16"/>
          <w:u w:val="none"/>
        </w:rPr>
        <w:t xml:space="preserve">. “Unfortunately, </w:t>
      </w:r>
      <w:r>
        <w:rPr>
          <w:b w:val="0"/>
          <w:i w:val="0"/>
          <w:smallCaps w:val="0"/>
          <w:strike w:val="0"/>
          <w:sz w:val="22"/>
          <w:highlight w:val="cyan"/>
          <w:u w:val="single"/>
        </w:rPr>
        <w:t xml:space="preserve">the Ninth Circuit Court is the most </w:t>
      </w:r>
      <w:r>
        <w:rPr>
          <w:b/>
          <w:i w:val="0"/>
          <w:smallCaps w:val="0"/>
          <w:strike w:val="0"/>
          <w:sz w:val="24"/>
          <w:highlight w:val="cyan"/>
          <w:u w:val="single"/>
        </w:rPr>
        <w:t>inefficient</w:t>
      </w:r>
      <w:r>
        <w:rPr>
          <w:b w:val="0"/>
          <w:i w:val="0"/>
          <w:smallCaps w:val="0"/>
          <w:strike w:val="0"/>
          <w:sz w:val="22"/>
          <w:highlight w:val="cyan"/>
          <w:u w:val="single"/>
        </w:rPr>
        <w:t xml:space="preserve"> Circuit Court in the </w:t>
      </w:r>
      <w:r>
        <w:rPr>
          <w:b/>
          <w:i w:val="0"/>
          <w:smallCaps w:val="0"/>
          <w:strike w:val="0"/>
          <w:sz w:val="24"/>
          <w:highlight w:val="cyan"/>
          <w:u w:val="single"/>
        </w:rPr>
        <w:t>country</w:t>
      </w:r>
      <w:r>
        <w:rPr>
          <w:b w:val="0"/>
          <w:i w:val="0"/>
          <w:smallCaps w:val="0"/>
          <w:strike w:val="0"/>
          <w:sz w:val="16"/>
          <w:u w:val="none"/>
        </w:rPr>
        <w:t xml:space="preserve">. It represents over 65 million Americans, nearly twice the number of people as the </w:t>
      </w:r>
      <w:r>
        <w:rPr>
          <w:b w:val="0"/>
          <w:i w:val="0"/>
          <w:smallCaps w:val="0"/>
          <w:strike w:val="0"/>
          <w:sz w:val="22"/>
          <w:u w:val="single"/>
        </w:rPr>
        <w:t>next-largest Circuit Court</w:t>
      </w:r>
      <w:r>
        <w:rPr>
          <w:b w:val="0"/>
          <w:i w:val="0"/>
          <w:smallCaps w:val="0"/>
          <w:strike w:val="0"/>
          <w:sz w:val="16"/>
          <w:u w:val="none"/>
        </w:rPr>
        <w:t xml:space="preserve"> and thus </w:t>
      </w:r>
      <w:r>
        <w:rPr>
          <w:b w:val="0"/>
          <w:i w:val="0"/>
          <w:smallCaps w:val="0"/>
          <w:strike w:val="0"/>
          <w:sz w:val="22"/>
          <w:u w:val="single"/>
        </w:rPr>
        <w:t>five times the case backlog of most</w:t>
      </w:r>
      <w:r>
        <w:rPr>
          <w:b w:val="0"/>
          <w:i w:val="0"/>
          <w:smallCaps w:val="0"/>
          <w:strike w:val="0"/>
          <w:sz w:val="16"/>
          <w:u w:val="none"/>
        </w:rPr>
        <w:t xml:space="preserve"> U.S. Appeals Courts. These delays and inefficiencies hurt Montanans. This reform is desperately needed to address Montanans’ inability to access justice in a timely fashion.”</w:t>
      </w:r>
    </w:p>
    <w:p>
      <w:pPr>
        <w:spacing w:after="60"/>
      </w:pPr>
      <w:r>
        <w:rPr>
          <w:b w:val="0"/>
          <w:i w:val="0"/>
          <w:smallCaps w:val="0"/>
          <w:strike w:val="0"/>
          <w:sz w:val="16"/>
          <w:u w:val="none"/>
        </w:rPr>
        <w:t xml:space="preserve">“I’m proud to join my colleagues in a push to </w:t>
      </w:r>
      <w:r>
        <w:rPr>
          <w:b w:val="0"/>
          <w:i w:val="0"/>
          <w:smallCaps w:val="0"/>
          <w:strike w:val="0"/>
          <w:sz w:val="22"/>
          <w:u w:val="single"/>
        </w:rPr>
        <w:t>modernize the circuit court system</w:t>
      </w:r>
      <w:r>
        <w:rPr>
          <w:b w:val="0"/>
          <w:i w:val="0"/>
          <w:smallCaps w:val="0"/>
          <w:strike w:val="0"/>
          <w:sz w:val="16"/>
          <w:u w:val="none"/>
        </w:rPr>
        <w:t xml:space="preserve">. </w:t>
      </w:r>
      <w:r>
        <w:rPr>
          <w:b w:val="0"/>
          <w:i w:val="0"/>
          <w:smallCaps w:val="0"/>
          <w:strike w:val="0"/>
          <w:sz w:val="22"/>
          <w:highlight w:val="cyan"/>
          <w:u w:val="single"/>
        </w:rPr>
        <w:t>The</w:t>
      </w:r>
      <w:r>
        <w:rPr>
          <w:b w:val="0"/>
          <w:i w:val="0"/>
          <w:smallCaps w:val="0"/>
          <w:strike w:val="0"/>
          <w:sz w:val="16"/>
          <w:u w:val="none"/>
        </w:rPr>
        <w:t xml:space="preserve"> </w:t>
      </w:r>
      <w:r>
        <w:rPr>
          <w:b w:val="0"/>
          <w:i w:val="0"/>
          <w:smallCaps w:val="0"/>
          <w:strike w:val="0"/>
          <w:sz w:val="22"/>
          <w:u w:val="single"/>
        </w:rPr>
        <w:t xml:space="preserve">Judicial Efficiency Improvement </w:t>
      </w:r>
      <w:r>
        <w:rPr>
          <w:b/>
          <w:i w:val="0"/>
          <w:smallCaps w:val="0"/>
          <w:strike w:val="0"/>
          <w:sz w:val="24"/>
          <w:highlight w:val="cyan"/>
          <w:u w:val="single"/>
        </w:rPr>
        <w:t>Act</w:t>
      </w:r>
      <w:r>
        <w:rPr>
          <w:b w:val="0"/>
          <w:i w:val="0"/>
          <w:smallCaps w:val="0"/>
          <w:strike w:val="0"/>
          <w:sz w:val="22"/>
          <w:highlight w:val="cyan"/>
          <w:u w:val="single"/>
        </w:rPr>
        <w:t xml:space="preserve"> will</w:t>
      </w:r>
      <w:r>
        <w:rPr>
          <w:b w:val="0"/>
          <w:i w:val="0"/>
          <w:smallCaps w:val="0"/>
          <w:strike w:val="0"/>
          <w:sz w:val="16"/>
          <w:u w:val="none"/>
        </w:rPr>
        <w:t xml:space="preserve"> help </w:t>
      </w:r>
      <w:r>
        <w:rPr>
          <w:b w:val="0"/>
          <w:i w:val="0"/>
          <w:smallCaps w:val="0"/>
          <w:strike w:val="0"/>
          <w:sz w:val="22"/>
          <w:highlight w:val="cyan"/>
          <w:u w:val="single"/>
        </w:rPr>
        <w:t>reduce</w:t>
      </w:r>
      <w:r>
        <w:rPr>
          <w:b w:val="0"/>
          <w:i w:val="0"/>
          <w:smallCaps w:val="0"/>
          <w:strike w:val="0"/>
          <w:sz w:val="16"/>
          <w:u w:val="none"/>
        </w:rPr>
        <w:t xml:space="preserve"> the Ninth Circuit’s </w:t>
      </w:r>
      <w:r>
        <w:rPr>
          <w:b/>
          <w:i w:val="0"/>
          <w:smallCaps w:val="0"/>
          <w:strike w:val="0"/>
          <w:sz w:val="24"/>
          <w:highlight w:val="cyan"/>
          <w:u w:val="single"/>
        </w:rPr>
        <w:t>unmanageable</w:t>
      </w:r>
      <w:r>
        <w:rPr>
          <w:b w:val="0"/>
          <w:i w:val="0"/>
          <w:smallCaps w:val="0"/>
          <w:strike w:val="0"/>
          <w:sz w:val="22"/>
          <w:highlight w:val="cyan"/>
          <w:u w:val="single"/>
        </w:rPr>
        <w:t xml:space="preserve"> caseload</w:t>
      </w:r>
      <w:r>
        <w:rPr>
          <w:b w:val="0"/>
          <w:i w:val="0"/>
          <w:smallCaps w:val="0"/>
          <w:strike w:val="0"/>
          <w:sz w:val="16"/>
          <w:u w:val="none"/>
        </w:rPr>
        <w:t xml:space="preserve">, which has resulted in </w:t>
      </w:r>
      <w:r>
        <w:rPr>
          <w:b w:val="0"/>
          <w:i w:val="0"/>
          <w:smallCaps w:val="0"/>
          <w:strike w:val="0"/>
          <w:sz w:val="22"/>
          <w:u w:val="single"/>
        </w:rPr>
        <w:t>years of</w:t>
      </w:r>
      <w:r>
        <w:rPr>
          <w:b w:val="0"/>
          <w:i w:val="0"/>
          <w:smallCaps w:val="0"/>
          <w:strike w:val="0"/>
          <w:sz w:val="16"/>
          <w:u w:val="none"/>
        </w:rPr>
        <w:t xml:space="preserve"> </w:t>
      </w:r>
      <w:r>
        <w:rPr>
          <w:b/>
          <w:i w:val="0"/>
          <w:smallCaps w:val="0"/>
          <w:strike w:val="0"/>
          <w:sz w:val="24"/>
          <w:highlight w:val="cyan"/>
          <w:u w:val="single"/>
        </w:rPr>
        <w:t>backlogs</w:t>
      </w:r>
      <w:r>
        <w:rPr>
          <w:b w:val="0"/>
          <w:i w:val="0"/>
          <w:smallCaps w:val="0"/>
          <w:strike w:val="0"/>
          <w:sz w:val="16"/>
          <w:u w:val="none"/>
        </w:rPr>
        <w:t xml:space="preserve">, </w:t>
      </w:r>
      <w:r>
        <w:rPr>
          <w:b w:val="0"/>
          <w:i w:val="0"/>
          <w:smallCaps w:val="0"/>
          <w:strike w:val="0"/>
          <w:sz w:val="22"/>
          <w:highlight w:val="cyan"/>
          <w:u w:val="single"/>
        </w:rPr>
        <w:t>delays</w:t>
      </w:r>
      <w:r>
        <w:rPr>
          <w:b w:val="0"/>
          <w:i w:val="0"/>
          <w:smallCaps w:val="0"/>
          <w:strike w:val="0"/>
          <w:sz w:val="16"/>
          <w:u w:val="none"/>
        </w:rPr>
        <w:t xml:space="preserve">, </w:t>
      </w:r>
      <w:r>
        <w:rPr>
          <w:b w:val="0"/>
          <w:i w:val="0"/>
          <w:smallCaps w:val="0"/>
          <w:strike w:val="0"/>
          <w:sz w:val="22"/>
          <w:highlight w:val="cyan"/>
          <w:u w:val="single"/>
        </w:rPr>
        <w:t>and frustration</w:t>
      </w:r>
      <w:r>
        <w:rPr>
          <w:b w:val="0"/>
          <w:i w:val="0"/>
          <w:smallCaps w:val="0"/>
          <w:strike w:val="0"/>
          <w:sz w:val="16"/>
          <w:u w:val="none"/>
        </w:rPr>
        <w:t xml:space="preserve">. A new Twelfth Circuit will better serve Alaskans and other Western states,” Sen. Murkowski </w:t>
      </w:r>
      <w:r>
        <w:rPr>
          <w:b w:val="0"/>
          <w:i w:val="0"/>
          <w:smallCaps w:val="0"/>
          <w:strike w:val="0"/>
          <w:sz w:val="16"/>
          <w:u w:val="none"/>
        </w:rPr>
        <w:t>said.“</w:t>
      </w:r>
      <w:r>
        <w:rPr>
          <w:b w:val="0"/>
          <w:i w:val="0"/>
          <w:smallCaps w:val="0"/>
          <w:strike w:val="0"/>
          <w:sz w:val="16"/>
          <w:u w:val="none"/>
        </w:rPr>
        <w:t>The</w:t>
      </w:r>
      <w:r>
        <w:rPr>
          <w:b w:val="0"/>
          <w:i w:val="0"/>
          <w:smallCaps w:val="0"/>
          <w:strike w:val="0"/>
          <w:sz w:val="16"/>
          <w:u w:val="none"/>
        </w:rPr>
        <w:t xml:space="preserve"> second bill we introduced, </w:t>
      </w:r>
      <w:r>
        <w:rPr>
          <w:b w:val="0"/>
          <w:i w:val="0"/>
          <w:smallCaps w:val="0"/>
          <w:strike w:val="0"/>
          <w:sz w:val="22"/>
          <w:highlight w:val="cyan"/>
          <w:u w:val="single"/>
        </w:rPr>
        <w:t>the</w:t>
      </w:r>
      <w:r>
        <w:rPr>
          <w:b w:val="0"/>
          <w:i w:val="0"/>
          <w:smallCaps w:val="0"/>
          <w:strike w:val="0"/>
          <w:sz w:val="16"/>
          <w:u w:val="none"/>
        </w:rPr>
        <w:t xml:space="preserve"> </w:t>
      </w:r>
      <w:r>
        <w:rPr>
          <w:b w:val="0"/>
          <w:i w:val="0"/>
          <w:smallCaps w:val="0"/>
          <w:strike w:val="0"/>
          <w:sz w:val="22"/>
          <w:u w:val="single"/>
        </w:rPr>
        <w:t xml:space="preserve">Federal Courts of Appeals Modernization </w:t>
      </w:r>
      <w:r>
        <w:rPr>
          <w:b w:val="0"/>
          <w:i w:val="0"/>
          <w:smallCaps w:val="0"/>
          <w:strike w:val="0"/>
          <w:sz w:val="22"/>
          <w:highlight w:val="cyan"/>
          <w:u w:val="single"/>
        </w:rPr>
        <w:t>Act</w:t>
      </w:r>
      <w:r>
        <w:rPr>
          <w:b w:val="0"/>
          <w:i w:val="0"/>
          <w:smallCaps w:val="0"/>
          <w:strike w:val="0"/>
          <w:sz w:val="16"/>
          <w:u w:val="none"/>
        </w:rPr>
        <w:t xml:space="preserve">, </w:t>
      </w:r>
      <w:r>
        <w:rPr>
          <w:b w:val="0"/>
          <w:i w:val="0"/>
          <w:smallCaps w:val="0"/>
          <w:strike w:val="0"/>
          <w:sz w:val="22"/>
          <w:highlight w:val="cyan"/>
          <w:u w:val="single"/>
        </w:rPr>
        <w:t>will</w:t>
      </w:r>
      <w:r>
        <w:rPr>
          <w:b w:val="0"/>
          <w:i w:val="0"/>
          <w:smallCaps w:val="0"/>
          <w:strike w:val="0"/>
          <w:sz w:val="22"/>
          <w:u w:val="single"/>
        </w:rPr>
        <w:t xml:space="preserve"> </w:t>
      </w:r>
      <w:r>
        <w:rPr>
          <w:b w:val="0"/>
          <w:i w:val="0"/>
          <w:smallCaps w:val="0"/>
          <w:strike w:val="0"/>
          <w:sz w:val="16"/>
          <w:u w:val="none"/>
        </w:rPr>
        <w:t xml:space="preserve">similarly </w:t>
      </w:r>
      <w:r>
        <w:rPr>
          <w:b w:val="0"/>
          <w:i w:val="0"/>
          <w:smallCaps w:val="0"/>
          <w:strike w:val="0"/>
          <w:sz w:val="22"/>
          <w:highlight w:val="cyan"/>
          <w:u w:val="single"/>
        </w:rPr>
        <w:t>streamline</w:t>
      </w:r>
      <w:r>
        <w:rPr>
          <w:b w:val="0"/>
          <w:i w:val="0"/>
          <w:smallCaps w:val="0"/>
          <w:strike w:val="0"/>
          <w:sz w:val="22"/>
          <w:u w:val="single"/>
        </w:rPr>
        <w:t xml:space="preserve"> some of the </w:t>
      </w:r>
      <w:r>
        <w:rPr>
          <w:b w:val="0"/>
          <w:i w:val="0"/>
          <w:smallCaps w:val="0"/>
          <w:strike w:val="0"/>
          <w:sz w:val="22"/>
          <w:highlight w:val="cyan"/>
          <w:u w:val="single"/>
        </w:rPr>
        <w:t>inefficiencies</w:t>
      </w:r>
      <w:r>
        <w:rPr>
          <w:b w:val="0"/>
          <w:i w:val="0"/>
          <w:smallCaps w:val="0"/>
          <w:strike w:val="0"/>
          <w:sz w:val="16"/>
          <w:u w:val="none"/>
        </w:rPr>
        <w:t xml:space="preserve"> within the Ninth Circuit by creating a </w:t>
      </w:r>
      <w:r>
        <w:rPr>
          <w:b w:val="0"/>
          <w:i w:val="0"/>
          <w:smallCaps w:val="0"/>
          <w:strike w:val="0"/>
          <w:sz w:val="22"/>
          <w:u w:val="single"/>
        </w:rPr>
        <w:t>commission to help identify changes</w:t>
      </w:r>
      <w:r>
        <w:rPr>
          <w:b w:val="0"/>
          <w:i w:val="0"/>
          <w:smallCaps w:val="0"/>
          <w:strike w:val="0"/>
          <w:sz w:val="16"/>
          <w:u w:val="none"/>
        </w:rPr>
        <w:t xml:space="preserve"> that bring us up to date </w:t>
      </w:r>
      <w:r>
        <w:rPr>
          <w:b w:val="0"/>
          <w:i w:val="0"/>
          <w:smallCaps w:val="0"/>
          <w:strike w:val="0"/>
          <w:sz w:val="22"/>
          <w:u w:val="single"/>
        </w:rPr>
        <w:t>with the needs of Alaskans</w:t>
      </w:r>
      <w:r>
        <w:rPr>
          <w:b w:val="0"/>
          <w:i w:val="0"/>
          <w:smallCaps w:val="0"/>
          <w:strike w:val="0"/>
          <w:sz w:val="16"/>
          <w:u w:val="none"/>
        </w:rPr>
        <w:t xml:space="preserve"> and all who are served by that Court.”</w:t>
      </w:r>
    </w:p>
    <w:p>
      <w:pPr>
        <w:spacing w:after="60"/>
      </w:pPr>
      <w:r>
        <w:rPr>
          <w:b w:val="0"/>
          <w:i w:val="0"/>
          <w:smallCaps w:val="0"/>
          <w:strike w:val="0"/>
          <w:sz w:val="16"/>
          <w:u w:val="none"/>
        </w:rPr>
        <w:t xml:space="preserve">“The massive size of the Ninth Circuit Court of Appeals—in terms of population served, geography, and caseload—is a huge disadvantage to Idahoans,” said Sen. </w:t>
      </w:r>
      <w:r>
        <w:rPr>
          <w:b w:val="0"/>
          <w:i w:val="0"/>
          <w:smallCaps w:val="0"/>
          <w:strike w:val="0"/>
          <w:sz w:val="16"/>
          <w:u w:val="none"/>
        </w:rPr>
        <w:t>Risch</w:t>
      </w:r>
      <w:r>
        <w:rPr>
          <w:b w:val="0"/>
          <w:i w:val="0"/>
          <w:smallCaps w:val="0"/>
          <w:strike w:val="0"/>
          <w:sz w:val="16"/>
          <w:u w:val="none"/>
        </w:rPr>
        <w:t>. “With the Judicial Efficiency Improvement Act and the Federal Court of Appeals Modernization Act, Congress would split the Ninth Circuit and modernize the court to allow for more efficient caseload processing to better serve Idahoans and Americans across the West.”</w:t>
      </w:r>
    </w:p>
    <w:p>
      <w:pPr>
        <w:spacing w:after="60"/>
      </w:pPr>
      <w:r>
        <w:rPr>
          <w:b w:val="0"/>
          <w:i w:val="0"/>
          <w:smallCaps w:val="0"/>
          <w:strike w:val="0"/>
          <w:sz w:val="16"/>
          <w:u w:val="none"/>
        </w:rPr>
        <w:t xml:space="preserve">Currently, western states are subjected to an </w:t>
      </w:r>
      <w:r>
        <w:rPr>
          <w:b w:val="0"/>
          <w:i w:val="0"/>
          <w:smallCaps w:val="0"/>
          <w:strike w:val="0"/>
          <w:sz w:val="22"/>
          <w:u w:val="single"/>
        </w:rPr>
        <w:t>overburdened, inconsistent, and slow judiciary</w:t>
      </w:r>
      <w:r>
        <w:rPr>
          <w:b w:val="0"/>
          <w:i w:val="0"/>
          <w:smallCaps w:val="0"/>
          <w:strike w:val="0"/>
          <w:sz w:val="16"/>
          <w:u w:val="none"/>
        </w:rPr>
        <w:t xml:space="preserve">. This stems from having the </w:t>
      </w:r>
      <w:r>
        <w:rPr>
          <w:b w:val="0"/>
          <w:i w:val="0"/>
          <w:smallCaps w:val="0"/>
          <w:strike w:val="0"/>
          <w:sz w:val="22"/>
          <w:u w:val="single"/>
        </w:rPr>
        <w:t>largest circuit court</w:t>
      </w:r>
      <w:r>
        <w:rPr>
          <w:b w:val="0"/>
          <w:i w:val="0"/>
          <w:smallCaps w:val="0"/>
          <w:strike w:val="0"/>
          <w:sz w:val="16"/>
          <w:u w:val="none"/>
        </w:rPr>
        <w:t xml:space="preserve"> in the nation in </w:t>
      </w:r>
      <w:r>
        <w:rPr>
          <w:b w:val="0"/>
          <w:i w:val="0"/>
          <w:smallCaps w:val="0"/>
          <w:strike w:val="0"/>
          <w:sz w:val="22"/>
          <w:u w:val="single"/>
        </w:rPr>
        <w:t>terms of geography, population, and workload</w:t>
      </w:r>
      <w:r>
        <w:rPr>
          <w:b w:val="0"/>
          <w:i w:val="0"/>
          <w:smallCaps w:val="0"/>
          <w:strike w:val="0"/>
          <w:sz w:val="16"/>
          <w:u w:val="none"/>
        </w:rPr>
        <w:t xml:space="preserve">. The Ninth Circuit has jurisdiction over 40 percent of the landmass of the United States and </w:t>
      </w:r>
      <w:r>
        <w:rPr>
          <w:b w:val="0"/>
          <w:i w:val="0"/>
          <w:smallCaps w:val="0"/>
          <w:strike w:val="0"/>
          <w:sz w:val="22"/>
          <w:u w:val="single"/>
        </w:rPr>
        <w:t>one-in-five Americans</w:t>
      </w:r>
      <w:r>
        <w:rPr>
          <w:b w:val="0"/>
          <w:i w:val="0"/>
          <w:smallCaps w:val="0"/>
          <w:strike w:val="0"/>
          <w:sz w:val="16"/>
          <w:u w:val="none"/>
        </w:rPr>
        <w:t xml:space="preserve">. The court also has more than </w:t>
      </w:r>
      <w:r>
        <w:rPr>
          <w:b w:val="0"/>
          <w:i w:val="0"/>
          <w:smallCaps w:val="0"/>
          <w:strike w:val="0"/>
          <w:sz w:val="22"/>
          <w:u w:val="single"/>
        </w:rPr>
        <w:t>double the average number of authorized judgeships</w:t>
      </w:r>
      <w:r>
        <w:rPr>
          <w:b w:val="0"/>
          <w:i w:val="0"/>
          <w:smallCaps w:val="0"/>
          <w:strike w:val="0"/>
          <w:sz w:val="16"/>
          <w:u w:val="none"/>
        </w:rPr>
        <w:t xml:space="preserve"> among the circuits. One-fourth of all pending federal appeals are within the </w:t>
      </w:r>
      <w:r>
        <w:rPr>
          <w:b w:val="0"/>
          <w:i w:val="0"/>
          <w:smallCaps w:val="0"/>
          <w:strike w:val="0"/>
          <w:sz w:val="22"/>
          <w:u w:val="single"/>
        </w:rPr>
        <w:t>Ninth Circuit</w:t>
      </w:r>
      <w:r>
        <w:rPr>
          <w:b w:val="0"/>
          <w:i w:val="0"/>
          <w:smallCaps w:val="0"/>
          <w:strike w:val="0"/>
          <w:sz w:val="16"/>
          <w:u w:val="none"/>
        </w:rPr>
        <w:t xml:space="preserve">. </w:t>
      </w:r>
      <w:r>
        <w:rPr>
          <w:b w:val="0"/>
          <w:i w:val="0"/>
          <w:smallCaps w:val="0"/>
          <w:strike w:val="0"/>
          <w:sz w:val="22"/>
          <w:highlight w:val="cyan"/>
          <w:u w:val="single"/>
        </w:rPr>
        <w:t xml:space="preserve">Creating a new circuit would </w:t>
      </w:r>
      <w:r>
        <w:rPr>
          <w:b w:val="0"/>
          <w:i w:val="0"/>
          <w:smallCaps w:val="0"/>
          <w:strike w:val="0"/>
          <w:sz w:val="22"/>
          <w:u w:val="single"/>
        </w:rPr>
        <w:t xml:space="preserve">solve the </w:t>
      </w:r>
      <w:r>
        <w:rPr>
          <w:b/>
          <w:i w:val="0"/>
          <w:smallCaps w:val="0"/>
          <w:strike w:val="0"/>
          <w:sz w:val="24"/>
          <w:u w:val="single"/>
        </w:rPr>
        <w:t>inefficiencies</w:t>
      </w:r>
      <w:r>
        <w:rPr>
          <w:b w:val="0"/>
          <w:i w:val="0"/>
          <w:smallCaps w:val="0"/>
          <w:strike w:val="0"/>
          <w:sz w:val="16"/>
          <w:u w:val="none"/>
        </w:rPr>
        <w:t xml:space="preserve"> </w:t>
      </w:r>
      <w:r>
        <w:rPr>
          <w:b w:val="0"/>
          <w:i w:val="0"/>
          <w:smallCaps w:val="0"/>
          <w:strike w:val="0"/>
          <w:sz w:val="22"/>
          <w:u w:val="single"/>
        </w:rPr>
        <w:t>associated</w:t>
      </w:r>
      <w:r>
        <w:rPr>
          <w:b w:val="0"/>
          <w:i w:val="0"/>
          <w:smallCaps w:val="0"/>
          <w:strike w:val="0"/>
          <w:sz w:val="16"/>
          <w:u w:val="none"/>
        </w:rPr>
        <w:t xml:space="preserve"> with </w:t>
      </w:r>
      <w:r>
        <w:rPr>
          <w:b w:val="0"/>
          <w:i w:val="0"/>
          <w:smallCaps w:val="0"/>
          <w:strike w:val="0"/>
          <w:sz w:val="22"/>
          <w:u w:val="single"/>
        </w:rPr>
        <w:t>the</w:t>
      </w:r>
      <w:r>
        <w:rPr>
          <w:b w:val="0"/>
          <w:i w:val="0"/>
          <w:smallCaps w:val="0"/>
          <w:strike w:val="0"/>
          <w:sz w:val="16"/>
          <w:u w:val="none"/>
        </w:rPr>
        <w:t xml:space="preserve"> size of the Ninth Circuit </w:t>
      </w:r>
      <w:r>
        <w:rPr>
          <w:b w:val="0"/>
          <w:i w:val="0"/>
          <w:smallCaps w:val="0"/>
          <w:strike w:val="0"/>
          <w:sz w:val="22"/>
          <w:u w:val="single"/>
        </w:rPr>
        <w:t xml:space="preserve">and </w:t>
      </w:r>
      <w:r>
        <w:rPr>
          <w:b w:val="0"/>
          <w:i w:val="0"/>
          <w:smallCaps w:val="0"/>
          <w:strike w:val="0"/>
          <w:sz w:val="22"/>
          <w:highlight w:val="cyan"/>
          <w:u w:val="single"/>
        </w:rPr>
        <w:t>restore</w:t>
      </w:r>
      <w:r>
        <w:rPr>
          <w:b w:val="0"/>
          <w:i w:val="0"/>
          <w:smallCaps w:val="0"/>
          <w:strike w:val="0"/>
          <w:sz w:val="22"/>
          <w:u w:val="single"/>
        </w:rPr>
        <w:t xml:space="preserve"> many Americans’ </w:t>
      </w:r>
      <w:r>
        <w:rPr>
          <w:b/>
          <w:i w:val="0"/>
          <w:smallCaps w:val="0"/>
          <w:strike w:val="0"/>
          <w:sz w:val="24"/>
          <w:highlight w:val="cyan"/>
          <w:u w:val="single"/>
        </w:rPr>
        <w:t>access</w:t>
      </w:r>
      <w:r>
        <w:rPr>
          <w:b w:val="0"/>
          <w:i w:val="0"/>
          <w:smallCaps w:val="0"/>
          <w:strike w:val="0"/>
          <w:sz w:val="22"/>
          <w:highlight w:val="cyan"/>
          <w:u w:val="single"/>
        </w:rPr>
        <w:t xml:space="preserve"> to justice</w:t>
      </w:r>
      <w:r>
        <w:rPr>
          <w:b w:val="0"/>
          <w:i w:val="0"/>
          <w:smallCaps w:val="0"/>
          <w:strike w:val="0"/>
          <w:sz w:val="16"/>
          <w:u w:val="none"/>
        </w:rPr>
        <w:t>.</w:t>
      </w:r>
    </w:p>
    <w:p>
      <w:pPr>
        <w:spacing w:after="60"/>
      </w:pPr>
      <w:r>
        <w:rPr>
          <w:b w:val="0"/>
          <w:i w:val="0"/>
          <w:smallCaps w:val="0"/>
          <w:strike w:val="0"/>
          <w:sz w:val="22"/>
          <w:highlight w:val="cyan"/>
          <w:u w:val="single"/>
        </w:rPr>
        <w:t xml:space="preserve">This bill </w:t>
      </w:r>
      <w:r>
        <w:rPr>
          <w:b/>
          <w:i w:val="0"/>
          <w:smallCaps w:val="0"/>
          <w:strike w:val="0"/>
          <w:sz w:val="24"/>
          <w:highlight w:val="cyan"/>
          <w:u w:val="single"/>
        </w:rPr>
        <w:t>would</w:t>
      </w:r>
      <w:r>
        <w:rPr>
          <w:b w:val="0"/>
          <w:i w:val="0"/>
          <w:smallCaps w:val="0"/>
          <w:strike w:val="0"/>
          <w:sz w:val="16"/>
          <w:u w:val="none"/>
        </w:rPr>
        <w:t xml:space="preserve"> codify the 2023 recommended judgeships by:</w:t>
      </w:r>
    </w:p>
    <w:p>
      <w:pPr>
        <w:spacing w:after="60"/>
      </w:pPr>
      <w:r>
        <w:rPr>
          <w:b w:val="0"/>
          <w:i w:val="0"/>
          <w:smallCaps w:val="0"/>
          <w:strike w:val="0"/>
          <w:sz w:val="22"/>
          <w:highlight w:val="cyan"/>
          <w:u w:val="single"/>
        </w:rPr>
        <w:t>Authoriz</w:t>
      </w:r>
      <w:r>
        <w:rPr>
          <w:b w:val="0"/>
          <w:i w:val="0"/>
          <w:smallCaps w:val="0"/>
          <w:strike w:val="0"/>
          <w:sz w:val="22"/>
          <w:u w:val="single"/>
        </w:rPr>
        <w:t>ing</w:t>
      </w:r>
      <w:r>
        <w:rPr>
          <w:b w:val="0"/>
          <w:i w:val="0"/>
          <w:smallCaps w:val="0"/>
          <w:strike w:val="0"/>
          <w:sz w:val="22"/>
          <w:highlight w:val="cyan"/>
          <w:u w:val="single"/>
        </w:rPr>
        <w:t xml:space="preserve"> two new appellate </w:t>
      </w:r>
      <w:r>
        <w:rPr>
          <w:b/>
          <w:i w:val="0"/>
          <w:smallCaps w:val="0"/>
          <w:strike w:val="0"/>
          <w:sz w:val="24"/>
          <w:highlight w:val="cyan"/>
          <w:u w:val="single"/>
        </w:rPr>
        <w:t>court</w:t>
      </w:r>
      <w:r>
        <w:rPr>
          <w:b w:val="0"/>
          <w:i w:val="0"/>
          <w:smallCaps w:val="0"/>
          <w:strike w:val="0"/>
          <w:sz w:val="16"/>
          <w:u w:val="none"/>
        </w:rPr>
        <w:t xml:space="preserve"> </w:t>
      </w:r>
      <w:r>
        <w:rPr>
          <w:b w:val="0"/>
          <w:i w:val="0"/>
          <w:smallCaps w:val="0"/>
          <w:strike w:val="0"/>
          <w:sz w:val="22"/>
          <w:highlight w:val="cyan"/>
          <w:u w:val="single"/>
        </w:rPr>
        <w:t>judgeships</w:t>
      </w:r>
      <w:r>
        <w:rPr>
          <w:b w:val="0"/>
          <w:i w:val="0"/>
          <w:smallCaps w:val="0"/>
          <w:strike w:val="0"/>
          <w:sz w:val="16"/>
          <w:u w:val="none"/>
        </w:rPr>
        <w:t xml:space="preserve"> </w:t>
      </w:r>
      <w:r>
        <w:rPr>
          <w:b w:val="0"/>
          <w:i w:val="0"/>
          <w:smallCaps w:val="0"/>
          <w:strike w:val="0"/>
          <w:sz w:val="22"/>
          <w:u w:val="single"/>
        </w:rPr>
        <w:t>for the Ninth Circuit</w:t>
      </w:r>
      <w:r>
        <w:rPr>
          <w:b w:val="0"/>
          <w:i w:val="0"/>
          <w:smallCaps w:val="0"/>
          <w:strike w:val="0"/>
          <w:sz w:val="16"/>
          <w:u w:val="none"/>
        </w:rPr>
        <w:t>.</w:t>
      </w:r>
    </w:p>
    <w:p>
      <w:pPr>
        <w:spacing w:after="60"/>
      </w:pPr>
      <w:r>
        <w:rPr>
          <w:b w:val="0"/>
          <w:i w:val="0"/>
          <w:smallCaps w:val="0"/>
          <w:strike w:val="0"/>
          <w:sz w:val="22"/>
          <w:highlight w:val="cyan"/>
          <w:u w:val="single"/>
        </w:rPr>
        <w:t>Authoriz</w:t>
      </w:r>
      <w:r>
        <w:rPr>
          <w:b w:val="0"/>
          <w:i w:val="0"/>
          <w:smallCaps w:val="0"/>
          <w:strike w:val="0"/>
          <w:sz w:val="22"/>
          <w:u w:val="single"/>
        </w:rPr>
        <w:t xml:space="preserve">ing </w:t>
      </w:r>
      <w:r>
        <w:rPr>
          <w:b w:val="0"/>
          <w:i w:val="0"/>
          <w:smallCaps w:val="0"/>
          <w:strike w:val="0"/>
          <w:sz w:val="22"/>
          <w:highlight w:val="cyan"/>
          <w:u w:val="single"/>
        </w:rPr>
        <w:t xml:space="preserve">66 new </w:t>
      </w:r>
      <w:r>
        <w:rPr>
          <w:b/>
          <w:i w:val="0"/>
          <w:smallCaps w:val="0"/>
          <w:strike w:val="0"/>
          <w:sz w:val="24"/>
          <w:highlight w:val="cyan"/>
          <w:u w:val="single"/>
        </w:rPr>
        <w:t>permanent</w:t>
      </w:r>
      <w:r>
        <w:rPr>
          <w:b w:val="0"/>
          <w:i w:val="0"/>
          <w:smallCaps w:val="0"/>
          <w:strike w:val="0"/>
          <w:sz w:val="22"/>
          <w:highlight w:val="cyan"/>
          <w:u w:val="single"/>
        </w:rPr>
        <w:t xml:space="preserve"> district court </w:t>
      </w:r>
      <w:r>
        <w:rPr>
          <w:b/>
          <w:i w:val="0"/>
          <w:smallCaps w:val="0"/>
          <w:strike w:val="0"/>
          <w:sz w:val="24"/>
          <w:highlight w:val="cyan"/>
          <w:u w:val="single"/>
        </w:rPr>
        <w:t>judgeships</w:t>
      </w:r>
      <w:r>
        <w:rPr>
          <w:b w:val="0"/>
          <w:i w:val="0"/>
          <w:smallCaps w:val="0"/>
          <w:strike w:val="0"/>
          <w:sz w:val="16"/>
          <w:u w:val="none"/>
        </w:rPr>
        <w:t xml:space="preserve"> around the country.</w:t>
      </w:r>
    </w:p>
    <w:p>
      <w:pPr>
        <w:spacing w:after="60"/>
      </w:pPr>
      <w:r>
        <w:rPr>
          <w:b w:val="0"/>
          <w:i w:val="0"/>
          <w:smallCaps w:val="0"/>
          <w:strike w:val="0"/>
          <w:sz w:val="22"/>
          <w:highlight w:val="cyan"/>
          <w:u w:val="single"/>
        </w:rPr>
        <w:t>Convert</w:t>
      </w:r>
      <w:r>
        <w:rPr>
          <w:b w:val="0"/>
          <w:i w:val="0"/>
          <w:smallCaps w:val="0"/>
          <w:strike w:val="0"/>
          <w:sz w:val="16"/>
          <w:u w:val="none"/>
        </w:rPr>
        <w:t>i</w:t>
      </w:r>
      <w:r>
        <w:rPr>
          <w:b w:val="0"/>
          <w:i w:val="0"/>
          <w:smallCaps w:val="0"/>
          <w:strike w:val="0"/>
          <w:sz w:val="22"/>
          <w:u w:val="single"/>
        </w:rPr>
        <w:t xml:space="preserve">ng </w:t>
      </w:r>
      <w:r>
        <w:rPr>
          <w:b w:val="0"/>
          <w:i w:val="0"/>
          <w:smallCaps w:val="0"/>
          <w:strike w:val="0"/>
          <w:sz w:val="22"/>
          <w:highlight w:val="cyan"/>
          <w:u w:val="single"/>
        </w:rPr>
        <w:t xml:space="preserve">seven temporary district court judgeships to </w:t>
      </w:r>
      <w:r>
        <w:rPr>
          <w:b/>
          <w:i w:val="0"/>
          <w:smallCaps w:val="0"/>
          <w:strike w:val="0"/>
          <w:sz w:val="24"/>
          <w:highlight w:val="cyan"/>
          <w:u w:val="single"/>
        </w:rPr>
        <w:t>permanent</w:t>
      </w:r>
      <w:r>
        <w:rPr>
          <w:b w:val="0"/>
          <w:i w:val="0"/>
          <w:smallCaps w:val="0"/>
          <w:strike w:val="0"/>
          <w:sz w:val="16"/>
          <w:u w:val="none"/>
        </w:rPr>
        <w:t>.</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