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4. Turn---Russia </w:t>
      </w:r>
      <w:r>
        <w:rPr>
          <w:b/>
          <w:i w:val="0"/>
          <w:smallCaps w:val="0"/>
          <w:strike w:val="0"/>
          <w:sz w:val="26"/>
          <w:u w:val="single"/>
        </w:rPr>
        <w:t>is</w:t>
      </w:r>
      <w:r>
        <w:rPr>
          <w:b/>
          <w:i w:val="0"/>
          <w:smallCaps w:val="0"/>
          <w:strike w:val="0"/>
          <w:sz w:val="26"/>
          <w:u w:val="none"/>
        </w:rPr>
        <w:t xml:space="preserve"> the historic imperial power. American leadership is a </w:t>
      </w:r>
      <w:r>
        <w:rPr>
          <w:b/>
          <w:i w:val="0"/>
          <w:smallCaps w:val="0"/>
          <w:strike w:val="0"/>
          <w:sz w:val="26"/>
          <w:u w:val="single"/>
        </w:rPr>
        <w:t>necessary corrective</w:t>
      </w:r>
      <w:r>
        <w:rPr>
          <w:b/>
          <w:i w:val="0"/>
          <w:smallCaps w:val="0"/>
          <w:strike w:val="0"/>
          <w:sz w:val="26"/>
          <w:u w:val="none"/>
        </w:rPr>
        <w:t xml:space="preserve"> to violent nationalism that subjugates millions and </w:t>
      </w:r>
      <w:r>
        <w:rPr>
          <w:b/>
          <w:i w:val="0"/>
          <w:smallCaps w:val="0"/>
          <w:strike w:val="0"/>
          <w:sz w:val="26"/>
          <w:u w:val="single"/>
        </w:rPr>
        <w:t>upends</w:t>
      </w:r>
      <w:r>
        <w:rPr>
          <w:b/>
          <w:i w:val="0"/>
          <w:smallCaps w:val="0"/>
          <w:strike w:val="0"/>
          <w:sz w:val="26"/>
          <w:u w:val="none"/>
        </w:rPr>
        <w:t xml:space="preserve"> international stability. </w:t>
      </w:r>
    </w:p>
    <w:p>
      <w:pPr>
        <w:spacing w:after="80"/>
      </w:pPr>
      <w:r>
        <w:rPr>
          <w:b/>
          <w:i w:val="0"/>
          <w:smallCaps w:val="0"/>
          <w:strike w:val="0"/>
          <w:sz w:val="26"/>
          <w:u w:val="none"/>
        </w:rPr>
        <w:t xml:space="preserve">Kagan ’18 </w:t>
      </w:r>
      <w:r>
        <w:rPr>
          <w:b w:val="0"/>
          <w:i w:val="0"/>
          <w:smallCaps w:val="0"/>
          <w:strike w:val="0"/>
          <w:u w:val="none"/>
        </w:rPr>
        <w:t>[Robert; 2018; Senior Fellow at the Brookings Institution, formerly in the State Department; The Jungle Grows Back: America and Our Imperiled Order, First Edition]</w:t>
      </w:r>
    </w:p>
    <w:p>
      <w:pPr>
        <w:spacing w:after="60"/>
      </w:pPr>
      <w:r>
        <w:rPr>
          <w:b w:val="0"/>
          <w:i w:val="0"/>
          <w:smallCaps w:val="0"/>
          <w:strike w:val="0"/>
          <w:sz w:val="16"/>
          <w:u w:val="none"/>
        </w:rPr>
        <w:t xml:space="preserve">That Russians ultimately rejected that course has been unfortunate but not entirely surprising. </w:t>
      </w:r>
      <w:r>
        <w:rPr>
          <w:b/>
          <w:i w:val="0"/>
          <w:smallCaps w:val="0"/>
          <w:strike w:val="0"/>
          <w:sz w:val="22"/>
          <w:highlight w:val="cyan"/>
          <w:u w:val="single"/>
        </w:rPr>
        <w:t>Nor was</w:t>
      </w:r>
      <w:r>
        <w:rPr>
          <w:b/>
          <w:i w:val="0"/>
          <w:smallCaps w:val="0"/>
          <w:strike w:val="0"/>
          <w:sz w:val="22"/>
          <w:u w:val="single"/>
        </w:rPr>
        <w:t xml:space="preserve"> Russia’s </w:t>
      </w:r>
      <w:r>
        <w:rPr>
          <w:b/>
          <w:i w:val="0"/>
          <w:smallCaps w:val="0"/>
          <w:strike w:val="0"/>
          <w:sz w:val="22"/>
          <w:highlight w:val="cyan"/>
          <w:u w:val="single"/>
        </w:rPr>
        <w:t>behavior</w:t>
      </w:r>
      <w:r>
        <w:rPr>
          <w:b w:val="0"/>
          <w:i w:val="0"/>
          <w:smallCaps w:val="0"/>
          <w:strike w:val="0"/>
          <w:sz w:val="16"/>
          <w:u w:val="none"/>
        </w:rPr>
        <w:t xml:space="preserve"> primarily </w:t>
      </w:r>
      <w:r>
        <w:rPr>
          <w:b/>
          <w:i w:val="0"/>
          <w:smallCaps w:val="0"/>
          <w:strike w:val="0"/>
          <w:sz w:val="22"/>
          <w:highlight w:val="cyan"/>
          <w:u w:val="single"/>
        </w:rPr>
        <w:t xml:space="preserve">a </w:t>
      </w:r>
      <w:r>
        <w:rPr>
          <w:b/>
          <w:i w:val="0"/>
          <w:smallCaps w:val="0"/>
          <w:strike w:val="0"/>
          <w:sz w:val="24"/>
          <w:highlight w:val="cyan"/>
          <w:u w:val="single"/>
        </w:rPr>
        <w:t>response</w:t>
      </w:r>
      <w:r>
        <w:rPr>
          <w:b/>
          <w:i w:val="0"/>
          <w:smallCaps w:val="0"/>
          <w:strike w:val="0"/>
          <w:sz w:val="22"/>
          <w:highlight w:val="cyan"/>
          <w:u w:val="single"/>
        </w:rPr>
        <w:t xml:space="preserve"> to</w:t>
      </w:r>
      <w:r>
        <w:rPr>
          <w:b/>
          <w:i w:val="0"/>
          <w:smallCaps w:val="0"/>
          <w:strike w:val="0"/>
          <w:sz w:val="22"/>
          <w:u w:val="single"/>
        </w:rPr>
        <w:t xml:space="preserve"> </w:t>
      </w:r>
      <w:r>
        <w:rPr>
          <w:b/>
          <w:i w:val="0"/>
          <w:smallCaps w:val="0"/>
          <w:strike w:val="0"/>
          <w:sz w:val="24"/>
          <w:u w:val="single"/>
        </w:rPr>
        <w:t xml:space="preserve">actions by </w:t>
      </w:r>
      <w:r>
        <w:rPr>
          <w:b/>
          <w:i w:val="0"/>
          <w:smallCaps w:val="0"/>
          <w:strike w:val="0"/>
          <w:sz w:val="24"/>
          <w:highlight w:val="cyan"/>
          <w:u w:val="single"/>
        </w:rPr>
        <w:t>the West</w:t>
      </w:r>
      <w:r>
        <w:rPr>
          <w:b/>
          <w:i w:val="0"/>
          <w:smallCaps w:val="0"/>
          <w:strike w:val="0"/>
          <w:sz w:val="22"/>
          <w:highlight w:val="cyan"/>
          <w:u w:val="single"/>
        </w:rPr>
        <w:t>, such as</w:t>
      </w:r>
      <w:r>
        <w:rPr>
          <w:b/>
          <w:i w:val="0"/>
          <w:smallCaps w:val="0"/>
          <w:strike w:val="0"/>
          <w:sz w:val="22"/>
          <w:u w:val="single"/>
        </w:rPr>
        <w:t xml:space="preserve"> the enlargement of </w:t>
      </w:r>
      <w:r>
        <w:rPr>
          <w:b/>
          <w:i w:val="0"/>
          <w:smallCaps w:val="0"/>
          <w:strike w:val="0"/>
          <w:sz w:val="22"/>
          <w:highlight w:val="cyan"/>
          <w:u w:val="single"/>
        </w:rPr>
        <w:t xml:space="preserve">NATO. </w:t>
      </w:r>
      <w:r>
        <w:rPr>
          <w:b/>
          <w:i w:val="0"/>
          <w:smallCaps w:val="0"/>
          <w:strike w:val="0"/>
          <w:sz w:val="24"/>
          <w:highlight w:val="cyan"/>
          <w:u w:val="single"/>
        </w:rPr>
        <w:t>Long-standing</w:t>
      </w:r>
      <w:r>
        <w:rPr>
          <w:b/>
          <w:i w:val="0"/>
          <w:smallCaps w:val="0"/>
          <w:strike w:val="0"/>
          <w:sz w:val="24"/>
          <w:u w:val="single"/>
        </w:rPr>
        <w:t xml:space="preserve"> Russian ambitions and </w:t>
      </w:r>
      <w:r>
        <w:rPr>
          <w:b/>
          <w:i w:val="0"/>
          <w:smallCaps w:val="0"/>
          <w:strike w:val="0"/>
          <w:sz w:val="24"/>
          <w:highlight w:val="cyan"/>
          <w:u w:val="single"/>
        </w:rPr>
        <w:t>insecurities</w:t>
      </w:r>
      <w:r>
        <w:rPr>
          <w:b w:val="0"/>
          <w:i w:val="0"/>
          <w:smallCaps w:val="0"/>
          <w:strike w:val="0"/>
          <w:sz w:val="16"/>
          <w:u w:val="none"/>
        </w:rPr>
        <w:t xml:space="preserve">, together </w:t>
      </w:r>
      <w:r>
        <w:rPr>
          <w:b/>
          <w:i w:val="0"/>
          <w:smallCaps w:val="0"/>
          <w:strike w:val="0"/>
          <w:sz w:val="22"/>
          <w:u w:val="single"/>
        </w:rPr>
        <w:t>with</w:t>
      </w:r>
      <w:r>
        <w:rPr>
          <w:b w:val="0"/>
          <w:i w:val="0"/>
          <w:smallCaps w:val="0"/>
          <w:strike w:val="0"/>
          <w:sz w:val="16"/>
          <w:u w:val="none"/>
        </w:rPr>
        <w:t xml:space="preserve"> a </w:t>
      </w:r>
      <w:r>
        <w:rPr>
          <w:b/>
          <w:i w:val="0"/>
          <w:smallCaps w:val="0"/>
          <w:strike w:val="0"/>
          <w:sz w:val="22"/>
          <w:u w:val="single"/>
        </w:rPr>
        <w:t xml:space="preserve">tradition of autocrats benefiting from </w:t>
      </w:r>
      <w:r>
        <w:rPr>
          <w:b/>
          <w:i w:val="0"/>
          <w:smallCaps w:val="0"/>
          <w:strike w:val="0"/>
          <w:sz w:val="24"/>
          <w:u w:val="single"/>
        </w:rPr>
        <w:t>popular fears of foreign threats</w:t>
      </w:r>
      <w:r>
        <w:rPr>
          <w:b w:val="0"/>
          <w:i w:val="0"/>
          <w:smallCaps w:val="0"/>
          <w:strike w:val="0"/>
          <w:sz w:val="16"/>
          <w:u w:val="none"/>
        </w:rPr>
        <w:t xml:space="preserve">, have </w:t>
      </w:r>
      <w:r>
        <w:rPr>
          <w:b/>
          <w:i w:val="0"/>
          <w:smallCaps w:val="0"/>
          <w:strike w:val="0"/>
          <w:sz w:val="22"/>
          <w:highlight w:val="cyan"/>
          <w:u w:val="single"/>
        </w:rPr>
        <w:t xml:space="preserve">made it </w:t>
      </w:r>
      <w:r>
        <w:rPr>
          <w:b/>
          <w:i w:val="0"/>
          <w:smallCaps w:val="0"/>
          <w:strike w:val="0"/>
          <w:sz w:val="24"/>
          <w:highlight w:val="cyan"/>
          <w:u w:val="single"/>
        </w:rPr>
        <w:t>difficult</w:t>
      </w:r>
      <w:r>
        <w:rPr>
          <w:b/>
          <w:i w:val="0"/>
          <w:smallCaps w:val="0"/>
          <w:strike w:val="0"/>
          <w:sz w:val="22"/>
          <w:u w:val="single"/>
        </w:rPr>
        <w:t xml:space="preserve"> for Russia </w:t>
      </w:r>
      <w:r>
        <w:rPr>
          <w:b/>
          <w:i w:val="0"/>
          <w:smallCaps w:val="0"/>
          <w:strike w:val="0"/>
          <w:sz w:val="22"/>
          <w:u w:val="single"/>
        </w:rPr>
        <w:t xml:space="preserve">to steer </w:t>
      </w:r>
      <w:r>
        <w:rPr>
          <w:b/>
          <w:i w:val="0"/>
          <w:smallCaps w:val="0"/>
          <w:strike w:val="0"/>
          <w:sz w:val="24"/>
          <w:u w:val="single"/>
        </w:rPr>
        <w:t>out of old ruts</w:t>
      </w:r>
      <w:r>
        <w:rPr>
          <w:b w:val="0"/>
          <w:i w:val="0"/>
          <w:smallCaps w:val="0"/>
          <w:strike w:val="0"/>
          <w:sz w:val="16"/>
          <w:u w:val="none"/>
        </w:rPr>
        <w:t>.</w:t>
      </w:r>
    </w:p>
    <w:p>
      <w:pPr>
        <w:spacing w:after="60"/>
      </w:pPr>
      <w:r>
        <w:rPr>
          <w:b w:val="0"/>
          <w:i w:val="0"/>
          <w:smallCaps w:val="0"/>
          <w:strike w:val="0"/>
          <w:sz w:val="16"/>
          <w:u w:val="none"/>
        </w:rPr>
        <w:t xml:space="preserve">For the better part of three centuries, </w:t>
      </w:r>
      <w:r>
        <w:rPr>
          <w:b/>
          <w:i w:val="0"/>
          <w:smallCaps w:val="0"/>
          <w:strike w:val="0"/>
          <w:sz w:val="22"/>
          <w:u w:val="single"/>
        </w:rPr>
        <w:t xml:space="preserve">the Russian </w:t>
      </w:r>
      <w:r>
        <w:rPr>
          <w:b/>
          <w:i w:val="0"/>
          <w:smallCaps w:val="0"/>
          <w:strike w:val="0"/>
          <w:sz w:val="22"/>
          <w:highlight w:val="cyan"/>
          <w:u w:val="single"/>
        </w:rPr>
        <w:t>empire</w:t>
      </w:r>
      <w:r>
        <w:rPr>
          <w:b w:val="0"/>
          <w:i w:val="0"/>
          <w:smallCaps w:val="0"/>
          <w:strike w:val="0"/>
          <w:sz w:val="16"/>
          <w:u w:val="none"/>
        </w:rPr>
        <w:t xml:space="preserve"> had </w:t>
      </w:r>
      <w:r>
        <w:rPr>
          <w:b/>
          <w:i w:val="0"/>
          <w:smallCaps w:val="0"/>
          <w:strike w:val="0"/>
          <w:sz w:val="22"/>
          <w:highlight w:val="cyan"/>
          <w:u w:val="single"/>
        </w:rPr>
        <w:t>included</w:t>
      </w:r>
      <w:r>
        <w:rPr>
          <w:b/>
          <w:i w:val="0"/>
          <w:smallCaps w:val="0"/>
          <w:strike w:val="0"/>
          <w:sz w:val="22"/>
          <w:u w:val="single"/>
        </w:rPr>
        <w:t xml:space="preserve"> everything from</w:t>
      </w:r>
      <w:r>
        <w:rPr>
          <w:b w:val="0"/>
          <w:i w:val="0"/>
          <w:smallCaps w:val="0"/>
          <w:strike w:val="0"/>
          <w:sz w:val="16"/>
          <w:u w:val="none"/>
        </w:rPr>
        <w:t xml:space="preserve"> the territories of </w:t>
      </w:r>
      <w:r>
        <w:rPr>
          <w:b/>
          <w:i w:val="0"/>
          <w:smallCaps w:val="0"/>
          <w:strike w:val="0"/>
          <w:sz w:val="22"/>
          <w:highlight w:val="cyan"/>
          <w:u w:val="single"/>
        </w:rPr>
        <w:t xml:space="preserve">the </w:t>
      </w:r>
      <w:r>
        <w:rPr>
          <w:b/>
          <w:i w:val="0"/>
          <w:smallCaps w:val="0"/>
          <w:strike w:val="0"/>
          <w:sz w:val="24"/>
          <w:highlight w:val="cyan"/>
          <w:u w:val="single"/>
        </w:rPr>
        <w:t>Baltics</w:t>
      </w:r>
      <w:r>
        <w:rPr>
          <w:b/>
          <w:i w:val="0"/>
          <w:smallCaps w:val="0"/>
          <w:strike w:val="0"/>
          <w:sz w:val="22"/>
          <w:u w:val="single"/>
        </w:rPr>
        <w:t xml:space="preserve"> to </w:t>
      </w:r>
      <w:r>
        <w:rPr>
          <w:b/>
          <w:i w:val="0"/>
          <w:smallCaps w:val="0"/>
          <w:strike w:val="0"/>
          <w:sz w:val="22"/>
          <w:highlight w:val="cyan"/>
          <w:u w:val="single"/>
        </w:rPr>
        <w:t xml:space="preserve">the </w:t>
      </w:r>
      <w:r>
        <w:rPr>
          <w:b/>
          <w:i w:val="0"/>
          <w:smallCaps w:val="0"/>
          <w:strike w:val="0"/>
          <w:sz w:val="24"/>
          <w:highlight w:val="cyan"/>
          <w:u w:val="single"/>
        </w:rPr>
        <w:t>Black Sea</w:t>
      </w:r>
      <w:r>
        <w:rPr>
          <w:b/>
          <w:i w:val="0"/>
          <w:smallCaps w:val="0"/>
          <w:strike w:val="0"/>
          <w:sz w:val="22"/>
          <w:u w:val="single"/>
        </w:rPr>
        <w:t>, as well as</w:t>
      </w:r>
      <w:r>
        <w:rPr>
          <w:b w:val="0"/>
          <w:i w:val="0"/>
          <w:smallCaps w:val="0"/>
          <w:strike w:val="0"/>
          <w:sz w:val="16"/>
          <w:u w:val="none"/>
        </w:rPr>
        <w:t xml:space="preserve"> parts of </w:t>
      </w:r>
      <w:r>
        <w:rPr>
          <w:b/>
          <w:i w:val="0"/>
          <w:smallCaps w:val="0"/>
          <w:strike w:val="0"/>
          <w:sz w:val="24"/>
          <w:highlight w:val="cyan"/>
          <w:u w:val="single"/>
        </w:rPr>
        <w:t>Poland</w:t>
      </w:r>
      <w:r>
        <w:rPr>
          <w:b w:val="0"/>
          <w:i w:val="0"/>
          <w:smallCaps w:val="0"/>
          <w:strike w:val="0"/>
          <w:sz w:val="16"/>
          <w:u w:val="none"/>
        </w:rPr>
        <w:t xml:space="preserve">. For decades the Soviet Union was regarded by the world as a superpower, the equal of the United States, the co-manager of a “bipolar world.” The Cold War may have been a low point for the living standards and individual freedoms of many Russians, but it was a high point in Russia’s long history as a great power and empire, equaling the triumph of 1814 when Russian forces drove across Europe and occupied Paris. During the Cold War, pride in this superpower role even offered some compensation for the privations and abuses Russians suffered at home. </w:t>
      </w:r>
      <w:r>
        <w:rPr>
          <w:b/>
          <w:i w:val="0"/>
          <w:smallCaps w:val="0"/>
          <w:strike w:val="0"/>
          <w:sz w:val="22"/>
          <w:u w:val="single"/>
        </w:rPr>
        <w:t>If Russians</w:t>
      </w:r>
      <w:r>
        <w:rPr>
          <w:b w:val="0"/>
          <w:i w:val="0"/>
          <w:smallCaps w:val="0"/>
          <w:strike w:val="0"/>
          <w:sz w:val="16"/>
          <w:u w:val="none"/>
        </w:rPr>
        <w:t xml:space="preserve"> had </w:t>
      </w:r>
      <w:r>
        <w:rPr>
          <w:b/>
          <w:i w:val="0"/>
          <w:smallCaps w:val="0"/>
          <w:strike w:val="0"/>
          <w:sz w:val="22"/>
          <w:u w:val="single"/>
        </w:rPr>
        <w:t xml:space="preserve">changed their </w:t>
      </w:r>
      <w:r>
        <w:rPr>
          <w:b/>
          <w:i w:val="0"/>
          <w:smallCaps w:val="0"/>
          <w:strike w:val="0"/>
          <w:sz w:val="24"/>
          <w:u w:val="single"/>
        </w:rPr>
        <w:t>historical trajectory</w:t>
      </w:r>
      <w:r>
        <w:rPr>
          <w:b/>
          <w:i w:val="0"/>
          <w:smallCaps w:val="0"/>
          <w:strike w:val="0"/>
          <w:sz w:val="22"/>
          <w:u w:val="single"/>
        </w:rPr>
        <w:t xml:space="preserve"> after the</w:t>
      </w:r>
      <w:r>
        <w:rPr>
          <w:b w:val="0"/>
          <w:i w:val="0"/>
          <w:smallCaps w:val="0"/>
          <w:strike w:val="0"/>
          <w:sz w:val="16"/>
          <w:u w:val="none"/>
        </w:rPr>
        <w:t xml:space="preserve"> end of the C</w:t>
      </w:r>
      <w:r>
        <w:rPr>
          <w:b/>
          <w:i w:val="0"/>
          <w:smallCaps w:val="0"/>
          <w:strike w:val="0"/>
          <w:sz w:val="22"/>
          <w:u w:val="single"/>
        </w:rPr>
        <w:t>old War, if</w:t>
      </w:r>
      <w:r>
        <w:rPr>
          <w:b w:val="0"/>
          <w:i w:val="0"/>
          <w:smallCaps w:val="0"/>
          <w:strike w:val="0"/>
          <w:sz w:val="16"/>
          <w:u w:val="none"/>
        </w:rPr>
        <w:t xml:space="preserve"> like Germany and Japan </w:t>
      </w:r>
      <w:r>
        <w:rPr>
          <w:b/>
          <w:i w:val="0"/>
          <w:smallCaps w:val="0"/>
          <w:strike w:val="0"/>
          <w:sz w:val="22"/>
          <w:u w:val="single"/>
        </w:rPr>
        <w:t>they</w:t>
      </w:r>
      <w:r>
        <w:rPr>
          <w:b w:val="0"/>
          <w:i w:val="0"/>
          <w:smallCaps w:val="0"/>
          <w:strike w:val="0"/>
          <w:sz w:val="16"/>
          <w:u w:val="none"/>
        </w:rPr>
        <w:t xml:space="preserve"> had chosen economic over geopolitical competition, </w:t>
      </w:r>
      <w:r>
        <w:rPr>
          <w:b/>
          <w:i w:val="0"/>
          <w:smallCaps w:val="0"/>
          <w:strike w:val="0"/>
          <w:sz w:val="22"/>
          <w:u w:val="single"/>
        </w:rPr>
        <w:t>focused on</w:t>
      </w:r>
      <w:r>
        <w:rPr>
          <w:b w:val="0"/>
          <w:i w:val="0"/>
          <w:smallCaps w:val="0"/>
          <w:strike w:val="0"/>
          <w:sz w:val="16"/>
          <w:u w:val="none"/>
        </w:rPr>
        <w:t xml:space="preserve"> improving their standard of living and </w:t>
      </w:r>
      <w:r>
        <w:rPr>
          <w:b/>
          <w:i w:val="0"/>
          <w:smallCaps w:val="0"/>
          <w:strike w:val="0"/>
          <w:sz w:val="22"/>
          <w:u w:val="single"/>
        </w:rPr>
        <w:t>integrating</w:t>
      </w:r>
      <w:r>
        <w:rPr>
          <w:b w:val="0"/>
          <w:i w:val="0"/>
          <w:smallCaps w:val="0"/>
          <w:strike w:val="0"/>
          <w:sz w:val="16"/>
          <w:u w:val="none"/>
        </w:rPr>
        <w:t xml:space="preserve"> themselves fully </w:t>
      </w:r>
      <w:r>
        <w:rPr>
          <w:b/>
          <w:i w:val="0"/>
          <w:smallCaps w:val="0"/>
          <w:strike w:val="0"/>
          <w:sz w:val="22"/>
          <w:u w:val="single"/>
        </w:rPr>
        <w:t>into the liberal</w:t>
      </w:r>
      <w:r>
        <w:rPr>
          <w:b w:val="0"/>
          <w:i w:val="0"/>
          <w:smallCaps w:val="0"/>
          <w:strike w:val="0"/>
          <w:sz w:val="16"/>
          <w:u w:val="none"/>
        </w:rPr>
        <w:t xml:space="preserve"> world </w:t>
      </w:r>
      <w:r>
        <w:rPr>
          <w:b/>
          <w:i w:val="0"/>
          <w:smallCaps w:val="0"/>
          <w:strike w:val="0"/>
          <w:sz w:val="22"/>
          <w:u w:val="single"/>
        </w:rPr>
        <w:t xml:space="preserve">economy, they might have lived better lives but </w:t>
      </w:r>
      <w:r>
        <w:rPr>
          <w:b/>
          <w:i w:val="0"/>
          <w:smallCaps w:val="0"/>
          <w:strike w:val="0"/>
          <w:sz w:val="24"/>
          <w:u w:val="single"/>
        </w:rPr>
        <w:t>at the price</w:t>
      </w:r>
      <w:r>
        <w:rPr>
          <w:b/>
          <w:i w:val="0"/>
          <w:smallCaps w:val="0"/>
          <w:strike w:val="0"/>
          <w:sz w:val="22"/>
          <w:u w:val="single"/>
        </w:rPr>
        <w:t xml:space="preserve"> of Russia’s </w:t>
      </w:r>
      <w:r>
        <w:rPr>
          <w:b/>
          <w:i w:val="0"/>
          <w:smallCaps w:val="0"/>
          <w:strike w:val="0"/>
          <w:sz w:val="24"/>
          <w:u w:val="single"/>
        </w:rPr>
        <w:t>historical greatness</w:t>
      </w:r>
      <w:r>
        <w:rPr>
          <w:b/>
          <w:i w:val="0"/>
          <w:smallCaps w:val="0"/>
          <w:strike w:val="0"/>
          <w:sz w:val="22"/>
          <w:u w:val="single"/>
        </w:rPr>
        <w:t xml:space="preserve"> on the world stage</w:t>
      </w:r>
      <w:r>
        <w:rPr>
          <w:b w:val="0"/>
          <w:i w:val="0"/>
          <w:smallCaps w:val="0"/>
          <w:strike w:val="0"/>
          <w:sz w:val="16"/>
          <w:u w:val="none"/>
        </w:rPr>
        <w:t>.</w:t>
      </w:r>
    </w:p>
    <w:p>
      <w:pPr>
        <w:spacing w:after="60"/>
      </w:pPr>
      <w:r>
        <w:rPr>
          <w:b w:val="0"/>
          <w:i w:val="0"/>
          <w:smallCaps w:val="0"/>
          <w:strike w:val="0"/>
          <w:sz w:val="16"/>
          <w:u w:val="none"/>
        </w:rPr>
        <w:t xml:space="preserve">We would like to believe that ordinary Russian people would gladly have traded superpower status for a freer, safer, and more prosperous existence. That is part of our modern, liberal faith. But the </w:t>
      </w:r>
      <w:r>
        <w:rPr>
          <w:b/>
          <w:i w:val="0"/>
          <w:smallCaps w:val="0"/>
          <w:strike w:val="0"/>
          <w:sz w:val="22"/>
          <w:highlight w:val="cyan"/>
          <w:u w:val="single"/>
        </w:rPr>
        <w:t>Russia</w:t>
      </w:r>
      <w:r>
        <w:rPr>
          <w:b w:val="0"/>
          <w:i w:val="0"/>
          <w:smallCaps w:val="0"/>
          <w:strike w:val="0"/>
          <w:sz w:val="16"/>
          <w:u w:val="none"/>
        </w:rPr>
        <w:t xml:space="preserve">n people’s </w:t>
      </w:r>
      <w:r>
        <w:rPr>
          <w:b/>
          <w:i w:val="0"/>
          <w:smallCaps w:val="0"/>
          <w:strike w:val="0"/>
          <w:sz w:val="22"/>
          <w:highlight w:val="cyan"/>
          <w:u w:val="single"/>
        </w:rPr>
        <w:t>desire</w:t>
      </w:r>
      <w:r>
        <w:rPr>
          <w:b/>
          <w:i w:val="0"/>
          <w:smallCaps w:val="0"/>
          <w:strike w:val="0"/>
          <w:sz w:val="22"/>
          <w:u w:val="single"/>
        </w:rPr>
        <w:t xml:space="preserve"> to restore </w:t>
      </w:r>
      <w:r>
        <w:rPr>
          <w:b/>
          <w:i w:val="0"/>
          <w:smallCaps w:val="0"/>
          <w:strike w:val="0"/>
          <w:sz w:val="24"/>
          <w:u w:val="single"/>
        </w:rPr>
        <w:t xml:space="preserve">their country to </w:t>
      </w:r>
      <w:r>
        <w:rPr>
          <w:b/>
          <w:i w:val="0"/>
          <w:smallCaps w:val="0"/>
          <w:strike w:val="0"/>
          <w:sz w:val="24"/>
          <w:highlight w:val="cyan"/>
          <w:u w:val="single"/>
        </w:rPr>
        <w:t>greatness</w:t>
      </w:r>
      <w:r>
        <w:rPr>
          <w:b w:val="0"/>
          <w:i w:val="0"/>
          <w:smallCaps w:val="0"/>
          <w:strike w:val="0"/>
          <w:sz w:val="16"/>
          <w:u w:val="none"/>
        </w:rPr>
        <w:t xml:space="preserve"> on the world stage proved to be a significant factor in Russian politics after the Cold War. </w:t>
      </w:r>
      <w:r>
        <w:rPr>
          <w:b/>
          <w:i w:val="0"/>
          <w:smallCaps w:val="0"/>
          <w:strike w:val="0"/>
          <w:sz w:val="24"/>
          <w:highlight w:val="cyan"/>
          <w:u w:val="single"/>
        </w:rPr>
        <w:t>Ultranationalists</w:t>
      </w:r>
      <w:r>
        <w:rPr>
          <w:b w:val="0"/>
          <w:i w:val="0"/>
          <w:smallCaps w:val="0"/>
          <w:strike w:val="0"/>
          <w:sz w:val="16"/>
          <w:u w:val="none"/>
        </w:rPr>
        <w:t xml:space="preserve"> like Vladimir Zhirinovsky </w:t>
      </w:r>
      <w:r>
        <w:rPr>
          <w:b/>
          <w:i w:val="0"/>
          <w:smallCaps w:val="0"/>
          <w:strike w:val="0"/>
          <w:sz w:val="24"/>
          <w:u w:val="single"/>
        </w:rPr>
        <w:t xml:space="preserve">consistently </w:t>
      </w:r>
      <w:r>
        <w:rPr>
          <w:b/>
          <w:i w:val="0"/>
          <w:smallCaps w:val="0"/>
          <w:strike w:val="0"/>
          <w:sz w:val="24"/>
          <w:highlight w:val="cyan"/>
          <w:u w:val="single"/>
        </w:rPr>
        <w:t>received</w:t>
      </w:r>
      <w:r>
        <w:rPr>
          <w:b/>
          <w:i w:val="0"/>
          <w:smallCaps w:val="0"/>
          <w:strike w:val="0"/>
          <w:sz w:val="22"/>
          <w:u w:val="single"/>
        </w:rPr>
        <w:t xml:space="preserve"> a quarter of </w:t>
      </w:r>
      <w:r>
        <w:rPr>
          <w:b/>
          <w:i w:val="0"/>
          <w:smallCaps w:val="0"/>
          <w:strike w:val="0"/>
          <w:sz w:val="24"/>
          <w:u w:val="single"/>
        </w:rPr>
        <w:t xml:space="preserve">the </w:t>
      </w:r>
      <w:r>
        <w:rPr>
          <w:b/>
          <w:i w:val="0"/>
          <w:smallCaps w:val="0"/>
          <w:strike w:val="0"/>
          <w:sz w:val="24"/>
          <w:highlight w:val="cyan"/>
          <w:u w:val="single"/>
        </w:rPr>
        <w:t>votes</w:t>
      </w:r>
      <w:r>
        <w:rPr>
          <w:b/>
          <w:i w:val="0"/>
          <w:smallCaps w:val="0"/>
          <w:strike w:val="0"/>
          <w:sz w:val="24"/>
          <w:u w:val="single"/>
        </w:rPr>
        <w:t xml:space="preserve"> in elections</w:t>
      </w:r>
      <w:r>
        <w:rPr>
          <w:b w:val="0"/>
          <w:i w:val="0"/>
          <w:smallCaps w:val="0"/>
          <w:strike w:val="0"/>
          <w:sz w:val="16"/>
          <w:u w:val="none"/>
        </w:rPr>
        <w:t xml:space="preserve">, and Zhirinovsky’s platform had less to do with national security, strictly speaking, than with national honor, national greatness, and the survival of Russian culture. </w:t>
      </w:r>
      <w:r>
        <w:rPr>
          <w:b/>
          <w:i w:val="0"/>
          <w:smallCaps w:val="0"/>
          <w:strike w:val="0"/>
          <w:sz w:val="22"/>
          <w:highlight w:val="cyan"/>
          <w:u w:val="single"/>
        </w:rPr>
        <w:t>“Unless we get back the</w:t>
      </w:r>
      <w:r>
        <w:rPr>
          <w:b/>
          <w:i w:val="0"/>
          <w:smallCaps w:val="0"/>
          <w:strike w:val="0"/>
          <w:sz w:val="22"/>
          <w:u w:val="single"/>
        </w:rPr>
        <w:t xml:space="preserve"> </w:t>
      </w:r>
      <w:r>
        <w:rPr>
          <w:b/>
          <w:i w:val="0"/>
          <w:smallCaps w:val="0"/>
          <w:strike w:val="0"/>
          <w:sz w:val="24"/>
          <w:u w:val="single"/>
        </w:rPr>
        <w:t xml:space="preserve">historical </w:t>
      </w:r>
      <w:r>
        <w:rPr>
          <w:b/>
          <w:i w:val="0"/>
          <w:smallCaps w:val="0"/>
          <w:strike w:val="0"/>
          <w:sz w:val="24"/>
          <w:highlight w:val="cyan"/>
          <w:u w:val="single"/>
        </w:rPr>
        <w:t>borders</w:t>
      </w:r>
      <w:r>
        <w:rPr>
          <w:b/>
          <w:i w:val="0"/>
          <w:smallCaps w:val="0"/>
          <w:strike w:val="0"/>
          <w:sz w:val="22"/>
          <w:u w:val="single"/>
        </w:rPr>
        <w:t xml:space="preserve"> of Russia,”</w:t>
      </w:r>
      <w:r>
        <w:rPr>
          <w:b w:val="0"/>
          <w:i w:val="0"/>
          <w:smallCaps w:val="0"/>
          <w:strike w:val="0"/>
          <w:sz w:val="16"/>
          <w:u w:val="none"/>
        </w:rPr>
        <w:t xml:space="preserve"> he argued, </w:t>
      </w:r>
      <w:r>
        <w:rPr>
          <w:b/>
          <w:i w:val="0"/>
          <w:smallCaps w:val="0"/>
          <w:strike w:val="0"/>
          <w:sz w:val="22"/>
          <w:u w:val="single"/>
        </w:rPr>
        <w:t xml:space="preserve">the </w:t>
      </w:r>
      <w:r>
        <w:rPr>
          <w:b/>
          <w:i w:val="0"/>
          <w:smallCaps w:val="0"/>
          <w:strike w:val="0"/>
          <w:sz w:val="22"/>
          <w:highlight w:val="cyan"/>
          <w:u w:val="single"/>
        </w:rPr>
        <w:t>Russian people were</w:t>
      </w:r>
      <w:r>
        <w:rPr>
          <w:b/>
          <w:i w:val="0"/>
          <w:smallCaps w:val="0"/>
          <w:strike w:val="0"/>
          <w:sz w:val="22"/>
          <w:u w:val="single"/>
        </w:rPr>
        <w:t xml:space="preserve"> “slowly </w:t>
      </w:r>
      <w:r>
        <w:rPr>
          <w:b/>
          <w:i w:val="0"/>
          <w:smallCaps w:val="0"/>
          <w:strike w:val="0"/>
          <w:sz w:val="22"/>
          <w:highlight w:val="cyan"/>
          <w:u w:val="single"/>
        </w:rPr>
        <w:t>going to</w:t>
      </w:r>
      <w:r>
        <w:rPr>
          <w:b/>
          <w:i w:val="0"/>
          <w:smallCaps w:val="0"/>
          <w:strike w:val="0"/>
          <w:sz w:val="22"/>
          <w:u w:val="single"/>
        </w:rPr>
        <w:t xml:space="preserve"> </w:t>
      </w:r>
      <w:r>
        <w:rPr>
          <w:b/>
          <w:i w:val="0"/>
          <w:smallCaps w:val="0"/>
          <w:strike w:val="0"/>
          <w:sz w:val="24"/>
          <w:u w:val="single"/>
        </w:rPr>
        <w:t>degrade</w:t>
      </w:r>
      <w:r>
        <w:rPr>
          <w:b/>
          <w:i w:val="0"/>
          <w:smallCaps w:val="0"/>
          <w:strike w:val="0"/>
          <w:sz w:val="22"/>
          <w:u w:val="single"/>
        </w:rPr>
        <w:t xml:space="preserve"> and </w:t>
      </w:r>
      <w:r>
        <w:rPr>
          <w:b/>
          <w:i w:val="0"/>
          <w:smallCaps w:val="0"/>
          <w:strike w:val="0"/>
          <w:sz w:val="24"/>
          <w:highlight w:val="cyan"/>
          <w:u w:val="single"/>
        </w:rPr>
        <w:t>die out</w:t>
      </w:r>
      <w:r>
        <w:rPr>
          <w:b/>
          <w:i w:val="0"/>
          <w:smallCaps w:val="0"/>
          <w:strike w:val="0"/>
          <w:sz w:val="22"/>
          <w:highlight w:val="cyan"/>
          <w:u w:val="single"/>
        </w:rPr>
        <w:t>.”</w:t>
      </w:r>
      <w:r>
        <w:rPr>
          <w:b w:val="0"/>
          <w:i w:val="0"/>
          <w:smallCaps w:val="0"/>
          <w:strike w:val="0"/>
          <w:sz w:val="16"/>
          <w:u w:val="none"/>
        </w:rPr>
        <w:t xml:space="preserve"> The U.S. bombing of Serbia in March 1999 outraged Russians, not only because they sympathized with their fellow Slavs but because Russia’s inability to do anything about it was a reminder of Russia’s diminished stature on the world stage. Even the billions of dollars in financial aid provided by the West was humiliating. In the 1930s </w:t>
      </w:r>
      <w:r>
        <w:rPr>
          <w:b/>
          <w:i w:val="0"/>
          <w:smallCaps w:val="0"/>
          <w:strike w:val="0"/>
          <w:sz w:val="22"/>
          <w:u w:val="single"/>
        </w:rPr>
        <w:t>Stalin</w:t>
      </w:r>
      <w:r>
        <w:rPr>
          <w:b w:val="0"/>
          <w:i w:val="0"/>
          <w:smallCaps w:val="0"/>
          <w:strike w:val="0"/>
          <w:sz w:val="16"/>
          <w:u w:val="none"/>
        </w:rPr>
        <w:t xml:space="preserve"> had </w:t>
      </w:r>
      <w:r>
        <w:rPr>
          <w:b/>
          <w:i w:val="0"/>
          <w:smallCaps w:val="0"/>
          <w:strike w:val="0"/>
          <w:sz w:val="22"/>
          <w:u w:val="single"/>
        </w:rPr>
        <w:t xml:space="preserve">promised, “We shall </w:t>
      </w:r>
      <w:r>
        <w:rPr>
          <w:b/>
          <w:i w:val="0"/>
          <w:smallCaps w:val="0"/>
          <w:strike w:val="0"/>
          <w:sz w:val="24"/>
          <w:u w:val="single"/>
        </w:rPr>
        <w:t>catch up to America</w:t>
      </w:r>
      <w:r>
        <w:rPr>
          <w:b/>
          <w:i w:val="0"/>
          <w:smallCaps w:val="0"/>
          <w:strike w:val="0"/>
          <w:sz w:val="22"/>
          <w:u w:val="single"/>
        </w:rPr>
        <w:t xml:space="preserve"> and </w:t>
      </w:r>
      <w:r>
        <w:rPr>
          <w:b/>
          <w:i w:val="0"/>
          <w:smallCaps w:val="0"/>
          <w:strike w:val="0"/>
          <w:sz w:val="24"/>
          <w:u w:val="single"/>
        </w:rPr>
        <w:t>overtake it</w:t>
      </w:r>
      <w:r>
        <w:rPr>
          <w:b/>
          <w:i w:val="0"/>
          <w:smallCaps w:val="0"/>
          <w:strike w:val="0"/>
          <w:sz w:val="22"/>
          <w:u w:val="single"/>
        </w:rPr>
        <w:t>.”</w:t>
      </w:r>
      <w:r>
        <w:rPr>
          <w:b w:val="0"/>
          <w:i w:val="0"/>
          <w:smallCaps w:val="0"/>
          <w:strike w:val="0"/>
          <w:sz w:val="16"/>
          <w:u w:val="none"/>
        </w:rPr>
        <w:t xml:space="preserve"> Now America was giving Russia handouts.139</w:t>
      </w:r>
    </w:p>
    <w:p>
      <w:pPr>
        <w:spacing w:after="60"/>
      </w:pPr>
      <w:r>
        <w:rPr>
          <w:b w:val="0"/>
          <w:i w:val="0"/>
          <w:smallCaps w:val="0"/>
          <w:strike w:val="0"/>
          <w:sz w:val="16"/>
          <w:u w:val="none"/>
        </w:rPr>
        <w:t xml:space="preserve">It did not help that the political and economic reforms instituted first by Mikhail Gorbachev and then by Boris Yeltsin neither improved Russians’ economic situation nor, it seemed, produced true democracy. Instead, a few got rich and powerful while the rest suffered. The United States and the West ended up providing Russia billions of dollars, but there were critical moments, including at the very beginning, when the Bush administration had been parsimonious. There was no Marshall Plan for Russia as there had been for Western Europe. It’s not clear that it would have made a difference. The Russians had their own Dolchstosslegende, a Russian version of post–World War I Germany’s stab-in-the-back story, featuring Gorbachev and Yeltsin as the villains who caved in to the West, gave up Russia’s position in Eastern and Central Europe, and allowed </w:t>
      </w:r>
      <w:r>
        <w:rPr>
          <w:b/>
          <w:i w:val="0"/>
          <w:smallCaps w:val="0"/>
          <w:strike w:val="0"/>
          <w:sz w:val="22"/>
          <w:u w:val="single"/>
        </w:rPr>
        <w:t>the Soviet Union</w:t>
      </w:r>
      <w:r>
        <w:rPr>
          <w:b w:val="0"/>
          <w:i w:val="0"/>
          <w:smallCaps w:val="0"/>
          <w:strike w:val="0"/>
          <w:sz w:val="16"/>
          <w:u w:val="none"/>
        </w:rPr>
        <w:t xml:space="preserve"> itself to </w:t>
      </w:r>
      <w:r>
        <w:rPr>
          <w:b/>
          <w:i w:val="0"/>
          <w:smallCaps w:val="0"/>
          <w:strike w:val="0"/>
          <w:sz w:val="22"/>
          <w:u w:val="single"/>
        </w:rPr>
        <w:t>break up</w:t>
      </w:r>
      <w:r>
        <w:rPr>
          <w:b w:val="0"/>
          <w:i w:val="0"/>
          <w:smallCaps w:val="0"/>
          <w:strike w:val="0"/>
          <w:sz w:val="16"/>
          <w:u w:val="none"/>
        </w:rPr>
        <w:t>—</w:t>
      </w:r>
      <w:r>
        <w:rPr>
          <w:b/>
          <w:i w:val="0"/>
          <w:smallCaps w:val="0"/>
          <w:strike w:val="0"/>
          <w:sz w:val="22"/>
          <w:u w:val="single"/>
        </w:rPr>
        <w:t>the greatest “</w:t>
      </w:r>
      <w:r>
        <w:rPr>
          <w:b/>
          <w:i w:val="0"/>
          <w:smallCaps w:val="0"/>
          <w:strike w:val="0"/>
          <w:sz w:val="24"/>
          <w:u w:val="single"/>
        </w:rPr>
        <w:t>geopolitical catastrophe</w:t>
      </w:r>
      <w:r>
        <w:rPr>
          <w:b/>
          <w:i w:val="0"/>
          <w:smallCaps w:val="0"/>
          <w:strike w:val="0"/>
          <w:sz w:val="22"/>
          <w:u w:val="single"/>
        </w:rPr>
        <w:t>” of the twentieth century, as Putin put it</w:t>
      </w:r>
      <w:r>
        <w:rPr>
          <w:b w:val="0"/>
          <w:i w:val="0"/>
          <w:smallCaps w:val="0"/>
          <w:strike w:val="0"/>
          <w:sz w:val="16"/>
          <w:u w:val="none"/>
        </w:rPr>
        <w:t>.</w:t>
      </w:r>
    </w:p>
    <w:p>
      <w:pPr>
        <w:spacing w:after="60"/>
      </w:pPr>
      <w:r>
        <w:rPr>
          <w:b w:val="0"/>
          <w:i w:val="0"/>
          <w:smallCaps w:val="0"/>
          <w:strike w:val="0"/>
          <w:sz w:val="16"/>
          <w:u w:val="none"/>
        </w:rPr>
        <w:t xml:space="preserve">It was in this context that the United States and </w:t>
      </w:r>
      <w:r>
        <w:rPr>
          <w:b/>
          <w:i w:val="0"/>
          <w:smallCaps w:val="0"/>
          <w:strike w:val="0"/>
          <w:sz w:val="22"/>
          <w:highlight w:val="cyan"/>
          <w:u w:val="single"/>
        </w:rPr>
        <w:t>the West came to be</w:t>
      </w:r>
      <w:r>
        <w:rPr>
          <w:b/>
          <w:i w:val="0"/>
          <w:smallCaps w:val="0"/>
          <w:strike w:val="0"/>
          <w:sz w:val="22"/>
          <w:u w:val="single"/>
        </w:rPr>
        <w:t xml:space="preserve"> </w:t>
      </w:r>
      <w:r>
        <w:rPr>
          <w:b/>
          <w:i w:val="0"/>
          <w:smallCaps w:val="0"/>
          <w:strike w:val="0"/>
          <w:sz w:val="24"/>
          <w:u w:val="single"/>
        </w:rPr>
        <w:t xml:space="preserve">viewed as </w:t>
      </w:r>
      <w:r>
        <w:rPr>
          <w:b/>
          <w:i w:val="0"/>
          <w:smallCaps w:val="0"/>
          <w:strike w:val="0"/>
          <w:sz w:val="24"/>
          <w:highlight w:val="cyan"/>
          <w:u w:val="single"/>
        </w:rPr>
        <w:t>a threat</w:t>
      </w:r>
      <w:r>
        <w:rPr>
          <w:b/>
          <w:i w:val="0"/>
          <w:smallCaps w:val="0"/>
          <w:strike w:val="0"/>
          <w:sz w:val="22"/>
          <w:u w:val="single"/>
        </w:rPr>
        <w:t xml:space="preserve">: not </w:t>
      </w:r>
      <w:r>
        <w:rPr>
          <w:b/>
          <w:i w:val="0"/>
          <w:smallCaps w:val="0"/>
          <w:strike w:val="0"/>
          <w:sz w:val="22"/>
          <w:highlight w:val="cyan"/>
          <w:u w:val="single"/>
        </w:rPr>
        <w:t>to Russia’s</w:t>
      </w:r>
      <w:r>
        <w:rPr>
          <w:b/>
          <w:i w:val="0"/>
          <w:smallCaps w:val="0"/>
          <w:strike w:val="0"/>
          <w:sz w:val="22"/>
          <w:u w:val="single"/>
        </w:rPr>
        <w:t xml:space="preserve"> security but to Russian ambition and</w:t>
      </w:r>
      <w:r>
        <w:rPr>
          <w:b w:val="0"/>
          <w:i w:val="0"/>
          <w:smallCaps w:val="0"/>
          <w:strike w:val="0"/>
          <w:sz w:val="16"/>
          <w:u w:val="none"/>
        </w:rPr>
        <w:t xml:space="preserve"> Russian </w:t>
      </w:r>
      <w:r>
        <w:rPr>
          <w:b/>
          <w:i w:val="0"/>
          <w:smallCaps w:val="0"/>
          <w:strike w:val="0"/>
          <w:sz w:val="22"/>
          <w:highlight w:val="cyan"/>
          <w:u w:val="single"/>
        </w:rPr>
        <w:t>pride</w:t>
      </w:r>
      <w:r>
        <w:rPr>
          <w:b w:val="0"/>
          <w:i w:val="0"/>
          <w:smallCaps w:val="0"/>
          <w:strike w:val="0"/>
          <w:sz w:val="16"/>
          <w:u w:val="none"/>
        </w:rPr>
        <w:t xml:space="preserve">. Many Russians, led by Putin, have pointed to NATO enlargement as proof of the West’s hostile intent—and many American critics of the decision have agreed. But </w:t>
      </w:r>
      <w:r>
        <w:rPr>
          <w:b/>
          <w:i w:val="0"/>
          <w:smallCaps w:val="0"/>
          <w:strike w:val="0"/>
          <w:sz w:val="22"/>
          <w:u w:val="single"/>
        </w:rPr>
        <w:t xml:space="preserve">as </w:t>
      </w:r>
      <w:r>
        <w:rPr>
          <w:b/>
          <w:i w:val="0"/>
          <w:smallCaps w:val="0"/>
          <w:strike w:val="0"/>
          <w:sz w:val="24"/>
          <w:highlight w:val="cyan"/>
          <w:u w:val="single"/>
        </w:rPr>
        <w:t>Russian</w:t>
      </w:r>
      <w:r>
        <w:rPr>
          <w:b/>
          <w:i w:val="0"/>
          <w:smallCaps w:val="0"/>
          <w:strike w:val="0"/>
          <w:sz w:val="24"/>
          <w:u w:val="single"/>
        </w:rPr>
        <w:t xml:space="preserve"> generals and strategic </w:t>
      </w:r>
      <w:r>
        <w:rPr>
          <w:b/>
          <w:i w:val="0"/>
          <w:smallCaps w:val="0"/>
          <w:strike w:val="0"/>
          <w:sz w:val="24"/>
          <w:highlight w:val="cyan"/>
          <w:u w:val="single"/>
        </w:rPr>
        <w:t>thinkers</w:t>
      </w:r>
      <w:r>
        <w:rPr>
          <w:b/>
          <w:i w:val="0"/>
          <w:smallCaps w:val="0"/>
          <w:strike w:val="0"/>
          <w:sz w:val="22"/>
          <w:highlight w:val="cyan"/>
          <w:u w:val="single"/>
        </w:rPr>
        <w:t xml:space="preserve"> admitted</w:t>
      </w:r>
      <w:r>
        <w:rPr>
          <w:b w:val="0"/>
          <w:i w:val="0"/>
          <w:smallCaps w:val="0"/>
          <w:strike w:val="0"/>
          <w:sz w:val="16"/>
          <w:u w:val="none"/>
        </w:rPr>
        <w:t xml:space="preserve"> in candid moments, </w:t>
      </w:r>
      <w:r>
        <w:rPr>
          <w:b/>
          <w:i w:val="0"/>
          <w:smallCaps w:val="0"/>
          <w:strike w:val="0"/>
          <w:sz w:val="24"/>
          <w:highlight w:val="cyan"/>
          <w:u w:val="single"/>
        </w:rPr>
        <w:t>NATO</w:t>
      </w:r>
      <w:r>
        <w:rPr>
          <w:b/>
          <w:i w:val="0"/>
          <w:smallCaps w:val="0"/>
          <w:strike w:val="0"/>
          <w:sz w:val="24"/>
          <w:u w:val="single"/>
        </w:rPr>
        <w:t>’s expansion</w:t>
      </w:r>
      <w:r>
        <w:rPr>
          <w:b/>
          <w:i w:val="0"/>
          <w:smallCaps w:val="0"/>
          <w:strike w:val="0"/>
          <w:sz w:val="22"/>
          <w:u w:val="single"/>
        </w:rPr>
        <w:t xml:space="preserve"> </w:t>
      </w:r>
      <w:r>
        <w:rPr>
          <w:b/>
          <w:i w:val="0"/>
          <w:smallCaps w:val="0"/>
          <w:strike w:val="0"/>
          <w:sz w:val="22"/>
          <w:highlight w:val="cyan"/>
          <w:u w:val="single"/>
        </w:rPr>
        <w:t>did not increase</w:t>
      </w:r>
      <w:r>
        <w:rPr>
          <w:b/>
          <w:i w:val="0"/>
          <w:smallCaps w:val="0"/>
          <w:strike w:val="0"/>
          <w:sz w:val="22"/>
          <w:u w:val="single"/>
        </w:rPr>
        <w:t xml:space="preserve"> </w:t>
      </w:r>
      <w:r>
        <w:rPr>
          <w:b/>
          <w:i w:val="0"/>
          <w:smallCaps w:val="0"/>
          <w:strike w:val="0"/>
          <w:sz w:val="24"/>
          <w:u w:val="single"/>
        </w:rPr>
        <w:t>the alliance’s overall military capabilities</w:t>
      </w:r>
      <w:r>
        <w:rPr>
          <w:b/>
          <w:i w:val="0"/>
          <w:smallCaps w:val="0"/>
          <w:strike w:val="0"/>
          <w:sz w:val="22"/>
          <w:u w:val="single"/>
        </w:rPr>
        <w:t xml:space="preserve"> or </w:t>
      </w:r>
      <w:r>
        <w:rPr>
          <w:b/>
          <w:i w:val="0"/>
          <w:smallCaps w:val="0"/>
          <w:strike w:val="0"/>
          <w:sz w:val="24"/>
          <w:u w:val="single"/>
        </w:rPr>
        <w:t xml:space="preserve">the </w:t>
      </w:r>
      <w:r>
        <w:rPr>
          <w:b/>
          <w:i w:val="0"/>
          <w:smallCaps w:val="0"/>
          <w:strike w:val="0"/>
          <w:sz w:val="24"/>
          <w:highlight w:val="cyan"/>
          <w:u w:val="single"/>
        </w:rPr>
        <w:t>threat to</w:t>
      </w:r>
      <w:r>
        <w:rPr>
          <w:b/>
          <w:i w:val="0"/>
          <w:smallCaps w:val="0"/>
          <w:strike w:val="0"/>
          <w:sz w:val="24"/>
          <w:u w:val="single"/>
        </w:rPr>
        <w:t xml:space="preserve"> Russian </w:t>
      </w:r>
      <w:r>
        <w:rPr>
          <w:b/>
          <w:i w:val="0"/>
          <w:smallCaps w:val="0"/>
          <w:strike w:val="0"/>
          <w:sz w:val="24"/>
          <w:highlight w:val="cyan"/>
          <w:u w:val="single"/>
        </w:rPr>
        <w:t>security</w:t>
      </w:r>
      <w:r>
        <w:rPr>
          <w:b w:val="0"/>
          <w:i w:val="0"/>
          <w:smallCaps w:val="0"/>
          <w:strike w:val="0"/>
          <w:sz w:val="16"/>
          <w:u w:val="none"/>
        </w:rPr>
        <w:t xml:space="preserve">. The two decades after the Cold War saw steady decreases in the numbers of U.S. troops in Europe and, even by Russian estimates, an overall reduction of the “joint military potential of its members.”140 </w:t>
      </w:r>
      <w:r>
        <w:rPr>
          <w:b/>
          <w:i w:val="0"/>
          <w:smallCaps w:val="0"/>
          <w:strike w:val="0"/>
          <w:sz w:val="22"/>
          <w:u w:val="single"/>
        </w:rPr>
        <w:t xml:space="preserve">Putin </w:t>
      </w:r>
      <w:r>
        <w:rPr>
          <w:b/>
          <w:i w:val="0"/>
          <w:smallCaps w:val="0"/>
          <w:strike w:val="0"/>
          <w:sz w:val="24"/>
          <w:u w:val="single"/>
        </w:rPr>
        <w:t>certainly had much less reason</w:t>
      </w:r>
      <w:r>
        <w:rPr>
          <w:b/>
          <w:i w:val="0"/>
          <w:smallCaps w:val="0"/>
          <w:strike w:val="0"/>
          <w:sz w:val="22"/>
          <w:u w:val="single"/>
        </w:rPr>
        <w:t xml:space="preserve"> to worry about</w:t>
      </w:r>
      <w:r>
        <w:rPr>
          <w:b w:val="0"/>
          <w:i w:val="0"/>
          <w:smallCaps w:val="0"/>
          <w:strike w:val="0"/>
          <w:sz w:val="16"/>
          <w:u w:val="none"/>
        </w:rPr>
        <w:t xml:space="preserve"> the U.S. or </w:t>
      </w:r>
      <w:r>
        <w:rPr>
          <w:b/>
          <w:i w:val="0"/>
          <w:smallCaps w:val="0"/>
          <w:strike w:val="0"/>
          <w:sz w:val="22"/>
          <w:u w:val="single"/>
        </w:rPr>
        <w:t>NATO</w:t>
      </w:r>
      <w:r>
        <w:rPr>
          <w:b w:val="0"/>
          <w:i w:val="0"/>
          <w:smallCaps w:val="0"/>
          <w:strike w:val="0"/>
          <w:sz w:val="16"/>
          <w:u w:val="none"/>
        </w:rPr>
        <w:t xml:space="preserve"> threat </w:t>
      </w:r>
      <w:r>
        <w:rPr>
          <w:b/>
          <w:i w:val="0"/>
          <w:smallCaps w:val="0"/>
          <w:strike w:val="0"/>
          <w:sz w:val="22"/>
          <w:u w:val="single"/>
        </w:rPr>
        <w:t>when</w:t>
      </w:r>
      <w:r>
        <w:rPr>
          <w:b w:val="0"/>
          <w:i w:val="0"/>
          <w:smallCaps w:val="0"/>
          <w:strike w:val="0"/>
          <w:sz w:val="16"/>
          <w:u w:val="none"/>
        </w:rPr>
        <w:t xml:space="preserve"> Barack </w:t>
      </w:r>
      <w:r>
        <w:rPr>
          <w:b/>
          <w:i w:val="0"/>
          <w:smallCaps w:val="0"/>
          <w:strike w:val="0"/>
          <w:sz w:val="22"/>
          <w:u w:val="single"/>
        </w:rPr>
        <w:t xml:space="preserve">Obama was in the White House than Gorbachev did in the era of </w:t>
      </w:r>
      <w:r>
        <w:rPr>
          <w:b/>
          <w:i w:val="0"/>
          <w:smallCaps w:val="0"/>
          <w:strike w:val="0"/>
          <w:sz w:val="24"/>
          <w:u w:val="single"/>
        </w:rPr>
        <w:t>the Reagan defense buildup</w:t>
      </w:r>
      <w:r>
        <w:rPr>
          <w:b w:val="0"/>
          <w:i w:val="0"/>
          <w:smallCaps w:val="0"/>
          <w:strike w:val="0"/>
          <w:sz w:val="16"/>
          <w:u w:val="none"/>
        </w:rPr>
        <w:t>. More than Russia’s security, NATO’s enlargement threatened Russia’s ability to reassert its regional sphere of interest, to reclaim its position as a dominant power in Eastern and Central Europe and its standing on the world stage as an equal of the United States.</w:t>
      </w:r>
    </w:p>
    <w:p>
      <w:pPr>
        <w:spacing w:after="60"/>
      </w:pPr>
      <w:r>
        <w:rPr>
          <w:b w:val="0"/>
          <w:i w:val="0"/>
          <w:smallCaps w:val="0"/>
          <w:strike w:val="0"/>
          <w:sz w:val="16"/>
          <w:u w:val="none"/>
        </w:rPr>
        <w:t xml:space="preserve">This may not have been strictly rational, but feelings of pride and honor are often more potent than rational calculations of interest. They shaped the policies of Germany and Japan, the self-described “have-not” nations of the late nineteenth and twentieth centuries, and the result was to create self-fulfilling prophecies. Germany’s arms buildup accompanied by a bullying diplomacy produced the very predicament German leaders claimed to fear: the encirclement by hostile neighbors. Russia’s actions have had the same effect. By the end of the Obama administration, </w:t>
      </w:r>
      <w:r>
        <w:rPr>
          <w:b/>
          <w:i w:val="0"/>
          <w:smallCaps w:val="0"/>
          <w:strike w:val="0"/>
          <w:sz w:val="22"/>
          <w:highlight w:val="cyan"/>
          <w:u w:val="single"/>
        </w:rPr>
        <w:t>Putin</w:t>
      </w:r>
      <w:r>
        <w:rPr>
          <w:b w:val="0"/>
          <w:i w:val="0"/>
          <w:smallCaps w:val="0"/>
          <w:strike w:val="0"/>
          <w:sz w:val="16"/>
          <w:u w:val="none"/>
        </w:rPr>
        <w:t xml:space="preserve">’s </w:t>
      </w:r>
      <w:r>
        <w:rPr>
          <w:b/>
          <w:i w:val="0"/>
          <w:smallCaps w:val="0"/>
          <w:strike w:val="0"/>
          <w:sz w:val="22"/>
          <w:highlight w:val="cyan"/>
          <w:u w:val="single"/>
        </w:rPr>
        <w:t>attempts to restore</w:t>
      </w:r>
      <w:r>
        <w:rPr>
          <w:b/>
          <w:i w:val="0"/>
          <w:smallCaps w:val="0"/>
          <w:strike w:val="0"/>
          <w:sz w:val="22"/>
          <w:u w:val="single"/>
        </w:rPr>
        <w:t xml:space="preserve"> </w:t>
      </w:r>
      <w:r>
        <w:rPr>
          <w:b/>
          <w:i w:val="0"/>
          <w:smallCaps w:val="0"/>
          <w:strike w:val="0"/>
          <w:sz w:val="24"/>
          <w:u w:val="single"/>
        </w:rPr>
        <w:t xml:space="preserve">Russian </w:t>
      </w:r>
      <w:r>
        <w:rPr>
          <w:b/>
          <w:i w:val="0"/>
          <w:smallCaps w:val="0"/>
          <w:strike w:val="0"/>
          <w:sz w:val="24"/>
          <w:highlight w:val="cyan"/>
          <w:u w:val="single"/>
        </w:rPr>
        <w:t>influence</w:t>
      </w:r>
      <w:r>
        <w:rPr>
          <w:b w:val="0"/>
          <w:i w:val="0"/>
          <w:smallCaps w:val="0"/>
          <w:strike w:val="0"/>
          <w:sz w:val="16"/>
          <w:u w:val="none"/>
        </w:rPr>
        <w:t xml:space="preserve"> and military involvement </w:t>
      </w:r>
      <w:r>
        <w:rPr>
          <w:b/>
          <w:i w:val="0"/>
          <w:smallCaps w:val="0"/>
          <w:strike w:val="0"/>
          <w:sz w:val="22"/>
          <w:highlight w:val="cyan"/>
          <w:u w:val="single"/>
        </w:rPr>
        <w:t>from</w:t>
      </w:r>
      <w:r>
        <w:rPr>
          <w:b/>
          <w:i w:val="0"/>
          <w:smallCaps w:val="0"/>
          <w:strike w:val="0"/>
          <w:sz w:val="22"/>
          <w:u w:val="single"/>
        </w:rPr>
        <w:t xml:space="preserve"> </w:t>
      </w:r>
      <w:r>
        <w:rPr>
          <w:b/>
          <w:i w:val="0"/>
          <w:smallCaps w:val="0"/>
          <w:strike w:val="0"/>
          <w:sz w:val="24"/>
          <w:u w:val="single"/>
        </w:rPr>
        <w:t xml:space="preserve">Northern </w:t>
      </w:r>
      <w:r>
        <w:rPr>
          <w:b/>
          <w:i w:val="0"/>
          <w:smallCaps w:val="0"/>
          <w:strike w:val="0"/>
          <w:sz w:val="24"/>
          <w:highlight w:val="cyan"/>
          <w:u w:val="single"/>
        </w:rPr>
        <w:t>Europe</w:t>
      </w:r>
      <w:r>
        <w:rPr>
          <w:b/>
          <w:i w:val="0"/>
          <w:smallCaps w:val="0"/>
          <w:strike w:val="0"/>
          <w:sz w:val="22"/>
          <w:highlight w:val="cyan"/>
          <w:u w:val="single"/>
        </w:rPr>
        <w:t xml:space="preserve"> to the</w:t>
      </w:r>
      <w:r>
        <w:rPr>
          <w:b/>
          <w:i w:val="0"/>
          <w:smallCaps w:val="0"/>
          <w:strike w:val="0"/>
          <w:sz w:val="22"/>
          <w:u w:val="single"/>
        </w:rPr>
        <w:t xml:space="preserve"> </w:t>
      </w:r>
      <w:r>
        <w:rPr>
          <w:b/>
          <w:i w:val="0"/>
          <w:smallCaps w:val="0"/>
          <w:strike w:val="0"/>
          <w:sz w:val="24"/>
          <w:u w:val="single"/>
        </w:rPr>
        <w:t xml:space="preserve">Middle </w:t>
      </w:r>
      <w:r>
        <w:rPr>
          <w:b/>
          <w:i w:val="0"/>
          <w:smallCaps w:val="0"/>
          <w:strike w:val="0"/>
          <w:sz w:val="24"/>
          <w:highlight w:val="cyan"/>
          <w:u w:val="single"/>
        </w:rPr>
        <w:t>East</w:t>
      </w:r>
      <w:r>
        <w:rPr>
          <w:b w:val="0"/>
          <w:i w:val="0"/>
          <w:smallCaps w:val="0"/>
          <w:strike w:val="0"/>
          <w:sz w:val="16"/>
          <w:u w:val="none"/>
        </w:rPr>
        <w:t xml:space="preserve"> sufficiently unnerved its neighbors that the United States felt compelled to increase its military role in a region from which it had been steadily pulling away. Last year American forces in Eastern Europe increased for the first time in three decades.</w:t>
      </w:r>
    </w:p>
    <w:p>
      <w:pPr>
        <w:spacing w:after="60"/>
      </w:pPr>
      <w:r>
        <w:rPr>
          <w:b w:val="0"/>
          <w:i w:val="0"/>
          <w:smallCaps w:val="0"/>
          <w:strike w:val="0"/>
          <w:sz w:val="16"/>
          <w:u w:val="none"/>
        </w:rPr>
        <w:t xml:space="preserve">Many in the West have seen this as a “security dilemma” and sought ways to solve what they regard as an unfortunate misunderstanding. Such was the theory behind the Obama administration effort to </w:t>
      </w:r>
      <w:r>
        <w:rPr>
          <w:b/>
          <w:i w:val="0"/>
          <w:smallCaps w:val="0"/>
          <w:strike w:val="0"/>
          <w:sz w:val="24"/>
          <w:highlight w:val="cyan"/>
          <w:u w:val="single"/>
        </w:rPr>
        <w:t>“reset”</w:t>
      </w:r>
      <w:r>
        <w:rPr>
          <w:b w:val="0"/>
          <w:i w:val="0"/>
          <w:smallCaps w:val="0"/>
          <w:strike w:val="0"/>
          <w:sz w:val="16"/>
          <w:u w:val="none"/>
        </w:rPr>
        <w:t xml:space="preserve"> relations with Russia back in 2009. That effort </w:t>
      </w:r>
      <w:r>
        <w:rPr>
          <w:b/>
          <w:i w:val="0"/>
          <w:smallCaps w:val="0"/>
          <w:strike w:val="0"/>
          <w:sz w:val="22"/>
          <w:u w:val="single"/>
        </w:rPr>
        <w:t>failed</w:t>
      </w:r>
      <w:r>
        <w:rPr>
          <w:b w:val="0"/>
          <w:i w:val="0"/>
          <w:smallCaps w:val="0"/>
          <w:strike w:val="0"/>
          <w:sz w:val="16"/>
          <w:u w:val="none"/>
        </w:rPr>
        <w:t xml:space="preserve">, however, and in large part </w:t>
      </w:r>
      <w:r>
        <w:rPr>
          <w:b/>
          <w:i w:val="0"/>
          <w:smallCaps w:val="0"/>
          <w:strike w:val="0"/>
          <w:sz w:val="22"/>
          <w:u w:val="single"/>
        </w:rPr>
        <w:t xml:space="preserve">because it </w:t>
      </w:r>
      <w:r>
        <w:rPr>
          <w:b/>
          <w:i w:val="0"/>
          <w:smallCaps w:val="0"/>
          <w:strike w:val="0"/>
          <w:sz w:val="22"/>
          <w:highlight w:val="cyan"/>
          <w:u w:val="single"/>
        </w:rPr>
        <w:t>misdiagnosed</w:t>
      </w:r>
      <w:r>
        <w:rPr>
          <w:b/>
          <w:i w:val="0"/>
          <w:smallCaps w:val="0"/>
          <w:strike w:val="0"/>
          <w:sz w:val="22"/>
          <w:u w:val="single"/>
        </w:rPr>
        <w:t xml:space="preserve"> </w:t>
      </w:r>
      <w:r>
        <w:rPr>
          <w:b/>
          <w:i w:val="0"/>
          <w:smallCaps w:val="0"/>
          <w:strike w:val="0"/>
          <w:sz w:val="24"/>
          <w:u w:val="single"/>
        </w:rPr>
        <w:t xml:space="preserve">Russians’ feelings and </w:t>
      </w:r>
      <w:r>
        <w:rPr>
          <w:b/>
          <w:i w:val="0"/>
          <w:smallCaps w:val="0"/>
          <w:strike w:val="0"/>
          <w:sz w:val="24"/>
          <w:highlight w:val="cyan"/>
          <w:u w:val="single"/>
        </w:rPr>
        <w:t>motives</w:t>
      </w:r>
      <w:r>
        <w:rPr>
          <w:b w:val="0"/>
          <w:i w:val="0"/>
          <w:smallCaps w:val="0"/>
          <w:strike w:val="0"/>
          <w:sz w:val="16"/>
          <w:u w:val="none"/>
        </w:rPr>
        <w:t xml:space="preserve">. In the classic security dilemma as imagined by international relations theorists, insecurity rises on both sides despite the fact that both sides are trying to reduce their insecurity. Tensions rise even as both sides seek to reduce tensions. Yet </w:t>
      </w:r>
      <w:r>
        <w:rPr>
          <w:b/>
          <w:i w:val="0"/>
          <w:smallCaps w:val="0"/>
          <w:strike w:val="0"/>
          <w:sz w:val="22"/>
          <w:u w:val="single"/>
        </w:rPr>
        <w:t xml:space="preserve">reducing tensions has </w:t>
      </w:r>
      <w:r>
        <w:rPr>
          <w:b/>
          <w:i w:val="0"/>
          <w:smallCaps w:val="0"/>
          <w:strike w:val="0"/>
          <w:sz w:val="24"/>
          <w:u w:val="single"/>
        </w:rPr>
        <w:t>never</w:t>
      </w:r>
      <w:r>
        <w:rPr>
          <w:b/>
          <w:i w:val="0"/>
          <w:smallCaps w:val="0"/>
          <w:strike w:val="0"/>
          <w:sz w:val="22"/>
          <w:u w:val="single"/>
        </w:rPr>
        <w:t xml:space="preserve"> been </w:t>
      </w:r>
      <w:r>
        <w:rPr>
          <w:b/>
          <w:i w:val="0"/>
          <w:smallCaps w:val="0"/>
          <w:strike w:val="0"/>
          <w:sz w:val="22"/>
          <w:highlight w:val="cyan"/>
          <w:u w:val="single"/>
        </w:rPr>
        <w:t>Putin</w:t>
      </w:r>
      <w:r>
        <w:rPr>
          <w:b/>
          <w:i w:val="0"/>
          <w:smallCaps w:val="0"/>
          <w:strike w:val="0"/>
          <w:sz w:val="22"/>
          <w:u w:val="single"/>
        </w:rPr>
        <w:t>’s objective. He</w:t>
      </w:r>
      <w:r>
        <w:rPr>
          <w:b w:val="0"/>
          <w:i w:val="0"/>
          <w:smallCaps w:val="0"/>
          <w:strike w:val="0"/>
          <w:sz w:val="16"/>
          <w:u w:val="none"/>
        </w:rPr>
        <w:t xml:space="preserve"> has </w:t>
      </w:r>
      <w:r>
        <w:rPr>
          <w:b/>
          <w:i w:val="0"/>
          <w:smallCaps w:val="0"/>
          <w:strike w:val="0"/>
          <w:sz w:val="22"/>
          <w:highlight w:val="cyan"/>
          <w:u w:val="single"/>
        </w:rPr>
        <w:t xml:space="preserve">wanted to </w:t>
      </w:r>
      <w:r>
        <w:rPr>
          <w:b/>
          <w:i w:val="0"/>
          <w:smallCaps w:val="0"/>
          <w:strike w:val="0"/>
          <w:sz w:val="24"/>
          <w:highlight w:val="cyan"/>
          <w:u w:val="single"/>
        </w:rPr>
        <w:t>increase</w:t>
      </w:r>
      <w:r>
        <w:rPr>
          <w:b/>
          <w:i w:val="0"/>
          <w:smallCaps w:val="0"/>
          <w:strike w:val="0"/>
          <w:sz w:val="24"/>
          <w:u w:val="single"/>
        </w:rPr>
        <w:t xml:space="preserve"> tensions, and </w:t>
      </w:r>
      <w:r>
        <w:rPr>
          <w:b/>
          <w:i w:val="0"/>
          <w:smallCaps w:val="0"/>
          <w:strike w:val="0"/>
          <w:sz w:val="24"/>
          <w:highlight w:val="cyan"/>
          <w:u w:val="single"/>
        </w:rPr>
        <w:t>insecurity</w:t>
      </w:r>
      <w:r>
        <w:rPr>
          <w:b w:val="0"/>
          <w:i w:val="0"/>
          <w:smallCaps w:val="0"/>
          <w:strike w:val="0"/>
          <w:sz w:val="16"/>
          <w:u w:val="none"/>
        </w:rPr>
        <w:t>, on both sides. And he has had sound reasons for wanting to do so.</w:t>
      </w:r>
    </w:p>
    <w:p>
      <w:pPr>
        <w:spacing w:after="60"/>
      </w:pPr>
      <w:r>
        <w:rPr>
          <w:b w:val="0"/>
          <w:i w:val="0"/>
          <w:smallCaps w:val="0"/>
          <w:strike w:val="0"/>
          <w:sz w:val="16"/>
          <w:u w:val="none"/>
        </w:rPr>
        <w:t xml:space="preserve">The problem Russia has faced since the end of the Cold War is that </w:t>
      </w:r>
      <w:r>
        <w:rPr>
          <w:b/>
          <w:i w:val="0"/>
          <w:smallCaps w:val="0"/>
          <w:strike w:val="0"/>
          <w:sz w:val="24"/>
          <w:u w:val="single"/>
        </w:rPr>
        <w:t xml:space="preserve">the </w:t>
      </w:r>
      <w:r>
        <w:rPr>
          <w:b/>
          <w:i w:val="0"/>
          <w:smallCaps w:val="0"/>
          <w:strike w:val="0"/>
          <w:sz w:val="24"/>
          <w:highlight w:val="cyan"/>
          <w:u w:val="single"/>
        </w:rPr>
        <w:t>greatness</w:t>
      </w:r>
      <w:r>
        <w:rPr>
          <w:b/>
          <w:i w:val="0"/>
          <w:smallCaps w:val="0"/>
          <w:strike w:val="0"/>
          <w:sz w:val="22"/>
          <w:highlight w:val="cyan"/>
          <w:u w:val="single"/>
        </w:rPr>
        <w:t xml:space="preserve"> Putin</w:t>
      </w:r>
      <w:r>
        <w:rPr>
          <w:b/>
          <w:i w:val="0"/>
          <w:smallCaps w:val="0"/>
          <w:strike w:val="0"/>
          <w:sz w:val="22"/>
          <w:u w:val="single"/>
        </w:rPr>
        <w:t xml:space="preserve"> and</w:t>
      </w:r>
      <w:r>
        <w:rPr>
          <w:b w:val="0"/>
          <w:i w:val="0"/>
          <w:smallCaps w:val="0"/>
          <w:strike w:val="0"/>
          <w:sz w:val="16"/>
          <w:u w:val="none"/>
        </w:rPr>
        <w:t xml:space="preserve"> many </w:t>
      </w:r>
      <w:r>
        <w:rPr>
          <w:b/>
          <w:i w:val="0"/>
          <w:smallCaps w:val="0"/>
          <w:strike w:val="0"/>
          <w:sz w:val="22"/>
          <w:u w:val="single"/>
        </w:rPr>
        <w:t xml:space="preserve">Russians </w:t>
      </w:r>
      <w:r>
        <w:rPr>
          <w:b/>
          <w:i w:val="0"/>
          <w:smallCaps w:val="0"/>
          <w:strike w:val="0"/>
          <w:sz w:val="22"/>
          <w:highlight w:val="cyan"/>
          <w:u w:val="single"/>
        </w:rPr>
        <w:t>seek cannot be achieved in</w:t>
      </w:r>
      <w:r>
        <w:rPr>
          <w:b/>
          <w:i w:val="0"/>
          <w:smallCaps w:val="0"/>
          <w:strike w:val="0"/>
          <w:sz w:val="22"/>
          <w:u w:val="single"/>
        </w:rPr>
        <w:t xml:space="preserve"> a world that is </w:t>
      </w:r>
      <w:r>
        <w:rPr>
          <w:b/>
          <w:i w:val="0"/>
          <w:smallCaps w:val="0"/>
          <w:strike w:val="0"/>
          <w:sz w:val="24"/>
          <w:u w:val="single"/>
        </w:rPr>
        <w:t>secure and stable</w:t>
      </w:r>
      <w:r>
        <w:rPr>
          <w:b/>
          <w:i w:val="0"/>
          <w:smallCaps w:val="0"/>
          <w:strike w:val="0"/>
          <w:sz w:val="22"/>
          <w:u w:val="single"/>
        </w:rPr>
        <w:t>, in which</w:t>
      </w:r>
      <w:r>
        <w:rPr>
          <w:b/>
          <w:i w:val="0"/>
          <w:smallCaps w:val="0"/>
          <w:strike w:val="0"/>
          <w:sz w:val="22"/>
          <w:u w:val="single"/>
        </w:rPr>
        <w:t xml:space="preserve"> </w:t>
      </w:r>
      <w:r>
        <w:rPr>
          <w:b/>
          <w:i w:val="0"/>
          <w:smallCaps w:val="0"/>
          <w:strike w:val="0"/>
          <w:sz w:val="22"/>
          <w:highlight w:val="cyan"/>
          <w:u w:val="single"/>
        </w:rPr>
        <w:t xml:space="preserve">the </w:t>
      </w:r>
      <w:r>
        <w:rPr>
          <w:b/>
          <w:i w:val="0"/>
          <w:smallCaps w:val="0"/>
          <w:strike w:val="0"/>
          <w:sz w:val="24"/>
          <w:highlight w:val="cyan"/>
          <w:u w:val="single"/>
        </w:rPr>
        <w:t>liberal order</w:t>
      </w:r>
      <w:r>
        <w:rPr>
          <w:b/>
          <w:i w:val="0"/>
          <w:smallCaps w:val="0"/>
          <w:strike w:val="0"/>
          <w:sz w:val="22"/>
          <w:u w:val="single"/>
        </w:rPr>
        <w:t xml:space="preserve"> remains </w:t>
      </w:r>
      <w:r>
        <w:rPr>
          <w:b/>
          <w:i w:val="0"/>
          <w:smallCaps w:val="0"/>
          <w:strike w:val="0"/>
          <w:sz w:val="24"/>
          <w:u w:val="single"/>
        </w:rPr>
        <w:t>coherent and cohesive</w:t>
      </w:r>
      <w:r>
        <w:rPr>
          <w:b w:val="0"/>
          <w:i w:val="0"/>
          <w:smallCaps w:val="0"/>
          <w:strike w:val="0"/>
          <w:sz w:val="16"/>
          <w:u w:val="none"/>
        </w:rPr>
        <w:t xml:space="preserve">, especially in Europe, </w:t>
      </w:r>
      <w:r>
        <w:rPr>
          <w:b/>
          <w:i w:val="0"/>
          <w:smallCaps w:val="0"/>
          <w:strike w:val="0"/>
          <w:sz w:val="22"/>
          <w:highlight w:val="cyan"/>
          <w:u w:val="single"/>
        </w:rPr>
        <w:t xml:space="preserve">and in which the </w:t>
      </w:r>
      <w:r>
        <w:rPr>
          <w:b/>
          <w:i w:val="0"/>
          <w:smallCaps w:val="0"/>
          <w:strike w:val="0"/>
          <w:sz w:val="24"/>
          <w:highlight w:val="cyan"/>
          <w:u w:val="single"/>
        </w:rPr>
        <w:t>U</w:t>
      </w:r>
      <w:r>
        <w:rPr>
          <w:b w:val="0"/>
          <w:i w:val="0"/>
          <w:smallCaps w:val="0"/>
          <w:strike w:val="0"/>
          <w:sz w:val="16"/>
          <w:u w:val="none"/>
        </w:rPr>
        <w:t xml:space="preserve">nited </w:t>
      </w:r>
      <w:r>
        <w:rPr>
          <w:b/>
          <w:i w:val="0"/>
          <w:smallCaps w:val="0"/>
          <w:strike w:val="0"/>
          <w:sz w:val="24"/>
          <w:highlight w:val="cyan"/>
          <w:u w:val="single"/>
        </w:rPr>
        <w:t>S</w:t>
      </w:r>
      <w:r>
        <w:rPr>
          <w:b w:val="0"/>
          <w:i w:val="0"/>
          <w:smallCaps w:val="0"/>
          <w:strike w:val="0"/>
          <w:sz w:val="16"/>
          <w:u w:val="none"/>
        </w:rPr>
        <w:t xml:space="preserve">tates </w:t>
      </w:r>
      <w:r>
        <w:rPr>
          <w:b/>
          <w:i w:val="0"/>
          <w:smallCaps w:val="0"/>
          <w:strike w:val="0"/>
          <w:sz w:val="22"/>
          <w:highlight w:val="cyan"/>
          <w:u w:val="single"/>
        </w:rPr>
        <w:t>remains</w:t>
      </w:r>
      <w:r>
        <w:rPr>
          <w:b/>
          <w:i w:val="0"/>
          <w:smallCaps w:val="0"/>
          <w:strike w:val="0"/>
          <w:sz w:val="22"/>
          <w:u w:val="single"/>
        </w:rPr>
        <w:t xml:space="preserve"> willing</w:t>
      </w:r>
      <w:r>
        <w:rPr>
          <w:b w:val="0"/>
          <w:i w:val="0"/>
          <w:smallCaps w:val="0"/>
          <w:strike w:val="0"/>
          <w:sz w:val="16"/>
          <w:u w:val="none"/>
        </w:rPr>
        <w:t xml:space="preserve"> and able </w:t>
      </w:r>
      <w:r>
        <w:rPr>
          <w:b/>
          <w:i w:val="0"/>
          <w:smallCaps w:val="0"/>
          <w:strike w:val="0"/>
          <w:sz w:val="22"/>
          <w:u w:val="single"/>
        </w:rPr>
        <w:t xml:space="preserve">to </w:t>
      </w:r>
      <w:r>
        <w:rPr>
          <w:b/>
          <w:i w:val="0"/>
          <w:smallCaps w:val="0"/>
          <w:strike w:val="0"/>
          <w:sz w:val="22"/>
          <w:u w:val="single"/>
        </w:rPr>
        <w:t>continue providing</w:t>
      </w:r>
      <w:r>
        <w:rPr>
          <w:b/>
          <w:i w:val="0"/>
          <w:smallCaps w:val="0"/>
          <w:strike w:val="0"/>
          <w:sz w:val="22"/>
          <w:u w:val="single"/>
        </w:rPr>
        <w:t xml:space="preserve"> the </w:t>
      </w:r>
      <w:r>
        <w:rPr>
          <w:b/>
          <w:i w:val="0"/>
          <w:smallCaps w:val="0"/>
          <w:strike w:val="0"/>
          <w:sz w:val="24"/>
          <w:u w:val="single"/>
        </w:rPr>
        <w:t>basic guarantees</w:t>
      </w:r>
      <w:r>
        <w:rPr>
          <w:b/>
          <w:i w:val="0"/>
          <w:smallCaps w:val="0"/>
          <w:strike w:val="0"/>
          <w:sz w:val="22"/>
          <w:u w:val="single"/>
        </w:rPr>
        <w:t xml:space="preserve"> that make the </w:t>
      </w:r>
      <w:r>
        <w:rPr>
          <w:b/>
          <w:i w:val="0"/>
          <w:smallCaps w:val="0"/>
          <w:strike w:val="0"/>
          <w:sz w:val="24"/>
          <w:u w:val="single"/>
        </w:rPr>
        <w:t>liberal order possible</w:t>
      </w:r>
      <w:r>
        <w:rPr>
          <w:b/>
          <w:i w:val="0"/>
          <w:smallCaps w:val="0"/>
          <w:strike w:val="0"/>
          <w:sz w:val="22"/>
          <w:u w:val="single"/>
        </w:rPr>
        <w:t xml:space="preserve">. </w:t>
      </w:r>
      <w:r>
        <w:rPr>
          <w:b/>
          <w:i w:val="0"/>
          <w:smallCaps w:val="0"/>
          <w:strike w:val="0"/>
          <w:sz w:val="22"/>
          <w:u w:val="single"/>
        </w:rPr>
        <w:t xml:space="preserve">Russia’s economy today is </w:t>
      </w:r>
      <w:r>
        <w:rPr>
          <w:b/>
          <w:i w:val="0"/>
          <w:smallCaps w:val="0"/>
          <w:strike w:val="0"/>
          <w:sz w:val="24"/>
          <w:u w:val="single"/>
        </w:rPr>
        <w:t>the size of Spain’s</w:t>
      </w:r>
      <w:r>
        <w:rPr>
          <w:b/>
          <w:i w:val="0"/>
          <w:smallCaps w:val="0"/>
          <w:strike w:val="0"/>
          <w:sz w:val="22"/>
          <w:u w:val="single"/>
        </w:rPr>
        <w:t xml:space="preserve">. Its military, except for </w:t>
      </w:r>
      <w:r>
        <w:rPr>
          <w:b/>
          <w:i w:val="0"/>
          <w:smallCaps w:val="0"/>
          <w:strike w:val="0"/>
          <w:sz w:val="24"/>
          <w:u w:val="single"/>
        </w:rPr>
        <w:t>its nuclear force</w:t>
      </w:r>
      <w:r>
        <w:rPr>
          <w:b/>
          <w:i w:val="0"/>
          <w:smallCaps w:val="0"/>
          <w:strike w:val="0"/>
          <w:sz w:val="22"/>
          <w:u w:val="single"/>
        </w:rPr>
        <w:t xml:space="preserve">, is no longer that of a superpower. </w:t>
      </w:r>
      <w:r>
        <w:rPr>
          <w:b/>
          <w:i w:val="0"/>
          <w:smallCaps w:val="0"/>
          <w:strike w:val="0"/>
          <w:sz w:val="24"/>
          <w:u w:val="single"/>
        </w:rPr>
        <w:t>Its demographic trends</w:t>
      </w:r>
      <w:r>
        <w:rPr>
          <w:b/>
          <w:i w:val="0"/>
          <w:smallCaps w:val="0"/>
          <w:strike w:val="0"/>
          <w:sz w:val="22"/>
          <w:u w:val="single"/>
        </w:rPr>
        <w:t xml:space="preserve"> suggest a nation in decline</w:t>
      </w:r>
      <w:r>
        <w:rPr>
          <w:b w:val="0"/>
          <w:i w:val="0"/>
          <w:smallCaps w:val="0"/>
          <w:strike w:val="0"/>
          <w:sz w:val="16"/>
          <w:u w:val="none"/>
        </w:rPr>
        <w:t xml:space="preserve">. The present world order affords Russia the chance to be more secure than at any time in its history. But in this world order Russia cannot be a superpower. </w:t>
      </w:r>
      <w:r>
        <w:rPr>
          <w:b/>
          <w:i w:val="0"/>
          <w:smallCaps w:val="0"/>
          <w:strike w:val="0"/>
          <w:sz w:val="22"/>
          <w:highlight w:val="cyan"/>
          <w:u w:val="single"/>
        </w:rPr>
        <w:t xml:space="preserve">To achieve </w:t>
      </w:r>
      <w:r>
        <w:rPr>
          <w:b/>
          <w:i w:val="0"/>
          <w:smallCaps w:val="0"/>
          <w:strike w:val="0"/>
          <w:sz w:val="24"/>
          <w:highlight w:val="cyan"/>
          <w:u w:val="single"/>
        </w:rPr>
        <w:t>greatness</w:t>
      </w:r>
      <w:r>
        <w:rPr>
          <w:b/>
          <w:i w:val="0"/>
          <w:smallCaps w:val="0"/>
          <w:strike w:val="0"/>
          <w:sz w:val="24"/>
          <w:u w:val="single"/>
        </w:rPr>
        <w:t xml:space="preserve"> on the world stage</w:t>
      </w:r>
      <w:r>
        <w:rPr>
          <w:b/>
          <w:i w:val="0"/>
          <w:smallCaps w:val="0"/>
          <w:strike w:val="0"/>
          <w:sz w:val="22"/>
          <w:u w:val="single"/>
        </w:rPr>
        <w:t xml:space="preserve">, Russia must </w:t>
      </w:r>
      <w:r>
        <w:rPr>
          <w:b/>
          <w:i w:val="0"/>
          <w:smallCaps w:val="0"/>
          <w:strike w:val="0"/>
          <w:sz w:val="24"/>
          <w:u w:val="single"/>
        </w:rPr>
        <w:t>bring the world back</w:t>
      </w:r>
      <w:r>
        <w:rPr>
          <w:b/>
          <w:i w:val="0"/>
          <w:smallCaps w:val="0"/>
          <w:strike w:val="0"/>
          <w:sz w:val="22"/>
          <w:u w:val="single"/>
        </w:rPr>
        <w:t xml:space="preserve"> to a past when neither Russians nor anyone</w:t>
      </w:r>
      <w:r>
        <w:rPr>
          <w:b w:val="0"/>
          <w:i w:val="0"/>
          <w:smallCaps w:val="0"/>
          <w:strike w:val="0"/>
          <w:sz w:val="16"/>
          <w:u w:val="none"/>
        </w:rPr>
        <w:t xml:space="preserve"> else </w:t>
      </w:r>
      <w:r>
        <w:rPr>
          <w:b/>
          <w:i w:val="0"/>
          <w:smallCaps w:val="0"/>
          <w:strike w:val="0"/>
          <w:sz w:val="22"/>
          <w:u w:val="single"/>
        </w:rPr>
        <w:t>enjoyed security</w:t>
      </w:r>
      <w:r>
        <w:rPr>
          <w:b w:val="0"/>
          <w:i w:val="0"/>
          <w:smallCaps w:val="0"/>
          <w:strike w:val="0"/>
          <w:sz w:val="16"/>
          <w:u w:val="none"/>
        </w:rPr>
        <w:t xml:space="preserve">. To return Russia to its historical influence on the world stage, </w:t>
      </w:r>
      <w:r>
        <w:rPr>
          <w:b/>
          <w:i w:val="0"/>
          <w:smallCaps w:val="0"/>
          <w:strike w:val="0"/>
          <w:sz w:val="22"/>
          <w:highlight w:val="cyan"/>
          <w:u w:val="single"/>
        </w:rPr>
        <w:t xml:space="preserve">the </w:t>
      </w:r>
      <w:r>
        <w:rPr>
          <w:b/>
          <w:i w:val="0"/>
          <w:smallCaps w:val="0"/>
          <w:strike w:val="0"/>
          <w:sz w:val="24"/>
          <w:highlight w:val="cyan"/>
          <w:u w:val="single"/>
        </w:rPr>
        <w:t>liberal order</w:t>
      </w:r>
      <w:r>
        <w:rPr>
          <w:b/>
          <w:i w:val="0"/>
          <w:smallCaps w:val="0"/>
          <w:strike w:val="0"/>
          <w:sz w:val="22"/>
          <w:highlight w:val="cyan"/>
          <w:u w:val="single"/>
        </w:rPr>
        <w:t xml:space="preserve"> must be</w:t>
      </w:r>
      <w:r>
        <w:rPr>
          <w:b w:val="0"/>
          <w:i w:val="0"/>
          <w:smallCaps w:val="0"/>
          <w:strike w:val="0"/>
          <w:sz w:val="16"/>
          <w:u w:val="none"/>
        </w:rPr>
        <w:t xml:space="preserve"> weakened and </w:t>
      </w:r>
      <w:r>
        <w:rPr>
          <w:b/>
          <w:i w:val="0"/>
          <w:smallCaps w:val="0"/>
          <w:strike w:val="0"/>
          <w:sz w:val="24"/>
          <w:highlight w:val="cyan"/>
          <w:u w:val="single"/>
        </w:rPr>
        <w:t>toppled</w:t>
      </w:r>
      <w:r>
        <w:rPr>
          <w:b/>
          <w:i w:val="0"/>
          <w:smallCaps w:val="0"/>
          <w:strike w:val="0"/>
          <w:sz w:val="22"/>
          <w:u w:val="single"/>
        </w:rPr>
        <w:t>, and international</w:t>
      </w:r>
      <w:r>
        <w:rPr>
          <w:b w:val="0"/>
          <w:i w:val="0"/>
          <w:smallCaps w:val="0"/>
          <w:strike w:val="0"/>
          <w:sz w:val="16"/>
          <w:u w:val="none"/>
        </w:rPr>
        <w:t xml:space="preserve"> strategic </w:t>
      </w:r>
      <w:r>
        <w:rPr>
          <w:b/>
          <w:i w:val="0"/>
          <w:smallCaps w:val="0"/>
          <w:strike w:val="0"/>
          <w:sz w:val="22"/>
          <w:u w:val="single"/>
        </w:rPr>
        <w:t xml:space="preserve">competition must be returned to its normal </w:t>
      </w:r>
      <w:r>
        <w:rPr>
          <w:b/>
          <w:i w:val="0"/>
          <w:smallCaps w:val="0"/>
          <w:strike w:val="0"/>
          <w:sz w:val="24"/>
          <w:u w:val="single"/>
        </w:rPr>
        <w:t>historical state</w:t>
      </w:r>
      <w:r>
        <w:rPr>
          <w:b w:val="0"/>
          <w:i w:val="0"/>
          <w:smallCaps w:val="0"/>
          <w:strike w:val="0"/>
          <w:sz w:val="16"/>
          <w:u w:val="none"/>
        </w:rPr>
        <w:t>.</w:t>
      </w:r>
    </w:p>
    <w:p>
      <w:pPr>
        <w:spacing w:after="60"/>
      </w:pPr>
      <w:r>
        <w:rPr>
          <w:b/>
          <w:i w:val="0"/>
          <w:smallCaps w:val="0"/>
          <w:strike w:val="0"/>
          <w:sz w:val="22"/>
          <w:u w:val="single"/>
        </w:rPr>
        <w:t>Such</w:t>
      </w:r>
      <w:r>
        <w:rPr>
          <w:b w:val="0"/>
          <w:i w:val="0"/>
          <w:smallCaps w:val="0"/>
          <w:strike w:val="0"/>
          <w:sz w:val="16"/>
          <w:u w:val="none"/>
        </w:rPr>
        <w:t xml:space="preserve"> a world not only </w:t>
      </w:r>
      <w:r>
        <w:rPr>
          <w:b/>
          <w:i w:val="0"/>
          <w:smallCaps w:val="0"/>
          <w:strike w:val="0"/>
          <w:sz w:val="22"/>
          <w:u w:val="single"/>
        </w:rPr>
        <w:t xml:space="preserve">offers </w:t>
      </w:r>
      <w:r>
        <w:rPr>
          <w:b/>
          <w:i w:val="0"/>
          <w:smallCaps w:val="0"/>
          <w:strike w:val="0"/>
          <w:sz w:val="24"/>
          <w:u w:val="single"/>
        </w:rPr>
        <w:t>the best chance</w:t>
      </w:r>
      <w:r>
        <w:rPr>
          <w:b/>
          <w:i w:val="0"/>
          <w:smallCaps w:val="0"/>
          <w:strike w:val="0"/>
          <w:sz w:val="22"/>
          <w:u w:val="single"/>
        </w:rPr>
        <w:t xml:space="preserve"> of restoring </w:t>
      </w:r>
      <w:r>
        <w:rPr>
          <w:b/>
          <w:i w:val="0"/>
          <w:smallCaps w:val="0"/>
          <w:strike w:val="0"/>
          <w:sz w:val="24"/>
          <w:u w:val="single"/>
        </w:rPr>
        <w:t>Russian greatness</w:t>
      </w:r>
      <w:r>
        <w:rPr>
          <w:b/>
          <w:i w:val="0"/>
          <w:smallCaps w:val="0"/>
          <w:strike w:val="0"/>
          <w:sz w:val="22"/>
          <w:u w:val="single"/>
        </w:rPr>
        <w:t>. It</w:t>
      </w:r>
      <w:r>
        <w:rPr>
          <w:b w:val="0"/>
          <w:i w:val="0"/>
          <w:smallCaps w:val="0"/>
          <w:strike w:val="0"/>
          <w:sz w:val="16"/>
          <w:u w:val="none"/>
        </w:rPr>
        <w:t xml:space="preserve"> also </w:t>
      </w:r>
      <w:r>
        <w:rPr>
          <w:b/>
          <w:i w:val="0"/>
          <w:smallCaps w:val="0"/>
          <w:strike w:val="0"/>
          <w:sz w:val="22"/>
          <w:u w:val="single"/>
        </w:rPr>
        <w:t xml:space="preserve">serves Putin’s </w:t>
      </w:r>
      <w:r>
        <w:rPr>
          <w:b/>
          <w:i w:val="0"/>
          <w:smallCaps w:val="0"/>
          <w:strike w:val="0"/>
          <w:sz w:val="24"/>
          <w:u w:val="single"/>
        </w:rPr>
        <w:t>personal ambitions</w:t>
      </w:r>
      <w:r>
        <w:rPr>
          <w:b/>
          <w:i w:val="0"/>
          <w:smallCaps w:val="0"/>
          <w:strike w:val="0"/>
          <w:sz w:val="22"/>
          <w:u w:val="single"/>
        </w:rPr>
        <w:t xml:space="preserve">. It justifies and even requires </w:t>
      </w:r>
      <w:r>
        <w:rPr>
          <w:b/>
          <w:i w:val="0"/>
          <w:smallCaps w:val="0"/>
          <w:strike w:val="0"/>
          <w:sz w:val="24"/>
          <w:u w:val="single"/>
        </w:rPr>
        <w:t>a strong leader</w:t>
      </w:r>
      <w:r>
        <w:rPr>
          <w:b/>
          <w:i w:val="0"/>
          <w:smallCaps w:val="0"/>
          <w:strike w:val="0"/>
          <w:sz w:val="22"/>
          <w:u w:val="single"/>
        </w:rPr>
        <w:t xml:space="preserve">. </w:t>
      </w:r>
      <w:r>
        <w:rPr>
          <w:b/>
          <w:i w:val="0"/>
          <w:smallCaps w:val="0"/>
          <w:strike w:val="0"/>
          <w:sz w:val="22"/>
          <w:highlight w:val="cyan"/>
          <w:u w:val="single"/>
        </w:rPr>
        <w:t xml:space="preserve">Like the </w:t>
      </w:r>
      <w:r>
        <w:rPr>
          <w:b/>
          <w:i w:val="0"/>
          <w:smallCaps w:val="0"/>
          <w:strike w:val="0"/>
          <w:sz w:val="24"/>
          <w:highlight w:val="cyan"/>
          <w:u w:val="single"/>
        </w:rPr>
        <w:t>tsars</w:t>
      </w:r>
      <w:r>
        <w:rPr>
          <w:b/>
          <w:i w:val="0"/>
          <w:smallCaps w:val="0"/>
          <w:strike w:val="0"/>
          <w:sz w:val="24"/>
          <w:u w:val="single"/>
        </w:rPr>
        <w:t xml:space="preserve"> of the past</w:t>
      </w:r>
      <w:r>
        <w:rPr>
          <w:b/>
          <w:i w:val="0"/>
          <w:smallCaps w:val="0"/>
          <w:strike w:val="0"/>
          <w:sz w:val="22"/>
          <w:u w:val="single"/>
        </w:rPr>
        <w:t>, Putin</w:t>
      </w:r>
      <w:r>
        <w:rPr>
          <w:b w:val="0"/>
          <w:i w:val="0"/>
          <w:smallCaps w:val="0"/>
          <w:strike w:val="0"/>
          <w:sz w:val="16"/>
          <w:u w:val="none"/>
        </w:rPr>
        <w:t xml:space="preserve"> tells the Russian people that to defend a “vast territory” and to occupy “a major place in world affairs” require “enormous sacrifices and privations on the part of our people.”141 Stalin said much the same, and indeed Putin’s repeated comparisons of the United States with Nazi Germany and his claim that opponents in Ukraine and elsewhere are Nazis, </w:t>
      </w:r>
      <w:r>
        <w:rPr>
          <w:b/>
          <w:i w:val="0"/>
          <w:smallCaps w:val="0"/>
          <w:strike w:val="0"/>
          <w:sz w:val="22"/>
          <w:u w:val="single"/>
        </w:rPr>
        <w:t>evokes not only the Great Patriotic War and past Russian glory but</w:t>
      </w:r>
      <w:r>
        <w:rPr>
          <w:b w:val="0"/>
          <w:i w:val="0"/>
          <w:smallCaps w:val="0"/>
          <w:strike w:val="0"/>
          <w:sz w:val="16"/>
          <w:u w:val="none"/>
        </w:rPr>
        <w:t xml:space="preserve"> also </w:t>
      </w:r>
      <w:r>
        <w:rPr>
          <w:b/>
          <w:i w:val="0"/>
          <w:smallCaps w:val="0"/>
          <w:strike w:val="0"/>
          <w:sz w:val="22"/>
          <w:u w:val="single"/>
        </w:rPr>
        <w:t>the need for a strong leader</w:t>
      </w:r>
      <w:r>
        <w:rPr>
          <w:b w:val="0"/>
          <w:i w:val="0"/>
          <w:smallCaps w:val="0"/>
          <w:strike w:val="0"/>
          <w:sz w:val="16"/>
          <w:u w:val="none"/>
        </w:rPr>
        <w:t xml:space="preserve"> like Stalin.</w:t>
      </w:r>
    </w:p>
    <w:p>
      <w:pPr>
        <w:spacing w:after="60"/>
      </w:pPr>
      <w:r>
        <w:rPr>
          <w:b/>
          <w:i w:val="0"/>
          <w:smallCaps w:val="0"/>
          <w:strike w:val="0"/>
          <w:sz w:val="22"/>
          <w:u w:val="single"/>
        </w:rPr>
        <w:t xml:space="preserve">Putin’s </w:t>
      </w:r>
      <w:r>
        <w:rPr>
          <w:b/>
          <w:i w:val="0"/>
          <w:smallCaps w:val="0"/>
          <w:strike w:val="0"/>
          <w:sz w:val="24"/>
          <w:u w:val="single"/>
        </w:rPr>
        <w:t>hostility</w:t>
      </w:r>
      <w:r>
        <w:rPr>
          <w:b/>
          <w:i w:val="0"/>
          <w:smallCaps w:val="0"/>
          <w:strike w:val="0"/>
          <w:sz w:val="22"/>
          <w:u w:val="single"/>
        </w:rPr>
        <w:t xml:space="preserve"> to the </w:t>
      </w:r>
      <w:r>
        <w:rPr>
          <w:b/>
          <w:i w:val="0"/>
          <w:smallCaps w:val="0"/>
          <w:strike w:val="0"/>
          <w:sz w:val="24"/>
          <w:u w:val="single"/>
        </w:rPr>
        <w:t>liberal world</w:t>
      </w:r>
      <w:r>
        <w:rPr>
          <w:b/>
          <w:i w:val="0"/>
          <w:smallCaps w:val="0"/>
          <w:strike w:val="0"/>
          <w:sz w:val="22"/>
          <w:u w:val="single"/>
        </w:rPr>
        <w:t xml:space="preserve"> is</w:t>
      </w:r>
      <w:r>
        <w:rPr>
          <w:b w:val="0"/>
          <w:i w:val="0"/>
          <w:smallCaps w:val="0"/>
          <w:strike w:val="0"/>
          <w:sz w:val="16"/>
          <w:u w:val="none"/>
        </w:rPr>
        <w:t xml:space="preserve"> also </w:t>
      </w:r>
      <w:r>
        <w:rPr>
          <w:b/>
          <w:i w:val="0"/>
          <w:smallCaps w:val="0"/>
          <w:strike w:val="0"/>
          <w:sz w:val="22"/>
          <w:u w:val="single"/>
        </w:rPr>
        <w:t>personal</w:t>
      </w:r>
      <w:r>
        <w:rPr>
          <w:b w:val="0"/>
          <w:i w:val="0"/>
          <w:smallCaps w:val="0"/>
          <w:strike w:val="0"/>
          <w:sz w:val="16"/>
          <w:u w:val="none"/>
        </w:rPr>
        <w:t xml:space="preserve">. Ever since he consolidated power, </w:t>
      </w:r>
      <w:r>
        <w:rPr>
          <w:b/>
          <w:i w:val="0"/>
          <w:smallCaps w:val="0"/>
          <w:strike w:val="0"/>
          <w:sz w:val="22"/>
          <w:u w:val="single"/>
        </w:rPr>
        <w:t>he</w:t>
      </w:r>
      <w:r>
        <w:rPr>
          <w:b w:val="0"/>
          <w:i w:val="0"/>
          <w:smallCaps w:val="0"/>
          <w:strike w:val="0"/>
          <w:sz w:val="16"/>
          <w:u w:val="none"/>
        </w:rPr>
        <w:t xml:space="preserve"> has </w:t>
      </w:r>
      <w:r>
        <w:rPr>
          <w:b/>
          <w:i w:val="0"/>
          <w:smallCaps w:val="0"/>
          <w:strike w:val="0"/>
          <w:sz w:val="22"/>
          <w:u w:val="single"/>
        </w:rPr>
        <w:t>worried</w:t>
      </w:r>
      <w:r>
        <w:rPr>
          <w:b w:val="0"/>
          <w:i w:val="0"/>
          <w:smallCaps w:val="0"/>
          <w:strike w:val="0"/>
          <w:sz w:val="16"/>
          <w:u w:val="none"/>
        </w:rPr>
        <w:t xml:space="preserve"> that </w:t>
      </w:r>
      <w:r>
        <w:rPr>
          <w:b/>
          <w:i w:val="0"/>
          <w:smallCaps w:val="0"/>
          <w:strike w:val="0"/>
          <w:sz w:val="22"/>
          <w:u w:val="single"/>
        </w:rPr>
        <w:t xml:space="preserve">the external forces of </w:t>
      </w:r>
      <w:r>
        <w:rPr>
          <w:b/>
          <w:i w:val="0"/>
          <w:smallCaps w:val="0"/>
          <w:strike w:val="0"/>
          <w:sz w:val="24"/>
          <w:u w:val="single"/>
        </w:rPr>
        <w:t>liberalism</w:t>
      </w:r>
      <w:r>
        <w:rPr>
          <w:b/>
          <w:i w:val="0"/>
          <w:smallCaps w:val="0"/>
          <w:strike w:val="0"/>
          <w:sz w:val="22"/>
          <w:u w:val="single"/>
        </w:rPr>
        <w:t xml:space="preserve"> would work to undermine his </w:t>
      </w:r>
      <w:r>
        <w:rPr>
          <w:b/>
          <w:i w:val="0"/>
          <w:smallCaps w:val="0"/>
          <w:strike w:val="0"/>
          <w:sz w:val="24"/>
          <w:u w:val="single"/>
        </w:rPr>
        <w:t>authoritarian rule</w:t>
      </w:r>
      <w:r>
        <w:rPr>
          <w:b w:val="0"/>
          <w:i w:val="0"/>
          <w:smallCaps w:val="0"/>
          <w:strike w:val="0"/>
          <w:sz w:val="16"/>
          <w:u w:val="none"/>
        </w:rPr>
        <w:t xml:space="preserve"> at home. Behind every democratic revolution on former Soviet territory, in Georgia, Ukraine, and Kyrgyzstan, he saw the hand of the West, and particularly the United States, even though the role of outsiders was not the decisive factor in the toppling of the authoritarian regimes in those countries. </w:t>
      </w:r>
      <w:r>
        <w:rPr>
          <w:b/>
          <w:i w:val="0"/>
          <w:smallCaps w:val="0"/>
          <w:strike w:val="0"/>
          <w:sz w:val="22"/>
          <w:u w:val="single"/>
        </w:rPr>
        <w:t xml:space="preserve">His </w:t>
      </w:r>
      <w:r>
        <w:rPr>
          <w:b/>
          <w:i w:val="0"/>
          <w:smallCaps w:val="0"/>
          <w:strike w:val="0"/>
          <w:sz w:val="22"/>
          <w:highlight w:val="cyan"/>
          <w:u w:val="single"/>
        </w:rPr>
        <w:t>objection to</w:t>
      </w:r>
      <w:r>
        <w:rPr>
          <w:b/>
          <w:i w:val="0"/>
          <w:smallCaps w:val="0"/>
          <w:strike w:val="0"/>
          <w:sz w:val="22"/>
          <w:u w:val="single"/>
        </w:rPr>
        <w:t xml:space="preserve"> </w:t>
      </w:r>
      <w:r>
        <w:rPr>
          <w:b/>
          <w:i w:val="0"/>
          <w:smallCaps w:val="0"/>
          <w:strike w:val="0"/>
          <w:sz w:val="24"/>
          <w:u w:val="single"/>
        </w:rPr>
        <w:t xml:space="preserve">the expansion of </w:t>
      </w:r>
      <w:r>
        <w:rPr>
          <w:b/>
          <w:i w:val="0"/>
          <w:smallCaps w:val="0"/>
          <w:strike w:val="0"/>
          <w:sz w:val="24"/>
          <w:highlight w:val="cyan"/>
          <w:u w:val="single"/>
        </w:rPr>
        <w:t>NATO</w:t>
      </w:r>
      <w:r>
        <w:rPr>
          <w:b/>
          <w:i w:val="0"/>
          <w:smallCaps w:val="0"/>
          <w:strike w:val="0"/>
          <w:sz w:val="22"/>
          <w:highlight w:val="cyan"/>
          <w:u w:val="single"/>
        </w:rPr>
        <w:t xml:space="preserve"> has less to do </w:t>
      </w:r>
      <w:r>
        <w:rPr>
          <w:b/>
          <w:i w:val="0"/>
          <w:smallCaps w:val="0"/>
          <w:strike w:val="0"/>
          <w:sz w:val="24"/>
          <w:highlight w:val="cyan"/>
          <w:u w:val="single"/>
        </w:rPr>
        <w:t>with</w:t>
      </w:r>
      <w:r>
        <w:rPr>
          <w:b/>
          <w:i w:val="0"/>
          <w:smallCaps w:val="0"/>
          <w:strike w:val="0"/>
          <w:sz w:val="24"/>
          <w:u w:val="single"/>
        </w:rPr>
        <w:t xml:space="preserve"> the </w:t>
      </w:r>
      <w:r>
        <w:rPr>
          <w:b/>
          <w:i w:val="0"/>
          <w:smallCaps w:val="0"/>
          <w:strike w:val="0"/>
          <w:sz w:val="24"/>
          <w:highlight w:val="cyan"/>
          <w:u w:val="single"/>
        </w:rPr>
        <w:t>eastward advance</w:t>
      </w:r>
      <w:r>
        <w:rPr>
          <w:b/>
          <w:i w:val="0"/>
          <w:smallCaps w:val="0"/>
          <w:strike w:val="0"/>
          <w:sz w:val="24"/>
          <w:u w:val="single"/>
        </w:rPr>
        <w:t xml:space="preserve"> of the alliance’s military </w:t>
      </w:r>
      <w:r>
        <w:rPr>
          <w:b/>
          <w:i w:val="0"/>
          <w:smallCaps w:val="0"/>
          <w:strike w:val="0"/>
          <w:sz w:val="24"/>
          <w:u w:val="single"/>
        </w:rPr>
        <w:t>power</w:t>
      </w:r>
      <w:r>
        <w:rPr>
          <w:b/>
          <w:i w:val="0"/>
          <w:smallCaps w:val="0"/>
          <w:strike w:val="0"/>
          <w:sz w:val="22"/>
          <w:u w:val="single"/>
        </w:rPr>
        <w:t xml:space="preserve"> </w:t>
      </w:r>
      <w:r>
        <w:rPr>
          <w:b/>
          <w:i w:val="0"/>
          <w:smallCaps w:val="0"/>
          <w:strike w:val="0"/>
          <w:sz w:val="22"/>
          <w:highlight w:val="cyan"/>
          <w:u w:val="single"/>
        </w:rPr>
        <w:t>than</w:t>
      </w:r>
      <w:r>
        <w:rPr>
          <w:b/>
          <w:i w:val="0"/>
          <w:smallCaps w:val="0"/>
          <w:strike w:val="0"/>
          <w:sz w:val="22"/>
          <w:u w:val="single"/>
        </w:rPr>
        <w:t xml:space="preserve"> </w:t>
      </w:r>
      <w:r>
        <w:rPr>
          <w:b/>
          <w:i w:val="0"/>
          <w:smallCaps w:val="0"/>
          <w:strike w:val="0"/>
          <w:sz w:val="24"/>
          <w:u w:val="single"/>
        </w:rPr>
        <w:t xml:space="preserve">the </w:t>
      </w:r>
      <w:r>
        <w:rPr>
          <w:b/>
          <w:i w:val="0"/>
          <w:smallCaps w:val="0"/>
          <w:strike w:val="0"/>
          <w:sz w:val="24"/>
          <w:highlight w:val="cyan"/>
          <w:u w:val="single"/>
        </w:rPr>
        <w:t>presence of democracies</w:t>
      </w:r>
      <w:r>
        <w:rPr>
          <w:b/>
          <w:i w:val="0"/>
          <w:smallCaps w:val="0"/>
          <w:strike w:val="0"/>
          <w:sz w:val="24"/>
          <w:u w:val="single"/>
        </w:rPr>
        <w:t xml:space="preserve"> closer to Russia’s borders</w:t>
      </w:r>
      <w:r>
        <w:rPr>
          <w:b/>
          <w:i w:val="0"/>
          <w:smallCaps w:val="0"/>
          <w:strike w:val="0"/>
          <w:sz w:val="22"/>
          <w:u w:val="single"/>
        </w:rPr>
        <w:t>. Putin is</w:t>
      </w:r>
      <w:r>
        <w:rPr>
          <w:b w:val="0"/>
          <w:i w:val="0"/>
          <w:smallCaps w:val="0"/>
          <w:strike w:val="0"/>
          <w:sz w:val="16"/>
          <w:u w:val="none"/>
        </w:rPr>
        <w:t xml:space="preserve"> at least </w:t>
      </w:r>
      <w:r>
        <w:rPr>
          <w:b/>
          <w:i w:val="0"/>
          <w:smallCaps w:val="0"/>
          <w:strike w:val="0"/>
          <w:sz w:val="24"/>
          <w:u w:val="single"/>
        </w:rPr>
        <w:t>as worried</w:t>
      </w:r>
      <w:r>
        <w:rPr>
          <w:b/>
          <w:i w:val="0"/>
          <w:smallCaps w:val="0"/>
          <w:strike w:val="0"/>
          <w:sz w:val="22"/>
          <w:u w:val="single"/>
        </w:rPr>
        <w:t xml:space="preserve"> about</w:t>
      </w:r>
      <w:r>
        <w:rPr>
          <w:b w:val="0"/>
          <w:i w:val="0"/>
          <w:smallCaps w:val="0"/>
          <w:strike w:val="0"/>
          <w:sz w:val="16"/>
          <w:u w:val="none"/>
        </w:rPr>
        <w:t xml:space="preserve"> the eastward advance of </w:t>
      </w:r>
      <w:r>
        <w:rPr>
          <w:b/>
          <w:i w:val="0"/>
          <w:smallCaps w:val="0"/>
          <w:strike w:val="0"/>
          <w:sz w:val="22"/>
          <w:u w:val="single"/>
        </w:rPr>
        <w:t xml:space="preserve">the </w:t>
      </w:r>
      <w:r>
        <w:rPr>
          <w:b/>
          <w:i w:val="0"/>
          <w:smallCaps w:val="0"/>
          <w:strike w:val="0"/>
          <w:sz w:val="24"/>
          <w:u w:val="single"/>
        </w:rPr>
        <w:t>E</w:t>
      </w:r>
      <w:r>
        <w:rPr>
          <w:b w:val="0"/>
          <w:i w:val="0"/>
          <w:smallCaps w:val="0"/>
          <w:strike w:val="0"/>
          <w:sz w:val="16"/>
          <w:u w:val="none"/>
        </w:rPr>
        <w:t xml:space="preserve">uropean </w:t>
      </w:r>
      <w:r>
        <w:rPr>
          <w:b/>
          <w:i w:val="0"/>
          <w:smallCaps w:val="0"/>
          <w:strike w:val="0"/>
          <w:sz w:val="24"/>
          <w:u w:val="single"/>
        </w:rPr>
        <w:t>U</w:t>
      </w:r>
      <w:r>
        <w:rPr>
          <w:b w:val="0"/>
          <w:i w:val="0"/>
          <w:smallCaps w:val="0"/>
          <w:strike w:val="0"/>
          <w:sz w:val="16"/>
          <w:u w:val="none"/>
        </w:rPr>
        <w:t xml:space="preserve">nion </w:t>
      </w:r>
      <w:r>
        <w:rPr>
          <w:b/>
          <w:i w:val="0"/>
          <w:smallCaps w:val="0"/>
          <w:strike w:val="0"/>
          <w:sz w:val="22"/>
          <w:u w:val="single"/>
        </w:rPr>
        <w:t>as he is about NATO</w:t>
      </w:r>
      <w:r>
        <w:rPr>
          <w:b w:val="0"/>
          <w:i w:val="0"/>
          <w:smallCaps w:val="0"/>
          <w:strike w:val="0"/>
          <w:sz w:val="16"/>
          <w:u w:val="none"/>
        </w:rPr>
        <w:t>. It was after Ukraine negotiated a trade agreement with the EU that he invaded and seized Crimea.</w:t>
      </w:r>
    </w:p>
    <w:p>
      <w:pPr>
        <w:spacing w:after="60"/>
      </w:pPr>
      <w:r>
        <w:rPr>
          <w:b/>
          <w:i w:val="0"/>
          <w:smallCaps w:val="0"/>
          <w:strike w:val="0"/>
          <w:sz w:val="22"/>
          <w:u w:val="single"/>
        </w:rPr>
        <w:t xml:space="preserve">It is hard to see </w:t>
      </w:r>
      <w:r>
        <w:rPr>
          <w:b/>
          <w:i w:val="0"/>
          <w:smallCaps w:val="0"/>
          <w:strike w:val="0"/>
          <w:sz w:val="24"/>
          <w:u w:val="single"/>
        </w:rPr>
        <w:t xml:space="preserve">what </w:t>
      </w:r>
      <w:r>
        <w:rPr>
          <w:b/>
          <w:i w:val="0"/>
          <w:smallCaps w:val="0"/>
          <w:strike w:val="0"/>
          <w:sz w:val="24"/>
          <w:highlight w:val="cyan"/>
          <w:u w:val="single"/>
        </w:rPr>
        <w:t>concessions</w:t>
      </w:r>
      <w:r>
        <w:rPr>
          <w:b w:val="0"/>
          <w:i w:val="0"/>
          <w:smallCaps w:val="0"/>
          <w:strike w:val="0"/>
          <w:sz w:val="16"/>
          <w:u w:val="none"/>
        </w:rPr>
        <w:t xml:space="preserve"> the United States and </w:t>
      </w:r>
      <w:r>
        <w:rPr>
          <w:b/>
          <w:i w:val="0"/>
          <w:smallCaps w:val="0"/>
          <w:strike w:val="0"/>
          <w:sz w:val="22"/>
          <w:u w:val="single"/>
        </w:rPr>
        <w:t>the West could offer</w:t>
      </w:r>
      <w:r>
        <w:rPr>
          <w:b w:val="0"/>
          <w:i w:val="0"/>
          <w:smallCaps w:val="0"/>
          <w:strike w:val="0"/>
          <w:sz w:val="16"/>
          <w:u w:val="none"/>
        </w:rPr>
        <w:t xml:space="preserve"> to address the complex mix of feelings and motives whose sources are more internal than external, more psychological than strategic. Obama’s </w:t>
      </w:r>
      <w:r>
        <w:rPr>
          <w:b/>
          <w:i w:val="0"/>
          <w:smallCaps w:val="0"/>
          <w:strike w:val="0"/>
          <w:sz w:val="22"/>
          <w:u w:val="single"/>
        </w:rPr>
        <w:t>“reset,”</w:t>
      </w:r>
      <w:r>
        <w:rPr>
          <w:b w:val="0"/>
          <w:i w:val="0"/>
          <w:smallCaps w:val="0"/>
          <w:strike w:val="0"/>
          <w:sz w:val="16"/>
          <w:u w:val="none"/>
        </w:rPr>
        <w:t xml:space="preserve"> his decision to trim back missile defenses in Poland in response to Russian objections, his tepid response to the attack on Ukraine, and his acceptance of a Russian military role in Syria and the broader Middle East did nothing to cure Russians’ sense of grievance or tame Putin’s ambitions. They </w:t>
      </w:r>
      <w:r>
        <w:rPr>
          <w:b/>
          <w:i w:val="0"/>
          <w:smallCaps w:val="0"/>
          <w:strike w:val="0"/>
          <w:sz w:val="24"/>
          <w:u w:val="single"/>
        </w:rPr>
        <w:t xml:space="preserve">only </w:t>
      </w:r>
      <w:r>
        <w:rPr>
          <w:b/>
          <w:i w:val="0"/>
          <w:smallCaps w:val="0"/>
          <w:strike w:val="0"/>
          <w:sz w:val="24"/>
          <w:highlight w:val="cyan"/>
          <w:u w:val="single"/>
        </w:rPr>
        <w:t>emboldened</w:t>
      </w:r>
      <w:r>
        <w:rPr>
          <w:b/>
          <w:i w:val="0"/>
          <w:smallCaps w:val="0"/>
          <w:strike w:val="0"/>
          <w:sz w:val="22"/>
          <w:highlight w:val="cyan"/>
          <w:u w:val="single"/>
        </w:rPr>
        <w:t xml:space="preserve"> Putin</w:t>
      </w:r>
      <w:r>
        <w:rPr>
          <w:b/>
          <w:i w:val="0"/>
          <w:smallCaps w:val="0"/>
          <w:strike w:val="0"/>
          <w:sz w:val="22"/>
          <w:u w:val="single"/>
        </w:rPr>
        <w:t xml:space="preserve"> to press </w:t>
      </w:r>
      <w:r>
        <w:rPr>
          <w:b/>
          <w:i w:val="0"/>
          <w:smallCaps w:val="0"/>
          <w:strike w:val="0"/>
          <w:sz w:val="22"/>
          <w:highlight w:val="cyan"/>
          <w:u w:val="single"/>
        </w:rPr>
        <w:t>for more</w:t>
      </w:r>
      <w:r>
        <w:rPr>
          <w:b w:val="0"/>
          <w:i w:val="0"/>
          <w:smallCaps w:val="0"/>
          <w:strike w:val="0"/>
          <w:sz w:val="16"/>
          <w:u w:val="none"/>
        </w:rPr>
        <w:t xml:space="preserve">. The election of Trump, who throughout his campaign expressed a desire for improved relations with Moscow, did not affect Putin’s approach to the world. </w:t>
      </w:r>
      <w:r>
        <w:rPr>
          <w:b/>
          <w:i w:val="0"/>
          <w:smallCaps w:val="0"/>
          <w:strike w:val="0"/>
          <w:sz w:val="22"/>
          <w:u w:val="single"/>
        </w:rPr>
        <w:t xml:space="preserve">Those who suggest we should recognize </w:t>
      </w:r>
      <w:r>
        <w:rPr>
          <w:b/>
          <w:i w:val="0"/>
          <w:smallCaps w:val="0"/>
          <w:strike w:val="0"/>
          <w:sz w:val="24"/>
          <w:u w:val="single"/>
        </w:rPr>
        <w:t>a Russian sphere of interest</w:t>
      </w:r>
      <w:r>
        <w:rPr>
          <w:b w:val="0"/>
          <w:i w:val="0"/>
          <w:smallCaps w:val="0"/>
          <w:strike w:val="0"/>
          <w:sz w:val="16"/>
          <w:u w:val="none"/>
        </w:rPr>
        <w:t xml:space="preserve"> in its region </w:t>
      </w:r>
      <w:r>
        <w:rPr>
          <w:b/>
          <w:i w:val="0"/>
          <w:smallCaps w:val="0"/>
          <w:strike w:val="0"/>
          <w:sz w:val="22"/>
          <w:u w:val="single"/>
        </w:rPr>
        <w:t xml:space="preserve">should recall that Russia’s </w:t>
      </w:r>
      <w:r>
        <w:rPr>
          <w:b/>
          <w:i w:val="0"/>
          <w:smallCaps w:val="0"/>
          <w:strike w:val="0"/>
          <w:sz w:val="24"/>
          <w:u w:val="single"/>
        </w:rPr>
        <w:t>historical sphere of interest</w:t>
      </w:r>
      <w:r>
        <w:rPr>
          <w:b/>
          <w:i w:val="0"/>
          <w:smallCaps w:val="0"/>
          <w:strike w:val="0"/>
          <w:sz w:val="22"/>
          <w:u w:val="single"/>
        </w:rPr>
        <w:t xml:space="preserve"> does not end in Ukraine; it </w:t>
      </w:r>
      <w:r>
        <w:rPr>
          <w:b/>
          <w:i w:val="0"/>
          <w:smallCaps w:val="0"/>
          <w:strike w:val="0"/>
          <w:sz w:val="24"/>
          <w:u w:val="single"/>
        </w:rPr>
        <w:t>begins</w:t>
      </w:r>
      <w:r>
        <w:rPr>
          <w:b/>
          <w:i w:val="0"/>
          <w:smallCaps w:val="0"/>
          <w:strike w:val="0"/>
          <w:sz w:val="22"/>
          <w:u w:val="single"/>
        </w:rPr>
        <w:t xml:space="preserve"> in Ukraine</w:t>
      </w:r>
      <w:r>
        <w:rPr>
          <w:b w:val="0"/>
          <w:i w:val="0"/>
          <w:smallCaps w:val="0"/>
          <w:strike w:val="0"/>
          <w:sz w:val="16"/>
          <w:u w:val="none"/>
        </w:rPr>
        <w:t>. It includes the Baltic states, and it includes Poland.</w:t>
      </w:r>
    </w:p>
    <w:p>
      <w:pPr>
        <w:spacing w:after="60"/>
      </w:pPr>
      <w:r>
        <w:rPr>
          <w:b w:val="0"/>
          <w:i w:val="0"/>
          <w:smallCaps w:val="0"/>
          <w:strike w:val="0"/>
          <w:sz w:val="16"/>
          <w:u w:val="none"/>
        </w:rPr>
        <w:t xml:space="preserve">That is a dangerous path to head down, as history has shown. </w:t>
      </w:r>
      <w:r>
        <w:rPr>
          <w:b/>
          <w:i w:val="0"/>
          <w:smallCaps w:val="0"/>
          <w:strike w:val="0"/>
          <w:sz w:val="24"/>
          <w:highlight w:val="cyan"/>
          <w:u w:val="single"/>
        </w:rPr>
        <w:t>Even if</w:t>
      </w:r>
      <w:r>
        <w:rPr>
          <w:b/>
          <w:i w:val="0"/>
          <w:smallCaps w:val="0"/>
          <w:strike w:val="0"/>
          <w:sz w:val="22"/>
          <w:highlight w:val="cyan"/>
          <w:u w:val="single"/>
        </w:rPr>
        <w:t xml:space="preserve"> we sacrificed</w:t>
      </w:r>
      <w:r>
        <w:rPr>
          <w:b/>
          <w:i w:val="0"/>
          <w:smallCaps w:val="0"/>
          <w:strike w:val="0"/>
          <w:sz w:val="22"/>
          <w:u w:val="single"/>
        </w:rPr>
        <w:t xml:space="preserve"> </w:t>
      </w:r>
      <w:r>
        <w:rPr>
          <w:b/>
          <w:i w:val="0"/>
          <w:smallCaps w:val="0"/>
          <w:strike w:val="0"/>
          <w:sz w:val="24"/>
          <w:u w:val="single"/>
        </w:rPr>
        <w:t>Ukrainian independence</w:t>
      </w:r>
      <w:r>
        <w:rPr>
          <w:b/>
          <w:i w:val="0"/>
          <w:smallCaps w:val="0"/>
          <w:strike w:val="0"/>
          <w:sz w:val="22"/>
          <w:u w:val="single"/>
        </w:rPr>
        <w:t xml:space="preserve"> or </w:t>
      </w:r>
      <w:r>
        <w:rPr>
          <w:b/>
          <w:i w:val="0"/>
          <w:smallCaps w:val="0"/>
          <w:strike w:val="0"/>
          <w:sz w:val="24"/>
          <w:u w:val="single"/>
        </w:rPr>
        <w:t>Georgian independence</w:t>
      </w:r>
      <w:r>
        <w:rPr>
          <w:b/>
          <w:i w:val="0"/>
          <w:smallCaps w:val="0"/>
          <w:strike w:val="0"/>
          <w:sz w:val="22"/>
          <w:u w:val="single"/>
        </w:rPr>
        <w:t xml:space="preserve"> or </w:t>
      </w:r>
      <w:r>
        <w:rPr>
          <w:b/>
          <w:i w:val="0"/>
          <w:smallCaps w:val="0"/>
          <w:strike w:val="0"/>
          <w:sz w:val="24"/>
          <w:u w:val="single"/>
        </w:rPr>
        <w:t>Baltic independence</w:t>
      </w:r>
      <w:r>
        <w:rPr>
          <w:b/>
          <w:i w:val="0"/>
          <w:smallCaps w:val="0"/>
          <w:strike w:val="0"/>
          <w:sz w:val="22"/>
          <w:u w:val="single"/>
        </w:rPr>
        <w:t xml:space="preserve"> </w:t>
      </w:r>
      <w:r>
        <w:rPr>
          <w:b/>
          <w:i w:val="0"/>
          <w:smallCaps w:val="0"/>
          <w:strike w:val="0"/>
          <w:sz w:val="22"/>
          <w:highlight w:val="cyan"/>
          <w:u w:val="single"/>
        </w:rPr>
        <w:t>in</w:t>
      </w:r>
      <w:r>
        <w:rPr>
          <w:b/>
          <w:i w:val="0"/>
          <w:smallCaps w:val="0"/>
          <w:strike w:val="0"/>
          <w:sz w:val="22"/>
          <w:u w:val="single"/>
        </w:rPr>
        <w:t xml:space="preserve"> the </w:t>
      </w:r>
      <w:r>
        <w:rPr>
          <w:b/>
          <w:i w:val="0"/>
          <w:smallCaps w:val="0"/>
          <w:strike w:val="0"/>
          <w:sz w:val="22"/>
          <w:highlight w:val="cyan"/>
          <w:u w:val="single"/>
        </w:rPr>
        <w:t>hope of</w:t>
      </w:r>
      <w:r>
        <w:rPr>
          <w:b/>
          <w:i w:val="0"/>
          <w:smallCaps w:val="0"/>
          <w:strike w:val="0"/>
          <w:sz w:val="22"/>
          <w:u w:val="single"/>
        </w:rPr>
        <w:t xml:space="preserve"> calming</w:t>
      </w:r>
      <w:r>
        <w:rPr>
          <w:b/>
          <w:i w:val="0"/>
          <w:smallCaps w:val="0"/>
          <w:strike w:val="0"/>
          <w:sz w:val="22"/>
          <w:u w:val="single"/>
        </w:rPr>
        <w:t xml:space="preserve"> </w:t>
      </w:r>
      <w:r>
        <w:rPr>
          <w:b/>
          <w:i w:val="0"/>
          <w:smallCaps w:val="0"/>
          <w:strike w:val="0"/>
          <w:sz w:val="24"/>
          <w:u w:val="single"/>
        </w:rPr>
        <w:t>Russian anxieties</w:t>
      </w:r>
      <w:r>
        <w:rPr>
          <w:b/>
          <w:i w:val="0"/>
          <w:smallCaps w:val="0"/>
          <w:strike w:val="0"/>
          <w:sz w:val="22"/>
          <w:u w:val="single"/>
        </w:rPr>
        <w:t xml:space="preserve"> and </w:t>
      </w:r>
      <w:r>
        <w:rPr>
          <w:b/>
          <w:i w:val="0"/>
          <w:smallCaps w:val="0"/>
          <w:strike w:val="0"/>
          <w:sz w:val="22"/>
          <w:highlight w:val="cyan"/>
          <w:u w:val="single"/>
        </w:rPr>
        <w:t>sating</w:t>
      </w:r>
      <w:r>
        <w:rPr>
          <w:b/>
          <w:i w:val="0"/>
          <w:smallCaps w:val="0"/>
          <w:strike w:val="0"/>
          <w:sz w:val="22"/>
          <w:u w:val="single"/>
        </w:rPr>
        <w:t xml:space="preserve"> </w:t>
      </w:r>
      <w:r>
        <w:rPr>
          <w:b/>
          <w:i w:val="0"/>
          <w:smallCaps w:val="0"/>
          <w:strike w:val="0"/>
          <w:sz w:val="24"/>
          <w:u w:val="single"/>
        </w:rPr>
        <w:t xml:space="preserve">Russians’ </w:t>
      </w:r>
      <w:r>
        <w:rPr>
          <w:b/>
          <w:i w:val="0"/>
          <w:smallCaps w:val="0"/>
          <w:strike w:val="0"/>
          <w:sz w:val="24"/>
          <w:highlight w:val="cyan"/>
          <w:u w:val="single"/>
        </w:rPr>
        <w:t>ambitions</w:t>
      </w:r>
      <w:r>
        <w:rPr>
          <w:b/>
          <w:i w:val="0"/>
          <w:smallCaps w:val="0"/>
          <w:strike w:val="0"/>
          <w:sz w:val="22"/>
          <w:highlight w:val="cyan"/>
          <w:u w:val="single"/>
        </w:rPr>
        <w:t>, such</w:t>
      </w:r>
      <w:r>
        <w:rPr>
          <w:b/>
          <w:i w:val="0"/>
          <w:smallCaps w:val="0"/>
          <w:strike w:val="0"/>
          <w:sz w:val="22"/>
          <w:u w:val="single"/>
        </w:rPr>
        <w:t xml:space="preserve"> concessions </w:t>
      </w:r>
      <w:r>
        <w:rPr>
          <w:b/>
          <w:i w:val="0"/>
          <w:smallCaps w:val="0"/>
          <w:strike w:val="0"/>
          <w:sz w:val="22"/>
          <w:highlight w:val="cyan"/>
          <w:u w:val="single"/>
        </w:rPr>
        <w:t xml:space="preserve">would not </w:t>
      </w:r>
      <w:r>
        <w:rPr>
          <w:b/>
          <w:i w:val="0"/>
          <w:smallCaps w:val="0"/>
          <w:strike w:val="0"/>
          <w:sz w:val="24"/>
          <w:highlight w:val="cyan"/>
          <w:u w:val="single"/>
        </w:rPr>
        <w:t>solve</w:t>
      </w:r>
      <w:r>
        <w:rPr>
          <w:b/>
          <w:i w:val="0"/>
          <w:smallCaps w:val="0"/>
          <w:strike w:val="0"/>
          <w:sz w:val="24"/>
          <w:u w:val="single"/>
        </w:rPr>
        <w:t xml:space="preserve"> the problem</w:t>
      </w:r>
      <w:r>
        <w:rPr>
          <w:b/>
          <w:i w:val="0"/>
          <w:smallCaps w:val="0"/>
          <w:strike w:val="0"/>
          <w:sz w:val="22"/>
          <w:u w:val="single"/>
        </w:rPr>
        <w:t xml:space="preserve">, </w:t>
      </w:r>
      <w:r>
        <w:rPr>
          <w:b/>
          <w:i w:val="0"/>
          <w:smallCaps w:val="0"/>
          <w:strike w:val="0"/>
          <w:sz w:val="22"/>
          <w:highlight w:val="cyan"/>
          <w:u w:val="single"/>
        </w:rPr>
        <w:t xml:space="preserve">any more than feeding </w:t>
      </w:r>
      <w:r>
        <w:rPr>
          <w:b/>
          <w:i w:val="0"/>
          <w:smallCaps w:val="0"/>
          <w:strike w:val="0"/>
          <w:sz w:val="24"/>
          <w:highlight w:val="cyan"/>
          <w:u w:val="single"/>
        </w:rPr>
        <w:t>Manchuria to Japan</w:t>
      </w:r>
      <w:r>
        <w:rPr>
          <w:b/>
          <w:i w:val="0"/>
          <w:smallCaps w:val="0"/>
          <w:strike w:val="0"/>
          <w:sz w:val="22"/>
          <w:u w:val="single"/>
        </w:rPr>
        <w:t xml:space="preserve"> and </w:t>
      </w:r>
      <w:r>
        <w:rPr>
          <w:b/>
          <w:i w:val="0"/>
          <w:smallCaps w:val="0"/>
          <w:strike w:val="0"/>
          <w:sz w:val="24"/>
          <w:u w:val="single"/>
        </w:rPr>
        <w:t>Czechoslovakia to Nazi Germany</w:t>
      </w:r>
      <w:r>
        <w:rPr>
          <w:b/>
          <w:i w:val="0"/>
          <w:smallCaps w:val="0"/>
          <w:strike w:val="0"/>
          <w:sz w:val="22"/>
          <w:u w:val="single"/>
        </w:rPr>
        <w:t xml:space="preserve"> solved those problems. </w:t>
      </w:r>
      <w:r>
        <w:rPr>
          <w:b/>
          <w:i w:val="0"/>
          <w:smallCaps w:val="0"/>
          <w:strike w:val="0"/>
          <w:sz w:val="22"/>
          <w:highlight w:val="cyan"/>
          <w:u w:val="single"/>
        </w:rPr>
        <w:t xml:space="preserve">The </w:t>
      </w:r>
      <w:r>
        <w:rPr>
          <w:b/>
          <w:i w:val="0"/>
          <w:smallCaps w:val="0"/>
          <w:strike w:val="0"/>
          <w:sz w:val="24"/>
          <w:highlight w:val="cyan"/>
          <w:u w:val="single"/>
        </w:rPr>
        <w:t>peace</w:t>
      </w:r>
      <w:r>
        <w:rPr>
          <w:b/>
          <w:i w:val="0"/>
          <w:smallCaps w:val="0"/>
          <w:strike w:val="0"/>
          <w:sz w:val="22"/>
          <w:u w:val="single"/>
        </w:rPr>
        <w:t xml:space="preserve"> established after World War II</w:t>
      </w:r>
      <w:r>
        <w:rPr>
          <w:b w:val="0"/>
          <w:i w:val="0"/>
          <w:smallCaps w:val="0"/>
          <w:strike w:val="0"/>
          <w:sz w:val="16"/>
          <w:u w:val="none"/>
        </w:rPr>
        <w:t xml:space="preserve"> and </w:t>
      </w:r>
      <w:r>
        <w:rPr>
          <w:b/>
          <w:i w:val="0"/>
          <w:smallCaps w:val="0"/>
          <w:strike w:val="0"/>
          <w:sz w:val="22"/>
          <w:highlight w:val="cyan"/>
          <w:u w:val="single"/>
        </w:rPr>
        <w:t>which endures</w:t>
      </w:r>
      <w:r>
        <w:rPr>
          <w:b w:val="0"/>
          <w:i w:val="0"/>
          <w:smallCaps w:val="0"/>
          <w:strike w:val="0"/>
          <w:sz w:val="16"/>
          <w:u w:val="none"/>
        </w:rPr>
        <w:t xml:space="preserve"> almost </w:t>
      </w:r>
      <w:r>
        <w:rPr>
          <w:b/>
          <w:i w:val="0"/>
          <w:smallCaps w:val="0"/>
          <w:strike w:val="0"/>
          <w:sz w:val="24"/>
          <w:highlight w:val="cyan"/>
          <w:u w:val="single"/>
        </w:rPr>
        <w:t>seventy-five years</w:t>
      </w:r>
      <w:r>
        <w:rPr>
          <w:b/>
          <w:i w:val="0"/>
          <w:smallCaps w:val="0"/>
          <w:strike w:val="0"/>
          <w:sz w:val="22"/>
          <w:highlight w:val="cyan"/>
          <w:u w:val="single"/>
        </w:rPr>
        <w:t xml:space="preserve"> later was </w:t>
      </w:r>
      <w:r>
        <w:rPr>
          <w:b/>
          <w:i w:val="0"/>
          <w:smallCaps w:val="0"/>
          <w:strike w:val="0"/>
          <w:sz w:val="24"/>
          <w:highlight w:val="cyan"/>
          <w:u w:val="single"/>
        </w:rPr>
        <w:t>not based</w:t>
      </w:r>
      <w:r>
        <w:rPr>
          <w:b w:val="0"/>
          <w:i w:val="0"/>
          <w:smallCaps w:val="0"/>
          <w:strike w:val="0"/>
          <w:sz w:val="16"/>
          <w:highlight w:val="cyan"/>
          <w:u w:val="none"/>
        </w:rPr>
        <w:t xml:space="preserve"> </w:t>
      </w:r>
      <w:r>
        <w:rPr>
          <w:b/>
          <w:i w:val="0"/>
          <w:smallCaps w:val="0"/>
          <w:strike w:val="0"/>
          <w:sz w:val="22"/>
          <w:highlight w:val="cyan"/>
          <w:u w:val="single"/>
        </w:rPr>
        <w:t xml:space="preserve">on </w:t>
      </w:r>
      <w:r>
        <w:rPr>
          <w:b/>
          <w:i w:val="0"/>
          <w:smallCaps w:val="0"/>
          <w:strike w:val="0"/>
          <w:sz w:val="24"/>
          <w:highlight w:val="cyan"/>
          <w:u w:val="single"/>
        </w:rPr>
        <w:t>accommodating</w:t>
      </w:r>
      <w:r>
        <w:rPr>
          <w:b w:val="0"/>
          <w:i w:val="0"/>
          <w:smallCaps w:val="0"/>
          <w:strike w:val="0"/>
          <w:sz w:val="16"/>
          <w:u w:val="none"/>
        </w:rPr>
        <w:t xml:space="preserve"> Japanese and German </w:t>
      </w:r>
      <w:r>
        <w:rPr>
          <w:b/>
          <w:i w:val="0"/>
          <w:smallCaps w:val="0"/>
          <w:strike w:val="0"/>
          <w:sz w:val="22"/>
          <w:u w:val="single"/>
        </w:rPr>
        <w:t>anxieties</w:t>
      </w:r>
      <w:r>
        <w:rPr>
          <w:b w:val="0"/>
          <w:i w:val="0"/>
          <w:smallCaps w:val="0"/>
          <w:strike w:val="0"/>
          <w:sz w:val="16"/>
          <w:u w:val="none"/>
        </w:rPr>
        <w:t xml:space="preserve">, even though those nations suffered infinitely greater horrors at the hands of the Allies than anything Russians suffered at the end of the Cold War. </w:t>
      </w:r>
      <w:r>
        <w:rPr>
          <w:b/>
          <w:i w:val="0"/>
          <w:smallCaps w:val="0"/>
          <w:strike w:val="0"/>
          <w:sz w:val="22"/>
          <w:u w:val="single"/>
        </w:rPr>
        <w:t xml:space="preserve">Among the </w:t>
      </w:r>
      <w:r>
        <w:rPr>
          <w:b/>
          <w:i w:val="0"/>
          <w:smallCaps w:val="0"/>
          <w:strike w:val="0"/>
          <w:sz w:val="24"/>
          <w:u w:val="single"/>
        </w:rPr>
        <w:t>liberal order’s</w:t>
      </w:r>
      <w:r>
        <w:rPr>
          <w:b/>
          <w:i w:val="0"/>
          <w:smallCaps w:val="0"/>
          <w:strike w:val="0"/>
          <w:sz w:val="22"/>
          <w:u w:val="single"/>
        </w:rPr>
        <w:t xml:space="preserve"> greatest contributions to </w:t>
      </w:r>
      <w:r>
        <w:rPr>
          <w:b/>
          <w:i w:val="0"/>
          <w:smallCaps w:val="0"/>
          <w:strike w:val="0"/>
          <w:sz w:val="24"/>
          <w:u w:val="single"/>
        </w:rPr>
        <w:t>international peace</w:t>
      </w:r>
      <w:r>
        <w:rPr>
          <w:b/>
          <w:i w:val="0"/>
          <w:smallCaps w:val="0"/>
          <w:strike w:val="0"/>
          <w:sz w:val="22"/>
          <w:u w:val="single"/>
        </w:rPr>
        <w:t xml:space="preserve"> has been the </w:t>
      </w:r>
      <w:r>
        <w:rPr>
          <w:b/>
          <w:i w:val="0"/>
          <w:smallCaps w:val="0"/>
          <w:strike w:val="0"/>
          <w:sz w:val="24"/>
          <w:u w:val="single"/>
        </w:rPr>
        <w:t>discrediting</w:t>
      </w:r>
      <w:r>
        <w:rPr>
          <w:b/>
          <w:i w:val="0"/>
          <w:smallCaps w:val="0"/>
          <w:strike w:val="0"/>
          <w:sz w:val="22"/>
          <w:u w:val="single"/>
        </w:rPr>
        <w:t xml:space="preserve"> and denial of </w:t>
      </w:r>
      <w:r>
        <w:rPr>
          <w:b/>
          <w:i w:val="0"/>
          <w:smallCaps w:val="0"/>
          <w:strike w:val="0"/>
          <w:sz w:val="24"/>
          <w:highlight w:val="cyan"/>
          <w:u w:val="single"/>
        </w:rPr>
        <w:t>great-power spheres</w:t>
      </w:r>
      <w:r>
        <w:rPr>
          <w:b/>
          <w:i w:val="0"/>
          <w:smallCaps w:val="0"/>
          <w:strike w:val="0"/>
          <w:sz w:val="22"/>
          <w:u w:val="single"/>
        </w:rPr>
        <w:t xml:space="preserve"> of interest. To begin</w:t>
      </w:r>
      <w:r>
        <w:rPr>
          <w:b w:val="0"/>
          <w:i w:val="0"/>
          <w:smallCaps w:val="0"/>
          <w:strike w:val="0"/>
          <w:sz w:val="16"/>
          <w:u w:val="none"/>
        </w:rPr>
        <w:t xml:space="preserve"> acknowledging and </w:t>
      </w:r>
      <w:r>
        <w:rPr>
          <w:b/>
          <w:i w:val="0"/>
          <w:smallCaps w:val="0"/>
          <w:strike w:val="0"/>
          <w:sz w:val="22"/>
          <w:u w:val="single"/>
        </w:rPr>
        <w:t>accepting</w:t>
      </w:r>
      <w:r>
        <w:rPr>
          <w:b w:val="0"/>
          <w:i w:val="0"/>
          <w:smallCaps w:val="0"/>
          <w:strike w:val="0"/>
          <w:sz w:val="16"/>
          <w:u w:val="none"/>
        </w:rPr>
        <w:t xml:space="preserve"> such </w:t>
      </w:r>
      <w:r>
        <w:rPr>
          <w:b/>
          <w:i w:val="0"/>
          <w:smallCaps w:val="0"/>
          <w:strike w:val="0"/>
          <w:sz w:val="22"/>
          <w:u w:val="single"/>
        </w:rPr>
        <w:t>spheres</w:t>
      </w:r>
      <w:r>
        <w:rPr>
          <w:b w:val="0"/>
          <w:i w:val="0"/>
          <w:smallCaps w:val="0"/>
          <w:strike w:val="0"/>
          <w:sz w:val="16"/>
          <w:u w:val="none"/>
        </w:rPr>
        <w:t xml:space="preserve"> again </w:t>
      </w:r>
      <w:r>
        <w:rPr>
          <w:b/>
          <w:i w:val="0"/>
          <w:smallCaps w:val="0"/>
          <w:strike w:val="0"/>
          <w:sz w:val="22"/>
          <w:highlight w:val="cyan"/>
          <w:u w:val="single"/>
        </w:rPr>
        <w:t>would be a</w:t>
      </w:r>
      <w:r>
        <w:rPr>
          <w:b w:val="0"/>
          <w:i w:val="0"/>
          <w:smallCaps w:val="0"/>
          <w:strike w:val="0"/>
          <w:sz w:val="16"/>
          <w:u w:val="none"/>
        </w:rPr>
        <w:t xml:space="preserve"> big </w:t>
      </w:r>
      <w:r>
        <w:rPr>
          <w:b/>
          <w:i w:val="0"/>
          <w:smallCaps w:val="0"/>
          <w:strike w:val="0"/>
          <w:sz w:val="22"/>
          <w:highlight w:val="cyan"/>
          <w:u w:val="single"/>
        </w:rPr>
        <w:t xml:space="preserve">step back to </w:t>
      </w:r>
      <w:r>
        <w:rPr>
          <w:b/>
          <w:i w:val="0"/>
          <w:smallCaps w:val="0"/>
          <w:strike w:val="0"/>
          <w:sz w:val="24"/>
          <w:highlight w:val="cyan"/>
          <w:u w:val="single"/>
        </w:rPr>
        <w:t>old</w:t>
      </w:r>
      <w:r>
        <w:rPr>
          <w:b/>
          <w:i w:val="0"/>
          <w:smallCaps w:val="0"/>
          <w:strike w:val="0"/>
          <w:sz w:val="24"/>
          <w:u w:val="single"/>
        </w:rPr>
        <w:t xml:space="preserve"> patterns</w:t>
      </w:r>
      <w:r>
        <w:rPr>
          <w:b/>
          <w:i w:val="0"/>
          <w:smallCaps w:val="0"/>
          <w:strike w:val="0"/>
          <w:sz w:val="22"/>
          <w:u w:val="single"/>
        </w:rPr>
        <w:t xml:space="preserve"> of history and</w:t>
      </w:r>
      <w:r>
        <w:rPr>
          <w:b w:val="0"/>
          <w:i w:val="0"/>
          <w:smallCaps w:val="0"/>
          <w:strike w:val="0"/>
          <w:sz w:val="16"/>
          <w:u w:val="none"/>
        </w:rPr>
        <w:t xml:space="preserve"> to </w:t>
      </w:r>
      <w:r>
        <w:rPr>
          <w:b/>
          <w:i w:val="0"/>
          <w:smallCaps w:val="0"/>
          <w:strike w:val="0"/>
          <w:sz w:val="22"/>
          <w:u w:val="single"/>
        </w:rPr>
        <w:t xml:space="preserve">the </w:t>
      </w:r>
      <w:r>
        <w:rPr>
          <w:b/>
          <w:i w:val="0"/>
          <w:smallCaps w:val="0"/>
          <w:strike w:val="0"/>
          <w:sz w:val="24"/>
          <w:highlight w:val="cyan"/>
          <w:u w:val="single"/>
        </w:rPr>
        <w:t>conflicts</w:t>
      </w:r>
      <w:r>
        <w:rPr>
          <w:b/>
          <w:i w:val="0"/>
          <w:smallCaps w:val="0"/>
          <w:strike w:val="0"/>
          <w:sz w:val="22"/>
          <w:highlight w:val="cyan"/>
          <w:u w:val="single"/>
        </w:rPr>
        <w:t xml:space="preserve"> and </w:t>
      </w:r>
      <w:r>
        <w:rPr>
          <w:b/>
          <w:i w:val="0"/>
          <w:smallCaps w:val="0"/>
          <w:strike w:val="0"/>
          <w:sz w:val="24"/>
          <w:highlight w:val="cyan"/>
          <w:u w:val="single"/>
        </w:rPr>
        <w:t>instability</w:t>
      </w:r>
      <w:r>
        <w:rPr>
          <w:b/>
          <w:i w:val="0"/>
          <w:smallCaps w:val="0"/>
          <w:strike w:val="0"/>
          <w:sz w:val="22"/>
          <w:u w:val="single"/>
        </w:rPr>
        <w:t xml:space="preserve"> that characterize the international system</w:t>
      </w:r>
      <w:r>
        <w:rPr>
          <w:b w:val="0"/>
          <w:i w:val="0"/>
          <w:smallCaps w:val="0"/>
          <w:strike w:val="0"/>
          <w:sz w:val="16"/>
          <w:u w:val="none"/>
        </w:rPr>
        <w:t xml:space="preserve"> “as it is.”</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