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Extinction.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Beebe ’19 </w:t>
      </w:r>
      <w:r>
        <w:rPr>
          <w:b w:val="0"/>
          <w:i w:val="0"/>
          <w:smallCaps w:val="0"/>
          <w:strike w:val="0"/>
          <w:u w:val="none"/>
        </w:rPr>
        <w:t>[George; October 7; Vice President and Director of Studies at the Center for the National Interest, M.A. in Foreign Affairs from the University of Virginia; Politico, “We’re More at Risk of Nuclear War With Russia Than We Think,”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first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that American </w:t>
      </w:r>
      <w:r>
        <w:rPr>
          <w:b/>
          <w:i w:val="0"/>
          <w:smallCaps w:val="0"/>
          <w:strike w:val="0"/>
          <w:sz w:val="22"/>
          <w:u w:val="single"/>
        </w:rPr>
        <w:t>policymakers think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/>
          <w:i w:val="0"/>
          <w:smallCaps w:val="0"/>
          <w:strike w:val="0"/>
          <w:sz w:val="22"/>
          <w:u w:val="single"/>
        </w:rPr>
        <w:t xml:space="preserve">because </w:t>
      </w:r>
      <w:r>
        <w:rPr>
          <w:b/>
          <w:i w:val="0"/>
          <w:smallCaps w:val="0"/>
          <w:strike w:val="0"/>
          <w:sz w:val="24"/>
          <w:u w:val="single"/>
        </w:rPr>
        <w:t>neither side wants</w:t>
      </w:r>
      <w:r>
        <w:rPr>
          <w:b/>
          <w:i w:val="0"/>
          <w:smallCaps w:val="0"/>
          <w:strike w:val="0"/>
          <w:sz w:val="22"/>
          <w:u w:val="single"/>
        </w:rPr>
        <w:t xml:space="preserve"> nuclear war, then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 </w:t>
      </w:r>
      <w:r>
        <w:rPr>
          <w:b/>
          <w:i w:val="0"/>
          <w:smallCaps w:val="0"/>
          <w:strike w:val="0"/>
          <w:sz w:val="22"/>
          <w:u w:val="single"/>
        </w:rPr>
        <w:t>war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very </w:t>
      </w:r>
      <w:r>
        <w:rPr>
          <w:b/>
          <w:i w:val="0"/>
          <w:smallCaps w:val="0"/>
          <w:strike w:val="0"/>
          <w:sz w:val="22"/>
          <w:u w:val="single"/>
        </w:rPr>
        <w:t xml:space="preserve">unlikely to </w:t>
      </w:r>
      <w:r>
        <w:rPr>
          <w:b/>
          <w:i w:val="0"/>
          <w:smallCaps w:val="0"/>
          <w:strike w:val="0"/>
          <w:sz w:val="22"/>
          <w:u w:val="single"/>
        </w:rPr>
        <w:t>occur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Russia would be foolish, we reason, to cross swords with the powerful U.S. military and risk its own self-destruction, and many </w:t>
      </w:r>
      <w:r>
        <w:rPr>
          <w:b/>
          <w:i w:val="0"/>
          <w:smallCaps w:val="0"/>
          <w:strike w:val="0"/>
          <w:sz w:val="22"/>
          <w:u w:val="single"/>
        </w:rPr>
        <w:t xml:space="preserve">Americans find it </w:t>
      </w:r>
      <w:r>
        <w:rPr>
          <w:b/>
          <w:i w:val="0"/>
          <w:smallCaps w:val="0"/>
          <w:strike w:val="0"/>
          <w:sz w:val="24"/>
          <w:u w:val="single"/>
        </w:rPr>
        <w:t>hard to imagine</w:t>
      </w:r>
      <w:r>
        <w:rPr>
          <w:b/>
          <w:i w:val="0"/>
          <w:smallCaps w:val="0"/>
          <w:strike w:val="0"/>
          <w:sz w:val="22"/>
          <w:u w:val="single"/>
        </w:rPr>
        <w:t xml:space="preserve"> that modern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cyber</w:t>
      </w:r>
      <w:r>
        <w:rPr>
          <w:b/>
          <w:i w:val="0"/>
          <w:smallCaps w:val="0"/>
          <w:strike w:val="0"/>
          <w:sz w:val="24"/>
          <w:u w:val="single"/>
        </w:rPr>
        <w:t xml:space="preserve"> duels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proxy</w:t>
      </w:r>
      <w:r>
        <w:rPr>
          <w:b/>
          <w:i w:val="0"/>
          <w:smallCaps w:val="0"/>
          <w:strike w:val="0"/>
          <w:sz w:val="24"/>
          <w:u w:val="single"/>
        </w:rPr>
        <w:t xml:space="preserve"> battle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info</w:t>
      </w:r>
      <w:r>
        <w:rPr>
          <w:b/>
          <w:i w:val="0"/>
          <w:smallCaps w:val="0"/>
          <w:strike w:val="0"/>
          <w:sz w:val="24"/>
          <w:u w:val="single"/>
        </w:rPr>
        <w:t xml:space="preserve">rmation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op</w:t>
      </w:r>
      <w:r>
        <w:rPr>
          <w:b/>
          <w:i w:val="0"/>
          <w:smallCaps w:val="0"/>
          <w:strike w:val="0"/>
          <w:sz w:val="24"/>
          <w:u w:val="single"/>
        </w:rPr>
        <w:t>eration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economic war</w:t>
      </w:r>
      <w:r>
        <w:rPr>
          <w:b/>
          <w:i w:val="0"/>
          <w:smallCaps w:val="0"/>
          <w:strike w:val="0"/>
          <w:sz w:val="24"/>
          <w:u w:val="single"/>
        </w:rPr>
        <w:t>fare</w:t>
      </w:r>
      <w:r>
        <w:rPr>
          <w:b/>
          <w:i w:val="0"/>
          <w:smallCaps w:val="0"/>
          <w:strike w:val="0"/>
          <w:sz w:val="22"/>
          <w:u w:val="single"/>
        </w:rPr>
        <w:t xml:space="preserve"> might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somehow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erupt into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direct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nuclear attacks</w:t>
      </w:r>
      <w:r>
        <w:rPr>
          <w:b w:val="0"/>
          <w:i w:val="0"/>
          <w:smallCaps w:val="0"/>
          <w:strike w:val="0"/>
          <w:sz w:val="16"/>
          <w:u w:val="none"/>
        </w:rPr>
        <w:t>. If the Cold War ended peacefully, the thinking goes, why should America worry that a new shadow war with a much less formidable Russia will end any differently?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wars do not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always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begin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by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design</w:t>
      </w:r>
      <w:r>
        <w:rPr>
          <w:b/>
          <w:i w:val="0"/>
          <w:smallCaps w:val="0"/>
          <w:strike w:val="0"/>
          <w:sz w:val="22"/>
          <w:u w:val="single"/>
        </w:rPr>
        <w:t>. Just 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they did in </w:t>
      </w:r>
      <w:r>
        <w:rPr>
          <w:b/>
          <w:i w:val="0"/>
          <w:smallCaps w:val="0"/>
          <w:strike w:val="0"/>
          <w:sz w:val="22"/>
          <w:u w:val="single"/>
        </w:rPr>
        <w:t xml:space="preserve">1914,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vicious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circle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of clashing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geopolitical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ambitions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 xml:space="preserve">distorted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perceptions</w:t>
      </w:r>
      <w:r>
        <w:rPr>
          <w:b/>
          <w:i w:val="0"/>
          <w:smallCaps w:val="0"/>
          <w:strike w:val="0"/>
          <w:sz w:val="22"/>
          <w:u w:val="single"/>
        </w:rPr>
        <w:t xml:space="preserve"> of each other’s intent,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new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4"/>
          <w:u w:val="single"/>
        </w:rPr>
        <w:t>poorly understood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technologies,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disappearing rules</w:t>
      </w:r>
      <w:r>
        <w:rPr>
          <w:b/>
          <w:i w:val="0"/>
          <w:smallCaps w:val="0"/>
          <w:strike w:val="0"/>
          <w:sz w:val="24"/>
          <w:u w:val="single"/>
        </w:rPr>
        <w:t xml:space="preserve"> of the game</w:t>
      </w:r>
      <w:r>
        <w:rPr>
          <w:b/>
          <w:i w:val="0"/>
          <w:smallCaps w:val="0"/>
          <w:strike w:val="0"/>
          <w:sz w:val="22"/>
          <w:u w:val="single"/>
        </w:rPr>
        <w:t xml:space="preserve"> could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combine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produce</w:t>
      </w:r>
      <w:r>
        <w:rPr>
          <w:b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disaster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/>
          <w:i w:val="0"/>
          <w:smallCaps w:val="0"/>
          <w:strike w:val="0"/>
          <w:sz w:val="22"/>
          <w:u w:val="single"/>
        </w:rPr>
        <w:t>neither side wants nor expects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fact,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cyber</w:t>
      </w:r>
      <w:r>
        <w:rPr>
          <w:b/>
          <w:i w:val="0"/>
          <w:smallCaps w:val="0"/>
          <w:strike w:val="0"/>
          <w:sz w:val="22"/>
          <w:u w:val="single"/>
        </w:rPr>
        <w:t xml:space="preserve"> technologies,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rtificial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ntelligence, </w:t>
      </w:r>
      <w:r>
        <w:rPr>
          <w:b/>
          <w:i w:val="0"/>
          <w:smallCaps w:val="0"/>
          <w:strike w:val="0"/>
          <w:sz w:val="22"/>
          <w:u w:val="single"/>
        </w:rPr>
        <w:t xml:space="preserve">advanced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hypersonic</w:t>
      </w:r>
      <w:r>
        <w:rPr>
          <w:b/>
          <w:i w:val="0"/>
          <w:smallCaps w:val="0"/>
          <w:strike w:val="0"/>
          <w:sz w:val="24"/>
          <w:u w:val="single"/>
        </w:rPr>
        <w:t xml:space="preserve"> weapon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delivery </w:t>
      </w:r>
      <w:r>
        <w:rPr>
          <w:b/>
          <w:i w:val="0"/>
          <w:smallCaps w:val="0"/>
          <w:strike w:val="0"/>
          <w:sz w:val="22"/>
          <w:u w:val="single"/>
        </w:rPr>
        <w:t xml:space="preserve">systems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</w:t>
      </w:r>
      <w:r>
        <w:rPr>
          <w:b/>
          <w:i w:val="0"/>
          <w:smallCaps w:val="0"/>
          <w:strike w:val="0"/>
          <w:sz w:val="24"/>
          <w:u w:val="single"/>
        </w:rPr>
        <w:t>nti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sat</w:t>
      </w:r>
      <w:r>
        <w:rPr>
          <w:b/>
          <w:i w:val="0"/>
          <w:smallCaps w:val="0"/>
          <w:strike w:val="0"/>
          <w:sz w:val="24"/>
          <w:u w:val="single"/>
        </w:rPr>
        <w:t>ellite weaponry</w:t>
      </w:r>
      <w:r>
        <w:rPr>
          <w:b/>
          <w:i w:val="0"/>
          <w:smallCaps w:val="0"/>
          <w:strike w:val="0"/>
          <w:sz w:val="22"/>
          <w:u w:val="single"/>
        </w:rPr>
        <w:t xml:space="preserve">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making</w:t>
      </w:r>
      <w:r>
        <w:rPr>
          <w:b/>
          <w:i w:val="0"/>
          <w:smallCaps w:val="0"/>
          <w:strike w:val="0"/>
          <w:sz w:val="22"/>
          <w:u w:val="single"/>
        </w:rPr>
        <w:t xml:space="preserve"> the U.S.-Russian </w:t>
      </w:r>
      <w:r>
        <w:rPr>
          <w:b/>
          <w:i w:val="0"/>
          <w:smallCaps w:val="0"/>
          <w:strike w:val="0"/>
          <w:sz w:val="24"/>
          <w:u w:val="single"/>
        </w:rPr>
        <w:t xml:space="preserve">shadow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war</w:t>
      </w:r>
      <w:r>
        <w:rPr>
          <w:b/>
          <w:i w:val="0"/>
          <w:smallCaps w:val="0"/>
          <w:strike w:val="0"/>
          <w:sz w:val="22"/>
          <w:u w:val="single"/>
        </w:rPr>
        <w:t xml:space="preserve"> much more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complex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dangerous</w:t>
      </w:r>
      <w:r>
        <w:rPr>
          <w:b/>
          <w:i w:val="0"/>
          <w:smallCaps w:val="0"/>
          <w:strike w:val="0"/>
          <w:sz w:val="22"/>
          <w:u w:val="single"/>
        </w:rPr>
        <w:t xml:space="preserve"> than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old </w:t>
      </w:r>
      <w:r>
        <w:rPr>
          <w:b/>
          <w:i w:val="0"/>
          <w:smallCaps w:val="0"/>
          <w:strike w:val="0"/>
          <w:sz w:val="22"/>
          <w:u w:val="single"/>
        </w:rPr>
        <w:t>Cold 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competition.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They</w:t>
      </w:r>
      <w:r>
        <w:rPr>
          <w:b/>
          <w:i w:val="0"/>
          <w:smallCaps w:val="0"/>
          <w:strike w:val="0"/>
          <w:sz w:val="22"/>
          <w:u w:val="single"/>
        </w:rPr>
        <w:t xml:space="preserve">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blur</w:t>
      </w:r>
      <w:r>
        <w:rPr>
          <w:b/>
          <w:i w:val="0"/>
          <w:smallCaps w:val="0"/>
          <w:strike w:val="0"/>
          <w:sz w:val="24"/>
          <w:u w:val="single"/>
        </w:rPr>
        <w:t>ring</w:t>
      </w:r>
      <w:r>
        <w:rPr>
          <w:b/>
          <w:i w:val="0"/>
          <w:smallCaps w:val="0"/>
          <w:strike w:val="0"/>
          <w:sz w:val="22"/>
          <w:u w:val="single"/>
        </w:rPr>
        <w:t xml:space="preserve"> traditional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lines</w:t>
      </w:r>
      <w:r>
        <w:rPr>
          <w:b/>
          <w:i w:val="0"/>
          <w:smallCaps w:val="0"/>
          <w:strike w:val="0"/>
          <w:sz w:val="22"/>
          <w:u w:val="single"/>
        </w:rPr>
        <w:t xml:space="preserve"> between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espionage and </w:t>
      </w:r>
      <w:r>
        <w:rPr>
          <w:b/>
          <w:i w:val="0"/>
          <w:smallCaps w:val="0"/>
          <w:strike w:val="0"/>
          <w:sz w:val="22"/>
          <w:u w:val="single"/>
        </w:rPr>
        <w:t xml:space="preserve">warfare,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entangl</w:t>
      </w:r>
      <w:r>
        <w:rPr>
          <w:b/>
          <w:i w:val="0"/>
          <w:smallCaps w:val="0"/>
          <w:strike w:val="0"/>
          <w:sz w:val="24"/>
          <w:u w:val="single"/>
        </w:rPr>
        <w:t>ing nuclear</w:t>
      </w:r>
      <w:r>
        <w:rPr>
          <w:b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conventional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weaponry,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eras</w:t>
      </w:r>
      <w:r>
        <w:rPr>
          <w:b/>
          <w:i w:val="0"/>
          <w:smallCaps w:val="0"/>
          <w:strike w:val="0"/>
          <w:sz w:val="24"/>
          <w:u w:val="single"/>
        </w:rPr>
        <w:t>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old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distinctions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between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offensive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defensive</w:t>
      </w:r>
      <w:r>
        <w:rPr>
          <w:b/>
          <w:i w:val="0"/>
          <w:smallCaps w:val="0"/>
          <w:strike w:val="0"/>
          <w:sz w:val="22"/>
          <w:u w:val="single"/>
        </w:rPr>
        <w:t xml:space="preserve"> operations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Whereas the development of nuclear weaponry in the Cold War produced the concept of mutually assured destruction and had a restraining effect, </w:t>
      </w:r>
      <w:r>
        <w:rPr>
          <w:b/>
          <w:i w:val="0"/>
          <w:smallCaps w:val="0"/>
          <w:strike w:val="0"/>
          <w:sz w:val="22"/>
          <w:u w:val="single"/>
        </w:rPr>
        <w:t xml:space="preserve">in the cyber </w:t>
      </w:r>
      <w:r>
        <w:rPr>
          <w:b/>
          <w:i w:val="0"/>
          <w:smallCaps w:val="0"/>
          <w:strike w:val="0"/>
          <w:sz w:val="22"/>
          <w:u w:val="single"/>
        </w:rPr>
        <w:t xml:space="preserve">arena, </w:t>
      </w:r>
      <w:r>
        <w:rPr>
          <w:b/>
          <w:i w:val="0"/>
          <w:smallCaps w:val="0"/>
          <w:strike w:val="0"/>
          <w:sz w:val="24"/>
          <w:u w:val="single"/>
        </w:rPr>
        <w:t>playing offense</w:t>
      </w:r>
      <w:r>
        <w:rPr>
          <w:b/>
          <w:i w:val="0"/>
          <w:smallCaps w:val="0"/>
          <w:strike w:val="0"/>
          <w:sz w:val="22"/>
          <w:u w:val="single"/>
        </w:rPr>
        <w:t xml:space="preserve"> is </w:t>
      </w:r>
      <w:r>
        <w:rPr>
          <w:b/>
          <w:i w:val="0"/>
          <w:smallCaps w:val="0"/>
          <w:strike w:val="0"/>
          <w:sz w:val="24"/>
          <w:u w:val="single"/>
        </w:rPr>
        <w:t>increasingly seen</w:t>
      </w:r>
      <w:r>
        <w:rPr>
          <w:b/>
          <w:i w:val="0"/>
          <w:smallCaps w:val="0"/>
          <w:strike w:val="0"/>
          <w:sz w:val="22"/>
          <w:u w:val="single"/>
        </w:rPr>
        <w:t xml:space="preserve"> as the best defense. And in a </w:t>
      </w:r>
      <w:r>
        <w:rPr>
          <w:b/>
          <w:i w:val="0"/>
          <w:smallCaps w:val="0"/>
          <w:strike w:val="0"/>
          <w:sz w:val="24"/>
          <w:u w:val="single"/>
        </w:rPr>
        <w:t>highly connected</w:t>
      </w:r>
      <w:r>
        <w:rPr>
          <w:b/>
          <w:i w:val="0"/>
          <w:smallCaps w:val="0"/>
          <w:strike w:val="0"/>
          <w:sz w:val="22"/>
          <w:u w:val="single"/>
        </w:rPr>
        <w:t xml:space="preserve"> world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which </w:t>
      </w:r>
      <w:r>
        <w:rPr>
          <w:b/>
          <w:i w:val="0"/>
          <w:smallCaps w:val="0"/>
          <w:strike w:val="0"/>
          <w:sz w:val="22"/>
          <w:u w:val="single"/>
        </w:rPr>
        <w:t>financial networks, commercial operations, media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platforms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and nuclear command and control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systems </w:t>
      </w:r>
      <w:r>
        <w:rPr>
          <w:b/>
          <w:i w:val="0"/>
          <w:smallCaps w:val="0"/>
          <w:strike w:val="0"/>
          <w:sz w:val="22"/>
          <w:u w:val="single"/>
        </w:rPr>
        <w:t xml:space="preserve">are </w:t>
      </w:r>
      <w:r>
        <w:rPr>
          <w:b/>
          <w:i w:val="0"/>
          <w:smallCaps w:val="0"/>
          <w:strike w:val="0"/>
          <w:sz w:val="24"/>
          <w:u w:val="single"/>
        </w:rPr>
        <w:t>all linked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some way, </w:t>
      </w:r>
      <w:r>
        <w:rPr>
          <w:b/>
          <w:i w:val="0"/>
          <w:smallCaps w:val="0"/>
          <w:strike w:val="0"/>
          <w:sz w:val="22"/>
          <w:u w:val="single"/>
        </w:rPr>
        <w:t>escalation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cyber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world </w:t>
      </w:r>
      <w:r>
        <w:rPr>
          <w:b/>
          <w:i w:val="0"/>
          <w:smallCaps w:val="0"/>
          <w:strike w:val="0"/>
          <w:sz w:val="22"/>
          <w:u w:val="single"/>
        </w:rPr>
        <w:t>into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physical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domain </w:t>
      </w:r>
      <w:r>
        <w:rPr>
          <w:b/>
          <w:i w:val="0"/>
          <w:smallCaps w:val="0"/>
          <w:strike w:val="0"/>
          <w:sz w:val="22"/>
          <w:u w:val="single"/>
        </w:rPr>
        <w:t>is a serious danger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Cyber technology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magnifying fears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/>
          <w:i w:val="0"/>
          <w:smallCaps w:val="0"/>
          <w:strike w:val="0"/>
          <w:sz w:val="22"/>
          <w:u w:val="single"/>
        </w:rPr>
        <w:t xml:space="preserve"> our adversaries’ </w:t>
      </w:r>
      <w:r>
        <w:rPr>
          <w:b/>
          <w:i w:val="0"/>
          <w:smallCaps w:val="0"/>
          <w:strike w:val="0"/>
          <w:sz w:val="24"/>
          <w:u w:val="single"/>
        </w:rPr>
        <w:t xml:space="preserve">strategic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intentions</w:t>
      </w:r>
      <w:r>
        <w:rPr>
          <w:b/>
          <w:i w:val="0"/>
          <w:smallCaps w:val="0"/>
          <w:strike w:val="0"/>
          <w:sz w:val="22"/>
          <w:u w:val="single"/>
        </w:rPr>
        <w:t xml:space="preserve"> while</w:t>
      </w:r>
      <w:r>
        <w:rPr>
          <w:b/>
          <w:i w:val="0"/>
          <w:smallCaps w:val="0"/>
          <w:strike w:val="0"/>
          <w:sz w:val="22"/>
          <w:u w:val="single"/>
        </w:rPr>
        <w:t xml:space="preserve"> prompting questions about whether </w:t>
      </w:r>
      <w:r>
        <w:rPr>
          <w:b/>
          <w:i w:val="0"/>
          <w:smallCaps w:val="0"/>
          <w:strike w:val="0"/>
          <w:sz w:val="24"/>
          <w:u w:val="single"/>
        </w:rPr>
        <w:t>warning systems</w:t>
      </w:r>
      <w:r>
        <w:rPr>
          <w:b/>
          <w:i w:val="0"/>
          <w:smallCaps w:val="0"/>
          <w:strike w:val="0"/>
          <w:sz w:val="22"/>
          <w:u w:val="single"/>
        </w:rPr>
        <w:t xml:space="preserve"> can detect </w:t>
      </w:r>
      <w:r>
        <w:rPr>
          <w:b/>
          <w:i w:val="0"/>
          <w:smallCaps w:val="0"/>
          <w:strike w:val="0"/>
          <w:sz w:val="24"/>
          <w:u w:val="single"/>
        </w:rPr>
        <w:t>incoming attacks</w:t>
      </w:r>
      <w:r>
        <w:rPr>
          <w:b/>
          <w:i w:val="0"/>
          <w:smallCaps w:val="0"/>
          <w:strike w:val="0"/>
          <w:sz w:val="22"/>
          <w:u w:val="single"/>
        </w:rPr>
        <w:t xml:space="preserve"> and whether </w:t>
      </w:r>
      <w:r>
        <w:rPr>
          <w:b/>
          <w:i w:val="0"/>
          <w:smallCaps w:val="0"/>
          <w:strike w:val="0"/>
          <w:sz w:val="24"/>
          <w:u w:val="single"/>
        </w:rPr>
        <w:t>weapons will fire</w:t>
      </w:r>
      <w:r>
        <w:rPr>
          <w:b/>
          <w:i w:val="0"/>
          <w:smallCaps w:val="0"/>
          <w:strike w:val="0"/>
          <w:sz w:val="22"/>
          <w:u w:val="single"/>
        </w:rPr>
        <w:t xml:space="preserve"> when buttons are pushed. </w:t>
      </w:r>
      <w:r>
        <w:rPr>
          <w:b/>
          <w:i w:val="0"/>
          <w:smallCaps w:val="0"/>
          <w:strike w:val="0"/>
          <w:sz w:val="22"/>
          <w:u w:val="single"/>
        </w:rPr>
        <w:t xml:space="preserve">This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makes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containing</w:t>
      </w:r>
      <w:r>
        <w:rPr>
          <w:b/>
          <w:i w:val="0"/>
          <w:smallCaps w:val="0"/>
          <w:strike w:val="0"/>
          <w:sz w:val="24"/>
          <w:u w:val="single"/>
        </w:rPr>
        <w:t xml:space="preserve">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crisis</w:t>
      </w:r>
      <w:r>
        <w:rPr>
          <w:b/>
          <w:i w:val="0"/>
          <w:smallCaps w:val="0"/>
          <w:strike w:val="0"/>
          <w:sz w:val="22"/>
          <w:u w:val="single"/>
        </w:rPr>
        <w:t xml:space="preserve"> that might arise between U.S. and Russian forces </w:t>
      </w:r>
      <w:r>
        <w:rPr>
          <w:b/>
          <w:i w:val="0"/>
          <w:smallCaps w:val="0"/>
          <w:strike w:val="0"/>
          <w:sz w:val="22"/>
          <w:u w:val="single"/>
        </w:rPr>
        <w:t xml:space="preserve">over </w:t>
      </w:r>
      <w:r>
        <w:rPr>
          <w:b/>
          <w:i w:val="0"/>
          <w:smallCaps w:val="0"/>
          <w:strike w:val="0"/>
          <w:sz w:val="24"/>
          <w:u w:val="single"/>
        </w:rPr>
        <w:t>Ukraine</w:t>
      </w:r>
      <w:r>
        <w:rPr>
          <w:b w:val="0"/>
          <w:i w:val="0"/>
          <w:smallCaps w:val="0"/>
          <w:strike w:val="0"/>
          <w:sz w:val="16"/>
          <w:u w:val="none"/>
        </w:rPr>
        <w:t>, Iran 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anything else much more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difficult</w:t>
      </w:r>
      <w:r>
        <w:rPr>
          <w:b/>
          <w:i w:val="0"/>
          <w:smallCaps w:val="0"/>
          <w:strike w:val="0"/>
          <w:sz w:val="22"/>
          <w:u w:val="single"/>
        </w:rPr>
        <w:t>. It i</w:t>
      </w:r>
      <w:r>
        <w:rPr>
          <w:b/>
          <w:i w:val="0"/>
          <w:smallCaps w:val="0"/>
          <w:strike w:val="0"/>
          <w:sz w:val="22"/>
          <w:u w:val="single"/>
        </w:rPr>
        <w:t xml:space="preserve">s not hard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imagine a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crisis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scenario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in which</w:t>
      </w:r>
      <w:r>
        <w:rPr>
          <w:b/>
          <w:i w:val="0"/>
          <w:smallCaps w:val="0"/>
          <w:strike w:val="0"/>
          <w:sz w:val="22"/>
          <w:u w:val="single"/>
        </w:rPr>
        <w:t xml:space="preserve"> Russia </w:t>
      </w:r>
      <w:r>
        <w:rPr>
          <w:b/>
          <w:i w:val="0"/>
          <w:smallCaps w:val="0"/>
          <w:strike w:val="0"/>
          <w:sz w:val="24"/>
          <w:u w:val="single"/>
        </w:rPr>
        <w:t xml:space="preserve">cyber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operators</w:t>
      </w:r>
      <w:r>
        <w:rPr>
          <w:b/>
          <w:i w:val="0"/>
          <w:smallCaps w:val="0"/>
          <w:strike w:val="0"/>
          <w:sz w:val="22"/>
          <w:u w:val="single"/>
        </w:rPr>
        <w:t xml:space="preserve"> gain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access</w:t>
      </w:r>
      <w:r>
        <w:rPr>
          <w:b/>
          <w:i w:val="0"/>
          <w:smallCaps w:val="0"/>
          <w:strike w:val="0"/>
          <w:sz w:val="22"/>
          <w:u w:val="single"/>
        </w:rPr>
        <w:t xml:space="preserve"> to a </w:t>
      </w:r>
      <w:r>
        <w:rPr>
          <w:b/>
          <w:i w:val="0"/>
          <w:smallCaps w:val="0"/>
          <w:strike w:val="0"/>
          <w:sz w:val="24"/>
          <w:u w:val="single"/>
        </w:rPr>
        <w:t>satellite system</w:t>
      </w:r>
      <w:r>
        <w:rPr>
          <w:b/>
          <w:i w:val="0"/>
          <w:smallCaps w:val="0"/>
          <w:strike w:val="0"/>
          <w:sz w:val="22"/>
          <w:u w:val="single"/>
        </w:rPr>
        <w:t xml:space="preserve"> that controls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both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U.S.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conventional</w:t>
      </w:r>
      <w:r>
        <w:rPr>
          <w:b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 xml:space="preserve">nuclear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weapons</w:t>
      </w:r>
      <w:r>
        <w:rPr>
          <w:b/>
          <w:i w:val="0"/>
          <w:smallCaps w:val="0"/>
          <w:strike w:val="0"/>
          <w:sz w:val="22"/>
          <w:u w:val="single"/>
        </w:rPr>
        <w:t xml:space="preserve"> systems, leaving the American side </w:t>
      </w:r>
      <w:r>
        <w:rPr>
          <w:b/>
          <w:i w:val="0"/>
          <w:smallCaps w:val="0"/>
          <w:strike w:val="0"/>
          <w:sz w:val="24"/>
          <w:u w:val="single"/>
        </w:rPr>
        <w:t>uncertain</w:t>
      </w:r>
      <w:r>
        <w:rPr>
          <w:b/>
          <w:i w:val="0"/>
          <w:smallCaps w:val="0"/>
          <w:strike w:val="0"/>
          <w:sz w:val="22"/>
          <w:u w:val="single"/>
        </w:rPr>
        <w:t xml:space="preserve"> about whether the intrusion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meant </w:t>
      </w:r>
      <w:r>
        <w:rPr>
          <w:b/>
          <w:i w:val="0"/>
          <w:smallCaps w:val="0"/>
          <w:strike w:val="0"/>
          <w:sz w:val="22"/>
          <w:u w:val="single"/>
        </w:rPr>
        <w:t>to gather information about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U.S. </w:t>
      </w:r>
      <w:r>
        <w:rPr>
          <w:b/>
          <w:i w:val="0"/>
          <w:smallCaps w:val="0"/>
          <w:strike w:val="0"/>
          <w:sz w:val="22"/>
          <w:u w:val="single"/>
        </w:rPr>
        <w:t>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preparations </w:t>
      </w:r>
      <w:r>
        <w:rPr>
          <w:b/>
          <w:i w:val="0"/>
          <w:smallCaps w:val="0"/>
          <w:strike w:val="0"/>
          <w:sz w:val="22"/>
          <w:u w:val="single"/>
        </w:rPr>
        <w:t>or to disable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our </w:t>
      </w:r>
      <w:r>
        <w:rPr>
          <w:b/>
          <w:i w:val="0"/>
          <w:smallCaps w:val="0"/>
          <w:strike w:val="0"/>
          <w:sz w:val="22"/>
          <w:u w:val="single"/>
        </w:rPr>
        <w:t xml:space="preserve">ability to conduct </w:t>
      </w:r>
      <w:r>
        <w:rPr>
          <w:b/>
          <w:i w:val="0"/>
          <w:smallCaps w:val="0"/>
          <w:strike w:val="0"/>
          <w:sz w:val="24"/>
          <w:u w:val="single"/>
        </w:rPr>
        <w:t>nuclear strikes</w:t>
      </w:r>
      <w:r>
        <w:rPr>
          <w:b/>
          <w:i w:val="0"/>
          <w:smallCaps w:val="0"/>
          <w:strike w:val="0"/>
          <w:sz w:val="22"/>
          <w:u w:val="singl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</w:t>
      </w:r>
      <w:r>
        <w:rPr>
          <w:b/>
          <w:i w:val="0"/>
          <w:smallCaps w:val="0"/>
          <w:strike w:val="0"/>
          <w:sz w:val="22"/>
          <w:u w:val="single"/>
        </w:rPr>
        <w:t xml:space="preserve"> could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U.S. president to wonder whether he faces </w:t>
      </w:r>
      <w:r>
        <w:rPr>
          <w:b/>
          <w:i w:val="0"/>
          <w:smallCaps w:val="0"/>
          <w:strike w:val="0"/>
          <w:sz w:val="22"/>
          <w:u w:val="single"/>
        </w:rPr>
        <w:t xml:space="preserve">an urgent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“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use it or lose it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” nuc</w:t>
      </w:r>
      <w:r>
        <w:rPr>
          <w:b/>
          <w:i w:val="0"/>
          <w:smallCaps w:val="0"/>
          <w:strike w:val="0"/>
          <w:sz w:val="22"/>
          <w:u w:val="single"/>
        </w:rPr>
        <w:t xml:space="preserve">lear </w:t>
      </w:r>
      <w:r>
        <w:rPr>
          <w:b/>
          <w:i w:val="0"/>
          <w:smallCaps w:val="0"/>
          <w:strike w:val="0"/>
          <w:sz w:val="22"/>
          <w:u w:val="single"/>
        </w:rPr>
        <w:t>launch</w:t>
      </w:r>
      <w:r>
        <w:rPr>
          <w:b/>
          <w:i w:val="0"/>
          <w:smallCaps w:val="0"/>
          <w:strike w:val="0"/>
          <w:sz w:val="22"/>
          <w:u w:val="single"/>
        </w:rPr>
        <w:t xml:space="preserve"> deci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/>
          <w:i w:val="0"/>
          <w:smallCaps w:val="0"/>
          <w:strike w:val="0"/>
          <w:sz w:val="22"/>
          <w:u w:val="single"/>
        </w:rPr>
        <w:t>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doesn’t help that the </w:t>
      </w:r>
      <w:r>
        <w:rPr>
          <w:b/>
          <w:i w:val="0"/>
          <w:smallCaps w:val="0"/>
          <w:strike w:val="0"/>
          <w:sz w:val="24"/>
          <w:u w:val="single"/>
        </w:rPr>
        <w:t>lines of communication</w:t>
      </w:r>
      <w:r>
        <w:rPr>
          <w:b/>
          <w:i w:val="0"/>
          <w:smallCaps w:val="0"/>
          <w:strike w:val="0"/>
          <w:sz w:val="22"/>
          <w:u w:val="single"/>
        </w:rPr>
        <w:t xml:space="preserve"> between 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/>
          <w:i w:val="0"/>
          <w:smallCaps w:val="0"/>
          <w:strike w:val="0"/>
          <w:sz w:val="22"/>
          <w:u w:val="single"/>
        </w:rPr>
        <w:t>and Russia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necessary </w:t>
      </w:r>
      <w:r>
        <w:rPr>
          <w:b/>
          <w:i w:val="0"/>
          <w:smallCaps w:val="0"/>
          <w:strike w:val="0"/>
          <w:sz w:val="22"/>
          <w:u w:val="single"/>
        </w:rPr>
        <w:t>for managing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</w:t>
      </w:r>
      <w:r>
        <w:rPr>
          <w:b/>
          <w:i w:val="0"/>
          <w:smallCaps w:val="0"/>
          <w:strike w:val="0"/>
          <w:sz w:val="22"/>
          <w:u w:val="single"/>
        </w:rPr>
        <w:t>situations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all but </w:t>
      </w:r>
      <w:r>
        <w:rPr>
          <w:b/>
          <w:i w:val="0"/>
          <w:smallCaps w:val="0"/>
          <w:strike w:val="0"/>
          <w:sz w:val="24"/>
          <w:u w:val="single"/>
        </w:rPr>
        <w:t>severed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Bad Education Negative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