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Prophetic patents empirically zero innovation and cause scientific misinformation in the areas of the </w:t>
      </w:r>
      <w:r>
        <w:rPr>
          <w:b/>
          <w:i w:val="0"/>
          <w:smallCaps w:val="0"/>
          <w:strike w:val="0"/>
          <w:sz w:val="26"/>
          <w:u w:val="none"/>
        </w:rPr>
        <w:t>aff</w:t>
      </w:r>
      <w:r>
        <w:rPr>
          <w:b/>
          <w:i w:val="0"/>
          <w:smallCaps w:val="0"/>
          <w:strike w:val="0"/>
          <w:sz w:val="26"/>
          <w:u w:val="none"/>
        </w:rPr>
        <w:t xml:space="preserve"> </w:t>
      </w:r>
    </w:p>
    <w:p>
      <w:pPr>
        <w:spacing w:after="80"/>
      </w:pPr>
      <w:r>
        <w:rPr>
          <w:b/>
          <w:i w:val="0"/>
          <w:smallCaps w:val="0"/>
          <w:strike w:val="0"/>
          <w:sz w:val="26"/>
          <w:u w:val="none"/>
        </w:rPr>
        <w:t>Freilich</w:t>
      </w:r>
      <w:r>
        <w:rPr>
          <w:b w:val="0"/>
          <w:i w:val="0"/>
          <w:smallCaps w:val="0"/>
          <w:strike w:val="0"/>
          <w:u w:val="none"/>
        </w:rPr>
        <w:t xml:space="preserve"> </w:t>
      </w:r>
      <w:r>
        <w:rPr>
          <w:b/>
          <w:i w:val="0"/>
          <w:smallCaps w:val="0"/>
          <w:strike w:val="0"/>
          <w:sz w:val="26"/>
          <w:u w:val="none"/>
        </w:rPr>
        <w:t>18</w:t>
      </w:r>
      <w:r>
        <w:rPr>
          <w:b w:val="0"/>
          <w:i w:val="0"/>
          <w:smallCaps w:val="0"/>
          <w:strike w:val="0"/>
          <w:u w:val="none"/>
        </w:rPr>
        <w:t xml:space="preserve"> – Janet Freilich is an Associate Professor at Fordham Law School. “Prophetic Patents” 6/25, Social Sciences Research Network, </w:t>
      </w:r>
      <w:r>
        <w:rPr>
          <w:b w:val="0"/>
          <w:i w:val="0"/>
          <w:smallCaps w:val="0"/>
          <w:strike w:val="0"/>
          <w:color w:val="0563C1"/>
          <w:u w:val="single"/>
        </w:rPr>
        <w:t>]</w:t>
      </w:r>
      <w:r>
        <w:rPr>
          <w:b w:val="0"/>
          <w:i w:val="0"/>
          <w:smallCaps w:val="0"/>
          <w:strike w:val="0"/>
          <w:color w:val="0563C1"/>
          <w:u w:val="none"/>
        </w:rPr>
        <w:t xml:space="preserve"> </w:t>
      </w:r>
      <w:r>
        <w:rPr>
          <w:b w:val="0"/>
          <w:i w:val="0"/>
          <w:smallCaps w:val="0"/>
          <w:strike w:val="0"/>
          <w:color w:val="0563C1"/>
          <w:u w:val="none"/>
        </w:rPr>
        <w:t>rct</w:t>
      </w:r>
      <w:r>
        <w:rPr>
          <w:b w:val="0"/>
          <w:i w:val="0"/>
          <w:smallCaps w:val="0"/>
          <w:strike w:val="0"/>
          <w:color w:val="0563C1"/>
          <w:u w:val="none"/>
        </w:rPr>
        <w:t xml:space="preserve"> </w:t>
      </w:r>
      <w:r>
        <w:rPr>
          <w:b w:val="0"/>
          <w:i w:val="0"/>
          <w:smallCaps w:val="0"/>
          <w:strike w:val="0"/>
          <w:color w:val="0563C1"/>
          <w:u w:val="none"/>
        </w:rPr>
        <w:t>cathryn</w:t>
      </w:r>
    </w:p>
    <w:p>
      <w:pPr>
        <w:spacing w:after="60"/>
      </w:pPr>
      <w:r>
        <w:rPr>
          <w:b w:val="0"/>
          <w:i w:val="0"/>
          <w:smallCaps w:val="0"/>
          <w:strike w:val="0"/>
          <w:sz w:val="14"/>
          <w:u w:val="none"/>
        </w:rPr>
        <w:t xml:space="preserve">The theoretical case for prophetic examples rests on benefit to patentees. The Patent Act requires inventors to describe how to make and use their invention. Inventors often do this by writing experimental protocols and results in the patent. For example, a patent on a diabetes medication might include an experiment showing how to synthesize the molecule and another showing that the molecule can be given to humans to reduce the need for insulin injections. The broader the patent, the more experiments are required. A patent covering one molecule might only need to include one synthesis protocol, whereas a patent covering a family of one hundred molecules might need to include many more experiments. </w:t>
      </w:r>
      <w:r>
        <w:rPr>
          <w:b w:val="0"/>
          <w:i w:val="0"/>
          <w:smallCaps w:val="0"/>
          <w:strike w:val="0"/>
          <w:highlight w:val="cyan"/>
          <w:u w:val="single"/>
        </w:rPr>
        <w:t>It is</w:t>
      </w:r>
      <w:r>
        <w:rPr>
          <w:b w:val="0"/>
          <w:i w:val="0"/>
          <w:smallCaps w:val="0"/>
          <w:strike w:val="0"/>
          <w:u w:val="single"/>
        </w:rPr>
        <w:t xml:space="preserve"> always </w:t>
      </w:r>
      <w:r>
        <w:rPr>
          <w:b w:val="0"/>
          <w:i w:val="0"/>
          <w:smallCaps w:val="0"/>
          <w:strike w:val="0"/>
          <w:u w:val="single"/>
        </w:rPr>
        <w:t xml:space="preserve">faster and </w:t>
      </w:r>
      <w:r>
        <w:rPr>
          <w:b w:val="0"/>
          <w:i w:val="0"/>
          <w:smallCaps w:val="0"/>
          <w:strike w:val="0"/>
          <w:highlight w:val="cyan"/>
          <w:u w:val="single"/>
        </w:rPr>
        <w:t xml:space="preserve">cheaper to make up data than </w:t>
      </w:r>
      <w:r>
        <w:rPr>
          <w:b w:val="0"/>
          <w:i w:val="0"/>
          <w:smallCaps w:val="0"/>
          <w:strike w:val="0"/>
          <w:u w:val="single"/>
        </w:rPr>
        <w:t xml:space="preserve">to </w:t>
      </w:r>
      <w:r>
        <w:rPr>
          <w:b w:val="0"/>
          <w:i w:val="0"/>
          <w:smallCaps w:val="0"/>
          <w:strike w:val="0"/>
          <w:highlight w:val="cyan"/>
          <w:u w:val="single"/>
        </w:rPr>
        <w:t>conduct</w:t>
      </w:r>
      <w:r>
        <w:rPr>
          <w:b w:val="0"/>
          <w:i w:val="0"/>
          <w:smallCaps w:val="0"/>
          <w:strike w:val="0"/>
          <w:u w:val="single"/>
        </w:rPr>
        <w:t xml:space="preserve"> real </w:t>
      </w:r>
      <w:r>
        <w:rPr>
          <w:b w:val="0"/>
          <w:i w:val="0"/>
          <w:smallCaps w:val="0"/>
          <w:strike w:val="0"/>
          <w:highlight w:val="cyan"/>
          <w:u w:val="single"/>
        </w:rPr>
        <w:t xml:space="preserve">experiments, </w:t>
      </w:r>
      <w:r>
        <w:rPr>
          <w:b w:val="0"/>
          <w:i w:val="0"/>
          <w:smallCaps w:val="0"/>
          <w:strike w:val="0"/>
          <w:u w:val="single"/>
        </w:rPr>
        <w:t>so</w:t>
      </w:r>
      <w:r>
        <w:rPr>
          <w:b w:val="0"/>
          <w:i w:val="0"/>
          <w:smallCaps w:val="0"/>
          <w:strike w:val="0"/>
          <w:u w:val="single"/>
        </w:rPr>
        <w:t xml:space="preserve"> if the experiments disclosed in the patent can be fictional, </w:t>
      </w:r>
      <w:r>
        <w:rPr>
          <w:b w:val="0"/>
          <w:i w:val="0"/>
          <w:smallCaps w:val="0"/>
          <w:strike w:val="0"/>
          <w:u w:val="single"/>
        </w:rPr>
        <w:t>inventors</w:t>
      </w:r>
      <w:r>
        <w:rPr>
          <w:b w:val="0"/>
          <w:i w:val="0"/>
          <w:smallCaps w:val="0"/>
          <w:strike w:val="0"/>
          <w:u w:val="single"/>
        </w:rPr>
        <w:t xml:space="preserve"> will</w:t>
      </w:r>
      <w:r>
        <w:rPr>
          <w:b w:val="0"/>
          <w:i w:val="0"/>
          <w:smallCaps w:val="0"/>
          <w:strike w:val="0"/>
          <w:u w:val="single"/>
        </w:rPr>
        <w:t xml:space="preserve"> be able to </w:t>
      </w:r>
      <w:r>
        <w:rPr>
          <w:b w:val="0"/>
          <w:i w:val="0"/>
          <w:smallCaps w:val="0"/>
          <w:strike w:val="0"/>
          <w:u w:val="single"/>
        </w:rPr>
        <w:t>file broader patents more easily</w:t>
      </w:r>
      <w:r>
        <w:rPr>
          <w:b w:val="0"/>
          <w:i w:val="0"/>
          <w:smallCaps w:val="0"/>
          <w:strike w:val="0"/>
          <w:sz w:val="14"/>
          <w:u w:val="none"/>
        </w:rPr>
        <w:t>.</w:t>
      </w:r>
      <w:r>
        <w:rPr>
          <w:b w:val="0"/>
          <w:i w:val="0"/>
          <w:smallCaps w:val="0"/>
          <w:strike w:val="0"/>
          <w:sz w:val="14"/>
          <w:u w:val="none"/>
        </w:rPr>
        <w:t xml:space="preserve"> This should be particularly useful for small companies, who have small budgets and cannot afford extensive real experimentation. For companies of all sizes, </w:t>
      </w:r>
      <w:r>
        <w:rPr>
          <w:b w:val="0"/>
          <w:i w:val="0"/>
          <w:smallCaps w:val="0"/>
          <w:strike w:val="0"/>
          <w:u w:val="single"/>
        </w:rPr>
        <w:t>broader patents provide a greater reward to the inventor</w:t>
      </w:r>
      <w:r>
        <w:rPr>
          <w:b w:val="0"/>
          <w:i w:val="0"/>
          <w:smallCaps w:val="0"/>
          <w:strike w:val="0"/>
          <w:u w:val="single"/>
        </w:rPr>
        <w:t>, which might incentivize more innovation. I test</w:t>
      </w:r>
      <w:r>
        <w:rPr>
          <w:b w:val="0"/>
          <w:i w:val="0"/>
          <w:smallCaps w:val="0"/>
          <w:strike w:val="0"/>
          <w:u w:val="single"/>
        </w:rPr>
        <w:t xml:space="preserve"> this hypothesis </w:t>
      </w:r>
      <w:r>
        <w:rPr>
          <w:b w:val="0"/>
          <w:i w:val="0"/>
          <w:smallCaps w:val="0"/>
          <w:strike w:val="0"/>
          <w:highlight w:val="cyan"/>
          <w:u w:val="single"/>
        </w:rPr>
        <w:t>empirically</w:t>
      </w:r>
      <w:r>
        <w:rPr>
          <w:b w:val="0"/>
          <w:i w:val="0"/>
          <w:smallCaps w:val="0"/>
          <w:strike w:val="0"/>
          <w:u w:val="single"/>
        </w:rPr>
        <w:t xml:space="preserve"> and </w:t>
      </w:r>
      <w:r>
        <w:rPr>
          <w:b w:val="0"/>
          <w:i w:val="0"/>
          <w:smallCaps w:val="0"/>
          <w:strike w:val="0"/>
          <w:u w:val="single"/>
        </w:rPr>
        <w:t xml:space="preserve">find </w:t>
      </w:r>
      <w:r>
        <w:rPr>
          <w:b/>
          <w:i w:val="0"/>
          <w:smallCaps w:val="0"/>
          <w:strike w:val="0"/>
          <w:u w:val="single"/>
        </w:rPr>
        <w:t xml:space="preserve">there is surprisingly </w:t>
      </w:r>
      <w:r>
        <w:rPr>
          <w:b/>
          <w:i w:val="0"/>
          <w:smallCaps w:val="0"/>
          <w:strike w:val="0"/>
          <w:highlight w:val="cyan"/>
          <w:u w:val="single"/>
        </w:rPr>
        <w:t>little ev</w:t>
      </w:r>
      <w:r>
        <w:rPr>
          <w:b/>
          <w:i w:val="0"/>
          <w:smallCaps w:val="0"/>
          <w:strike w:val="0"/>
          <w:u w:val="single"/>
        </w:rPr>
        <w:t>idence</w:t>
      </w:r>
      <w:r>
        <w:rPr>
          <w:b/>
          <w:i w:val="0"/>
          <w:smallCaps w:val="0"/>
          <w:strike w:val="0"/>
          <w:highlight w:val="cyan"/>
          <w:u w:val="single"/>
        </w:rPr>
        <w:t xml:space="preserve"> that prophetic </w:t>
      </w:r>
      <w:r>
        <w:rPr>
          <w:b/>
          <w:i w:val="0"/>
          <w:smallCaps w:val="0"/>
          <w:strike w:val="0"/>
          <w:u w:val="single"/>
        </w:rPr>
        <w:t>example</w:t>
      </w:r>
      <w:r>
        <w:rPr>
          <w:b/>
          <w:i w:val="0"/>
          <w:smallCaps w:val="0"/>
          <w:strike w:val="0"/>
          <w:highlight w:val="cyan"/>
          <w:u w:val="single"/>
        </w:rPr>
        <w:t>s</w:t>
      </w:r>
      <w:r>
        <w:rPr>
          <w:b w:val="0"/>
          <w:i w:val="0"/>
          <w:smallCaps w:val="0"/>
          <w:strike w:val="0"/>
          <w:highlight w:val="cyan"/>
          <w:u w:val="single"/>
        </w:rPr>
        <w:t xml:space="preserve"> </w:t>
      </w:r>
      <w:r>
        <w:rPr>
          <w:b w:val="0"/>
          <w:i w:val="0"/>
          <w:smallCaps w:val="0"/>
          <w:strike w:val="0"/>
          <w:u w:val="single"/>
        </w:rPr>
        <w:t>actually</w:t>
      </w:r>
      <w:r>
        <w:rPr>
          <w:b/>
          <w:i w:val="0"/>
          <w:smallCaps w:val="0"/>
          <w:strike w:val="0"/>
          <w:u w:val="single"/>
        </w:rPr>
        <w:t xml:space="preserve"> </w:t>
      </w:r>
      <w:r>
        <w:rPr>
          <w:b/>
          <w:i w:val="0"/>
          <w:smallCaps w:val="0"/>
          <w:strike w:val="0"/>
          <w:highlight w:val="cyan"/>
          <w:u w:val="single"/>
        </w:rPr>
        <w:t>help</w:t>
      </w:r>
      <w:r>
        <w:rPr>
          <w:b/>
          <w:i w:val="0"/>
          <w:smallCaps w:val="0"/>
          <w:strike w:val="0"/>
          <w:highlight w:val="cyan"/>
          <w:u w:val="single"/>
        </w:rPr>
        <w:t xml:space="preserve"> patentees</w:t>
      </w:r>
      <w:r>
        <w:rPr>
          <w:b w:val="0"/>
          <w:i w:val="0"/>
          <w:smallCaps w:val="0"/>
          <w:strike w:val="0"/>
          <w:sz w:val="14"/>
          <w:highlight w:val="cyan"/>
          <w:u w:val="none"/>
        </w:rPr>
        <w:t xml:space="preserve">. </w:t>
      </w:r>
      <w:r>
        <w:rPr>
          <w:b w:val="0"/>
          <w:i w:val="0"/>
          <w:smallCaps w:val="0"/>
          <w:strike w:val="0"/>
          <w:highlight w:val="cyan"/>
          <w:u w:val="single"/>
        </w:rPr>
        <w:t xml:space="preserve">Patents with </w:t>
      </w:r>
      <w:r>
        <w:rPr>
          <w:b w:val="0"/>
          <w:i w:val="0"/>
          <w:smallCaps w:val="0"/>
          <w:strike w:val="0"/>
          <w:u w:val="single"/>
        </w:rPr>
        <w:t>more</w:t>
      </w:r>
      <w:r>
        <w:rPr>
          <w:b w:val="0"/>
          <w:i w:val="0"/>
          <w:smallCaps w:val="0"/>
          <w:strike w:val="0"/>
          <w:highlight w:val="cyan"/>
          <w:u w:val="single"/>
        </w:rPr>
        <w:t xml:space="preserve"> prophetic </w:t>
      </w:r>
      <w:r>
        <w:rPr>
          <w:b w:val="0"/>
          <w:i w:val="0"/>
          <w:smallCaps w:val="0"/>
          <w:strike w:val="0"/>
          <w:u w:val="single"/>
        </w:rPr>
        <w:t>example</w:t>
      </w:r>
      <w:r>
        <w:rPr>
          <w:b w:val="0"/>
          <w:i w:val="0"/>
          <w:smallCaps w:val="0"/>
          <w:strike w:val="0"/>
          <w:highlight w:val="cyan"/>
          <w:u w:val="single"/>
        </w:rPr>
        <w:t xml:space="preserve">s </w:t>
      </w:r>
      <w:r>
        <w:rPr>
          <w:b w:val="0"/>
          <w:i w:val="0"/>
          <w:smallCaps w:val="0"/>
          <w:strike w:val="0"/>
          <w:u w:val="single"/>
        </w:rPr>
        <w:t xml:space="preserve">are </w:t>
      </w:r>
      <w:r>
        <w:rPr>
          <w:b w:val="0"/>
          <w:i w:val="0"/>
          <w:smallCaps w:val="0"/>
          <w:strike w:val="0"/>
          <w:highlight w:val="cyan"/>
          <w:u w:val="single"/>
        </w:rPr>
        <w:t>narrower</w:t>
      </w:r>
      <w:r>
        <w:rPr>
          <w:b w:val="0"/>
          <w:i w:val="0"/>
          <w:smallCaps w:val="0"/>
          <w:strike w:val="0"/>
          <w:u w:val="single"/>
        </w:rPr>
        <w:t xml:space="preserve"> than patents with fewer prophetic examples – despite the prediction</w:t>
      </w:r>
      <w:r>
        <w:rPr>
          <w:b w:val="0"/>
          <w:i w:val="0"/>
          <w:smallCaps w:val="0"/>
          <w:strike w:val="0"/>
          <w:sz w:val="14"/>
          <w:u w:val="none"/>
        </w:rPr>
        <w:t xml:space="preserve"> that prophetic examples help patentees get broader patents. Second, </w:t>
      </w:r>
      <w:r>
        <w:rPr>
          <w:b w:val="0"/>
          <w:i w:val="0"/>
          <w:smallCaps w:val="0"/>
          <w:strike w:val="0"/>
          <w:u w:val="single"/>
        </w:rPr>
        <w:t>there is no evidence that patents with more prophetic examples are filed earlier than</w:t>
      </w:r>
      <w:r>
        <w:rPr>
          <w:b w:val="0"/>
          <w:i w:val="0"/>
          <w:smallCaps w:val="0"/>
          <w:strike w:val="0"/>
          <w:u w:val="single"/>
        </w:rPr>
        <w:t xml:space="preserve"> those with fewer</w:t>
      </w:r>
      <w:r>
        <w:rPr>
          <w:b w:val="0"/>
          <w:i w:val="0"/>
          <w:smallCaps w:val="0"/>
          <w:strike w:val="0"/>
          <w:u w:val="single"/>
        </w:rPr>
        <w:t xml:space="preserve"> prophetic examples</w:t>
      </w:r>
      <w:r>
        <w:rPr>
          <w:b w:val="0"/>
          <w:i w:val="0"/>
          <w:smallCaps w:val="0"/>
          <w:strike w:val="0"/>
          <w:sz w:val="14"/>
          <w:u w:val="none"/>
        </w:rPr>
        <w:t xml:space="preserve"> – again, contrary to prediction. Finally, </w:t>
      </w:r>
      <w:r>
        <w:rPr>
          <w:b w:val="0"/>
          <w:i w:val="0"/>
          <w:smallCaps w:val="0"/>
          <w:strike w:val="0"/>
          <w:u w:val="single"/>
        </w:rPr>
        <w:t>al</w:t>
      </w:r>
      <w:r>
        <w:rPr>
          <w:b w:val="0"/>
          <w:i w:val="0"/>
          <w:smallCaps w:val="0"/>
          <w:strike w:val="0"/>
          <w:highlight w:val="cyan"/>
          <w:u w:val="single"/>
        </w:rPr>
        <w:t>though small companies should benefit</w:t>
      </w:r>
      <w:r>
        <w:rPr>
          <w:b w:val="0"/>
          <w:i w:val="0"/>
          <w:smallCaps w:val="0"/>
          <w:strike w:val="0"/>
          <w:u w:val="single"/>
        </w:rPr>
        <w:t xml:space="preserve"> disproportionately </w:t>
      </w:r>
      <w:r>
        <w:rPr>
          <w:b w:val="0"/>
          <w:i w:val="0"/>
          <w:smallCaps w:val="0"/>
          <w:strike w:val="0"/>
          <w:u w:val="single"/>
        </w:rPr>
        <w:t>from</w:t>
      </w:r>
      <w:r>
        <w:rPr>
          <w:b w:val="0"/>
          <w:i w:val="0"/>
          <w:smallCaps w:val="0"/>
          <w:strike w:val="0"/>
          <w:u w:val="single"/>
        </w:rPr>
        <w:t xml:space="preserve"> the ability to use </w:t>
      </w:r>
      <w:r>
        <w:rPr>
          <w:b w:val="0"/>
          <w:i w:val="0"/>
          <w:smallCaps w:val="0"/>
          <w:strike w:val="0"/>
          <w:u w:val="single"/>
        </w:rPr>
        <w:t xml:space="preserve">prophetic examples, </w:t>
      </w:r>
      <w:r>
        <w:rPr>
          <w:b/>
          <w:i w:val="0"/>
          <w:smallCaps w:val="0"/>
          <w:strike w:val="0"/>
          <w:highlight w:val="cyan"/>
          <w:u w:val="single"/>
        </w:rPr>
        <w:t xml:space="preserve">they </w:t>
      </w:r>
      <w:r>
        <w:rPr>
          <w:b/>
          <w:i w:val="0"/>
          <w:smallCaps w:val="0"/>
          <w:strike w:val="0"/>
          <w:u w:val="single"/>
        </w:rPr>
        <w:t>do not</w:t>
      </w:r>
      <w:r>
        <w:rPr>
          <w:b w:val="0"/>
          <w:i w:val="0"/>
          <w:smallCaps w:val="0"/>
          <w:strike w:val="0"/>
          <w:sz w:val="14"/>
          <w:u w:val="none"/>
        </w:rPr>
        <w:t xml:space="preserve">. I find that </w:t>
      </w:r>
      <w:r>
        <w:rPr>
          <w:b w:val="0"/>
          <w:i w:val="0"/>
          <w:smallCaps w:val="0"/>
          <w:strike w:val="0"/>
          <w:u w:val="single"/>
        </w:rPr>
        <w:t xml:space="preserve">small companies </w:t>
      </w:r>
      <w:r>
        <w:rPr>
          <w:b w:val="0"/>
          <w:i w:val="0"/>
          <w:smallCaps w:val="0"/>
          <w:strike w:val="0"/>
          <w:highlight w:val="cyan"/>
          <w:u w:val="single"/>
        </w:rPr>
        <w:t xml:space="preserve">are </w:t>
      </w:r>
      <w:r>
        <w:rPr>
          <w:b/>
          <w:i w:val="0"/>
          <w:smallCaps w:val="0"/>
          <w:strike w:val="0"/>
          <w:u w:val="single"/>
        </w:rPr>
        <w:t xml:space="preserve">significantly </w:t>
      </w:r>
      <w:r>
        <w:rPr>
          <w:b/>
          <w:i w:val="0"/>
          <w:smallCaps w:val="0"/>
          <w:strike w:val="0"/>
          <w:highlight w:val="cyan"/>
          <w:u w:val="single"/>
        </w:rPr>
        <w:t>less likely</w:t>
      </w:r>
      <w:r>
        <w:rPr>
          <w:b w:val="0"/>
          <w:i w:val="0"/>
          <w:smallCaps w:val="0"/>
          <w:strike w:val="0"/>
          <w:highlight w:val="cyan"/>
          <w:u w:val="single"/>
        </w:rPr>
        <w:t xml:space="preserve"> to use prophetic </w:t>
      </w:r>
      <w:r>
        <w:rPr>
          <w:b w:val="0"/>
          <w:i w:val="0"/>
          <w:smallCaps w:val="0"/>
          <w:strike w:val="0"/>
          <w:u w:val="single"/>
        </w:rPr>
        <w:t>example</w:t>
      </w:r>
      <w:r>
        <w:rPr>
          <w:b w:val="0"/>
          <w:i w:val="0"/>
          <w:smallCaps w:val="0"/>
          <w:strike w:val="0"/>
          <w:highlight w:val="cyan"/>
          <w:u w:val="single"/>
        </w:rPr>
        <w:t>s</w:t>
      </w:r>
      <w:r>
        <w:rPr>
          <w:b w:val="0"/>
          <w:i w:val="0"/>
          <w:smallCaps w:val="0"/>
          <w:strike w:val="0"/>
          <w:sz w:val="14"/>
          <w:u w:val="none"/>
        </w:rPr>
        <w:t xml:space="preserve"> as compared to their larger counterparts. In sum, the case for prophetic examples does not fit with the empirical evidence. Evidence for the benefits of prophetic examples is weak; but evidence for their </w:t>
      </w:r>
      <w:r>
        <w:rPr>
          <w:b w:val="0"/>
          <w:i w:val="0"/>
          <w:smallCaps w:val="0"/>
          <w:strike w:val="0"/>
          <w:sz w:val="14"/>
          <w:u w:val="none"/>
        </w:rPr>
        <w:t>harms</w:t>
      </w:r>
      <w:r>
        <w:rPr>
          <w:b w:val="0"/>
          <w:i w:val="0"/>
          <w:smallCaps w:val="0"/>
          <w:strike w:val="0"/>
          <w:sz w:val="14"/>
          <w:u w:val="none"/>
        </w:rPr>
        <w:t xml:space="preserve"> is much stronger. </w:t>
      </w:r>
      <w:r>
        <w:rPr>
          <w:b w:val="0"/>
          <w:i w:val="0"/>
          <w:smallCaps w:val="0"/>
          <w:strike w:val="0"/>
          <w:highlight w:val="cyan"/>
          <w:u w:val="single"/>
        </w:rPr>
        <w:t xml:space="preserve">Patents with prophetic </w:t>
      </w:r>
      <w:r>
        <w:rPr>
          <w:b w:val="0"/>
          <w:i w:val="0"/>
          <w:smallCaps w:val="0"/>
          <w:strike w:val="0"/>
          <w:u w:val="single"/>
        </w:rPr>
        <w:t>example</w:t>
      </w:r>
      <w:r>
        <w:rPr>
          <w:b w:val="0"/>
          <w:i w:val="0"/>
          <w:smallCaps w:val="0"/>
          <w:strike w:val="0"/>
          <w:highlight w:val="cyan"/>
          <w:u w:val="single"/>
        </w:rPr>
        <w:t>s are</w:t>
      </w:r>
      <w:r>
        <w:rPr>
          <w:b w:val="0"/>
          <w:i w:val="0"/>
          <w:smallCaps w:val="0"/>
          <w:strike w:val="0"/>
          <w:u w:val="single"/>
        </w:rPr>
        <w:t xml:space="preserve"> frequently </w:t>
      </w:r>
      <w:r>
        <w:rPr>
          <w:b w:val="0"/>
          <w:i w:val="0"/>
          <w:smallCaps w:val="0"/>
          <w:strike w:val="0"/>
          <w:highlight w:val="cyan"/>
          <w:u w:val="single"/>
        </w:rPr>
        <w:t>abandoned</w:t>
      </w:r>
      <w:r>
        <w:rPr>
          <w:b w:val="0"/>
          <w:i w:val="0"/>
          <w:smallCaps w:val="0"/>
          <w:strike w:val="0"/>
          <w:sz w:val="14"/>
          <w:u w:val="none"/>
        </w:rPr>
        <w:t xml:space="preserve">, which suggests that </w:t>
      </w:r>
      <w:r>
        <w:rPr>
          <w:b w:val="0"/>
          <w:i w:val="0"/>
          <w:smallCaps w:val="0"/>
          <w:strike w:val="0"/>
          <w:u w:val="single"/>
        </w:rPr>
        <w:t>the inventor is not commercializing their invention</w:t>
      </w:r>
      <w:r>
        <w:rPr>
          <w:b w:val="0"/>
          <w:i w:val="0"/>
          <w:smallCaps w:val="0"/>
          <w:strike w:val="0"/>
          <w:sz w:val="14"/>
          <w:u w:val="none"/>
        </w:rPr>
        <w:t xml:space="preserve">. The problem is that, because of the patent, </w:t>
      </w:r>
      <w:r>
        <w:rPr>
          <w:b w:val="0"/>
          <w:i w:val="0"/>
          <w:smallCaps w:val="0"/>
          <w:strike w:val="0"/>
          <w:u w:val="single"/>
        </w:rPr>
        <w:t>neither is anybody else</w:t>
      </w:r>
      <w:r>
        <w:rPr>
          <w:b w:val="0"/>
          <w:i w:val="0"/>
          <w:smallCaps w:val="0"/>
          <w:strike w:val="0"/>
          <w:sz w:val="14"/>
          <w:u w:val="none"/>
        </w:rPr>
        <w:t>. While in force</w:t>
      </w:r>
      <w:r>
        <w:rPr>
          <w:b w:val="0"/>
          <w:i w:val="0"/>
          <w:smallCaps w:val="0"/>
          <w:strike w:val="0"/>
          <w:sz w:val="14"/>
          <w:u w:val="none"/>
        </w:rPr>
        <w:t xml:space="preserve">, </w:t>
      </w:r>
      <w:r>
        <w:rPr>
          <w:b w:val="0"/>
          <w:i w:val="0"/>
          <w:smallCaps w:val="0"/>
          <w:strike w:val="0"/>
          <w:u w:val="single"/>
        </w:rPr>
        <w:t>the patent prevents others from working in that area</w:t>
      </w:r>
      <w:r>
        <w:rPr>
          <w:b w:val="0"/>
          <w:i w:val="0"/>
          <w:smallCaps w:val="0"/>
          <w:strike w:val="0"/>
          <w:sz w:val="14"/>
          <w:u w:val="none"/>
        </w:rPr>
        <w:t xml:space="preserve">. </w:t>
      </w:r>
      <w:r>
        <w:rPr>
          <w:b w:val="0"/>
          <w:i w:val="0"/>
          <w:smallCaps w:val="0"/>
          <w:strike w:val="0"/>
          <w:u w:val="single"/>
        </w:rPr>
        <w:t>Even after the patent has been abandon</w:t>
      </w:r>
      <w:r>
        <w:rPr>
          <w:b w:val="0"/>
          <w:i w:val="0"/>
          <w:smallCaps w:val="0"/>
          <w:strike w:val="0"/>
          <w:u w:val="single"/>
        </w:rPr>
        <w:t xml:space="preserve">ed </w:t>
      </w:r>
      <w:r>
        <w:rPr>
          <w:b w:val="0"/>
          <w:i w:val="0"/>
          <w:smallCaps w:val="0"/>
          <w:strike w:val="0"/>
          <w:sz w:val="14"/>
          <w:u w:val="none"/>
        </w:rPr>
        <w:t xml:space="preserve">and no longer has legal force, </w:t>
      </w:r>
      <w:r>
        <w:rPr>
          <w:b w:val="0"/>
          <w:i w:val="0"/>
          <w:smallCaps w:val="0"/>
          <w:strike w:val="0"/>
          <w:highlight w:val="cyan"/>
          <w:u w:val="single"/>
        </w:rPr>
        <w:t>a chilling effect remains</w:t>
      </w:r>
      <w:r>
        <w:rPr>
          <w:b w:val="0"/>
          <w:i w:val="0"/>
          <w:smallCaps w:val="0"/>
          <w:strike w:val="0"/>
          <w:sz w:val="14"/>
          <w:u w:val="none"/>
        </w:rPr>
        <w:t xml:space="preserve">. Because patents are granted only if an invention has not been previously disclosed, it is difficult for any subsequent inventor to get a patent in an area previously described by a prophetic example. This is true </w:t>
      </w:r>
      <w:r>
        <w:rPr>
          <w:b w:val="0"/>
          <w:i w:val="0"/>
          <w:smallCaps w:val="0"/>
          <w:strike w:val="0"/>
          <w:u w:val="single"/>
        </w:rPr>
        <w:t xml:space="preserve">even if the prophetic example is incorrect and the subsequent inventor was the first to </w:t>
      </w:r>
      <w:r>
        <w:rPr>
          <w:b w:val="0"/>
          <w:i w:val="0"/>
          <w:smallCaps w:val="0"/>
          <w:strike w:val="0"/>
          <w:u w:val="single"/>
        </w:rPr>
        <w:t>actually make</w:t>
      </w:r>
      <w:r>
        <w:rPr>
          <w:b w:val="0"/>
          <w:i w:val="0"/>
          <w:smallCaps w:val="0"/>
          <w:strike w:val="0"/>
          <w:u w:val="single"/>
        </w:rPr>
        <w:t xml:space="preserve"> a functioning prototype</w:t>
      </w:r>
      <w:r>
        <w:rPr>
          <w:b w:val="0"/>
          <w:i w:val="0"/>
          <w:smallCaps w:val="0"/>
          <w:strike w:val="0"/>
          <w:sz w:val="14"/>
          <w:u w:val="none"/>
        </w:rPr>
        <w:t xml:space="preserve">. Essentially, </w:t>
      </w:r>
      <w:r>
        <w:rPr>
          <w:b w:val="0"/>
          <w:i w:val="0"/>
          <w:smallCaps w:val="0"/>
          <w:strike w:val="0"/>
          <w:u w:val="single"/>
        </w:rPr>
        <w:t xml:space="preserve">instead of incentivizing innovation, </w:t>
      </w:r>
      <w:r>
        <w:rPr>
          <w:b/>
          <w:i w:val="0"/>
          <w:smallCaps w:val="0"/>
          <w:strike w:val="0"/>
          <w:highlight w:val="cyan"/>
          <w:u w:val="single"/>
        </w:rPr>
        <w:t xml:space="preserve">prophetic </w:t>
      </w:r>
      <w:r>
        <w:rPr>
          <w:b/>
          <w:i w:val="0"/>
          <w:smallCaps w:val="0"/>
          <w:strike w:val="0"/>
          <w:u w:val="single"/>
        </w:rPr>
        <w:t>example</w:t>
      </w:r>
      <w:r>
        <w:rPr>
          <w:b/>
          <w:i w:val="0"/>
          <w:smallCaps w:val="0"/>
          <w:strike w:val="0"/>
          <w:highlight w:val="cyan"/>
          <w:u w:val="single"/>
        </w:rPr>
        <w:t>s</w:t>
      </w:r>
      <w:r>
        <w:rPr>
          <w:b w:val="0"/>
          <w:i w:val="0"/>
          <w:smallCaps w:val="0"/>
          <w:strike w:val="0"/>
          <w:u w:val="single"/>
        </w:rPr>
        <w:t xml:space="preserve"> may </w:t>
      </w:r>
      <w:r>
        <w:rPr>
          <w:b/>
          <w:i w:val="0"/>
          <w:smallCaps w:val="0"/>
          <w:strike w:val="0"/>
          <w:highlight w:val="cyan"/>
          <w:u w:val="single"/>
        </w:rPr>
        <w:t xml:space="preserve">create </w:t>
      </w:r>
      <w:r>
        <w:rPr>
          <w:b/>
          <w:i w:val="0"/>
          <w:smallCaps w:val="0"/>
          <w:strike w:val="0"/>
          <w:u w:val="single"/>
        </w:rPr>
        <w:t>an</w:t>
      </w:r>
      <w:r>
        <w:rPr>
          <w:b/>
          <w:i w:val="0"/>
          <w:smallCaps w:val="0"/>
          <w:strike w:val="0"/>
          <w:highlight w:val="cyan"/>
          <w:u w:val="single"/>
        </w:rPr>
        <w:t xml:space="preserve"> innovation dead zone</w:t>
      </w:r>
      <w:r>
        <w:rPr>
          <w:b w:val="0"/>
          <w:i w:val="0"/>
          <w:smallCaps w:val="0"/>
          <w:strike w:val="0"/>
          <w:sz w:val="14"/>
          <w:u w:val="none"/>
        </w:rPr>
        <w:t xml:space="preserve">. </w:t>
      </w:r>
      <w:r>
        <w:rPr>
          <w:b w:val="0"/>
          <w:i w:val="0"/>
          <w:smallCaps w:val="0"/>
          <w:strike w:val="0"/>
          <w:u w:val="single"/>
        </w:rPr>
        <w:t xml:space="preserve">Prophetic examples </w:t>
      </w:r>
      <w:r>
        <w:rPr>
          <w:b w:val="0"/>
          <w:i w:val="0"/>
          <w:smallCaps w:val="0"/>
          <w:strike w:val="0"/>
          <w:highlight w:val="cyan"/>
          <w:u w:val="single"/>
        </w:rPr>
        <w:t>also</w:t>
      </w:r>
      <w:r>
        <w:rPr>
          <w:b w:val="0"/>
          <w:i w:val="0"/>
          <w:smallCaps w:val="0"/>
          <w:strike w:val="0"/>
          <w:sz w:val="14"/>
          <w:u w:val="none"/>
        </w:rPr>
        <w:t xml:space="preserve"> lead to a second type of harm: they </w:t>
      </w:r>
      <w:r>
        <w:rPr>
          <w:b w:val="0"/>
          <w:i w:val="0"/>
          <w:smallCaps w:val="0"/>
          <w:strike w:val="0"/>
          <w:highlight w:val="cyan"/>
          <w:u w:val="single"/>
        </w:rPr>
        <w:t>mislead scientists</w:t>
      </w:r>
      <w:r>
        <w:rPr>
          <w:b w:val="0"/>
          <w:i w:val="0"/>
          <w:smallCaps w:val="0"/>
          <w:strike w:val="0"/>
          <w:sz w:val="14"/>
          <w:highlight w:val="cyan"/>
          <w:u w:val="none"/>
        </w:rPr>
        <w:t>.</w:t>
      </w:r>
      <w:r>
        <w:rPr>
          <w:b w:val="0"/>
          <w:i w:val="0"/>
          <w:smallCaps w:val="0"/>
          <w:strike w:val="0"/>
          <w:sz w:val="14"/>
          <w:u w:val="none"/>
        </w:rPr>
        <w:t xml:space="preserve"> In their patent, inventors must disclose a detailed description of their invention that can be used by other scientists to build further upon the technology. This disclosure function of patents has long been recognized as a crucial element of innovation – allowing downstream innovators to see further by metaphorically standing on the shoulders of giants. However, </w:t>
      </w:r>
      <w:r>
        <w:rPr>
          <w:b w:val="0"/>
          <w:i w:val="0"/>
          <w:smallCaps w:val="0"/>
          <w:strike w:val="0"/>
          <w:u w:val="single"/>
        </w:rPr>
        <w:t>the disclosure function breaks down if scientists are misled by the disclosed information</w:t>
      </w:r>
      <w:r>
        <w:rPr>
          <w:b w:val="0"/>
          <w:i w:val="0"/>
          <w:smallCaps w:val="0"/>
          <w:strike w:val="0"/>
          <w:sz w:val="14"/>
          <w:u w:val="none"/>
        </w:rPr>
        <w:t xml:space="preserve">. I analyzed how prophetic examples were cited </w:t>
      </w:r>
      <w:r>
        <w:rPr>
          <w:b w:val="0"/>
          <w:i w:val="0"/>
          <w:smallCaps w:val="0"/>
          <w:strike w:val="0"/>
          <w:highlight w:val="cyan"/>
          <w:u w:val="single"/>
        </w:rPr>
        <w:t>in scientific publications</w:t>
      </w:r>
      <w:r>
        <w:rPr>
          <w:b w:val="0"/>
          <w:i w:val="0"/>
          <w:smallCaps w:val="0"/>
          <w:strike w:val="0"/>
          <w:sz w:val="14"/>
          <w:u w:val="none"/>
        </w:rPr>
        <w:t xml:space="preserve"> and found that </w:t>
      </w:r>
      <w:r>
        <w:rPr>
          <w:b/>
          <w:i w:val="0"/>
          <w:smallCaps w:val="0"/>
          <w:strike w:val="0"/>
          <w:highlight w:val="cyan"/>
          <w:u w:val="single"/>
        </w:rPr>
        <w:t>ninety-nine percent of citations</w:t>
      </w:r>
      <w:r>
        <w:rPr>
          <w:b w:val="0"/>
          <w:i w:val="0"/>
          <w:smallCaps w:val="0"/>
          <w:strike w:val="0"/>
          <w:u w:val="single"/>
        </w:rPr>
        <w:t xml:space="preserve"> to prophetic examples </w:t>
      </w:r>
      <w:r>
        <w:rPr>
          <w:b w:val="0"/>
          <w:i w:val="0"/>
          <w:smallCaps w:val="0"/>
          <w:strike w:val="0"/>
          <w:highlight w:val="cyan"/>
          <w:u w:val="single"/>
        </w:rPr>
        <w:t>incorrectly cited the example</w:t>
      </w:r>
      <w:r>
        <w:rPr>
          <w:b w:val="0"/>
          <w:i w:val="0"/>
          <w:smallCaps w:val="0"/>
          <w:strike w:val="0"/>
          <w:u w:val="single"/>
        </w:rPr>
        <w:t xml:space="preserve"> as if it represented work that had </w:t>
      </w:r>
      <w:r>
        <w:rPr>
          <w:b w:val="0"/>
          <w:i w:val="0"/>
          <w:smallCaps w:val="0"/>
          <w:strike w:val="0"/>
          <w:u w:val="single"/>
        </w:rPr>
        <w:t>actually been</w:t>
      </w:r>
      <w:r>
        <w:rPr>
          <w:b w:val="0"/>
          <w:i w:val="0"/>
          <w:smallCaps w:val="0"/>
          <w:strike w:val="0"/>
          <w:u w:val="single"/>
        </w:rPr>
        <w:t xml:space="preserve"> done</w:t>
      </w:r>
      <w:r>
        <w:rPr>
          <w:b w:val="0"/>
          <w:i w:val="0"/>
          <w:smallCaps w:val="0"/>
          <w:strike w:val="0"/>
          <w:sz w:val="14"/>
          <w:u w:val="none"/>
        </w:rPr>
        <w:t xml:space="preserve">. This would not necessarily be a problem if the prophetic examples were good predictions, but, as I demonstrate in this Article, </w:t>
      </w:r>
      <w:r>
        <w:rPr>
          <w:b w:val="0"/>
          <w:i w:val="0"/>
          <w:smallCaps w:val="0"/>
          <w:strike w:val="0"/>
          <w:u w:val="single"/>
        </w:rPr>
        <w:t xml:space="preserve">many prophetic examples are probably wrong. </w:t>
      </w:r>
      <w:r>
        <w:rPr>
          <w:b/>
          <w:i w:val="0"/>
          <w:smallCaps w:val="0"/>
          <w:strike w:val="0"/>
          <w:highlight w:val="cyan"/>
          <w:u w:val="single"/>
        </w:rPr>
        <w:t xml:space="preserve">False information </w:t>
      </w:r>
      <w:r>
        <w:rPr>
          <w:b/>
          <w:i w:val="0"/>
          <w:smallCaps w:val="0"/>
          <w:strike w:val="0"/>
          <w:u w:val="single"/>
        </w:rPr>
        <w:t xml:space="preserve">is </w:t>
      </w:r>
      <w:r>
        <w:rPr>
          <w:b/>
          <w:i w:val="0"/>
          <w:smallCaps w:val="0"/>
          <w:strike w:val="0"/>
          <w:highlight w:val="cyan"/>
          <w:u w:val="single"/>
        </w:rPr>
        <w:t xml:space="preserve">infiltrating </w:t>
      </w:r>
      <w:r>
        <w:rPr>
          <w:b/>
          <w:i w:val="0"/>
          <w:smallCaps w:val="0"/>
          <w:strike w:val="0"/>
          <w:u w:val="single"/>
        </w:rPr>
        <w:t xml:space="preserve">the scientific </w:t>
      </w:r>
      <w:r>
        <w:rPr>
          <w:b/>
          <w:i w:val="0"/>
          <w:smallCaps w:val="0"/>
          <w:strike w:val="0"/>
          <w:highlight w:val="cyan"/>
          <w:u w:val="single"/>
        </w:rPr>
        <w:t>community</w:t>
      </w:r>
      <w:r>
        <w:rPr>
          <w:b w:val="0"/>
          <w:i w:val="0"/>
          <w:smallCaps w:val="0"/>
          <w:strike w:val="0"/>
          <w:highlight w:val="cyan"/>
          <w:u w:val="single"/>
        </w:rPr>
        <w:t xml:space="preserve"> by </w:t>
      </w:r>
      <w:r>
        <w:rPr>
          <w:b w:val="0"/>
          <w:i w:val="0"/>
          <w:smallCaps w:val="0"/>
          <w:strike w:val="0"/>
          <w:u w:val="single"/>
        </w:rPr>
        <w:t xml:space="preserve">way of </w:t>
      </w:r>
      <w:r>
        <w:rPr>
          <w:b w:val="0"/>
          <w:i w:val="0"/>
          <w:smallCaps w:val="0"/>
          <w:strike w:val="0"/>
          <w:highlight w:val="cyan"/>
          <w:u w:val="single"/>
        </w:rPr>
        <w:t xml:space="preserve">prophetic </w:t>
      </w:r>
      <w:r>
        <w:rPr>
          <w:b w:val="0"/>
          <w:i w:val="0"/>
          <w:smallCaps w:val="0"/>
          <w:strike w:val="0"/>
          <w:u w:val="single"/>
        </w:rPr>
        <w:t>example</w:t>
      </w:r>
      <w:r>
        <w:rPr>
          <w:b w:val="0"/>
          <w:i w:val="0"/>
          <w:smallCaps w:val="0"/>
          <w:strike w:val="0"/>
          <w:highlight w:val="cyan"/>
          <w:u w:val="single"/>
        </w:rPr>
        <w:t>s</w:t>
      </w:r>
      <w:r>
        <w:rPr>
          <w:b w:val="0"/>
          <w:i w:val="0"/>
          <w:smallCaps w:val="0"/>
          <w:strike w:val="0"/>
          <w:sz w:val="14"/>
          <w:u w:val="none"/>
        </w:rPr>
        <w:t>.</w:t>
      </w:r>
      <w:r>
        <w:rPr>
          <w:b w:val="0"/>
          <w:i w:val="0"/>
          <w:smallCaps w:val="0"/>
          <w:strike w:val="0"/>
          <w:sz w:val="14"/>
          <w:u w:val="none"/>
        </w:rPr>
        <w:t xml:space="preserve"> </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