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China war---internal </w:t>
      </w:r>
      <w:r>
        <w:rPr>
          <w:b/>
          <w:i w:val="0"/>
          <w:smallCaps w:val="0"/>
          <w:strike w:val="0"/>
          <w:sz w:val="26"/>
          <w:u w:val="single"/>
        </w:rPr>
        <w:t>corruption</w:t>
      </w:r>
      <w:r>
        <w:rPr>
          <w:b/>
          <w:i w:val="0"/>
          <w:smallCaps w:val="0"/>
          <w:strike w:val="0"/>
          <w:sz w:val="26"/>
          <w:u w:val="none"/>
        </w:rPr>
        <w:t xml:space="preserve"> zeroes </w:t>
      </w:r>
      <w:r>
        <w:rPr>
          <w:b/>
          <w:i w:val="0"/>
          <w:smallCaps w:val="0"/>
          <w:strike w:val="0"/>
          <w:sz w:val="26"/>
          <w:u w:val="single"/>
        </w:rPr>
        <w:t>confidence</w:t>
      </w:r>
      <w:r>
        <w:rPr>
          <w:b/>
          <w:i w:val="0"/>
          <w:smallCaps w:val="0"/>
          <w:strike w:val="0"/>
          <w:sz w:val="26"/>
          <w:u w:val="none"/>
        </w:rPr>
        <w:t xml:space="preserve"> AND </w:t>
      </w:r>
      <w:r>
        <w:rPr>
          <w:b/>
          <w:i w:val="0"/>
          <w:smallCaps w:val="0"/>
          <w:strike w:val="0"/>
          <w:sz w:val="26"/>
          <w:u w:val="single"/>
        </w:rPr>
        <w:t>capabilities</w:t>
      </w:r>
      <w:r>
        <w:rPr>
          <w:b/>
          <w:i w:val="0"/>
          <w:smallCaps w:val="0"/>
          <w:strike w:val="0"/>
          <w:sz w:val="26"/>
          <w:u w:val="none"/>
        </w:rPr>
        <w:t xml:space="preserve">. </w:t>
      </w:r>
    </w:p>
    <w:p>
      <w:pPr>
        <w:spacing w:after="80"/>
      </w:pPr>
      <w:r>
        <w:rPr>
          <w:b/>
          <w:i w:val="0"/>
          <w:smallCaps w:val="0"/>
          <w:strike w:val="0"/>
          <w:sz w:val="26"/>
          <w:u w:val="none"/>
        </w:rPr>
        <w:t>Tian ’23</w:t>
      </w:r>
      <w:r>
        <w:rPr>
          <w:b w:val="0"/>
          <w:i w:val="0"/>
          <w:smallCaps w:val="0"/>
          <w:strike w:val="0"/>
          <w:u w:val="none"/>
        </w:rPr>
        <w:t xml:space="preserve"> [</w:t>
      </w:r>
      <w:r>
        <w:rPr>
          <w:b w:val="0"/>
          <w:i w:val="0"/>
          <w:smallCaps w:val="0"/>
          <w:strike w:val="0"/>
          <w:u w:val="none"/>
        </w:rPr>
        <w:t>Yew Lun</w:t>
      </w:r>
      <w:r>
        <w:rPr>
          <w:b w:val="0"/>
          <w:i w:val="0"/>
          <w:smallCaps w:val="0"/>
          <w:strike w:val="0"/>
          <w:u w:val="none"/>
        </w:rPr>
        <w:t xml:space="preserve"> and </w:t>
      </w:r>
      <w:r>
        <w:rPr>
          <w:b w:val="0"/>
          <w:i w:val="0"/>
          <w:smallCaps w:val="0"/>
          <w:strike w:val="0"/>
          <w:u w:val="none"/>
        </w:rPr>
        <w:t>Laurie Chen</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December 31; </w:t>
      </w:r>
      <w:r>
        <w:rPr>
          <w:b w:val="0"/>
          <w:i w:val="0"/>
          <w:smallCaps w:val="0"/>
          <w:strike w:val="0"/>
          <w:u w:val="none"/>
        </w:rPr>
        <w:t>China senior correspondent</w:t>
      </w:r>
      <w:r>
        <w:rPr>
          <w:b w:val="0"/>
          <w:i w:val="0"/>
          <w:smallCaps w:val="0"/>
          <w:strike w:val="0"/>
          <w:u w:val="none"/>
        </w:rPr>
        <w:t xml:space="preserve">; </w:t>
      </w:r>
      <w:r>
        <w:rPr>
          <w:b w:val="0"/>
          <w:i w:val="0"/>
          <w:smallCaps w:val="0"/>
          <w:strike w:val="0"/>
          <w:u w:val="none"/>
        </w:rPr>
        <w:t>China Correspondent at Reuters' Beijing bureau</w:t>
      </w:r>
      <w:r>
        <w:rPr>
          <w:b w:val="0"/>
          <w:i w:val="0"/>
          <w:smallCaps w:val="0"/>
          <w:strike w:val="0"/>
          <w:u w:val="none"/>
        </w:rPr>
        <w:t>; Reuters, “</w:t>
      </w:r>
      <w:r>
        <w:rPr>
          <w:b w:val="0"/>
          <w:i w:val="0"/>
          <w:smallCaps w:val="0"/>
          <w:strike w:val="0"/>
          <w:u w:val="none"/>
        </w:rPr>
        <w:t>Chinese military purge exposes weakness, could widen</w:t>
      </w:r>
      <w:r>
        <w:rPr>
          <w:b w:val="0"/>
          <w:i w:val="0"/>
          <w:smallCaps w:val="0"/>
          <w:strike w:val="0"/>
          <w:u w:val="none"/>
        </w:rPr>
        <w:t xml:space="preserve">,” </w:t>
      </w:r>
      <w:r>
        <w:rPr>
          <w:b w:val="0"/>
          <w:i w:val="0"/>
          <w:smallCaps w:val="0"/>
          <w:strike w:val="0"/>
          <w:u w:val="none"/>
        </w:rPr>
        <w:t xml:space="preserve">] </w:t>
      </w:r>
    </w:p>
    <w:p>
      <w:pPr>
        <w:spacing w:after="60"/>
      </w:pPr>
      <w:r>
        <w:rPr>
          <w:b w:val="0"/>
          <w:i w:val="0"/>
          <w:smallCaps w:val="0"/>
          <w:strike w:val="0"/>
          <w:sz w:val="16"/>
          <w:u w:val="none"/>
        </w:rPr>
        <w:t xml:space="preserve">BEIJING, Dec 30 (Reuters) - A </w:t>
      </w:r>
      <w:r>
        <w:rPr>
          <w:b w:val="0"/>
          <w:i w:val="0"/>
          <w:smallCaps w:val="0"/>
          <w:strike w:val="0"/>
          <w:sz w:val="22"/>
          <w:u w:val="single"/>
        </w:rPr>
        <w:t xml:space="preserve">sweeping </w:t>
      </w:r>
      <w:r>
        <w:rPr>
          <w:b/>
          <w:i w:val="0"/>
          <w:smallCaps w:val="0"/>
          <w:strike w:val="0"/>
          <w:sz w:val="22"/>
          <w:highlight w:val="cyan"/>
          <w:u w:val="single"/>
        </w:rPr>
        <w:t>purge</w:t>
      </w:r>
      <w:r>
        <w:rPr>
          <w:b w:val="0"/>
          <w:i w:val="0"/>
          <w:smallCaps w:val="0"/>
          <w:strike w:val="0"/>
          <w:sz w:val="22"/>
          <w:u w:val="single"/>
        </w:rPr>
        <w:t xml:space="preserve"> of Chinese generals</w:t>
      </w:r>
      <w:r>
        <w:rPr>
          <w:b w:val="0"/>
          <w:i w:val="0"/>
          <w:smallCaps w:val="0"/>
          <w:strike w:val="0"/>
          <w:sz w:val="16"/>
          <w:u w:val="none"/>
        </w:rPr>
        <w:t xml:space="preserve"> has </w:t>
      </w:r>
      <w:r>
        <w:rPr>
          <w:b/>
          <w:i w:val="0"/>
          <w:smallCaps w:val="0"/>
          <w:strike w:val="0"/>
          <w:sz w:val="22"/>
          <w:highlight w:val="cyan"/>
          <w:u w:val="single"/>
        </w:rPr>
        <w:t>weakened</w:t>
      </w:r>
      <w:r>
        <w:rPr>
          <w:b w:val="0"/>
          <w:i w:val="0"/>
          <w:smallCaps w:val="0"/>
          <w:strike w:val="0"/>
          <w:sz w:val="16"/>
          <w:u w:val="none"/>
        </w:rPr>
        <w:t xml:space="preserve"> the </w:t>
      </w:r>
      <w:r>
        <w:rPr>
          <w:b/>
          <w:i w:val="0"/>
          <w:smallCaps w:val="0"/>
          <w:strike w:val="0"/>
          <w:sz w:val="22"/>
          <w:highlight w:val="cyan"/>
          <w:u w:val="single"/>
        </w:rPr>
        <w:t>P</w:t>
      </w:r>
      <w:r>
        <w:rPr>
          <w:b w:val="0"/>
          <w:i w:val="0"/>
          <w:smallCaps w:val="0"/>
          <w:strike w:val="0"/>
          <w:sz w:val="16"/>
          <w:u w:val="none"/>
        </w:rPr>
        <w:t xml:space="preserve">eople's </w:t>
      </w:r>
      <w:r>
        <w:rPr>
          <w:b/>
          <w:i w:val="0"/>
          <w:smallCaps w:val="0"/>
          <w:strike w:val="0"/>
          <w:sz w:val="22"/>
          <w:highlight w:val="cyan"/>
          <w:u w:val="single"/>
        </w:rPr>
        <w:t>L</w:t>
      </w:r>
      <w:r>
        <w:rPr>
          <w:b w:val="0"/>
          <w:i w:val="0"/>
          <w:smallCaps w:val="0"/>
          <w:strike w:val="0"/>
          <w:sz w:val="16"/>
          <w:u w:val="none"/>
        </w:rPr>
        <w:t xml:space="preserve">iberation </w:t>
      </w:r>
      <w:r>
        <w:rPr>
          <w:b/>
          <w:i w:val="0"/>
          <w:smallCaps w:val="0"/>
          <w:strike w:val="0"/>
          <w:sz w:val="22"/>
          <w:highlight w:val="cyan"/>
          <w:u w:val="single"/>
        </w:rPr>
        <w:t>A</w:t>
      </w:r>
      <w:r>
        <w:rPr>
          <w:b w:val="0"/>
          <w:i w:val="0"/>
          <w:smallCaps w:val="0"/>
          <w:strike w:val="0"/>
          <w:sz w:val="16"/>
          <w:u w:val="none"/>
        </w:rPr>
        <w:t xml:space="preserve">rmy, </w:t>
      </w:r>
      <w:r>
        <w:rPr>
          <w:b w:val="0"/>
          <w:i w:val="0"/>
          <w:smallCaps w:val="0"/>
          <w:strike w:val="0"/>
          <w:sz w:val="22"/>
          <w:highlight w:val="cyan"/>
          <w:u w:val="single"/>
        </w:rPr>
        <w:t>exposing</w:t>
      </w:r>
      <w:r>
        <w:rPr>
          <w:b w:val="0"/>
          <w:i w:val="0"/>
          <w:smallCaps w:val="0"/>
          <w:strike w:val="0"/>
          <w:sz w:val="22"/>
          <w:u w:val="single"/>
        </w:rPr>
        <w:t xml:space="preserve"> </w:t>
      </w:r>
      <w:r>
        <w:rPr>
          <w:b/>
          <w:i w:val="0"/>
          <w:smallCaps w:val="0"/>
          <w:strike w:val="0"/>
          <w:sz w:val="22"/>
          <w:u w:val="single"/>
        </w:rPr>
        <w:t>deep-rooted</w:t>
      </w:r>
      <w:r>
        <w:rPr>
          <w:b w:val="0"/>
          <w:i w:val="0"/>
          <w:smallCaps w:val="0"/>
          <w:strike w:val="0"/>
          <w:sz w:val="22"/>
          <w:u w:val="single"/>
        </w:rPr>
        <w:t xml:space="preserve"> </w:t>
      </w:r>
      <w:r>
        <w:rPr>
          <w:b w:val="0"/>
          <w:i w:val="0"/>
          <w:smallCaps w:val="0"/>
          <w:strike w:val="0"/>
          <w:sz w:val="22"/>
          <w:highlight w:val="cyan"/>
          <w:u w:val="single"/>
        </w:rPr>
        <w:t>corruption</w:t>
      </w:r>
      <w:r>
        <w:rPr>
          <w:b w:val="0"/>
          <w:i w:val="0"/>
          <w:smallCaps w:val="0"/>
          <w:strike w:val="0"/>
          <w:sz w:val="16"/>
          <w:u w:val="none"/>
        </w:rPr>
        <w:t xml:space="preserve"> that could </w:t>
      </w:r>
      <w:r>
        <w:rPr>
          <w:b w:val="0"/>
          <w:i w:val="0"/>
          <w:smallCaps w:val="0"/>
          <w:strike w:val="0"/>
          <w:sz w:val="22"/>
          <w:u w:val="single"/>
        </w:rPr>
        <w:t>take</w:t>
      </w:r>
      <w:r>
        <w:rPr>
          <w:b w:val="0"/>
          <w:i w:val="0"/>
          <w:smallCaps w:val="0"/>
          <w:strike w:val="0"/>
          <w:sz w:val="16"/>
          <w:u w:val="none"/>
        </w:rPr>
        <w:t xml:space="preserve"> more </w:t>
      </w:r>
      <w:r>
        <w:rPr>
          <w:b w:val="0"/>
          <w:i w:val="0"/>
          <w:smallCaps w:val="0"/>
          <w:strike w:val="0"/>
          <w:sz w:val="22"/>
          <w:u w:val="single"/>
        </w:rPr>
        <w:t xml:space="preserve">time to fix and </w:t>
      </w:r>
      <w:r>
        <w:rPr>
          <w:b/>
          <w:i w:val="0"/>
          <w:smallCaps w:val="0"/>
          <w:strike w:val="0"/>
          <w:sz w:val="22"/>
          <w:highlight w:val="cyan"/>
          <w:u w:val="single"/>
        </w:rPr>
        <w:t>slow</w:t>
      </w:r>
      <w:r>
        <w:rPr>
          <w:b w:val="0"/>
          <w:i w:val="0"/>
          <w:smallCaps w:val="0"/>
          <w:strike w:val="0"/>
          <w:sz w:val="22"/>
          <w:u w:val="single"/>
        </w:rPr>
        <w:t xml:space="preserve"> Chinese</w:t>
      </w:r>
      <w:r>
        <w:rPr>
          <w:b w:val="0"/>
          <w:i w:val="0"/>
          <w:smallCaps w:val="0"/>
          <w:strike w:val="0"/>
          <w:sz w:val="16"/>
          <w:u w:val="none"/>
        </w:rPr>
        <w:t xml:space="preserve"> leader Xi Jinping's </w:t>
      </w:r>
      <w:r>
        <w:rPr>
          <w:b w:val="0"/>
          <w:i w:val="0"/>
          <w:smallCaps w:val="0"/>
          <w:strike w:val="0"/>
          <w:sz w:val="22"/>
          <w:u w:val="single"/>
        </w:rPr>
        <w:t xml:space="preserve">military </w:t>
      </w:r>
      <w:r>
        <w:rPr>
          <w:b/>
          <w:i w:val="0"/>
          <w:smallCaps w:val="0"/>
          <w:strike w:val="0"/>
          <w:sz w:val="22"/>
          <w:highlight w:val="cyan"/>
          <w:u w:val="single"/>
        </w:rPr>
        <w:t>modernization</w:t>
      </w:r>
      <w:r>
        <w:rPr>
          <w:b w:val="0"/>
          <w:i w:val="0"/>
          <w:smallCaps w:val="0"/>
          <w:strike w:val="0"/>
          <w:sz w:val="16"/>
          <w:u w:val="none"/>
        </w:rPr>
        <w:t xml:space="preserve"> drive amid geopolitical tensions, analysts say.</w:t>
      </w:r>
    </w:p>
    <w:p>
      <w:pPr>
        <w:spacing w:after="60"/>
      </w:pPr>
      <w:r>
        <w:rPr>
          <w:b w:val="0"/>
          <w:i w:val="0"/>
          <w:smallCaps w:val="0"/>
          <w:strike w:val="0"/>
          <w:sz w:val="22"/>
          <w:u w:val="single"/>
        </w:rPr>
        <w:t>China</w:t>
      </w:r>
      <w:r>
        <w:rPr>
          <w:b w:val="0"/>
          <w:i w:val="0"/>
          <w:smallCaps w:val="0"/>
          <w:strike w:val="0"/>
          <w:sz w:val="16"/>
          <w:u w:val="none"/>
        </w:rPr>
        <w:t xml:space="preserve">'s top lawmakers </w:t>
      </w:r>
      <w:r>
        <w:rPr>
          <w:b w:val="0"/>
          <w:i w:val="0"/>
          <w:smallCaps w:val="0"/>
          <w:strike w:val="0"/>
          <w:sz w:val="22"/>
          <w:u w:val="single"/>
        </w:rPr>
        <w:t xml:space="preserve">ousted </w:t>
      </w:r>
      <w:r>
        <w:rPr>
          <w:b/>
          <w:i w:val="0"/>
          <w:smallCaps w:val="0"/>
          <w:strike w:val="0"/>
          <w:sz w:val="22"/>
          <w:u w:val="single"/>
        </w:rPr>
        <w:t>nine</w:t>
      </w:r>
      <w:r>
        <w:rPr>
          <w:b w:val="0"/>
          <w:i w:val="0"/>
          <w:smallCaps w:val="0"/>
          <w:strike w:val="0"/>
          <w:sz w:val="16"/>
          <w:u w:val="none"/>
        </w:rPr>
        <w:t xml:space="preserve">, opens new tab </w:t>
      </w:r>
      <w:r>
        <w:rPr>
          <w:b w:val="0"/>
          <w:i w:val="0"/>
          <w:smallCaps w:val="0"/>
          <w:strike w:val="0"/>
          <w:sz w:val="22"/>
          <w:u w:val="single"/>
        </w:rPr>
        <w:t>senior military officers</w:t>
      </w:r>
      <w:r>
        <w:rPr>
          <w:b w:val="0"/>
          <w:i w:val="0"/>
          <w:smallCaps w:val="0"/>
          <w:strike w:val="0"/>
          <w:sz w:val="16"/>
          <w:u w:val="none"/>
        </w:rPr>
        <w:t xml:space="preserve"> from the national legislative body on Friday, state media reported, a step that typically precedes further punishment for wayward cadres. </w:t>
      </w:r>
      <w:r>
        <w:rPr>
          <w:b w:val="0"/>
          <w:i w:val="0"/>
          <w:smallCaps w:val="0"/>
          <w:strike w:val="0"/>
          <w:sz w:val="22"/>
          <w:u w:val="single"/>
        </w:rPr>
        <w:t>Many</w:t>
      </w:r>
      <w:r>
        <w:rPr>
          <w:b w:val="0"/>
          <w:i w:val="0"/>
          <w:smallCaps w:val="0"/>
          <w:strike w:val="0"/>
          <w:sz w:val="16"/>
          <w:u w:val="none"/>
        </w:rPr>
        <w:t xml:space="preserve"> of these were </w:t>
      </w:r>
      <w:r>
        <w:rPr>
          <w:b w:val="0"/>
          <w:i w:val="0"/>
          <w:smallCaps w:val="0"/>
          <w:strike w:val="0"/>
          <w:sz w:val="22"/>
          <w:u w:val="single"/>
        </w:rPr>
        <w:t>from</w:t>
      </w:r>
      <w:r>
        <w:rPr>
          <w:b w:val="0"/>
          <w:i w:val="0"/>
          <w:smallCaps w:val="0"/>
          <w:strike w:val="0"/>
          <w:sz w:val="16"/>
          <w:u w:val="none"/>
        </w:rPr>
        <w:t xml:space="preserve"> the </w:t>
      </w:r>
      <w:r>
        <w:rPr>
          <w:b/>
          <w:i w:val="0"/>
          <w:smallCaps w:val="0"/>
          <w:strike w:val="0"/>
          <w:sz w:val="22"/>
          <w:u w:val="single"/>
        </w:rPr>
        <w:t>Rocket Force</w:t>
      </w:r>
      <w:r>
        <w:rPr>
          <w:b w:val="0"/>
          <w:i w:val="0"/>
          <w:smallCaps w:val="0"/>
          <w:strike w:val="0"/>
          <w:sz w:val="16"/>
          <w:u w:val="none"/>
        </w:rPr>
        <w:t xml:space="preserve"> - a key arm of the PLA overseeing tactical and nuclear missiles.</w:t>
      </w:r>
    </w:p>
    <w:p>
      <w:pPr>
        <w:spacing w:after="60"/>
      </w:pPr>
      <w:r>
        <w:rPr>
          <w:b w:val="0"/>
          <w:i w:val="0"/>
          <w:smallCaps w:val="0"/>
          <w:strike w:val="0"/>
          <w:sz w:val="16"/>
          <w:u w:val="none"/>
        </w:rPr>
        <w:t xml:space="preserve">The </w:t>
      </w:r>
      <w:r>
        <w:rPr>
          <w:b w:val="0"/>
          <w:i w:val="0"/>
          <w:smallCaps w:val="0"/>
          <w:strike w:val="0"/>
          <w:sz w:val="22"/>
          <w:highlight w:val="cyan"/>
          <w:u w:val="single"/>
        </w:rPr>
        <w:t>purges</w:t>
      </w:r>
      <w:r>
        <w:rPr>
          <w:b w:val="0"/>
          <w:i w:val="0"/>
          <w:smallCaps w:val="0"/>
          <w:strike w:val="0"/>
          <w:sz w:val="22"/>
          <w:u w:val="single"/>
        </w:rPr>
        <w:t xml:space="preserve"> are a </w:t>
      </w:r>
      <w:r>
        <w:rPr>
          <w:b/>
          <w:i w:val="0"/>
          <w:smallCaps w:val="0"/>
          <w:strike w:val="0"/>
          <w:sz w:val="22"/>
          <w:highlight w:val="cyan"/>
          <w:u w:val="single"/>
        </w:rPr>
        <w:t>setback</w:t>
      </w:r>
      <w:r>
        <w:rPr>
          <w:b w:val="0"/>
          <w:i w:val="0"/>
          <w:smallCaps w:val="0"/>
          <w:strike w:val="0"/>
          <w:sz w:val="16"/>
          <w:u w:val="none"/>
        </w:rPr>
        <w:t xml:space="preserve"> for Xi who has pumped billions into buying and developing equipment as part of his </w:t>
      </w:r>
      <w:r>
        <w:rPr>
          <w:b w:val="0"/>
          <w:i w:val="0"/>
          <w:smallCaps w:val="0"/>
          <w:strike w:val="0"/>
          <w:sz w:val="16"/>
          <w:u w:val="none"/>
        </w:rPr>
        <w:t>modernising</w:t>
      </w:r>
      <w:r>
        <w:rPr>
          <w:b w:val="0"/>
          <w:i w:val="0"/>
          <w:smallCaps w:val="0"/>
          <w:strike w:val="0"/>
          <w:sz w:val="16"/>
          <w:u w:val="none"/>
        </w:rPr>
        <w:t xml:space="preserve"> efforts to build a "world-class" military by 2050, with Beijing's outsized </w:t>
      </w:r>
      <w:r>
        <w:rPr>
          <w:b w:val="0"/>
          <w:i w:val="0"/>
          <w:smallCaps w:val="0"/>
          <w:strike w:val="0"/>
          <w:sz w:val="16"/>
          <w:u w:val="none"/>
        </w:rPr>
        <w:t>defence</w:t>
      </w:r>
      <w:r>
        <w:rPr>
          <w:b w:val="0"/>
          <w:i w:val="0"/>
          <w:smallCaps w:val="0"/>
          <w:strike w:val="0"/>
          <w:sz w:val="16"/>
          <w:u w:val="none"/>
        </w:rPr>
        <w:t xml:space="preserve"> budget growing at a faster pace than the economy for some years.</w:t>
      </w:r>
    </w:p>
    <w:p>
      <w:pPr>
        <w:spacing w:after="60"/>
      </w:pPr>
      <w:r>
        <w:rPr>
          <w:b w:val="0"/>
          <w:i w:val="0"/>
          <w:smallCaps w:val="0"/>
          <w:strike w:val="0"/>
          <w:sz w:val="16"/>
          <w:u w:val="none"/>
        </w:rPr>
        <w:t xml:space="preserve">The recent </w:t>
      </w:r>
      <w:r>
        <w:rPr>
          <w:b/>
          <w:i w:val="0"/>
          <w:smallCaps w:val="0"/>
          <w:strike w:val="0"/>
          <w:sz w:val="22"/>
          <w:u w:val="single"/>
        </w:rPr>
        <w:t>downfall</w:t>
      </w:r>
      <w:r>
        <w:rPr>
          <w:b w:val="0"/>
          <w:i w:val="0"/>
          <w:smallCaps w:val="0"/>
          <w:strike w:val="0"/>
          <w:sz w:val="22"/>
          <w:u w:val="single"/>
        </w:rPr>
        <w:t xml:space="preserve"> of generals and military equipment suppliers</w:t>
      </w:r>
      <w:r>
        <w:rPr>
          <w:b w:val="0"/>
          <w:i w:val="0"/>
          <w:smallCaps w:val="0"/>
          <w:strike w:val="0"/>
          <w:sz w:val="16"/>
          <w:u w:val="none"/>
        </w:rPr>
        <w:t xml:space="preserve">, however, has </w:t>
      </w:r>
      <w:r>
        <w:rPr>
          <w:b w:val="0"/>
          <w:i w:val="0"/>
          <w:smallCaps w:val="0"/>
          <w:strike w:val="0"/>
          <w:sz w:val="22"/>
          <w:u w:val="single"/>
        </w:rPr>
        <w:t>punctured</w:t>
      </w:r>
      <w:r>
        <w:rPr>
          <w:b w:val="0"/>
          <w:i w:val="0"/>
          <w:smallCaps w:val="0"/>
          <w:strike w:val="0"/>
          <w:sz w:val="16"/>
          <w:u w:val="none"/>
        </w:rPr>
        <w:t xml:space="preserve"> some of this aura, </w:t>
      </w:r>
      <w:r>
        <w:rPr>
          <w:b w:val="0"/>
          <w:i w:val="0"/>
          <w:smallCaps w:val="0"/>
          <w:strike w:val="0"/>
          <w:sz w:val="22"/>
          <w:u w:val="single"/>
        </w:rPr>
        <w:t xml:space="preserve">and raised </w:t>
      </w:r>
      <w:r>
        <w:rPr>
          <w:b/>
          <w:i w:val="0"/>
          <w:smallCaps w:val="0"/>
          <w:strike w:val="0"/>
          <w:sz w:val="22"/>
          <w:u w:val="single"/>
        </w:rPr>
        <w:t>questions</w:t>
      </w:r>
      <w:r>
        <w:rPr>
          <w:b w:val="0"/>
          <w:i w:val="0"/>
          <w:smallCaps w:val="0"/>
          <w:strike w:val="0"/>
          <w:sz w:val="22"/>
          <w:u w:val="single"/>
        </w:rPr>
        <w:t xml:space="preserve"> over</w:t>
      </w:r>
      <w:r>
        <w:rPr>
          <w:b w:val="0"/>
          <w:i w:val="0"/>
          <w:smallCaps w:val="0"/>
          <w:strike w:val="0"/>
          <w:sz w:val="16"/>
          <w:u w:val="none"/>
        </w:rPr>
        <w:t xml:space="preserve"> whether there has been adequate </w:t>
      </w:r>
      <w:r>
        <w:rPr>
          <w:b/>
          <w:i w:val="0"/>
          <w:smallCaps w:val="0"/>
          <w:strike w:val="0"/>
          <w:sz w:val="22"/>
          <w:u w:val="single"/>
        </w:rPr>
        <w:t>oversight</w:t>
      </w:r>
      <w:r>
        <w:rPr>
          <w:b w:val="0"/>
          <w:i w:val="0"/>
          <w:smallCaps w:val="0"/>
          <w:strike w:val="0"/>
          <w:sz w:val="22"/>
          <w:u w:val="single"/>
        </w:rPr>
        <w:t xml:space="preserve"> over</w:t>
      </w:r>
      <w:r>
        <w:rPr>
          <w:b w:val="0"/>
          <w:i w:val="0"/>
          <w:smallCaps w:val="0"/>
          <w:strike w:val="0"/>
          <w:sz w:val="16"/>
          <w:u w:val="none"/>
        </w:rPr>
        <w:t xml:space="preserve"> these </w:t>
      </w:r>
      <w:r>
        <w:rPr>
          <w:b w:val="0"/>
          <w:i w:val="0"/>
          <w:smallCaps w:val="0"/>
          <w:strike w:val="0"/>
          <w:sz w:val="22"/>
          <w:u w:val="single"/>
        </w:rPr>
        <w:t>massive military investments</w:t>
      </w:r>
      <w:r>
        <w:rPr>
          <w:b w:val="0"/>
          <w:i w:val="0"/>
          <w:smallCaps w:val="0"/>
          <w:strike w:val="0"/>
          <w:sz w:val="16"/>
          <w:u w:val="none"/>
        </w:rPr>
        <w:t xml:space="preserve"> as China vies with the United States in key areas, including Taiwan and the South China Sea.</w:t>
      </w:r>
    </w:p>
    <w:p>
      <w:pPr>
        <w:spacing w:after="60"/>
      </w:pPr>
      <w:r>
        <w:rPr>
          <w:b w:val="0"/>
          <w:i w:val="0"/>
          <w:smallCaps w:val="0"/>
          <w:strike w:val="0"/>
          <w:sz w:val="16"/>
          <w:u w:val="none"/>
        </w:rPr>
        <w:t>Since Xi took power in 2012, he has embarked on a wide-ranging anti-corruption crackdown among Communist Party and government officials, with the PLA being one of its main targets.</w:t>
      </w:r>
    </w:p>
    <w:p>
      <w:pPr>
        <w:spacing w:after="60"/>
      </w:pPr>
      <w:r>
        <w:rPr>
          <w:b w:val="0"/>
          <w:i w:val="0"/>
          <w:smallCaps w:val="0"/>
          <w:strike w:val="0"/>
          <w:sz w:val="16"/>
          <w:u w:val="none"/>
        </w:rPr>
        <w:t>The nine PLA generals removed from the legislature hailed from several military divisions; three were former commanders or vice commanders of the PLA Rocket Force; one a former Air Force chief and one a Navy commander responsible for the South China Sea. Four officers were responsible for equipment.</w:t>
      </w:r>
    </w:p>
    <w:p>
      <w:pPr>
        <w:spacing w:after="60"/>
      </w:pPr>
      <w:r>
        <w:rPr>
          <w:b w:val="0"/>
          <w:i w:val="0"/>
          <w:smallCaps w:val="0"/>
          <w:strike w:val="0"/>
          <w:sz w:val="16"/>
          <w:u w:val="none"/>
        </w:rPr>
        <w:t>"</w:t>
      </w:r>
      <w:r>
        <w:rPr>
          <w:b w:val="0"/>
          <w:i w:val="0"/>
          <w:smallCaps w:val="0"/>
          <w:strike w:val="0"/>
          <w:sz w:val="22"/>
          <w:u w:val="single"/>
        </w:rPr>
        <w:t xml:space="preserve">It is a </w:t>
      </w:r>
      <w:r>
        <w:rPr>
          <w:b/>
          <w:i w:val="0"/>
          <w:smallCaps w:val="0"/>
          <w:strike w:val="0"/>
          <w:sz w:val="22"/>
          <w:u w:val="single"/>
        </w:rPr>
        <w:t>clear</w:t>
      </w:r>
      <w:r>
        <w:rPr>
          <w:b w:val="0"/>
          <w:i w:val="0"/>
          <w:smallCaps w:val="0"/>
          <w:strike w:val="0"/>
          <w:sz w:val="22"/>
          <w:u w:val="single"/>
        </w:rPr>
        <w:t xml:space="preserve"> sign</w:t>
      </w:r>
      <w:r>
        <w:rPr>
          <w:b w:val="0"/>
          <w:i w:val="0"/>
          <w:smallCaps w:val="0"/>
          <w:strike w:val="0"/>
          <w:sz w:val="16"/>
          <w:u w:val="none"/>
        </w:rPr>
        <w:t xml:space="preserve"> that </w:t>
      </w:r>
      <w:r>
        <w:rPr>
          <w:b w:val="0"/>
          <w:i w:val="0"/>
          <w:smallCaps w:val="0"/>
          <w:strike w:val="0"/>
          <w:sz w:val="22"/>
          <w:u w:val="single"/>
        </w:rPr>
        <w:t xml:space="preserve">they are being </w:t>
      </w:r>
      <w:r>
        <w:rPr>
          <w:b/>
          <w:i w:val="0"/>
          <w:smallCaps w:val="0"/>
          <w:strike w:val="0"/>
          <w:sz w:val="22"/>
          <w:u w:val="single"/>
        </w:rPr>
        <w:t>purged</w:t>
      </w:r>
      <w:r>
        <w:rPr>
          <w:b w:val="0"/>
          <w:i w:val="0"/>
          <w:smallCaps w:val="0"/>
          <w:strike w:val="0"/>
          <w:sz w:val="16"/>
          <w:u w:val="none"/>
        </w:rPr>
        <w:t>," said Andrew Scobell, Distinguished Fellow for China at the United States Institute for Peace.</w:t>
      </w:r>
    </w:p>
    <w:p>
      <w:pPr>
        <w:spacing w:after="60"/>
      </w:pPr>
      <w:r>
        <w:rPr>
          <w:b w:val="0"/>
          <w:i w:val="0"/>
          <w:smallCaps w:val="0"/>
          <w:strike w:val="0"/>
          <w:sz w:val="16"/>
          <w:u w:val="none"/>
        </w:rPr>
        <w:t>'MORE HEADS WILL ROLL'</w:t>
      </w:r>
    </w:p>
    <w:p>
      <w:pPr>
        <w:spacing w:after="60"/>
      </w:pPr>
      <w:r>
        <w:rPr>
          <w:b w:val="0"/>
          <w:i w:val="0"/>
          <w:smallCaps w:val="0"/>
          <w:strike w:val="0"/>
          <w:sz w:val="16"/>
          <w:u w:val="none"/>
        </w:rPr>
        <w:t>Beijing did not explain why the generals were removed. Some analysts say the evidence points towards corruption over equipment procurement by the PLA Rocket Force.</w:t>
      </w:r>
    </w:p>
    <w:p>
      <w:pPr>
        <w:spacing w:after="60"/>
      </w:pPr>
      <w:r>
        <w:rPr>
          <w:b w:val="0"/>
          <w:i w:val="0"/>
          <w:smallCaps w:val="0"/>
          <w:strike w:val="0"/>
          <w:sz w:val="16"/>
          <w:u w:val="none"/>
        </w:rPr>
        <w:t>"</w:t>
      </w:r>
      <w:r>
        <w:rPr>
          <w:b w:val="0"/>
          <w:i w:val="0"/>
          <w:smallCaps w:val="0"/>
          <w:strike w:val="0"/>
          <w:sz w:val="22"/>
          <w:u w:val="single"/>
        </w:rPr>
        <w:t>More heads will roll</w:t>
      </w:r>
      <w:r>
        <w:rPr>
          <w:b w:val="0"/>
          <w:i w:val="0"/>
          <w:smallCaps w:val="0"/>
          <w:strike w:val="0"/>
          <w:sz w:val="16"/>
          <w:u w:val="none"/>
        </w:rPr>
        <w:t xml:space="preserve">. The </w:t>
      </w:r>
      <w:r>
        <w:rPr>
          <w:b w:val="0"/>
          <w:i w:val="0"/>
          <w:smallCaps w:val="0"/>
          <w:strike w:val="0"/>
          <w:sz w:val="22"/>
          <w:highlight w:val="cyan"/>
          <w:u w:val="single"/>
        </w:rPr>
        <w:t>purge</w:t>
      </w:r>
      <w:r>
        <w:rPr>
          <w:b w:val="0"/>
          <w:i w:val="0"/>
          <w:smallCaps w:val="0"/>
          <w:strike w:val="0"/>
          <w:sz w:val="16"/>
          <w:u w:val="none"/>
        </w:rPr>
        <w:t xml:space="preserve"> that </w:t>
      </w:r>
      <w:r>
        <w:rPr>
          <w:b w:val="0"/>
          <w:i w:val="0"/>
          <w:smallCaps w:val="0"/>
          <w:strike w:val="0"/>
          <w:sz w:val="16"/>
          <w:u w:val="none"/>
        </w:rPr>
        <w:t>centred</w:t>
      </w:r>
      <w:r>
        <w:rPr>
          <w:b w:val="0"/>
          <w:i w:val="0"/>
          <w:smallCaps w:val="0"/>
          <w:strike w:val="0"/>
          <w:sz w:val="16"/>
          <w:u w:val="none"/>
        </w:rPr>
        <w:t xml:space="preserve"> </w:t>
      </w:r>
      <w:r>
        <w:rPr>
          <w:b w:val="0"/>
          <w:i w:val="0"/>
          <w:smallCaps w:val="0"/>
          <w:strike w:val="0"/>
          <w:sz w:val="22"/>
          <w:highlight w:val="cyan"/>
          <w:u w:val="single"/>
        </w:rPr>
        <w:t>around</w:t>
      </w:r>
      <w:r>
        <w:rPr>
          <w:b w:val="0"/>
          <w:i w:val="0"/>
          <w:smallCaps w:val="0"/>
          <w:strike w:val="0"/>
          <w:sz w:val="16"/>
          <w:u w:val="none"/>
        </w:rPr>
        <w:t xml:space="preserve"> the </w:t>
      </w:r>
      <w:r>
        <w:rPr>
          <w:b/>
          <w:i w:val="0"/>
          <w:smallCaps w:val="0"/>
          <w:strike w:val="0"/>
          <w:sz w:val="22"/>
          <w:highlight w:val="cyan"/>
          <w:u w:val="single"/>
        </w:rPr>
        <w:t>Rocket Force</w:t>
      </w:r>
      <w:r>
        <w:rPr>
          <w:b w:val="0"/>
          <w:i w:val="0"/>
          <w:smallCaps w:val="0"/>
          <w:strike w:val="0"/>
          <w:sz w:val="22"/>
          <w:u w:val="single"/>
        </w:rPr>
        <w:t xml:space="preserve"> is </w:t>
      </w:r>
      <w:r>
        <w:rPr>
          <w:b/>
          <w:i w:val="0"/>
          <w:smallCaps w:val="0"/>
          <w:strike w:val="0"/>
          <w:sz w:val="22"/>
          <w:highlight w:val="cyan"/>
          <w:u w:val="single"/>
        </w:rPr>
        <w:t>not over</w:t>
      </w:r>
      <w:r>
        <w:rPr>
          <w:b w:val="0"/>
          <w:i w:val="0"/>
          <w:smallCaps w:val="0"/>
          <w:strike w:val="0"/>
          <w:sz w:val="16"/>
          <w:u w:val="none"/>
        </w:rPr>
        <w:t>," said Alfred Wu, associate professor, Lee Kuan Yew School of Public Policy in Singapore.</w:t>
      </w:r>
    </w:p>
    <w:p>
      <w:pPr>
        <w:spacing w:after="60"/>
      </w:pPr>
      <w:r>
        <w:rPr>
          <w:b w:val="0"/>
          <w:i w:val="0"/>
          <w:smallCaps w:val="0"/>
          <w:strike w:val="0"/>
          <w:sz w:val="22"/>
          <w:u w:val="single"/>
        </w:rPr>
        <w:t xml:space="preserve">Wei </w:t>
      </w:r>
      <w:r>
        <w:rPr>
          <w:b w:val="0"/>
          <w:i w:val="0"/>
          <w:smallCaps w:val="0"/>
          <w:strike w:val="0"/>
          <w:sz w:val="22"/>
          <w:u w:val="single"/>
        </w:rPr>
        <w:t>Fenghe</w:t>
      </w:r>
      <w:r>
        <w:rPr>
          <w:b w:val="0"/>
          <w:i w:val="0"/>
          <w:smallCaps w:val="0"/>
          <w:strike w:val="0"/>
          <w:sz w:val="16"/>
          <w:u w:val="none"/>
        </w:rPr>
        <w:t xml:space="preserve">, a </w:t>
      </w:r>
      <w:r>
        <w:rPr>
          <w:b w:val="0"/>
          <w:i w:val="0"/>
          <w:smallCaps w:val="0"/>
          <w:strike w:val="0"/>
          <w:sz w:val="22"/>
          <w:u w:val="single"/>
        </w:rPr>
        <w:t xml:space="preserve">former </w:t>
      </w:r>
      <w:r>
        <w:rPr>
          <w:b/>
          <w:i w:val="0"/>
          <w:smallCaps w:val="0"/>
          <w:strike w:val="0"/>
          <w:sz w:val="22"/>
          <w:u w:val="single"/>
        </w:rPr>
        <w:t>defence</w:t>
      </w:r>
      <w:r>
        <w:rPr>
          <w:b/>
          <w:i w:val="0"/>
          <w:smallCaps w:val="0"/>
          <w:strike w:val="0"/>
          <w:sz w:val="22"/>
          <w:u w:val="single"/>
        </w:rPr>
        <w:t xml:space="preserve"> minister</w:t>
      </w:r>
      <w:r>
        <w:rPr>
          <w:b w:val="0"/>
          <w:i w:val="0"/>
          <w:smallCaps w:val="0"/>
          <w:strike w:val="0"/>
          <w:sz w:val="16"/>
          <w:u w:val="none"/>
        </w:rPr>
        <w:t xml:space="preserve"> who </w:t>
      </w:r>
      <w:r>
        <w:rPr>
          <w:b w:val="0"/>
          <w:i w:val="0"/>
          <w:smallCaps w:val="0"/>
          <w:strike w:val="0"/>
          <w:sz w:val="22"/>
          <w:u w:val="single"/>
        </w:rPr>
        <w:t xml:space="preserve">used to head </w:t>
      </w:r>
      <w:r>
        <w:rPr>
          <w:b w:val="0"/>
          <w:i w:val="0"/>
          <w:smallCaps w:val="0"/>
          <w:strike w:val="0"/>
          <w:sz w:val="16"/>
          <w:u w:val="none"/>
        </w:rPr>
        <w:t xml:space="preserve">the </w:t>
      </w:r>
      <w:r>
        <w:rPr>
          <w:b w:val="0"/>
          <w:i w:val="0"/>
          <w:smallCaps w:val="0"/>
          <w:strike w:val="0"/>
          <w:sz w:val="22"/>
          <w:u w:val="single"/>
        </w:rPr>
        <w:t>Rocket Force</w:t>
      </w:r>
      <w:r>
        <w:rPr>
          <w:b w:val="0"/>
          <w:i w:val="0"/>
          <w:smallCaps w:val="0"/>
          <w:strike w:val="0"/>
          <w:sz w:val="16"/>
          <w:u w:val="none"/>
        </w:rPr>
        <w:t xml:space="preserve">, has also </w:t>
      </w:r>
      <w:r>
        <w:rPr>
          <w:b/>
          <w:i w:val="0"/>
          <w:smallCaps w:val="0"/>
          <w:strike w:val="0"/>
          <w:sz w:val="22"/>
          <w:u w:val="single"/>
        </w:rPr>
        <w:t>vanished</w:t>
      </w:r>
      <w:r>
        <w:rPr>
          <w:b w:val="0"/>
          <w:i w:val="0"/>
          <w:smallCaps w:val="0"/>
          <w:strike w:val="0"/>
          <w:sz w:val="16"/>
          <w:u w:val="none"/>
        </w:rPr>
        <w:t xml:space="preserve">. </w:t>
      </w:r>
      <w:r>
        <w:rPr>
          <w:b w:val="0"/>
          <w:i w:val="0"/>
          <w:smallCaps w:val="0"/>
          <w:strike w:val="0"/>
          <w:sz w:val="22"/>
          <w:u w:val="single"/>
        </w:rPr>
        <w:t>When asked about</w:t>
      </w:r>
      <w:r>
        <w:rPr>
          <w:b w:val="0"/>
          <w:i w:val="0"/>
          <w:smallCaps w:val="0"/>
          <w:strike w:val="0"/>
          <w:sz w:val="16"/>
          <w:u w:val="none"/>
        </w:rPr>
        <w:t xml:space="preserve"> his </w:t>
      </w:r>
      <w:r>
        <w:rPr>
          <w:b w:val="0"/>
          <w:i w:val="0"/>
          <w:smallCaps w:val="0"/>
          <w:strike w:val="0"/>
          <w:sz w:val="22"/>
          <w:u w:val="single"/>
        </w:rPr>
        <w:t>whereabouts</w:t>
      </w:r>
      <w:r>
        <w:rPr>
          <w:b w:val="0"/>
          <w:i w:val="0"/>
          <w:smallCaps w:val="0"/>
          <w:strike w:val="0"/>
          <w:sz w:val="16"/>
          <w:u w:val="none"/>
        </w:rPr>
        <w:t xml:space="preserve">, a </w:t>
      </w:r>
      <w:r>
        <w:rPr>
          <w:b w:val="0"/>
          <w:i w:val="0"/>
          <w:smallCaps w:val="0"/>
          <w:strike w:val="0"/>
          <w:sz w:val="16"/>
          <w:u w:val="none"/>
        </w:rPr>
        <w:t>defence</w:t>
      </w:r>
      <w:r>
        <w:rPr>
          <w:b w:val="0"/>
          <w:i w:val="0"/>
          <w:smallCaps w:val="0"/>
          <w:strike w:val="0"/>
          <w:sz w:val="16"/>
          <w:u w:val="none"/>
        </w:rPr>
        <w:t xml:space="preserve"> ministry </w:t>
      </w:r>
      <w:r>
        <w:rPr>
          <w:b w:val="0"/>
          <w:i w:val="0"/>
          <w:smallCaps w:val="0"/>
          <w:strike w:val="0"/>
          <w:sz w:val="22"/>
          <w:u w:val="single"/>
        </w:rPr>
        <w:t>spokesman said</w:t>
      </w:r>
      <w:r>
        <w:rPr>
          <w:b w:val="0"/>
          <w:i w:val="0"/>
          <w:smallCaps w:val="0"/>
          <w:strike w:val="0"/>
          <w:sz w:val="16"/>
          <w:u w:val="none"/>
        </w:rPr>
        <w:t xml:space="preserve"> in August that the </w:t>
      </w:r>
      <w:r>
        <w:rPr>
          <w:b w:val="0"/>
          <w:i w:val="0"/>
          <w:smallCaps w:val="0"/>
          <w:strike w:val="0"/>
          <w:sz w:val="22"/>
          <w:u w:val="single"/>
        </w:rPr>
        <w:t xml:space="preserve">military has </w:t>
      </w:r>
      <w:r>
        <w:rPr>
          <w:b/>
          <w:i w:val="0"/>
          <w:smallCaps w:val="0"/>
          <w:strike w:val="0"/>
          <w:sz w:val="22"/>
          <w:u w:val="single"/>
        </w:rPr>
        <w:t>zero tolerance</w:t>
      </w:r>
      <w:r>
        <w:rPr>
          <w:b w:val="0"/>
          <w:i w:val="0"/>
          <w:smallCaps w:val="0"/>
          <w:strike w:val="0"/>
          <w:sz w:val="22"/>
          <w:u w:val="single"/>
        </w:rPr>
        <w:t xml:space="preserve"> for </w:t>
      </w:r>
      <w:r>
        <w:rPr>
          <w:b/>
          <w:i w:val="0"/>
          <w:smallCaps w:val="0"/>
          <w:strike w:val="0"/>
          <w:sz w:val="22"/>
          <w:u w:val="single"/>
        </w:rPr>
        <w:t>corruption</w:t>
      </w:r>
      <w:r>
        <w:rPr>
          <w:b w:val="0"/>
          <w:i w:val="0"/>
          <w:smallCaps w:val="0"/>
          <w:strike w:val="0"/>
          <w:sz w:val="16"/>
          <w:u w:val="none"/>
        </w:rPr>
        <w:t>.</w:t>
      </w:r>
    </w:p>
    <w:p>
      <w:pPr>
        <w:spacing w:after="60"/>
      </w:pPr>
      <w:r>
        <w:rPr>
          <w:b w:val="0"/>
          <w:i w:val="0"/>
          <w:smallCaps w:val="0"/>
          <w:strike w:val="0"/>
          <w:sz w:val="16"/>
          <w:u w:val="none"/>
        </w:rPr>
        <w:t xml:space="preserve">His </w:t>
      </w:r>
      <w:r>
        <w:rPr>
          <w:b w:val="0"/>
          <w:i w:val="0"/>
          <w:smallCaps w:val="0"/>
          <w:strike w:val="0"/>
          <w:sz w:val="22"/>
          <w:u w:val="single"/>
        </w:rPr>
        <w:t xml:space="preserve">successor, Li </w:t>
      </w:r>
      <w:r>
        <w:rPr>
          <w:b w:val="0"/>
          <w:i w:val="0"/>
          <w:smallCaps w:val="0"/>
          <w:strike w:val="0"/>
          <w:sz w:val="22"/>
          <w:u w:val="single"/>
        </w:rPr>
        <w:t>Shangfu</w:t>
      </w:r>
      <w:r>
        <w:rPr>
          <w:b w:val="0"/>
          <w:i w:val="0"/>
          <w:smallCaps w:val="0"/>
          <w:strike w:val="0"/>
          <w:sz w:val="16"/>
          <w:u w:val="none"/>
        </w:rPr>
        <w:t xml:space="preserve">, was </w:t>
      </w:r>
      <w:r>
        <w:rPr>
          <w:b/>
          <w:i w:val="0"/>
          <w:smallCaps w:val="0"/>
          <w:strike w:val="0"/>
          <w:sz w:val="22"/>
          <w:u w:val="single"/>
        </w:rPr>
        <w:t>abruptly removed</w:t>
      </w:r>
      <w:r>
        <w:rPr>
          <w:b w:val="0"/>
          <w:i w:val="0"/>
          <w:smallCaps w:val="0"/>
          <w:strike w:val="0"/>
          <w:sz w:val="16"/>
          <w:u w:val="none"/>
        </w:rPr>
        <w:t xml:space="preserve"> as </w:t>
      </w:r>
      <w:r>
        <w:rPr>
          <w:b w:val="0"/>
          <w:i w:val="0"/>
          <w:smallCaps w:val="0"/>
          <w:strike w:val="0"/>
          <w:sz w:val="16"/>
          <w:u w:val="none"/>
        </w:rPr>
        <w:t>defence</w:t>
      </w:r>
      <w:r>
        <w:rPr>
          <w:b w:val="0"/>
          <w:i w:val="0"/>
          <w:smallCaps w:val="0"/>
          <w:strike w:val="0"/>
          <w:sz w:val="16"/>
          <w:u w:val="none"/>
        </w:rPr>
        <w:t xml:space="preserve"> minister in October </w:t>
      </w:r>
      <w:r>
        <w:rPr>
          <w:b w:val="0"/>
          <w:i w:val="0"/>
          <w:smallCaps w:val="0"/>
          <w:strike w:val="0"/>
          <w:sz w:val="22"/>
          <w:u w:val="single"/>
        </w:rPr>
        <w:t>without explanation</w:t>
      </w:r>
      <w:r>
        <w:rPr>
          <w:b w:val="0"/>
          <w:i w:val="0"/>
          <w:smallCaps w:val="0"/>
          <w:strike w:val="0"/>
          <w:sz w:val="16"/>
          <w:u w:val="none"/>
        </w:rPr>
        <w:t xml:space="preserve"> after also </w:t>
      </w:r>
      <w:r>
        <w:rPr>
          <w:b/>
          <w:i w:val="0"/>
          <w:smallCaps w:val="0"/>
          <w:strike w:val="0"/>
          <w:sz w:val="22"/>
          <w:u w:val="single"/>
        </w:rPr>
        <w:t>disappearing</w:t>
      </w:r>
      <w:r>
        <w:rPr>
          <w:b w:val="0"/>
          <w:i w:val="0"/>
          <w:smallCaps w:val="0"/>
          <w:strike w:val="0"/>
          <w:sz w:val="22"/>
          <w:u w:val="single"/>
        </w:rPr>
        <w:t xml:space="preserve"> for </w:t>
      </w:r>
      <w:r>
        <w:rPr>
          <w:b/>
          <w:i w:val="0"/>
          <w:smallCaps w:val="0"/>
          <w:strike w:val="0"/>
          <w:sz w:val="22"/>
          <w:u w:val="single"/>
        </w:rPr>
        <w:t>months</w:t>
      </w:r>
      <w:r>
        <w:rPr>
          <w:b w:val="0"/>
          <w:i w:val="0"/>
          <w:smallCaps w:val="0"/>
          <w:strike w:val="0"/>
          <w:sz w:val="16"/>
          <w:u w:val="none"/>
        </w:rPr>
        <w:t>. He had previously headed the equipment department. One of his then deputies was removed from parliament on Friday.</w:t>
      </w:r>
    </w:p>
    <w:p>
      <w:pPr>
        <w:spacing w:after="60"/>
      </w:pPr>
      <w:r>
        <w:rPr>
          <w:b w:val="0"/>
          <w:i w:val="0"/>
          <w:smallCaps w:val="0"/>
          <w:strike w:val="0"/>
          <w:sz w:val="16"/>
          <w:u w:val="none"/>
        </w:rPr>
        <w:t xml:space="preserve">On the same day, Dong Jun, a Chinese ex-Navy chief, with a South China Sea background, was named Li's replacement as </w:t>
      </w:r>
      <w:r>
        <w:rPr>
          <w:b w:val="0"/>
          <w:i w:val="0"/>
          <w:smallCaps w:val="0"/>
          <w:strike w:val="0"/>
          <w:sz w:val="16"/>
          <w:u w:val="none"/>
        </w:rPr>
        <w:t>defence</w:t>
      </w:r>
      <w:r>
        <w:rPr>
          <w:b w:val="0"/>
          <w:i w:val="0"/>
          <w:smallCaps w:val="0"/>
          <w:strike w:val="0"/>
          <w:sz w:val="16"/>
          <w:u w:val="none"/>
        </w:rPr>
        <w:t xml:space="preserve"> minister.</w:t>
      </w:r>
    </w:p>
    <w:p>
      <w:pPr>
        <w:spacing w:after="60"/>
      </w:pPr>
      <w:r>
        <w:rPr>
          <w:b w:val="0"/>
          <w:i w:val="0"/>
          <w:smallCaps w:val="0"/>
          <w:strike w:val="0"/>
          <w:sz w:val="16"/>
          <w:u w:val="none"/>
        </w:rPr>
        <w:t xml:space="preserve">Analysts say that while the Chinese military has long been known for corruption, the </w:t>
      </w:r>
      <w:r>
        <w:rPr>
          <w:b/>
          <w:i w:val="0"/>
          <w:smallCaps w:val="0"/>
          <w:strike w:val="0"/>
          <w:sz w:val="22"/>
          <w:u w:val="single"/>
        </w:rPr>
        <w:t>extent</w:t>
      </w:r>
      <w:r>
        <w:rPr>
          <w:b w:val="0"/>
          <w:i w:val="0"/>
          <w:smallCaps w:val="0"/>
          <w:strike w:val="0"/>
          <w:sz w:val="22"/>
          <w:u w:val="single"/>
        </w:rPr>
        <w:t xml:space="preserve"> of the latest crackdown</w:t>
      </w:r>
      <w:r>
        <w:rPr>
          <w:b w:val="0"/>
          <w:i w:val="0"/>
          <w:smallCaps w:val="0"/>
          <w:strike w:val="0"/>
          <w:sz w:val="16"/>
          <w:u w:val="none"/>
        </w:rPr>
        <w:t xml:space="preserve"> and the involvement of the PLA's Rocket Force is </w:t>
      </w:r>
      <w:r>
        <w:rPr>
          <w:b/>
          <w:i w:val="0"/>
          <w:smallCaps w:val="0"/>
          <w:strike w:val="0"/>
          <w:sz w:val="22"/>
          <w:u w:val="single"/>
        </w:rPr>
        <w:t>shocking</w:t>
      </w:r>
      <w:r>
        <w:rPr>
          <w:b w:val="0"/>
          <w:i w:val="0"/>
          <w:smallCaps w:val="0"/>
          <w:strike w:val="0"/>
          <w:sz w:val="16"/>
          <w:u w:val="none"/>
        </w:rPr>
        <w:t>.</w:t>
      </w:r>
    </w:p>
    <w:p>
      <w:pPr>
        <w:spacing w:after="60"/>
      </w:pPr>
      <w:r>
        <w:rPr>
          <w:b w:val="0"/>
          <w:i w:val="0"/>
          <w:smallCaps w:val="0"/>
          <w:strike w:val="0"/>
          <w:sz w:val="16"/>
          <w:u w:val="none"/>
        </w:rPr>
        <w:t>"This part of the PLA would have the most rigorous vetting process for senior officers, given the importance of having highly trusted men in charge of China's nuclear weapons," said Dennis Wilder, senior fellow for the Initiative for U.S.-China Dialogue on Global Issues at Georgetown University.</w:t>
      </w:r>
    </w:p>
    <w:p>
      <w:pPr>
        <w:spacing w:after="60"/>
      </w:pPr>
      <w:r>
        <w:rPr>
          <w:b w:val="0"/>
          <w:i w:val="0"/>
          <w:smallCaps w:val="0"/>
          <w:strike w:val="0"/>
          <w:sz w:val="16"/>
          <w:u w:val="none"/>
        </w:rPr>
        <w:t xml:space="preserve">"Moreover, </w:t>
      </w:r>
      <w:r>
        <w:rPr>
          <w:b w:val="0"/>
          <w:i w:val="0"/>
          <w:smallCaps w:val="0"/>
          <w:strike w:val="0"/>
          <w:sz w:val="22"/>
          <w:u w:val="single"/>
        </w:rPr>
        <w:t xml:space="preserve">it seems to have involved </w:t>
      </w:r>
      <w:r>
        <w:rPr>
          <w:b/>
          <w:i w:val="0"/>
          <w:smallCaps w:val="0"/>
          <w:strike w:val="0"/>
          <w:sz w:val="22"/>
          <w:u w:val="single"/>
        </w:rPr>
        <w:t>several</w:t>
      </w:r>
      <w:r>
        <w:rPr>
          <w:b w:val="0"/>
          <w:i w:val="0"/>
          <w:smallCaps w:val="0"/>
          <w:strike w:val="0"/>
          <w:sz w:val="22"/>
          <w:u w:val="single"/>
        </w:rPr>
        <w:t xml:space="preserve"> senior men rather than </w:t>
      </w:r>
      <w:r>
        <w:rPr>
          <w:b/>
          <w:i w:val="0"/>
          <w:smallCaps w:val="0"/>
          <w:strike w:val="0"/>
          <w:sz w:val="22"/>
          <w:u w:val="single"/>
        </w:rPr>
        <w:t>one</w:t>
      </w:r>
      <w:r>
        <w:rPr>
          <w:b w:val="0"/>
          <w:i w:val="0"/>
          <w:smallCaps w:val="0"/>
          <w:strike w:val="0"/>
          <w:sz w:val="22"/>
          <w:u w:val="single"/>
        </w:rPr>
        <w:t xml:space="preserve"> 'bad apple'</w:t>
      </w:r>
      <w:r>
        <w:rPr>
          <w:b w:val="0"/>
          <w:i w:val="0"/>
          <w:smallCaps w:val="0"/>
          <w:strike w:val="0"/>
          <w:sz w:val="16"/>
          <w:u w:val="none"/>
        </w:rPr>
        <w:t>."</w:t>
      </w:r>
    </w:p>
    <w:p>
      <w:pPr>
        <w:spacing w:after="60"/>
      </w:pPr>
      <w:r>
        <w:rPr>
          <w:b w:val="0"/>
          <w:i w:val="0"/>
          <w:smallCaps w:val="0"/>
          <w:strike w:val="0"/>
          <w:sz w:val="16"/>
          <w:u w:val="none"/>
        </w:rPr>
        <w:t xml:space="preserve">Analysts say the </w:t>
      </w:r>
      <w:r>
        <w:rPr>
          <w:b w:val="0"/>
          <w:i w:val="0"/>
          <w:smallCaps w:val="0"/>
          <w:strike w:val="0"/>
          <w:sz w:val="22"/>
          <w:u w:val="single"/>
        </w:rPr>
        <w:t>purge</w:t>
      </w:r>
      <w:r>
        <w:rPr>
          <w:b w:val="0"/>
          <w:i w:val="0"/>
          <w:smallCaps w:val="0"/>
          <w:strike w:val="0"/>
          <w:sz w:val="16"/>
          <w:u w:val="none"/>
        </w:rPr>
        <w:t xml:space="preserve"> of senior military leaders could </w:t>
      </w:r>
      <w:r>
        <w:rPr>
          <w:b w:val="0"/>
          <w:i w:val="0"/>
          <w:smallCaps w:val="0"/>
          <w:strike w:val="0"/>
          <w:sz w:val="22"/>
          <w:highlight w:val="cyan"/>
          <w:u w:val="single"/>
        </w:rPr>
        <w:t>leave</w:t>
      </w:r>
      <w:r>
        <w:rPr>
          <w:b w:val="0"/>
          <w:i w:val="0"/>
          <w:smallCaps w:val="0"/>
          <w:strike w:val="0"/>
          <w:sz w:val="16"/>
          <w:u w:val="none"/>
        </w:rPr>
        <w:t xml:space="preserve"> the </w:t>
      </w:r>
      <w:r>
        <w:rPr>
          <w:b/>
          <w:i w:val="0"/>
          <w:smallCaps w:val="0"/>
          <w:strike w:val="0"/>
          <w:sz w:val="22"/>
          <w:u w:val="single"/>
        </w:rPr>
        <w:t xml:space="preserve">Rocket </w:t>
      </w:r>
      <w:r>
        <w:rPr>
          <w:b/>
          <w:i w:val="0"/>
          <w:smallCaps w:val="0"/>
          <w:strike w:val="0"/>
          <w:sz w:val="22"/>
          <w:highlight w:val="cyan"/>
          <w:u w:val="single"/>
        </w:rPr>
        <w:t>Force</w:t>
      </w:r>
      <w:r>
        <w:rPr>
          <w:b w:val="0"/>
          <w:i w:val="0"/>
          <w:smallCaps w:val="0"/>
          <w:strike w:val="0"/>
          <w:sz w:val="16"/>
          <w:u w:val="none"/>
        </w:rPr>
        <w:t xml:space="preserve"> temporarily </w:t>
      </w:r>
      <w:r>
        <w:rPr>
          <w:b/>
          <w:i w:val="0"/>
          <w:smallCaps w:val="0"/>
          <w:strike w:val="0"/>
          <w:sz w:val="22"/>
          <w:highlight w:val="cyan"/>
          <w:u w:val="single"/>
        </w:rPr>
        <w:t>weakened</w:t>
      </w:r>
      <w:r>
        <w:rPr>
          <w:b w:val="0"/>
          <w:i w:val="0"/>
          <w:smallCaps w:val="0"/>
          <w:strike w:val="0"/>
          <w:sz w:val="16"/>
          <w:u w:val="none"/>
        </w:rPr>
        <w:t xml:space="preserve"> until Xi manages to put the house in order.</w:t>
      </w:r>
    </w:p>
    <w:p>
      <w:pPr>
        <w:spacing w:after="60"/>
      </w:pPr>
      <w:r>
        <w:rPr>
          <w:b w:val="0"/>
          <w:i w:val="0"/>
          <w:smallCaps w:val="0"/>
          <w:strike w:val="0"/>
          <w:sz w:val="16"/>
          <w:u w:val="none"/>
        </w:rPr>
        <w:t xml:space="preserve">"The </w:t>
      </w:r>
      <w:r>
        <w:rPr>
          <w:b w:val="0"/>
          <w:i w:val="0"/>
          <w:smallCaps w:val="0"/>
          <w:strike w:val="0"/>
          <w:sz w:val="22"/>
          <w:u w:val="single"/>
        </w:rPr>
        <w:t xml:space="preserve">strategic </w:t>
      </w:r>
      <w:r>
        <w:rPr>
          <w:b/>
          <w:i w:val="0"/>
          <w:smallCaps w:val="0"/>
          <w:strike w:val="0"/>
          <w:sz w:val="22"/>
          <w:highlight w:val="cyan"/>
          <w:u w:val="single"/>
        </w:rPr>
        <w:t>nuc</w:t>
      </w:r>
      <w:r>
        <w:rPr>
          <w:b/>
          <w:i w:val="0"/>
          <w:smallCaps w:val="0"/>
          <w:strike w:val="0"/>
          <w:sz w:val="22"/>
          <w:u w:val="single"/>
        </w:rPr>
        <w:t>lear</w:t>
      </w:r>
      <w:r>
        <w:rPr>
          <w:b w:val="0"/>
          <w:i w:val="0"/>
          <w:smallCaps w:val="0"/>
          <w:strike w:val="0"/>
          <w:sz w:val="22"/>
          <w:u w:val="single"/>
        </w:rPr>
        <w:t xml:space="preserve"> force </w:t>
      </w:r>
      <w:r>
        <w:rPr>
          <w:b w:val="0"/>
          <w:i w:val="0"/>
          <w:smallCaps w:val="0"/>
          <w:strike w:val="0"/>
          <w:sz w:val="22"/>
          <w:highlight w:val="cyan"/>
          <w:u w:val="single"/>
        </w:rPr>
        <w:t xml:space="preserve">is what China </w:t>
      </w:r>
      <w:r>
        <w:rPr>
          <w:b/>
          <w:i w:val="0"/>
          <w:smallCaps w:val="0"/>
          <w:strike w:val="0"/>
          <w:sz w:val="22"/>
          <w:highlight w:val="cyan"/>
          <w:u w:val="single"/>
        </w:rPr>
        <w:t>relies</w:t>
      </w:r>
      <w:r>
        <w:rPr>
          <w:b w:val="0"/>
          <w:i w:val="0"/>
          <w:smallCaps w:val="0"/>
          <w:strike w:val="0"/>
          <w:sz w:val="22"/>
          <w:highlight w:val="cyan"/>
          <w:u w:val="single"/>
        </w:rPr>
        <w:t xml:space="preserve"> on</w:t>
      </w:r>
      <w:r>
        <w:rPr>
          <w:b w:val="0"/>
          <w:i w:val="0"/>
          <w:smallCaps w:val="0"/>
          <w:strike w:val="0"/>
          <w:sz w:val="16"/>
          <w:u w:val="none"/>
        </w:rPr>
        <w:t xml:space="preserve"> as the bottom line of its national security, </w:t>
      </w:r>
      <w:r>
        <w:rPr>
          <w:b w:val="0"/>
          <w:i w:val="0"/>
          <w:smallCaps w:val="0"/>
          <w:strike w:val="0"/>
          <w:sz w:val="22"/>
          <w:highlight w:val="cyan"/>
          <w:u w:val="single"/>
        </w:rPr>
        <w:t>and</w:t>
      </w:r>
      <w:r>
        <w:rPr>
          <w:b w:val="0"/>
          <w:i w:val="0"/>
          <w:smallCaps w:val="0"/>
          <w:strike w:val="0"/>
          <w:sz w:val="16"/>
          <w:u w:val="none"/>
        </w:rPr>
        <w:t xml:space="preserve"> the </w:t>
      </w:r>
      <w:r>
        <w:rPr>
          <w:b w:val="0"/>
          <w:i w:val="0"/>
          <w:smallCaps w:val="0"/>
          <w:strike w:val="0"/>
          <w:sz w:val="22"/>
          <w:highlight w:val="cyan"/>
          <w:u w:val="single"/>
        </w:rPr>
        <w:t xml:space="preserve">last resort on </w:t>
      </w:r>
      <w:r>
        <w:rPr>
          <w:b/>
          <w:i w:val="0"/>
          <w:smallCaps w:val="0"/>
          <w:strike w:val="0"/>
          <w:sz w:val="22"/>
          <w:highlight w:val="cyan"/>
          <w:u w:val="single"/>
        </w:rPr>
        <w:t>Taiwan</w:t>
      </w:r>
      <w:r>
        <w:rPr>
          <w:b w:val="0"/>
          <w:i w:val="0"/>
          <w:smallCaps w:val="0"/>
          <w:strike w:val="0"/>
          <w:sz w:val="16"/>
          <w:u w:val="none"/>
        </w:rPr>
        <w:t>," said Yun Sun, Director of the China Program at the Stimson Center, a Washington D.C.-based thinktank.</w:t>
      </w:r>
    </w:p>
    <w:p>
      <w:pPr>
        <w:spacing w:after="60"/>
      </w:pPr>
      <w:r>
        <w:rPr>
          <w:b w:val="0"/>
          <w:i w:val="0"/>
          <w:smallCaps w:val="0"/>
          <w:strike w:val="0"/>
          <w:sz w:val="16"/>
          <w:u w:val="none"/>
        </w:rPr>
        <w:t xml:space="preserve">"It will </w:t>
      </w:r>
      <w:r>
        <w:rPr>
          <w:b w:val="0"/>
          <w:i w:val="0"/>
          <w:smallCaps w:val="0"/>
          <w:strike w:val="0"/>
          <w:sz w:val="22"/>
          <w:highlight w:val="cyan"/>
          <w:u w:val="single"/>
        </w:rPr>
        <w:t xml:space="preserve">take some </w:t>
      </w:r>
      <w:r>
        <w:rPr>
          <w:b/>
          <w:i w:val="0"/>
          <w:smallCaps w:val="0"/>
          <w:strike w:val="0"/>
          <w:sz w:val="22"/>
          <w:highlight w:val="cyan"/>
          <w:u w:val="single"/>
        </w:rPr>
        <w:t>time</w:t>
      </w:r>
      <w:r>
        <w:rPr>
          <w:b w:val="0"/>
          <w:i w:val="0"/>
          <w:smallCaps w:val="0"/>
          <w:strike w:val="0"/>
          <w:sz w:val="22"/>
          <w:u w:val="single"/>
        </w:rPr>
        <w:t xml:space="preserve"> for China </w:t>
      </w:r>
      <w:r>
        <w:rPr>
          <w:b w:val="0"/>
          <w:i w:val="0"/>
          <w:smallCaps w:val="0"/>
          <w:strike w:val="0"/>
          <w:sz w:val="22"/>
          <w:highlight w:val="cyan"/>
          <w:u w:val="single"/>
        </w:rPr>
        <w:t xml:space="preserve">to </w:t>
      </w:r>
      <w:r>
        <w:rPr>
          <w:b/>
          <w:i w:val="0"/>
          <w:smallCaps w:val="0"/>
          <w:strike w:val="0"/>
          <w:sz w:val="22"/>
          <w:highlight w:val="cyan"/>
          <w:u w:val="single"/>
        </w:rPr>
        <w:t>clean up</w:t>
      </w:r>
      <w:r>
        <w:rPr>
          <w:b w:val="0"/>
          <w:i w:val="0"/>
          <w:smallCaps w:val="0"/>
          <w:strike w:val="0"/>
          <w:sz w:val="16"/>
          <w:u w:val="none"/>
        </w:rPr>
        <w:t xml:space="preserve"> the </w:t>
      </w:r>
      <w:r>
        <w:rPr>
          <w:b w:val="0"/>
          <w:i w:val="0"/>
          <w:smallCaps w:val="0"/>
          <w:strike w:val="0"/>
          <w:sz w:val="22"/>
          <w:u w:val="single"/>
        </w:rPr>
        <w:t xml:space="preserve">mess </w:t>
      </w:r>
      <w:r>
        <w:rPr>
          <w:b w:val="0"/>
          <w:i w:val="0"/>
          <w:smallCaps w:val="0"/>
          <w:strike w:val="0"/>
          <w:sz w:val="22"/>
          <w:highlight w:val="cyan"/>
          <w:u w:val="single"/>
        </w:rPr>
        <w:t xml:space="preserve">and restore </w:t>
      </w:r>
      <w:r>
        <w:rPr>
          <w:b/>
          <w:i w:val="0"/>
          <w:smallCaps w:val="0"/>
          <w:strike w:val="0"/>
          <w:sz w:val="22"/>
          <w:highlight w:val="cyan"/>
          <w:u w:val="single"/>
        </w:rPr>
        <w:t>confidence</w:t>
      </w:r>
      <w:r>
        <w:rPr>
          <w:b w:val="0"/>
          <w:i w:val="0"/>
          <w:smallCaps w:val="0"/>
          <w:strike w:val="0"/>
          <w:sz w:val="22"/>
          <w:u w:val="single"/>
        </w:rPr>
        <w:t xml:space="preserve"> in</w:t>
      </w:r>
      <w:r>
        <w:rPr>
          <w:b w:val="0"/>
          <w:i w:val="0"/>
          <w:smallCaps w:val="0"/>
          <w:strike w:val="0"/>
          <w:sz w:val="16"/>
          <w:u w:val="none"/>
        </w:rPr>
        <w:t xml:space="preserve"> the </w:t>
      </w:r>
      <w:r>
        <w:rPr>
          <w:b w:val="0"/>
          <w:i w:val="0"/>
          <w:smallCaps w:val="0"/>
          <w:strike w:val="0"/>
          <w:sz w:val="22"/>
          <w:u w:val="single"/>
        </w:rPr>
        <w:t>Rocket Force's competence and trustworthiness</w:t>
      </w:r>
      <w:r>
        <w:rPr>
          <w:b w:val="0"/>
          <w:i w:val="0"/>
          <w:smallCaps w:val="0"/>
          <w:strike w:val="0"/>
          <w:sz w:val="16"/>
          <w:u w:val="none"/>
        </w:rPr>
        <w:t xml:space="preserve">. It means for the time being, </w:t>
      </w:r>
      <w:r>
        <w:rPr>
          <w:b/>
          <w:i w:val="0"/>
          <w:smallCaps w:val="0"/>
          <w:strike w:val="0"/>
          <w:sz w:val="22"/>
          <w:highlight w:val="cyan"/>
          <w:u w:val="single"/>
        </w:rPr>
        <w:t>China</w:t>
      </w:r>
      <w:r>
        <w:rPr>
          <w:b w:val="0"/>
          <w:i w:val="0"/>
          <w:smallCaps w:val="0"/>
          <w:strike w:val="0"/>
          <w:sz w:val="16"/>
          <w:u w:val="none"/>
        </w:rPr>
        <w:t xml:space="preserve"> is </w:t>
      </w:r>
      <w:r>
        <w:rPr>
          <w:b w:val="0"/>
          <w:i w:val="0"/>
          <w:smallCaps w:val="0"/>
          <w:strike w:val="0"/>
          <w:sz w:val="22"/>
          <w:u w:val="single"/>
        </w:rPr>
        <w:t xml:space="preserve">at a </w:t>
      </w:r>
      <w:r>
        <w:rPr>
          <w:b/>
          <w:i w:val="0"/>
          <w:smallCaps w:val="0"/>
          <w:strike w:val="0"/>
          <w:sz w:val="22"/>
          <w:highlight w:val="cyan"/>
          <w:u w:val="single"/>
        </w:rPr>
        <w:t>weaker</w:t>
      </w:r>
      <w:r>
        <w:rPr>
          <w:b w:val="0"/>
          <w:i w:val="0"/>
          <w:smallCaps w:val="0"/>
          <w:strike w:val="0"/>
          <w:sz w:val="22"/>
          <w:u w:val="single"/>
        </w:rPr>
        <w:t xml:space="preserve"> spot</w:t>
      </w:r>
      <w:r>
        <w:rPr>
          <w:b w:val="0"/>
          <w:i w:val="0"/>
          <w:smallCaps w:val="0"/>
          <w:strike w:val="0"/>
          <w:sz w:val="16"/>
          <w:u w:val="none"/>
        </w:rPr>
        <w:t>."</w:t>
      </w:r>
    </w:p>
    <w:p>
      <w:pPr>
        <w:spacing w:after="60"/>
      </w:pPr>
      <w:r>
        <w:rPr>
          <w:b w:val="0"/>
          <w:i w:val="0"/>
          <w:smallCaps w:val="0"/>
          <w:strike w:val="0"/>
          <w:sz w:val="16"/>
          <w:u w:val="none"/>
        </w:rPr>
        <w:t>Sun described Xi's campaign to stamp out military corruption as a Sisyphean task "that can never be completed".</w:t>
      </w:r>
    </w:p>
    <w:p>
      <w:pPr>
        <w:spacing w:after="60"/>
      </w:pPr>
      <w:r>
        <w:rPr>
          <w:b w:val="0"/>
          <w:i w:val="0"/>
          <w:smallCaps w:val="0"/>
          <w:strike w:val="0"/>
          <w:sz w:val="16"/>
          <w:u w:val="none"/>
        </w:rPr>
        <w:t>FIGHT AND WIN BATTLES?</w:t>
      </w:r>
    </w:p>
    <w:p>
      <w:pPr>
        <w:spacing w:after="60"/>
      </w:pPr>
      <w:r>
        <w:rPr>
          <w:b w:val="0"/>
          <w:i w:val="0"/>
          <w:smallCaps w:val="0"/>
          <w:strike w:val="0"/>
          <w:sz w:val="16"/>
          <w:u w:val="none"/>
        </w:rPr>
        <w:t xml:space="preserve">In the longer run, analysts expect the </w:t>
      </w:r>
      <w:r>
        <w:rPr>
          <w:b/>
          <w:i w:val="0"/>
          <w:smallCaps w:val="0"/>
          <w:strike w:val="0"/>
          <w:sz w:val="22"/>
          <w:highlight w:val="cyan"/>
          <w:u w:val="single"/>
        </w:rPr>
        <w:t>chronic</w:t>
      </w:r>
      <w:r>
        <w:rPr>
          <w:b w:val="0"/>
          <w:i w:val="0"/>
          <w:smallCaps w:val="0"/>
          <w:strike w:val="0"/>
          <w:sz w:val="22"/>
          <w:u w:val="single"/>
        </w:rPr>
        <w:t xml:space="preserve"> problem of </w:t>
      </w:r>
      <w:r>
        <w:rPr>
          <w:b w:val="0"/>
          <w:i w:val="0"/>
          <w:smallCaps w:val="0"/>
          <w:strike w:val="0"/>
          <w:sz w:val="22"/>
          <w:highlight w:val="cyan"/>
          <w:u w:val="single"/>
        </w:rPr>
        <w:t>corruption</w:t>
      </w:r>
      <w:r>
        <w:rPr>
          <w:b w:val="0"/>
          <w:i w:val="0"/>
          <w:smallCaps w:val="0"/>
          <w:strike w:val="0"/>
          <w:sz w:val="22"/>
          <w:u w:val="single"/>
        </w:rPr>
        <w:t xml:space="preserve"> to </w:t>
      </w:r>
      <w:r>
        <w:rPr>
          <w:b/>
          <w:i w:val="0"/>
          <w:smallCaps w:val="0"/>
          <w:strike w:val="0"/>
          <w:sz w:val="22"/>
          <w:highlight w:val="cyan"/>
          <w:u w:val="single"/>
        </w:rPr>
        <w:t>persist</w:t>
      </w:r>
      <w:r>
        <w:rPr>
          <w:b w:val="0"/>
          <w:i w:val="0"/>
          <w:smallCaps w:val="0"/>
          <w:strike w:val="0"/>
          <w:sz w:val="16"/>
          <w:u w:val="none"/>
        </w:rPr>
        <w:t xml:space="preserve"> in the Chinese military because some root causes - including low pay for officers and opacity in military expenditure - have not been addressed.</w:t>
      </w:r>
    </w:p>
    <w:p>
      <w:pPr>
        <w:spacing w:after="60"/>
      </w:pPr>
      <w:r>
        <w:rPr>
          <w:b w:val="0"/>
          <w:i w:val="0"/>
          <w:smallCaps w:val="0"/>
          <w:strike w:val="0"/>
          <w:sz w:val="16"/>
          <w:u w:val="none"/>
        </w:rPr>
        <w:t xml:space="preserve">Chen </w:t>
      </w:r>
      <w:r>
        <w:rPr>
          <w:b w:val="0"/>
          <w:i w:val="0"/>
          <w:smallCaps w:val="0"/>
          <w:strike w:val="0"/>
          <w:sz w:val="16"/>
          <w:u w:val="none"/>
        </w:rPr>
        <w:t>Daoyin</w:t>
      </w:r>
      <w:r>
        <w:rPr>
          <w:b w:val="0"/>
          <w:i w:val="0"/>
          <w:smallCaps w:val="0"/>
          <w:strike w:val="0"/>
          <w:sz w:val="16"/>
          <w:u w:val="none"/>
        </w:rPr>
        <w:t xml:space="preserve">, formerly an associate professor at Shanghai University of Political Science and Law, said that the </w:t>
      </w:r>
      <w:r>
        <w:rPr>
          <w:b w:val="0"/>
          <w:i w:val="0"/>
          <w:smallCaps w:val="0"/>
          <w:strike w:val="0"/>
          <w:sz w:val="22"/>
          <w:u w:val="single"/>
        </w:rPr>
        <w:t>ongoing crackdown</w:t>
      </w:r>
      <w:r>
        <w:rPr>
          <w:b w:val="0"/>
          <w:i w:val="0"/>
          <w:smallCaps w:val="0"/>
          <w:strike w:val="0"/>
          <w:sz w:val="16"/>
          <w:u w:val="none"/>
        </w:rPr>
        <w:t xml:space="preserve"> might </w:t>
      </w:r>
      <w:r>
        <w:rPr>
          <w:b/>
          <w:i w:val="0"/>
          <w:smallCaps w:val="0"/>
          <w:strike w:val="0"/>
          <w:sz w:val="22"/>
          <w:highlight w:val="cyan"/>
          <w:u w:val="single"/>
        </w:rPr>
        <w:t>dissuade</w:t>
      </w:r>
      <w:r>
        <w:rPr>
          <w:b w:val="0"/>
          <w:i w:val="0"/>
          <w:smallCaps w:val="0"/>
          <w:strike w:val="0"/>
          <w:sz w:val="22"/>
          <w:highlight w:val="cyan"/>
          <w:u w:val="single"/>
        </w:rPr>
        <w:t xml:space="preserve"> Xi from </w:t>
      </w:r>
      <w:r>
        <w:rPr>
          <w:b/>
          <w:i w:val="0"/>
          <w:smallCaps w:val="0"/>
          <w:strike w:val="0"/>
          <w:sz w:val="22"/>
          <w:highlight w:val="cyan"/>
          <w:u w:val="single"/>
        </w:rPr>
        <w:t>risking</w:t>
      </w:r>
      <w:r>
        <w:rPr>
          <w:b w:val="0"/>
          <w:i w:val="0"/>
          <w:smallCaps w:val="0"/>
          <w:strike w:val="0"/>
          <w:sz w:val="22"/>
          <w:u w:val="single"/>
        </w:rPr>
        <w:t xml:space="preserve"> serious </w:t>
      </w:r>
      <w:r>
        <w:rPr>
          <w:b w:val="0"/>
          <w:i w:val="0"/>
          <w:smallCaps w:val="0"/>
          <w:strike w:val="0"/>
          <w:sz w:val="22"/>
          <w:highlight w:val="cyan"/>
          <w:u w:val="single"/>
        </w:rPr>
        <w:t>clashes</w:t>
      </w:r>
      <w:r>
        <w:rPr>
          <w:b w:val="0"/>
          <w:i w:val="0"/>
          <w:smallCaps w:val="0"/>
          <w:strike w:val="0"/>
          <w:sz w:val="22"/>
          <w:u w:val="single"/>
        </w:rPr>
        <w:t xml:space="preserve"> with other militaries in</w:t>
      </w:r>
      <w:r>
        <w:rPr>
          <w:b w:val="0"/>
          <w:i w:val="0"/>
          <w:smallCaps w:val="0"/>
          <w:strike w:val="0"/>
          <w:sz w:val="16"/>
          <w:u w:val="none"/>
        </w:rPr>
        <w:t xml:space="preserve"> the </w:t>
      </w:r>
      <w:r>
        <w:rPr>
          <w:b w:val="0"/>
          <w:i w:val="0"/>
          <w:smallCaps w:val="0"/>
          <w:strike w:val="0"/>
          <w:sz w:val="22"/>
          <w:highlight w:val="cyan"/>
          <w:u w:val="single"/>
        </w:rPr>
        <w:t>next</w:t>
      </w:r>
      <w:r>
        <w:rPr>
          <w:b w:val="0"/>
          <w:i w:val="0"/>
          <w:smallCaps w:val="0"/>
          <w:strike w:val="0"/>
          <w:sz w:val="22"/>
          <w:u w:val="single"/>
        </w:rPr>
        <w:t xml:space="preserve"> </w:t>
      </w:r>
      <w:r>
        <w:rPr>
          <w:b/>
          <w:i w:val="0"/>
          <w:smallCaps w:val="0"/>
          <w:strike w:val="0"/>
          <w:sz w:val="22"/>
          <w:u w:val="single"/>
        </w:rPr>
        <w:t>5-</w:t>
      </w:r>
      <w:r>
        <w:rPr>
          <w:b/>
          <w:i w:val="0"/>
          <w:smallCaps w:val="0"/>
          <w:strike w:val="0"/>
          <w:sz w:val="22"/>
          <w:highlight w:val="cyan"/>
          <w:u w:val="single"/>
        </w:rPr>
        <w:t>10 years</w:t>
      </w:r>
      <w:r>
        <w:rPr>
          <w:b w:val="0"/>
          <w:i w:val="0"/>
          <w:smallCaps w:val="0"/>
          <w:strike w:val="0"/>
          <w:sz w:val="16"/>
          <w:u w:val="none"/>
        </w:rPr>
        <w:t>.</w:t>
      </w:r>
    </w:p>
    <w:p>
      <w:pPr>
        <w:spacing w:after="60"/>
      </w:pPr>
      <w:r>
        <w:rPr>
          <w:b w:val="0"/>
          <w:i w:val="0"/>
          <w:smallCaps w:val="0"/>
          <w:strike w:val="0"/>
          <w:sz w:val="16"/>
          <w:u w:val="none"/>
        </w:rPr>
        <w:t xml:space="preserve">"Before </w:t>
      </w:r>
      <w:r>
        <w:rPr>
          <w:b w:val="0"/>
          <w:i w:val="0"/>
          <w:smallCaps w:val="0"/>
          <w:strike w:val="0"/>
          <w:sz w:val="16"/>
          <w:u w:val="none"/>
        </w:rPr>
        <w:t>realising</w:t>
      </w:r>
      <w:r>
        <w:rPr>
          <w:b w:val="0"/>
          <w:i w:val="0"/>
          <w:smallCaps w:val="0"/>
          <w:strike w:val="0"/>
          <w:sz w:val="16"/>
          <w:u w:val="none"/>
        </w:rPr>
        <w:t xml:space="preserve"> how rampant corruption was, he drank his Kool-Aid and thought the military can really 'fight and win battles' as expected by him," said Chen, who is now a political commentator based in Chile.</w:t>
      </w:r>
    </w:p>
    <w:p>
      <w:pPr>
        <w:spacing w:after="60"/>
      </w:pPr>
      <w:r>
        <w:rPr>
          <w:b w:val="0"/>
          <w:i w:val="0"/>
          <w:smallCaps w:val="0"/>
          <w:strike w:val="0"/>
          <w:sz w:val="16"/>
          <w:u w:val="none"/>
        </w:rPr>
        <w:t xml:space="preserve">"But </w:t>
      </w:r>
      <w:r>
        <w:rPr>
          <w:b w:val="0"/>
          <w:i w:val="0"/>
          <w:smallCaps w:val="0"/>
          <w:strike w:val="0"/>
          <w:sz w:val="22"/>
          <w:highlight w:val="cyan"/>
          <w:u w:val="single"/>
        </w:rPr>
        <w:t>how can</w:t>
      </w:r>
      <w:r>
        <w:rPr>
          <w:b w:val="0"/>
          <w:i w:val="0"/>
          <w:smallCaps w:val="0"/>
          <w:strike w:val="0"/>
          <w:sz w:val="22"/>
          <w:u w:val="single"/>
        </w:rPr>
        <w:t xml:space="preserve"> the </w:t>
      </w:r>
      <w:r>
        <w:rPr>
          <w:b w:val="0"/>
          <w:i w:val="0"/>
          <w:smallCaps w:val="0"/>
          <w:strike w:val="0"/>
          <w:sz w:val="22"/>
          <w:highlight w:val="cyan"/>
          <w:u w:val="single"/>
        </w:rPr>
        <w:t>generals'</w:t>
      </w:r>
      <w:r>
        <w:rPr>
          <w:b w:val="0"/>
          <w:i w:val="0"/>
          <w:smallCaps w:val="0"/>
          <w:strike w:val="0"/>
          <w:sz w:val="22"/>
          <w:u w:val="single"/>
        </w:rPr>
        <w:t xml:space="preserve"> </w:t>
      </w:r>
      <w:r>
        <w:rPr>
          <w:b/>
          <w:i w:val="0"/>
          <w:smallCaps w:val="0"/>
          <w:strike w:val="0"/>
          <w:sz w:val="22"/>
          <w:u w:val="single"/>
        </w:rPr>
        <w:t>hearts</w:t>
      </w:r>
      <w:r>
        <w:rPr>
          <w:b w:val="0"/>
          <w:i w:val="0"/>
          <w:smallCaps w:val="0"/>
          <w:strike w:val="0"/>
          <w:sz w:val="22"/>
          <w:u w:val="single"/>
        </w:rPr>
        <w:t xml:space="preserve"> be in </w:t>
      </w:r>
      <w:r>
        <w:rPr>
          <w:b/>
          <w:i w:val="0"/>
          <w:smallCaps w:val="0"/>
          <w:strike w:val="0"/>
          <w:sz w:val="22"/>
          <w:highlight w:val="cyan"/>
          <w:u w:val="single"/>
        </w:rPr>
        <w:t>fight</w:t>
      </w:r>
      <w:r>
        <w:rPr>
          <w:b/>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if they are</w:t>
      </w:r>
      <w:r>
        <w:rPr>
          <w:b w:val="0"/>
          <w:i w:val="0"/>
          <w:smallCaps w:val="0"/>
          <w:strike w:val="0"/>
          <w:sz w:val="16"/>
          <w:u w:val="none"/>
        </w:rPr>
        <w:t xml:space="preserve"> just busy </w:t>
      </w:r>
      <w:r>
        <w:rPr>
          <w:b/>
          <w:i w:val="0"/>
          <w:smallCaps w:val="0"/>
          <w:strike w:val="0"/>
          <w:sz w:val="22"/>
          <w:highlight w:val="cyan"/>
          <w:u w:val="single"/>
        </w:rPr>
        <w:t>lining</w:t>
      </w:r>
      <w:r>
        <w:rPr>
          <w:b w:val="0"/>
          <w:i w:val="0"/>
          <w:smallCaps w:val="0"/>
          <w:strike w:val="0"/>
          <w:sz w:val="22"/>
          <w:u w:val="single"/>
        </w:rPr>
        <w:t xml:space="preserve"> their own </w:t>
      </w:r>
      <w:r>
        <w:rPr>
          <w:b/>
          <w:i w:val="0"/>
          <w:smallCaps w:val="0"/>
          <w:strike w:val="0"/>
          <w:sz w:val="22"/>
          <w:highlight w:val="cyan"/>
          <w:u w:val="single"/>
        </w:rPr>
        <w:t>pockets</w:t>
      </w:r>
      <w:r>
        <w:rPr>
          <w:b w:val="0"/>
          <w:i w:val="0"/>
          <w:smallCaps w:val="0"/>
          <w:strike w:val="0"/>
          <w:sz w:val="16"/>
          <w:u w:val="none"/>
        </w:rPr>
        <w:t xml:space="preserve">? Xi now knows that their proclamations of loyalty to the party and to the military ring hollow. I imagine </w:t>
      </w:r>
      <w:r>
        <w:rPr>
          <w:b w:val="0"/>
          <w:i w:val="0"/>
          <w:smallCaps w:val="0"/>
          <w:strike w:val="0"/>
          <w:sz w:val="22"/>
          <w:highlight w:val="cyan"/>
          <w:u w:val="single"/>
        </w:rPr>
        <w:t>this</w:t>
      </w:r>
      <w:r>
        <w:rPr>
          <w:b w:val="0"/>
          <w:i w:val="0"/>
          <w:smallCaps w:val="0"/>
          <w:strike w:val="0"/>
          <w:sz w:val="16"/>
          <w:u w:val="none"/>
        </w:rPr>
        <w:t xml:space="preserve"> would </w:t>
      </w:r>
      <w:r>
        <w:rPr>
          <w:b/>
          <w:i w:val="0"/>
          <w:smallCaps w:val="0"/>
          <w:strike w:val="0"/>
          <w:sz w:val="22"/>
          <w:highlight w:val="cyan"/>
          <w:u w:val="single"/>
        </w:rPr>
        <w:t>zap</w:t>
      </w:r>
      <w:r>
        <w:rPr>
          <w:b/>
          <w:i w:val="0"/>
          <w:smallCaps w:val="0"/>
          <w:strike w:val="0"/>
          <w:sz w:val="22"/>
          <w:u w:val="single"/>
        </w:rPr>
        <w:t xml:space="preserve"> his </w:t>
      </w:r>
      <w:r>
        <w:rPr>
          <w:b/>
          <w:i w:val="0"/>
          <w:smallCaps w:val="0"/>
          <w:strike w:val="0"/>
          <w:sz w:val="22"/>
          <w:highlight w:val="cyan"/>
          <w:u w:val="single"/>
        </w:rPr>
        <w:t>confidence</w:t>
      </w:r>
      <w:r>
        <w:rPr>
          <w:b w:val="0"/>
          <w:i w:val="0"/>
          <w:smallCaps w:val="0"/>
          <w:strike w:val="0"/>
          <w:sz w:val="16"/>
          <w:u w:val="none"/>
        </w:rPr>
        <w:t xml:space="preserve"> somewhat."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