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Disruptive</w:t>
      </w:r>
      <w:r>
        <w:rPr>
          <w:b/>
          <w:i w:val="0"/>
          <w:smallCaps w:val="0"/>
          <w:strike w:val="0"/>
          <w:sz w:val="26"/>
          <w:u w:val="none"/>
        </w:rPr>
        <w:t xml:space="preserve"> innovation depends on </w:t>
      </w:r>
      <w:r>
        <w:rPr>
          <w:b/>
          <w:i w:val="0"/>
          <w:smallCaps w:val="0"/>
          <w:strike w:val="0"/>
          <w:sz w:val="26"/>
          <w:u w:val="single"/>
        </w:rPr>
        <w:t>small</w:t>
      </w:r>
      <w:r>
        <w:rPr>
          <w:b/>
          <w:i w:val="0"/>
          <w:smallCaps w:val="0"/>
          <w:strike w:val="0"/>
          <w:sz w:val="26"/>
          <w:u w:val="none"/>
        </w:rPr>
        <w:t xml:space="preserve"> innovators to succeed</w:t>
      </w:r>
      <w:r>
        <w:rPr>
          <w:b/>
          <w:i w:val="0"/>
          <w:smallCaps w:val="0"/>
          <w:strike w:val="0"/>
          <w:sz w:val="26"/>
          <w:u w:val="none"/>
        </w:rPr>
        <w:t xml:space="preserve"> – it’s key to </w:t>
      </w:r>
      <w:r>
        <w:rPr>
          <w:b/>
          <w:i w:val="0"/>
          <w:smallCaps w:val="0"/>
          <w:strike w:val="0"/>
          <w:sz w:val="26"/>
          <w:u w:val="none"/>
        </w:rPr>
        <w:t>heg</w:t>
      </w:r>
      <w:r>
        <w:rPr>
          <w:b/>
          <w:i w:val="0"/>
          <w:smallCaps w:val="0"/>
          <w:strike w:val="0"/>
          <w:sz w:val="26"/>
          <w:u w:val="none"/>
        </w:rPr>
        <w:t xml:space="preserve"> and vaccines</w:t>
      </w:r>
    </w:p>
    <w:p>
      <w:pPr>
        <w:spacing w:after="80"/>
      </w:pPr>
      <w:r>
        <w:rPr>
          <w:b/>
          <w:i w:val="0"/>
          <w:smallCaps w:val="0"/>
          <w:strike w:val="0"/>
          <w:sz w:val="26"/>
          <w:u w:val="none"/>
        </w:rPr>
        <w:t>Deem</w:t>
      </w:r>
      <w:r>
        <w:rPr>
          <w:b w:val="0"/>
          <w:i w:val="0"/>
          <w:smallCaps w:val="0"/>
          <w:strike w:val="0"/>
          <w:u w:val="none"/>
        </w:rPr>
        <w:t xml:space="preserve"> </w:t>
      </w:r>
      <w:r>
        <w:rPr>
          <w:b/>
          <w:i w:val="0"/>
          <w:smallCaps w:val="0"/>
          <w:strike w:val="0"/>
          <w:sz w:val="26"/>
          <w:u w:val="none"/>
        </w:rPr>
        <w:t>24</w:t>
      </w:r>
      <w:r>
        <w:rPr>
          <w:b w:val="0"/>
          <w:i w:val="0"/>
          <w:smallCaps w:val="0"/>
          <w:strike w:val="0"/>
          <w:u w:val="none"/>
        </w:rPr>
        <w:t xml:space="preserve"> [Mark Deem, Operating Partner at Lightstone Ventures, a Menlo Park-based firm that invests in innovative biotech and </w:t>
      </w:r>
      <w:r>
        <w:rPr>
          <w:b w:val="0"/>
          <w:i w:val="0"/>
          <w:smallCaps w:val="0"/>
          <w:strike w:val="0"/>
          <w:u w:val="none"/>
        </w:rPr>
        <w:t>medtech</w:t>
      </w:r>
      <w:r>
        <w:rPr>
          <w:b w:val="0"/>
          <w:i w:val="0"/>
          <w:smallCaps w:val="0"/>
          <w:strike w:val="0"/>
          <w:u w:val="none"/>
        </w:rPr>
        <w:t xml:space="preserve"> companies; 1/23/2024; Questions for the Record from Senator Thom Tillis, Senate Judiciary Committee; “The Patent Eligibility Restoration Act – Restoring Clarity, Certainty, and Predictability to the U.S. Patent System”; </w:t>
      </w:r>
      <w:r>
        <w:rPr>
          <w:b w:val="0"/>
          <w:i w:val="0"/>
          <w:smallCaps w:val="0"/>
          <w:strike w:val="0"/>
          <w:u w:val="none"/>
        </w:rPr>
        <w:t>https://www.judiciary.senate.gov/imo/media/doc/2024-01-23_-_qfr_responses_-_deem.pdf</w:t>
      </w:r>
      <w:r>
        <w:rPr>
          <w:b w:val="0"/>
          <w:i w:val="0"/>
          <w:smallCaps w:val="0"/>
          <w:strike w:val="0"/>
          <w:u w:val="none"/>
        </w:rPr>
        <w:t xml:space="preserve">] DH </w:t>
      </w:r>
      <w:r>
        <w:rPr>
          <w:b w:val="0"/>
          <w:i w:val="0"/>
          <w:smallCaps w:val="0"/>
          <w:strike w:val="0"/>
          <w:u w:val="none"/>
        </w:rPr>
        <w:t>rc</w:t>
      </w:r>
      <w:r>
        <w:rPr>
          <w:b w:val="0"/>
          <w:i w:val="0"/>
          <w:smallCaps w:val="0"/>
          <w:strike w:val="0"/>
          <w:u w:val="none"/>
        </w:rPr>
        <w:t xml:space="preserve"> </w:t>
      </w:r>
      <w:r>
        <w:rPr>
          <w:b w:val="0"/>
          <w:i w:val="0"/>
          <w:smallCaps w:val="0"/>
          <w:strike w:val="0"/>
          <w:u w:val="none"/>
        </w:rPr>
        <w:t>shiwen</w:t>
      </w:r>
    </w:p>
    <w:p>
      <w:pPr>
        <w:spacing w:after="60"/>
      </w:pPr>
      <w:r>
        <w:rPr>
          <w:b w:val="0"/>
          <w:i w:val="0"/>
          <w:smallCaps w:val="0"/>
          <w:strike w:val="0"/>
          <w:u w:val="none"/>
        </w:rPr>
        <w:t xml:space="preserve">It is true that there is something called </w:t>
      </w:r>
      <w:r>
        <w:rPr>
          <w:b w:val="0"/>
          <w:i w:val="0"/>
          <w:smallCaps w:val="0"/>
          <w:strike w:val="0"/>
          <w:u w:val="single"/>
        </w:rPr>
        <w:t>“</w:t>
      </w:r>
      <w:r>
        <w:rPr>
          <w:b w:val="0"/>
          <w:i w:val="0"/>
          <w:smallCaps w:val="0"/>
          <w:strike w:val="0"/>
          <w:highlight w:val="cyan"/>
          <w:u w:val="single"/>
        </w:rPr>
        <w:t>innovation</w:t>
      </w:r>
      <w:r>
        <w:rPr>
          <w:b w:val="0"/>
          <w:i w:val="0"/>
          <w:smallCaps w:val="0"/>
          <w:strike w:val="0"/>
          <w:u w:val="single"/>
        </w:rPr>
        <w:t xml:space="preserve">” found </w:t>
      </w:r>
      <w:r>
        <w:rPr>
          <w:b w:val="0"/>
          <w:i w:val="0"/>
          <w:smallCaps w:val="0"/>
          <w:strike w:val="0"/>
          <w:highlight w:val="cyan"/>
          <w:u w:val="single"/>
        </w:rPr>
        <w:t>today</w:t>
      </w:r>
      <w:r>
        <w:rPr>
          <w:b w:val="0"/>
          <w:i w:val="0"/>
          <w:smallCaps w:val="0"/>
          <w:strike w:val="0"/>
          <w:u w:val="single"/>
        </w:rPr>
        <w:t xml:space="preserve"> in many products and services</w:t>
      </w:r>
      <w:r>
        <w:rPr>
          <w:b w:val="0"/>
          <w:i w:val="0"/>
          <w:smallCaps w:val="0"/>
          <w:strike w:val="0"/>
          <w:u w:val="none"/>
        </w:rPr>
        <w:t xml:space="preserve">, but it is critically important to </w:t>
      </w:r>
      <w:r>
        <w:rPr>
          <w:b w:val="0"/>
          <w:i w:val="0"/>
          <w:smallCaps w:val="0"/>
          <w:strike w:val="0"/>
          <w:u w:val="single"/>
        </w:rPr>
        <w:t>differentiate</w:t>
      </w:r>
      <w:r>
        <w:rPr>
          <w:b w:val="0"/>
          <w:i w:val="0"/>
          <w:smallCaps w:val="0"/>
          <w:strike w:val="0"/>
          <w:u w:val="none"/>
        </w:rPr>
        <w:t xml:space="preserve"> what Clayton Christensen calls “</w:t>
      </w:r>
      <w:r>
        <w:rPr>
          <w:b w:val="0"/>
          <w:i w:val="0"/>
          <w:smallCaps w:val="0"/>
          <w:strike w:val="0"/>
          <w:u w:val="single"/>
        </w:rPr>
        <w:t xml:space="preserve">disruptive innovation” </w:t>
      </w:r>
      <w:r>
        <w:rPr>
          <w:b w:val="0"/>
          <w:i w:val="0"/>
          <w:smallCaps w:val="0"/>
          <w:strike w:val="0"/>
          <w:u w:val="single"/>
        </w:rPr>
        <w:t>from</w:t>
      </w:r>
      <w:r>
        <w:rPr>
          <w:b w:val="0"/>
          <w:i w:val="0"/>
          <w:smallCaps w:val="0"/>
          <w:strike w:val="0"/>
          <w:u w:val="single"/>
        </w:rPr>
        <w:t xml:space="preserve"> the kind of innovation that </w:t>
      </w:r>
      <w:r>
        <w:rPr>
          <w:b w:val="0"/>
          <w:i w:val="0"/>
          <w:smallCaps w:val="0"/>
          <w:strike w:val="0"/>
          <w:highlight w:val="cyan"/>
          <w:u w:val="single"/>
        </w:rPr>
        <w:t>simply maintains</w:t>
      </w:r>
      <w:r>
        <w:rPr>
          <w:b w:val="0"/>
          <w:i w:val="0"/>
          <w:smallCaps w:val="0"/>
          <w:strike w:val="0"/>
          <w:u w:val="single"/>
        </w:rPr>
        <w:t xml:space="preserve"> or </w:t>
      </w:r>
      <w:r>
        <w:rPr>
          <w:b w:val="0"/>
          <w:i w:val="0"/>
          <w:smallCaps w:val="0"/>
          <w:strike w:val="0"/>
          <w:u w:val="single"/>
        </w:rPr>
        <w:t xml:space="preserve">improves on </w:t>
      </w:r>
      <w:r>
        <w:rPr>
          <w:b w:val="0"/>
          <w:i w:val="0"/>
          <w:smallCaps w:val="0"/>
          <w:strike w:val="0"/>
          <w:highlight w:val="cyan"/>
          <w:u w:val="single"/>
        </w:rPr>
        <w:t>existing</w:t>
      </w:r>
      <w:r>
        <w:rPr>
          <w:b w:val="0"/>
          <w:i w:val="0"/>
          <w:smallCaps w:val="0"/>
          <w:strike w:val="0"/>
          <w:u w:val="single"/>
        </w:rPr>
        <w:t xml:space="preserve"> </w:t>
      </w:r>
      <w:r>
        <w:rPr>
          <w:b w:val="0"/>
          <w:i w:val="0"/>
          <w:smallCaps w:val="0"/>
          <w:strike w:val="0"/>
          <w:highlight w:val="cyan"/>
          <w:u w:val="single"/>
        </w:rPr>
        <w:t>products</w:t>
      </w:r>
      <w:r>
        <w:rPr>
          <w:b w:val="0"/>
          <w:i w:val="0"/>
          <w:smallCaps w:val="0"/>
          <w:strike w:val="0"/>
          <w:u w:val="single"/>
        </w:rPr>
        <w:t xml:space="preserve"> or services </w:t>
      </w:r>
      <w:r>
        <w:rPr>
          <w:b w:val="0"/>
          <w:i w:val="0"/>
          <w:smallCaps w:val="0"/>
          <w:strike w:val="0"/>
          <w:u w:val="single"/>
        </w:rPr>
        <w:t xml:space="preserve">in order </w:t>
      </w:r>
      <w:r>
        <w:rPr>
          <w:b w:val="0"/>
          <w:i w:val="0"/>
          <w:smallCaps w:val="0"/>
          <w:strike w:val="0"/>
          <w:highlight w:val="cyan"/>
          <w:u w:val="single"/>
        </w:rPr>
        <w:t>to</w:t>
      </w:r>
      <w:r>
        <w:rPr>
          <w:b w:val="0"/>
          <w:i w:val="0"/>
          <w:smallCaps w:val="0"/>
          <w:strike w:val="0"/>
          <w:highlight w:val="cyan"/>
          <w:u w:val="single"/>
        </w:rPr>
        <w:t xml:space="preserve"> stay competitive and</w:t>
      </w:r>
      <w:r>
        <w:rPr>
          <w:b w:val="0"/>
          <w:i w:val="0"/>
          <w:smallCaps w:val="0"/>
          <w:strike w:val="0"/>
          <w:u w:val="single"/>
        </w:rPr>
        <w:t xml:space="preserve"> </w:t>
      </w:r>
      <w:r>
        <w:rPr>
          <w:b w:val="0"/>
          <w:i w:val="0"/>
          <w:smallCaps w:val="0"/>
          <w:strike w:val="0"/>
          <w:highlight w:val="cyan"/>
          <w:u w:val="single"/>
        </w:rPr>
        <w:t>preserve market share</w:t>
      </w:r>
      <w:r>
        <w:rPr>
          <w:b w:val="0"/>
          <w:i w:val="0"/>
          <w:smallCaps w:val="0"/>
          <w:strike w:val="0"/>
          <w:u w:val="single"/>
        </w:rPr>
        <w:t xml:space="preserve">.  Many </w:t>
      </w:r>
      <w:r>
        <w:rPr>
          <w:b w:val="0"/>
          <w:i w:val="0"/>
          <w:smallCaps w:val="0"/>
          <w:strike w:val="0"/>
          <w:highlight w:val="cyan"/>
          <w:u w:val="single"/>
        </w:rPr>
        <w:t>cutting-edge technologies</w:t>
      </w:r>
      <w:r>
        <w:rPr>
          <w:b w:val="0"/>
          <w:i w:val="0"/>
          <w:smallCaps w:val="0"/>
          <w:strike w:val="0"/>
          <w:u w:val="single"/>
        </w:rPr>
        <w:t xml:space="preserve"> </w:t>
      </w:r>
      <w:r>
        <w:rPr>
          <w:b w:val="0"/>
          <w:i w:val="0"/>
          <w:smallCaps w:val="0"/>
          <w:strike w:val="0"/>
          <w:highlight w:val="cyan"/>
          <w:u w:val="single"/>
        </w:rPr>
        <w:t>require</w:t>
      </w:r>
      <w:r>
        <w:rPr>
          <w:b w:val="0"/>
          <w:i w:val="0"/>
          <w:smallCaps w:val="0"/>
          <w:strike w:val="0"/>
          <w:u w:val="single"/>
        </w:rPr>
        <w:t xml:space="preserve"> the kind of </w:t>
      </w:r>
      <w:r>
        <w:rPr>
          <w:b w:val="0"/>
          <w:i w:val="0"/>
          <w:smallCaps w:val="0"/>
          <w:strike w:val="0"/>
          <w:highlight w:val="cyan"/>
          <w:u w:val="single"/>
        </w:rPr>
        <w:t>disruptive</w:t>
      </w:r>
      <w:r>
        <w:rPr>
          <w:b w:val="0"/>
          <w:i w:val="0"/>
          <w:smallCaps w:val="0"/>
          <w:strike w:val="0"/>
          <w:u w:val="single"/>
        </w:rPr>
        <w:t xml:space="preserve"> </w:t>
      </w:r>
      <w:r>
        <w:rPr>
          <w:b w:val="0"/>
          <w:i w:val="0"/>
          <w:smallCaps w:val="0"/>
          <w:strike w:val="0"/>
          <w:highlight w:val="cyan"/>
          <w:u w:val="single"/>
        </w:rPr>
        <w:t>innovation</w:t>
      </w:r>
      <w:r>
        <w:rPr>
          <w:b w:val="0"/>
          <w:i w:val="0"/>
          <w:smallCaps w:val="0"/>
          <w:strike w:val="0"/>
          <w:u w:val="single"/>
        </w:rPr>
        <w:t xml:space="preserve"> that Professor Christensen describes and that are </w:t>
      </w:r>
      <w:r>
        <w:rPr>
          <w:b w:val="0"/>
          <w:i w:val="0"/>
          <w:smallCaps w:val="0"/>
          <w:strike w:val="0"/>
          <w:highlight w:val="cyan"/>
          <w:u w:val="single"/>
        </w:rPr>
        <w:t>essential to</w:t>
      </w:r>
      <w:r>
        <w:rPr>
          <w:b w:val="0"/>
          <w:i w:val="0"/>
          <w:smallCaps w:val="0"/>
          <w:strike w:val="0"/>
          <w:u w:val="single"/>
        </w:rPr>
        <w:t xml:space="preserve"> this nation’s ability to </w:t>
      </w:r>
      <w:r>
        <w:rPr>
          <w:b w:val="0"/>
          <w:i w:val="0"/>
          <w:smallCaps w:val="0"/>
          <w:strike w:val="0"/>
          <w:highlight w:val="cyan"/>
          <w:u w:val="single"/>
        </w:rPr>
        <w:t>maintain</w:t>
      </w:r>
      <w:r>
        <w:rPr>
          <w:b w:val="0"/>
          <w:i w:val="0"/>
          <w:smallCaps w:val="0"/>
          <w:strike w:val="0"/>
          <w:u w:val="single"/>
        </w:rPr>
        <w:t xml:space="preserve"> its </w:t>
      </w:r>
      <w:r>
        <w:rPr>
          <w:b w:val="0"/>
          <w:i w:val="0"/>
          <w:smallCaps w:val="0"/>
          <w:strike w:val="0"/>
          <w:highlight w:val="cyan"/>
          <w:u w:val="single"/>
        </w:rPr>
        <w:t>leadership in</w:t>
      </w:r>
      <w:r>
        <w:rPr>
          <w:b w:val="0"/>
          <w:i w:val="0"/>
          <w:smallCaps w:val="0"/>
          <w:strike w:val="0"/>
          <w:u w:val="single"/>
        </w:rPr>
        <w:t xml:space="preserve"> </w:t>
      </w:r>
      <w:r>
        <w:rPr>
          <w:b w:val="0"/>
          <w:i w:val="0"/>
          <w:smallCaps w:val="0"/>
          <w:strike w:val="0"/>
          <w:highlight w:val="cyan"/>
          <w:u w:val="single"/>
        </w:rPr>
        <w:t>science</w:t>
      </w:r>
      <w:r>
        <w:rPr>
          <w:b w:val="0"/>
          <w:i w:val="0"/>
          <w:smallCaps w:val="0"/>
          <w:strike w:val="0"/>
          <w:u w:val="single"/>
        </w:rPr>
        <w:t xml:space="preserve"> and technology.  </w:t>
      </w:r>
      <w:r>
        <w:rPr>
          <w:b w:val="0"/>
          <w:i w:val="0"/>
          <w:smallCaps w:val="0"/>
          <w:strike w:val="0"/>
          <w:u w:val="none"/>
        </w:rPr>
        <w:t xml:space="preserve">Examples abound – </w:t>
      </w:r>
      <w:r>
        <w:rPr>
          <w:b w:val="0"/>
          <w:i w:val="0"/>
          <w:smallCaps w:val="0"/>
          <w:strike w:val="0"/>
          <w:highlight w:val="cyan"/>
          <w:u w:val="single"/>
        </w:rPr>
        <w:t>quantum computing, nuclear fusion,</w:t>
      </w:r>
      <w:r>
        <w:rPr>
          <w:b w:val="0"/>
          <w:i w:val="0"/>
          <w:smallCaps w:val="0"/>
          <w:strike w:val="0"/>
          <w:u w:val="single"/>
        </w:rPr>
        <w:t xml:space="preserve">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w:t>
      </w:r>
      <w:r>
        <w:rPr>
          <w:b w:val="0"/>
          <w:i w:val="0"/>
          <w:smallCaps w:val="0"/>
          <w:strike w:val="0"/>
          <w:highlight w:val="cyan"/>
          <w:u w:val="single"/>
        </w:rPr>
        <w:t>CRISPR</w:t>
      </w:r>
      <w:r>
        <w:rPr>
          <w:b w:val="0"/>
          <w:i w:val="0"/>
          <w:smallCaps w:val="0"/>
          <w:strike w:val="0"/>
          <w:u w:val="single"/>
        </w:rPr>
        <w:t xml:space="preserve">, </w:t>
      </w:r>
      <w:r>
        <w:rPr>
          <w:b w:val="0"/>
          <w:i w:val="0"/>
          <w:smallCaps w:val="0"/>
          <w:strike w:val="0"/>
          <w:highlight w:val="cyan"/>
          <w:u w:val="single"/>
        </w:rPr>
        <w:t>vaccines</w:t>
      </w:r>
      <w:r>
        <w:rPr>
          <w:b w:val="0"/>
          <w:i w:val="0"/>
          <w:smallCaps w:val="0"/>
          <w:strike w:val="0"/>
          <w:u w:val="single"/>
        </w:rPr>
        <w:t xml:space="preserve">, etc.  This type of disruptive innovation is </w:t>
      </w:r>
      <w:r>
        <w:rPr>
          <w:b w:val="0"/>
          <w:i w:val="0"/>
          <w:smallCaps w:val="0"/>
          <w:strike w:val="0"/>
          <w:highlight w:val="cyan"/>
          <w:u w:val="single"/>
        </w:rPr>
        <w:t>far more the province of</w:t>
      </w:r>
      <w:r>
        <w:rPr>
          <w:b w:val="0"/>
          <w:i w:val="0"/>
          <w:smallCaps w:val="0"/>
          <w:strike w:val="0"/>
          <w:u w:val="single"/>
        </w:rPr>
        <w:t xml:space="preserve"> </w:t>
      </w:r>
      <w:r>
        <w:rPr>
          <w:b w:val="0"/>
          <w:i w:val="0"/>
          <w:smallCaps w:val="0"/>
          <w:strike w:val="0"/>
          <w:highlight w:val="cyan"/>
          <w:u w:val="single"/>
        </w:rPr>
        <w:t>startups</w:t>
      </w:r>
      <w:r>
        <w:rPr>
          <w:b w:val="0"/>
          <w:i w:val="0"/>
          <w:smallCaps w:val="0"/>
          <w:strike w:val="0"/>
          <w:u w:val="single"/>
        </w:rPr>
        <w:t xml:space="preserve">, </w:t>
      </w:r>
      <w:r>
        <w:rPr>
          <w:b w:val="0"/>
          <w:i w:val="0"/>
          <w:smallCaps w:val="0"/>
          <w:strike w:val="0"/>
          <w:highlight w:val="cyan"/>
          <w:u w:val="single"/>
        </w:rPr>
        <w:t>entrepreneurs</w:t>
      </w:r>
      <w:r>
        <w:rPr>
          <w:b w:val="0"/>
          <w:i w:val="0"/>
          <w:smallCaps w:val="0"/>
          <w:strike w:val="0"/>
          <w:u w:val="single"/>
        </w:rPr>
        <w:t xml:space="preserve"> and high-risk investors </w:t>
      </w:r>
      <w:r>
        <w:rPr>
          <w:b w:val="0"/>
          <w:i w:val="0"/>
          <w:smallCaps w:val="0"/>
          <w:strike w:val="0"/>
          <w:highlight w:val="cyan"/>
          <w:u w:val="single"/>
        </w:rPr>
        <w:t>than</w:t>
      </w:r>
      <w:r>
        <w:rPr>
          <w:b w:val="0"/>
          <w:i w:val="0"/>
          <w:smallCaps w:val="0"/>
          <w:strike w:val="0"/>
          <w:u w:val="single"/>
        </w:rPr>
        <w:t xml:space="preserve"> </w:t>
      </w:r>
      <w:r>
        <w:rPr>
          <w:b w:val="0"/>
          <w:i w:val="0"/>
          <w:smallCaps w:val="0"/>
          <w:strike w:val="0"/>
          <w:highlight w:val="cyan"/>
          <w:u w:val="single"/>
        </w:rPr>
        <w:t>existing</w:t>
      </w:r>
      <w:r>
        <w:rPr>
          <w:b w:val="0"/>
          <w:i w:val="0"/>
          <w:smallCaps w:val="0"/>
          <w:strike w:val="0"/>
          <w:u w:val="single"/>
        </w:rPr>
        <w:t xml:space="preserve"> incumbents and </w:t>
      </w:r>
      <w:r>
        <w:rPr>
          <w:b w:val="0"/>
          <w:i w:val="0"/>
          <w:smallCaps w:val="0"/>
          <w:strike w:val="0"/>
          <w:highlight w:val="cyan"/>
          <w:u w:val="single"/>
        </w:rPr>
        <w:t>large companies</w:t>
      </w:r>
      <w:r>
        <w:rPr>
          <w:b w:val="0"/>
          <w:i w:val="0"/>
          <w:smallCaps w:val="0"/>
          <w:strike w:val="0"/>
          <w:u w:val="none"/>
        </w:rPr>
        <w:t xml:space="preserve">. </w:t>
      </w:r>
    </w:p>
    <w:p>
      <w:pPr>
        <w:spacing w:after="60"/>
      </w:pPr>
      <w:r>
        <w:rPr>
          <w:b w:val="0"/>
          <w:i w:val="0"/>
          <w:smallCaps w:val="0"/>
          <w:strike w:val="0"/>
          <w:u w:val="none"/>
        </w:rPr>
        <w:t xml:space="preserve">We should acknowledge that large companies are certainly important to our nation’s economy, and many large companies perform exceptionally well in terms of organizational efficiencies, cost control, manufacturing, distribution and developing worldwide markets.  These organizations invest in R&amp;D largely to improve their legacy products </w:t>
      </w:r>
      <w:r>
        <w:rPr>
          <w:b w:val="0"/>
          <w:i w:val="0"/>
          <w:smallCaps w:val="0"/>
          <w:strike w:val="0"/>
          <w:u w:val="none"/>
        </w:rPr>
        <w:t>in order to</w:t>
      </w:r>
      <w:r>
        <w:rPr>
          <w:b w:val="0"/>
          <w:i w:val="0"/>
          <w:smallCaps w:val="0"/>
          <w:strike w:val="0"/>
          <w:u w:val="none"/>
        </w:rPr>
        <w:t xml:space="preserve"> compete with other companies and maintain their market share.  </w:t>
      </w:r>
      <w:r>
        <w:rPr>
          <w:b w:val="0"/>
          <w:i w:val="0"/>
          <w:smallCaps w:val="0"/>
          <w:strike w:val="0"/>
          <w:u w:val="single"/>
        </w:rPr>
        <w:t xml:space="preserve">What </w:t>
      </w:r>
      <w:r>
        <w:rPr>
          <w:b w:val="0"/>
          <w:i w:val="0"/>
          <w:smallCaps w:val="0"/>
          <w:strike w:val="0"/>
          <w:highlight w:val="cyan"/>
          <w:u w:val="single"/>
        </w:rPr>
        <w:t>large companies do not</w:t>
      </w:r>
      <w:r>
        <w:rPr>
          <w:b w:val="0"/>
          <w:i w:val="0"/>
          <w:smallCaps w:val="0"/>
          <w:strike w:val="0"/>
          <w:u w:val="single"/>
        </w:rPr>
        <w:t xml:space="preserve"> do well is to </w:t>
      </w:r>
      <w:r>
        <w:rPr>
          <w:b w:val="0"/>
          <w:i w:val="0"/>
          <w:smallCaps w:val="0"/>
          <w:strike w:val="0"/>
          <w:highlight w:val="cyan"/>
          <w:u w:val="single"/>
        </w:rPr>
        <w:t>create</w:t>
      </w:r>
      <w:r>
        <w:rPr>
          <w:b w:val="0"/>
          <w:i w:val="0"/>
          <w:smallCaps w:val="0"/>
          <w:strike w:val="0"/>
          <w:u w:val="single"/>
        </w:rPr>
        <w:t xml:space="preserve"> </w:t>
      </w:r>
      <w:r>
        <w:rPr>
          <w:b w:val="0"/>
          <w:i w:val="0"/>
          <w:smallCaps w:val="0"/>
          <w:strike w:val="0"/>
          <w:highlight w:val="cyan"/>
          <w:u w:val="single"/>
        </w:rPr>
        <w:t>disruptive</w:t>
      </w:r>
      <w:r>
        <w:rPr>
          <w:b w:val="0"/>
          <w:i w:val="0"/>
          <w:smallCaps w:val="0"/>
          <w:strike w:val="0"/>
          <w:u w:val="single"/>
        </w:rPr>
        <w:t xml:space="preserve"> new </w:t>
      </w:r>
      <w:r>
        <w:rPr>
          <w:b w:val="0"/>
          <w:i w:val="0"/>
          <w:smallCaps w:val="0"/>
          <w:strike w:val="0"/>
          <w:highlight w:val="cyan"/>
          <w:u w:val="single"/>
        </w:rPr>
        <w:t>tech</w:t>
      </w:r>
      <w:r>
        <w:rPr>
          <w:b w:val="0"/>
          <w:i w:val="0"/>
          <w:smallCaps w:val="0"/>
          <w:strike w:val="0"/>
          <w:u w:val="single"/>
        </w:rPr>
        <w:t xml:space="preserve">nologies that amount </w:t>
      </w:r>
      <w:r>
        <w:rPr>
          <w:b w:val="0"/>
          <w:i w:val="0"/>
          <w:smallCaps w:val="0"/>
          <w:strike w:val="0"/>
          <w:highlight w:val="cyan"/>
          <w:u w:val="single"/>
        </w:rPr>
        <w:t>to paradigm shift</w:t>
      </w:r>
      <w:r>
        <w:rPr>
          <w:b w:val="0"/>
          <w:i w:val="0"/>
          <w:smallCaps w:val="0"/>
          <w:strike w:val="0"/>
          <w:u w:val="single"/>
        </w:rPr>
        <w:t xml:space="preserve">s.  It is </w:t>
      </w:r>
      <w:r>
        <w:rPr>
          <w:b w:val="0"/>
          <w:i w:val="0"/>
          <w:smallCaps w:val="0"/>
          <w:strike w:val="0"/>
          <w:highlight w:val="cyan"/>
          <w:u w:val="single"/>
        </w:rPr>
        <w:t>nimble</w:t>
      </w:r>
      <w:r>
        <w:rPr>
          <w:b w:val="0"/>
          <w:i w:val="0"/>
          <w:smallCaps w:val="0"/>
          <w:strike w:val="0"/>
          <w:u w:val="single"/>
        </w:rPr>
        <w:t xml:space="preserve"> entrepreneurs and </w:t>
      </w:r>
      <w:r>
        <w:rPr>
          <w:b w:val="0"/>
          <w:i w:val="0"/>
          <w:smallCaps w:val="0"/>
          <w:strike w:val="0"/>
          <w:highlight w:val="cyan"/>
          <w:u w:val="single"/>
        </w:rPr>
        <w:t>inventors</w:t>
      </w:r>
      <w:r>
        <w:rPr>
          <w:b w:val="0"/>
          <w:i w:val="0"/>
          <w:smallCaps w:val="0"/>
          <w:strike w:val="0"/>
          <w:u w:val="single"/>
        </w:rPr>
        <w:t xml:space="preserve"> that are </w:t>
      </w:r>
      <w:r>
        <w:rPr>
          <w:b w:val="0"/>
          <w:i w:val="0"/>
          <w:smallCaps w:val="0"/>
          <w:strike w:val="0"/>
          <w:highlight w:val="cyan"/>
          <w:u w:val="single"/>
        </w:rPr>
        <w:t>most likely</w:t>
      </w:r>
      <w:r>
        <w:rPr>
          <w:b w:val="0"/>
          <w:i w:val="0"/>
          <w:smallCaps w:val="0"/>
          <w:strike w:val="0"/>
          <w:u w:val="single"/>
        </w:rPr>
        <w:t xml:space="preserve"> to develop </w:t>
      </w:r>
      <w:r>
        <w:rPr>
          <w:b w:val="0"/>
          <w:i w:val="0"/>
          <w:smallCaps w:val="0"/>
          <w:strike w:val="0"/>
          <w:u w:val="none"/>
        </w:rPr>
        <w:t xml:space="preserve">these new technologies that truly disrupt industries and markets and make old technologies obsolete. </w:t>
      </w:r>
      <w:r>
        <w:rPr>
          <w:b w:val="0"/>
          <w:i w:val="0"/>
          <w:smallCaps w:val="0"/>
          <w:strike w:val="0"/>
          <w:u w:val="single"/>
        </w:rPr>
        <w:t xml:space="preserve">There are many reasons for this, starting with </w:t>
      </w:r>
      <w:r>
        <w:rPr>
          <w:b w:val="0"/>
          <w:i w:val="0"/>
          <w:smallCaps w:val="0"/>
          <w:strike w:val="0"/>
          <w:highlight w:val="cyan"/>
          <w:u w:val="single"/>
        </w:rPr>
        <w:t>the</w:t>
      </w:r>
      <w:r>
        <w:rPr>
          <w:b w:val="0"/>
          <w:i w:val="0"/>
          <w:smallCaps w:val="0"/>
          <w:strike w:val="0"/>
          <w:u w:val="single"/>
        </w:rPr>
        <w:t xml:space="preserve"> level of </w:t>
      </w:r>
      <w:r>
        <w:rPr>
          <w:b w:val="0"/>
          <w:i w:val="0"/>
          <w:smallCaps w:val="0"/>
          <w:strike w:val="0"/>
          <w:highlight w:val="cyan"/>
          <w:u w:val="single"/>
        </w:rPr>
        <w:t>passion</w:t>
      </w:r>
      <w:r>
        <w:rPr>
          <w:b w:val="0"/>
          <w:i w:val="0"/>
          <w:smallCaps w:val="0"/>
          <w:strike w:val="0"/>
          <w:u w:val="single"/>
        </w:rPr>
        <w:t xml:space="preserve"> in </w:t>
      </w:r>
      <w:r>
        <w:rPr>
          <w:b w:val="0"/>
          <w:i w:val="0"/>
          <w:smallCaps w:val="0"/>
          <w:strike w:val="0"/>
          <w:highlight w:val="cyan"/>
          <w:u w:val="single"/>
        </w:rPr>
        <w:t>pursuit</w:t>
      </w:r>
      <w:r>
        <w:rPr>
          <w:b w:val="0"/>
          <w:i w:val="0"/>
          <w:smallCaps w:val="0"/>
          <w:strike w:val="0"/>
          <w:u w:val="single"/>
        </w:rPr>
        <w:t xml:space="preserve"> of a vision that leads startup founders </w:t>
      </w:r>
      <w:r>
        <w:rPr>
          <w:b w:val="0"/>
          <w:i w:val="0"/>
          <w:smallCaps w:val="0"/>
          <w:strike w:val="0"/>
          <w:u w:val="none"/>
        </w:rPr>
        <w:t>and their employees to</w:t>
      </w:r>
      <w:r>
        <w:rPr>
          <w:b w:val="0"/>
          <w:i w:val="0"/>
          <w:smallCaps w:val="0"/>
          <w:strike w:val="0"/>
          <w:u w:val="single"/>
        </w:rPr>
        <w:t xml:space="preserve"> </w:t>
      </w:r>
      <w:r>
        <w:rPr>
          <w:b w:val="0"/>
          <w:i w:val="0"/>
          <w:smallCaps w:val="0"/>
          <w:strike w:val="0"/>
          <w:highlight w:val="cyan"/>
          <w:u w:val="single"/>
        </w:rPr>
        <w:t>work</w:t>
      </w:r>
      <w:r>
        <w:rPr>
          <w:b w:val="0"/>
          <w:i w:val="0"/>
          <w:smallCaps w:val="0"/>
          <w:strike w:val="0"/>
          <w:u w:val="single"/>
        </w:rPr>
        <w:t xml:space="preserve"> hundreds of </w:t>
      </w:r>
      <w:r>
        <w:rPr>
          <w:b w:val="0"/>
          <w:i w:val="0"/>
          <w:smallCaps w:val="0"/>
          <w:strike w:val="0"/>
          <w:highlight w:val="cyan"/>
          <w:u w:val="single"/>
        </w:rPr>
        <w:t>hours</w:t>
      </w:r>
      <w:r>
        <w:rPr>
          <w:b w:val="0"/>
          <w:i w:val="0"/>
          <w:smallCaps w:val="0"/>
          <w:strike w:val="0"/>
          <w:u w:val="single"/>
        </w:rPr>
        <w:t xml:space="preserve"> </w:t>
      </w:r>
      <w:r>
        <w:rPr>
          <w:b w:val="0"/>
          <w:i w:val="0"/>
          <w:smallCaps w:val="0"/>
          <w:strike w:val="0"/>
          <w:u w:val="single"/>
        </w:rPr>
        <w:t>each week,</w:t>
      </w:r>
      <w:r>
        <w:rPr>
          <w:b w:val="0"/>
          <w:i w:val="0"/>
          <w:smallCaps w:val="0"/>
          <w:strike w:val="0"/>
          <w:u w:val="single"/>
        </w:rPr>
        <w:t xml:space="preserve"> </w:t>
      </w:r>
      <w:r>
        <w:rPr>
          <w:b w:val="0"/>
          <w:i w:val="0"/>
          <w:smallCaps w:val="0"/>
          <w:strike w:val="0"/>
          <w:u w:val="none"/>
        </w:rPr>
        <w:t>sleep on the floor of an office or cubicle</w:t>
      </w:r>
      <w:r>
        <w:rPr>
          <w:b w:val="0"/>
          <w:i w:val="0"/>
          <w:smallCaps w:val="0"/>
          <w:strike w:val="0"/>
          <w:u w:val="single"/>
        </w:rPr>
        <w:t xml:space="preserve">, and be </w:t>
      </w:r>
      <w:r>
        <w:rPr>
          <w:b w:val="0"/>
          <w:i w:val="0"/>
          <w:smallCaps w:val="0"/>
          <w:strike w:val="0"/>
          <w:highlight w:val="cyan"/>
          <w:u w:val="single"/>
        </w:rPr>
        <w:t>single minded</w:t>
      </w:r>
      <w:r>
        <w:rPr>
          <w:b w:val="0"/>
          <w:i w:val="0"/>
          <w:smallCaps w:val="0"/>
          <w:strike w:val="0"/>
          <w:u w:val="single"/>
        </w:rPr>
        <w:t xml:space="preserve"> about their </w:t>
      </w:r>
      <w:r>
        <w:rPr>
          <w:b w:val="0"/>
          <w:i w:val="0"/>
          <w:smallCaps w:val="0"/>
          <w:strike w:val="0"/>
          <w:highlight w:val="cyan"/>
          <w:u w:val="single"/>
        </w:rPr>
        <w:t>objectives</w:t>
      </w:r>
      <w:r>
        <w:rPr>
          <w:b w:val="0"/>
          <w:i w:val="0"/>
          <w:smallCaps w:val="0"/>
          <w:strike w:val="0"/>
          <w:u w:val="single"/>
        </w:rPr>
        <w:t xml:space="preserve"> </w:t>
      </w:r>
      <w:r>
        <w:rPr>
          <w:b w:val="0"/>
          <w:i w:val="0"/>
          <w:smallCaps w:val="0"/>
          <w:strike w:val="0"/>
          <w:u w:val="none"/>
        </w:rPr>
        <w:t>for months or years.  Ideas</w:t>
      </w:r>
      <w:r>
        <w:rPr>
          <w:b w:val="0"/>
          <w:i w:val="0"/>
          <w:smallCaps w:val="0"/>
          <w:strike w:val="0"/>
          <w:u w:val="single"/>
        </w:rPr>
        <w:t xml:space="preserve"> </w:t>
      </w:r>
      <w:r>
        <w:rPr>
          <w:b w:val="0"/>
          <w:i w:val="0"/>
          <w:smallCaps w:val="0"/>
          <w:strike w:val="0"/>
          <w:highlight w:val="cyan"/>
          <w:u w:val="single"/>
        </w:rPr>
        <w:t>and dedication</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creating genuinely </w:t>
      </w:r>
      <w:r>
        <w:rPr>
          <w:b w:val="0"/>
          <w:i w:val="0"/>
          <w:smallCaps w:val="0"/>
          <w:strike w:val="0"/>
          <w:highlight w:val="cyan"/>
          <w:u w:val="single"/>
        </w:rPr>
        <w:t>new tech</w:t>
      </w:r>
      <w:r>
        <w:rPr>
          <w:b w:val="0"/>
          <w:i w:val="0"/>
          <w:smallCaps w:val="0"/>
          <w:strike w:val="0"/>
          <w:u w:val="single"/>
        </w:rPr>
        <w:t xml:space="preserve">nologies </w:t>
      </w:r>
      <w:r>
        <w:rPr>
          <w:b w:val="0"/>
          <w:i w:val="0"/>
          <w:smallCaps w:val="0"/>
          <w:strike w:val="0"/>
          <w:highlight w:val="cyan"/>
          <w:u w:val="single"/>
        </w:rPr>
        <w:t>characterize</w:t>
      </w:r>
      <w:r>
        <w:rPr>
          <w:b w:val="0"/>
          <w:i w:val="0"/>
          <w:smallCaps w:val="0"/>
          <w:strike w:val="0"/>
          <w:u w:val="single"/>
        </w:rPr>
        <w:t xml:space="preserve"> every </w:t>
      </w:r>
      <w:r>
        <w:rPr>
          <w:b w:val="0"/>
          <w:i w:val="0"/>
          <w:smallCaps w:val="0"/>
          <w:strike w:val="0"/>
          <w:highlight w:val="cyan"/>
          <w:u w:val="single"/>
        </w:rPr>
        <w:t>startup</w:t>
      </w:r>
      <w:r>
        <w:rPr>
          <w:b w:val="0"/>
          <w:i w:val="0"/>
          <w:smallCaps w:val="0"/>
          <w:strike w:val="0"/>
          <w:u w:val="single"/>
        </w:rPr>
        <w:t xml:space="preserve"> I have ever worked with, and it </w:t>
      </w:r>
      <w:r>
        <w:rPr>
          <w:b w:val="0"/>
          <w:i w:val="0"/>
          <w:smallCaps w:val="0"/>
          <w:strike w:val="0"/>
          <w:u w:val="single"/>
        </w:rPr>
        <w:t>i</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hard</w:t>
      </w:r>
      <w:r>
        <w:rPr>
          <w:b w:val="0"/>
          <w:i w:val="0"/>
          <w:smallCaps w:val="0"/>
          <w:strike w:val="0"/>
          <w:u w:val="single"/>
        </w:rPr>
        <w:t xml:space="preserve"> </w:t>
      </w:r>
      <w:r>
        <w:rPr>
          <w:b w:val="0"/>
          <w:i w:val="0"/>
          <w:smallCaps w:val="0"/>
          <w:strike w:val="0"/>
          <w:highlight w:val="cyan"/>
          <w:u w:val="single"/>
        </w:rPr>
        <w:t>for any</w:t>
      </w:r>
      <w:r>
        <w:rPr>
          <w:b w:val="0"/>
          <w:i w:val="0"/>
          <w:smallCaps w:val="0"/>
          <w:strike w:val="0"/>
          <w:u w:val="single"/>
        </w:rPr>
        <w:t xml:space="preserve"> </w:t>
      </w:r>
      <w:r>
        <w:rPr>
          <w:b w:val="0"/>
          <w:i w:val="0"/>
          <w:smallCaps w:val="0"/>
          <w:strike w:val="0"/>
          <w:highlight w:val="cyan"/>
          <w:u w:val="single"/>
        </w:rPr>
        <w:t>large company</w:t>
      </w:r>
      <w:r>
        <w:rPr>
          <w:b w:val="0"/>
          <w:i w:val="0"/>
          <w:smallCaps w:val="0"/>
          <w:strike w:val="0"/>
          <w:u w:val="single"/>
        </w:rPr>
        <w:t xml:space="preserve"> </w:t>
      </w:r>
      <w:r>
        <w:rPr>
          <w:b w:val="0"/>
          <w:i w:val="0"/>
          <w:smallCaps w:val="0"/>
          <w:strike w:val="0"/>
          <w:highlight w:val="cyan"/>
          <w:u w:val="single"/>
        </w:rPr>
        <w:t>to replicate</w:t>
      </w:r>
      <w:r>
        <w:rPr>
          <w:b w:val="0"/>
          <w:i w:val="0"/>
          <w:smallCaps w:val="0"/>
          <w:strike w:val="0"/>
          <w:u w:val="single"/>
        </w:rPr>
        <w:t xml:space="preserve"> these qualities </w:t>
      </w:r>
      <w:r>
        <w:rPr>
          <w:b w:val="0"/>
          <w:i w:val="0"/>
          <w:smallCaps w:val="0"/>
          <w:strike w:val="0"/>
          <w:u w:val="none"/>
        </w:rPr>
        <w:t xml:space="preserve">with its own employees.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