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will </w:t>
      </w:r>
      <w:r>
        <w:rPr>
          <w:b/>
          <w:i w:val="0"/>
          <w:smallCaps w:val="0"/>
          <w:strike w:val="0"/>
          <w:sz w:val="26"/>
          <w:u w:val="single"/>
        </w:rPr>
        <w:t>seize</w:t>
      </w:r>
      <w:r>
        <w:rPr>
          <w:b/>
          <w:i w:val="0"/>
          <w:smallCaps w:val="0"/>
          <w:strike w:val="0"/>
          <w:sz w:val="26"/>
          <w:u w:val="none"/>
        </w:rPr>
        <w:t xml:space="preserve"> the opportunity---that </w:t>
      </w:r>
      <w:r>
        <w:rPr>
          <w:b/>
          <w:i w:val="0"/>
          <w:smallCaps w:val="0"/>
          <w:strike w:val="0"/>
          <w:sz w:val="26"/>
          <w:u w:val="single"/>
        </w:rPr>
        <w:t>immediately</w:t>
      </w:r>
      <w:r>
        <w:rPr>
          <w:b/>
          <w:i w:val="0"/>
          <w:smallCaps w:val="0"/>
          <w:strike w:val="0"/>
          <w:sz w:val="26"/>
          <w:u w:val="none"/>
        </w:rPr>
        <w:t xml:space="preserve"> causes </w:t>
      </w:r>
      <w:r>
        <w:rPr>
          <w:b/>
          <w:i w:val="0"/>
          <w:smallCaps w:val="0"/>
          <w:strike w:val="0"/>
          <w:sz w:val="26"/>
          <w:u w:val="single"/>
        </w:rPr>
        <w:t>extinction</w:t>
      </w:r>
      <w:r>
        <w:rPr>
          <w:b/>
          <w:i w:val="0"/>
          <w:smallCaps w:val="0"/>
          <w:strike w:val="0"/>
          <w:sz w:val="26"/>
          <w:u w:val="none"/>
        </w:rPr>
        <w:t xml:space="preserve"> AND upends </w:t>
      </w:r>
      <w:r>
        <w:rPr>
          <w:b/>
          <w:i w:val="0"/>
          <w:smallCaps w:val="0"/>
          <w:strike w:val="0"/>
          <w:sz w:val="26"/>
          <w:u w:val="single"/>
        </w:rPr>
        <w:t>liberalism</w:t>
      </w:r>
      <w:r>
        <w:rPr>
          <w:b/>
          <w:i w:val="0"/>
          <w:smallCaps w:val="0"/>
          <w:strike w:val="0"/>
          <w:sz w:val="26"/>
          <w:u w:val="none"/>
        </w:rPr>
        <w:t>.</w:t>
      </w:r>
    </w:p>
    <w:p>
      <w:pPr>
        <w:spacing w:after="80"/>
      </w:pPr>
      <w:r>
        <w:rPr>
          <w:b/>
          <w:i w:val="0"/>
          <w:smallCaps w:val="0"/>
          <w:strike w:val="0"/>
          <w:sz w:val="26"/>
          <w:u w:val="none"/>
        </w:rPr>
        <w:t xml:space="preserve">Wang 19 </w:t>
      </w:r>
      <w:r>
        <w:rPr>
          <w:b w:val="0"/>
          <w:i w:val="0"/>
          <w:smallCaps w:val="0"/>
          <w:strike w:val="0"/>
          <w:u w:val="none"/>
        </w:rPr>
        <w:t xml:space="preserve">[Fei-Ling; October 24; Professor at the Sam Nunn School of International Affairs, Ph.D. from the University of Pennsylvania; The Cipher Brief, “The China Order: A Challenge for the U.S. and the World,” </w:t>
      </w:r>
      <w:r>
        <w:rPr>
          <w:b w:val="0"/>
          <w:i w:val="0"/>
          <w:smallCaps w:val="0"/>
          <w:strike w:val="0"/>
          <w:u w:val="none"/>
        </w:rPr>
        <w:t>]</w:t>
      </w:r>
    </w:p>
    <w:p>
      <w:pPr>
        <w:spacing w:after="60"/>
      </w:pPr>
      <w:r>
        <w:rPr>
          <w:b w:val="0"/>
          <w:i w:val="0"/>
          <w:smallCaps w:val="0"/>
          <w:strike w:val="0"/>
          <w:sz w:val="16"/>
          <w:u w:val="none"/>
        </w:rPr>
        <w:t xml:space="preserve">It is no longer hard to see that </w:t>
      </w:r>
      <w:r>
        <w:rPr>
          <w:b w:val="0"/>
          <w:i w:val="0"/>
          <w:smallCaps w:val="0"/>
          <w:strike w:val="0"/>
          <w:sz w:val="22"/>
          <w:u w:val="single"/>
        </w:rPr>
        <w:t xml:space="preserve">the </w:t>
      </w:r>
      <w:r>
        <w:rPr>
          <w:b/>
          <w:i w:val="0"/>
          <w:smallCaps w:val="0"/>
          <w:strike w:val="0"/>
          <w:sz w:val="22"/>
          <w:u w:val="single"/>
        </w:rPr>
        <w:t>rising power</w:t>
      </w:r>
      <w:r>
        <w:rPr>
          <w:b w:val="0"/>
          <w:i w:val="0"/>
          <w:smallCaps w:val="0"/>
          <w:strike w:val="0"/>
          <w:sz w:val="16"/>
          <w:u w:val="none"/>
        </w:rPr>
        <w:t xml:space="preserve"> and the mounting pugnaciousness </w:t>
      </w:r>
      <w:r>
        <w:rPr>
          <w:b w:val="0"/>
          <w:i w:val="0"/>
          <w:smallCaps w:val="0"/>
          <w:strike w:val="0"/>
          <w:sz w:val="22"/>
          <w:u w:val="single"/>
        </w:rPr>
        <w:t xml:space="preserve">of </w:t>
      </w:r>
      <w:r>
        <w:rPr>
          <w:b w:val="0"/>
          <w:i w:val="0"/>
          <w:smallCaps w:val="0"/>
          <w:strike w:val="0"/>
          <w:sz w:val="22"/>
          <w:highlight w:val="cyan"/>
          <w:u w:val="single"/>
        </w:rPr>
        <w:t xml:space="preserve">the </w:t>
      </w:r>
      <w:r>
        <w:rPr>
          <w:b/>
          <w:i w:val="0"/>
          <w:smallCaps w:val="0"/>
          <w:strike w:val="0"/>
          <w:sz w:val="22"/>
          <w:highlight w:val="cyan"/>
          <w:u w:val="single"/>
        </w:rPr>
        <w:t>P</w:t>
      </w:r>
      <w:r>
        <w:rPr>
          <w:b w:val="0"/>
          <w:i w:val="0"/>
          <w:smallCaps w:val="0"/>
          <w:strike w:val="0"/>
          <w:sz w:val="16"/>
          <w:u w:val="none"/>
        </w:rPr>
        <w:t xml:space="preserve">eople’s </w:t>
      </w:r>
      <w:r>
        <w:rPr>
          <w:b/>
          <w:i w:val="0"/>
          <w:smallCaps w:val="0"/>
          <w:strike w:val="0"/>
          <w:sz w:val="22"/>
          <w:highlight w:val="cyan"/>
          <w:u w:val="single"/>
        </w:rPr>
        <w:t>R</w:t>
      </w:r>
      <w:r>
        <w:rPr>
          <w:b w:val="0"/>
          <w:i w:val="0"/>
          <w:smallCaps w:val="0"/>
          <w:strike w:val="0"/>
          <w:sz w:val="16"/>
          <w:u w:val="none"/>
        </w:rPr>
        <w:t xml:space="preserve">epublic of </w:t>
      </w:r>
      <w:r>
        <w:rPr>
          <w:b/>
          <w:i w:val="0"/>
          <w:smallCaps w:val="0"/>
          <w:strike w:val="0"/>
          <w:sz w:val="22"/>
          <w:highlight w:val="cyan"/>
          <w:u w:val="single"/>
        </w:rPr>
        <w:t>C</w:t>
      </w:r>
      <w:r>
        <w:rPr>
          <w:b w:val="0"/>
          <w:i w:val="0"/>
          <w:smallCaps w:val="0"/>
          <w:strike w:val="0"/>
          <w:sz w:val="16"/>
          <w:u w:val="none"/>
        </w:rPr>
        <w:t xml:space="preserve">hina (PRC) </w:t>
      </w:r>
      <w:r>
        <w:rPr>
          <w:b w:val="0"/>
          <w:i w:val="0"/>
          <w:smallCaps w:val="0"/>
          <w:strike w:val="0"/>
          <w:sz w:val="22"/>
          <w:u w:val="single"/>
        </w:rPr>
        <w:t>have become a</w:t>
      </w:r>
      <w:r>
        <w:rPr>
          <w:b w:val="0"/>
          <w:i w:val="0"/>
          <w:smallCaps w:val="0"/>
          <w:strike w:val="0"/>
          <w:sz w:val="16"/>
          <w:u w:val="none"/>
        </w:rPr>
        <w:t xml:space="preserve"> comprehensive </w:t>
      </w:r>
      <w:r>
        <w:rPr>
          <w:b/>
          <w:i w:val="0"/>
          <w:smallCaps w:val="0"/>
          <w:strike w:val="0"/>
          <w:sz w:val="22"/>
          <w:highlight w:val="cyan"/>
          <w:u w:val="single"/>
        </w:rPr>
        <w:t>challenge</w:t>
      </w:r>
      <w:r>
        <w:rPr>
          <w:b w:val="0"/>
          <w:i w:val="0"/>
          <w:smallCaps w:val="0"/>
          <w:strike w:val="0"/>
          <w:sz w:val="22"/>
          <w:u w:val="single"/>
        </w:rPr>
        <w:t xml:space="preserve"> for </w:t>
      </w:r>
      <w:r>
        <w:rPr>
          <w:b w:val="0"/>
          <w:i w:val="0"/>
          <w:smallCaps w:val="0"/>
          <w:strike w:val="0"/>
          <w:sz w:val="22"/>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u w:val="single"/>
        </w:rPr>
        <w:t xml:space="preserve">China’s </w:t>
      </w:r>
      <w:r>
        <w:rPr>
          <w:b/>
          <w:i w:val="0"/>
          <w:smallCaps w:val="0"/>
          <w:strike w:val="0"/>
          <w:sz w:val="22"/>
          <w:u w:val="single"/>
        </w:rPr>
        <w:t>Machiavellian policies</w:t>
      </w:r>
      <w:r>
        <w:rPr>
          <w:b w:val="0"/>
          <w:i w:val="0"/>
          <w:smallCaps w:val="0"/>
          <w:strike w:val="0"/>
          <w:sz w:val="16"/>
          <w:u w:val="none"/>
        </w:rPr>
        <w:t xml:space="preserve"> and actions </w:t>
      </w:r>
      <w:r>
        <w:rPr>
          <w:b w:val="0"/>
          <w:i w:val="0"/>
          <w:smallCaps w:val="0"/>
          <w:strike w:val="0"/>
          <w:sz w:val="22"/>
          <w:u w:val="single"/>
        </w:rPr>
        <w:t>at home and abroad have turned a</w:t>
      </w:r>
      <w:r>
        <w:rPr>
          <w:b w:val="0"/>
          <w:i w:val="0"/>
          <w:smallCaps w:val="0"/>
          <w:strike w:val="0"/>
          <w:sz w:val="16"/>
          <w:u w:val="none"/>
        </w:rPr>
        <w:t xml:space="preserve">n otherwise naturally complementary </w:t>
      </w:r>
      <w:r>
        <w:rPr>
          <w:b w:val="0"/>
          <w:i w:val="0"/>
          <w:smallCaps w:val="0"/>
          <w:strike w:val="0"/>
          <w:sz w:val="22"/>
          <w:u w:val="single"/>
        </w:rPr>
        <w:t>Sino-American</w:t>
      </w:r>
      <w:r>
        <w:rPr>
          <w:b w:val="0"/>
          <w:i w:val="0"/>
          <w:smallCaps w:val="0"/>
          <w:strike w:val="0"/>
          <w:sz w:val="16"/>
          <w:u w:val="none"/>
        </w:rPr>
        <w:t xml:space="preserve"> economic </w:t>
      </w:r>
      <w:r>
        <w:rPr>
          <w:b w:val="0"/>
          <w:i w:val="0"/>
          <w:smallCaps w:val="0"/>
          <w:strike w:val="0"/>
          <w:sz w:val="22"/>
          <w:u w:val="single"/>
        </w:rPr>
        <w:t>relationship into a</w:t>
      </w:r>
      <w:r>
        <w:rPr>
          <w:b w:val="0"/>
          <w:i w:val="0"/>
          <w:smallCaps w:val="0"/>
          <w:strike w:val="0"/>
          <w:sz w:val="16"/>
          <w:u w:val="none"/>
        </w:rPr>
        <w:t xml:space="preserve"> near </w:t>
      </w:r>
      <w:r>
        <w:rPr>
          <w:b/>
          <w:i w:val="0"/>
          <w:smallCaps w:val="0"/>
          <w:strike w:val="0"/>
          <w:sz w:val="22"/>
          <w:u w:val="single"/>
        </w:rPr>
        <w:t>zero-sum</w:t>
      </w:r>
      <w:r>
        <w:rPr>
          <w:b w:val="0"/>
          <w:i w:val="0"/>
          <w:smallCaps w:val="0"/>
          <w:strike w:val="0"/>
          <w:sz w:val="16"/>
          <w:u w:val="none"/>
        </w:rPr>
        <w:t xml:space="preserve">, if not already a zero-sum, </w:t>
      </w:r>
      <w:r>
        <w:rPr>
          <w:b w:val="0"/>
          <w:i w:val="0"/>
          <w:smallCaps w:val="0"/>
          <w:strike w:val="0"/>
          <w:sz w:val="22"/>
          <w:u w:val="single"/>
        </w:rPr>
        <w:t>competition for</w:t>
      </w:r>
      <w:r>
        <w:rPr>
          <w:b w:val="0"/>
          <w:i w:val="0"/>
          <w:smallCaps w:val="0"/>
          <w:strike w:val="0"/>
          <w:sz w:val="16"/>
          <w:u w:val="none"/>
        </w:rPr>
        <w:t xml:space="preserve"> market, jobs, technology, and financial </w:t>
      </w:r>
      <w:r>
        <w:rPr>
          <w:b/>
          <w:i w:val="0"/>
          <w:smallCaps w:val="0"/>
          <w:strike w:val="0"/>
          <w:sz w:val="22"/>
          <w:highlight w:val="cyan"/>
          <w:u w:val="single"/>
        </w:rPr>
        <w:t>primacy</w:t>
      </w:r>
      <w:r>
        <w:rPr>
          <w:b w:val="0"/>
          <w:i w:val="0"/>
          <w:smallCaps w:val="0"/>
          <w:strike w:val="0"/>
          <w:sz w:val="22"/>
          <w:u w:val="single"/>
        </w:rPr>
        <w:t>. Beijing</w:t>
      </w:r>
      <w:r>
        <w:rPr>
          <w:b w:val="0"/>
          <w:i w:val="0"/>
          <w:smallCaps w:val="0"/>
          <w:strike w:val="0"/>
          <w:sz w:val="16"/>
          <w:u w:val="none"/>
        </w:rPr>
        <w:t xml:space="preserve"> now </w:t>
      </w:r>
      <w:r>
        <w:rPr>
          <w:b w:val="0"/>
          <w:i w:val="0"/>
          <w:smallCaps w:val="0"/>
          <w:strike w:val="0"/>
          <w:sz w:val="22"/>
          <w:u w:val="single"/>
        </w:rPr>
        <w:t xml:space="preserve">openly </w:t>
      </w:r>
      <w:r>
        <w:rPr>
          <w:b/>
          <w:i w:val="0"/>
          <w:smallCaps w:val="0"/>
          <w:strike w:val="0"/>
          <w:sz w:val="22"/>
          <w:u w:val="single"/>
        </w:rPr>
        <w:t>flexes its</w:t>
      </w:r>
      <w:r>
        <w:rPr>
          <w:b w:val="0"/>
          <w:i w:val="0"/>
          <w:smallCaps w:val="0"/>
          <w:strike w:val="0"/>
          <w:sz w:val="16"/>
          <w:u w:val="none"/>
        </w:rPr>
        <w:t xml:space="preserve"> new </w:t>
      </w:r>
      <w:r>
        <w:rPr>
          <w:b/>
          <w:i w:val="0"/>
          <w:smallCaps w:val="0"/>
          <w:strike w:val="0"/>
          <w:sz w:val="22"/>
          <w:u w:val="single"/>
        </w:rPr>
        <w:t>muscles</w:t>
      </w:r>
      <w:r>
        <w:rPr>
          <w:b w:val="0"/>
          <w:i w:val="0"/>
          <w:smallCaps w:val="0"/>
          <w:strike w:val="0"/>
          <w:sz w:val="22"/>
          <w:u w:val="single"/>
        </w:rPr>
        <w:t xml:space="preserve"> in its neighborhood</w:t>
      </w:r>
      <w:r>
        <w:rPr>
          <w:b w:val="0"/>
          <w:i w:val="0"/>
          <w:smallCaps w:val="0"/>
          <w:strike w:val="0"/>
          <w:sz w:val="16"/>
          <w:u w:val="none"/>
        </w:rPr>
        <w:t xml:space="preserve"> and beyond </w:t>
      </w:r>
      <w:r>
        <w:rPr>
          <w:b w:val="0"/>
          <w:i w:val="0"/>
          <w:smallCaps w:val="0"/>
          <w:strike w:val="0"/>
          <w:sz w:val="22"/>
          <w:highlight w:val="cyan"/>
          <w:u w:val="single"/>
        </w:rPr>
        <w:t>to</w:t>
      </w:r>
      <w:r>
        <w:rPr>
          <w:b w:val="0"/>
          <w:i w:val="0"/>
          <w:smallCaps w:val="0"/>
          <w:strike w:val="0"/>
          <w:sz w:val="22"/>
          <w:u w:val="single"/>
        </w:rPr>
        <w:t xml:space="preserve"> resist</w:t>
      </w:r>
      <w:r>
        <w:rPr>
          <w:b w:val="0"/>
          <w:i w:val="0"/>
          <w:smallCaps w:val="0"/>
          <w:strike w:val="0"/>
          <w:sz w:val="16"/>
          <w:u w:val="none"/>
        </w:rPr>
        <w:t xml:space="preserve">, reduce, </w:t>
      </w:r>
      <w:r>
        <w:rPr>
          <w:b w:val="0"/>
          <w:i w:val="0"/>
          <w:smallCaps w:val="0"/>
          <w:strike w:val="0"/>
          <w:sz w:val="22"/>
          <w:u w:val="single"/>
        </w:rPr>
        <w:t xml:space="preserve">and </w:t>
      </w:r>
      <w:r>
        <w:rPr>
          <w:b/>
          <w:i w:val="0"/>
          <w:smallCaps w:val="0"/>
          <w:strike w:val="0"/>
          <w:sz w:val="22"/>
          <w:highlight w:val="cyan"/>
          <w:u w:val="single"/>
        </w:rPr>
        <w:t>replace</w:t>
      </w:r>
      <w:r>
        <w:rPr>
          <w:b w:val="0"/>
          <w:i w:val="0"/>
          <w:smallCaps w:val="0"/>
          <w:strike w:val="0"/>
          <w:sz w:val="22"/>
          <w:u w:val="single"/>
        </w:rPr>
        <w:t xml:space="preserve"> American </w:t>
      </w:r>
      <w:r>
        <w:rPr>
          <w:b/>
          <w:i w:val="0"/>
          <w:smallCaps w:val="0"/>
          <w:strike w:val="0"/>
          <w:sz w:val="22"/>
          <w:u w:val="single"/>
        </w:rPr>
        <w:t>leadership</w:t>
      </w:r>
      <w:r>
        <w:rPr>
          <w:b w:val="0"/>
          <w:i w:val="0"/>
          <w:smallCaps w:val="0"/>
          <w:strike w:val="0"/>
          <w:sz w:val="16"/>
          <w:u w:val="none"/>
        </w:rPr>
        <w:t xml:space="preserve"> and presence </w:t>
      </w:r>
      <w:r>
        <w:rPr>
          <w:b w:val="0"/>
          <w:i w:val="0"/>
          <w:smallCaps w:val="0"/>
          <w:strike w:val="0"/>
          <w:sz w:val="22"/>
          <w:u w:val="single"/>
        </w:rPr>
        <w:t xml:space="preserve">everywhere possible, seeking to </w:t>
      </w:r>
      <w:r>
        <w:rPr>
          <w:b/>
          <w:i w:val="0"/>
          <w:smallCaps w:val="0"/>
          <w:strike w:val="0"/>
          <w:sz w:val="22"/>
          <w:u w:val="single"/>
        </w:rPr>
        <w:t>undermine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U.S.-led </w:t>
      </w:r>
      <w:r>
        <w:rPr>
          <w:b/>
          <w:i w:val="0"/>
          <w:smallCaps w:val="0"/>
          <w:strike w:val="0"/>
          <w:sz w:val="22"/>
          <w:highlight w:val="cyan"/>
          <w:u w:val="single"/>
        </w:rPr>
        <w:t>international</w:t>
      </w:r>
      <w:r>
        <w:rPr>
          <w:b w:val="0"/>
          <w:i w:val="0"/>
          <w:smallCaps w:val="0"/>
          <w:strike w:val="0"/>
          <w:sz w:val="16"/>
          <w:u w:val="none"/>
        </w:rPr>
        <w:t xml:space="preserve"> economic </w:t>
      </w:r>
      <w:r>
        <w:rPr>
          <w:b/>
          <w:i w:val="0"/>
          <w:smallCaps w:val="0"/>
          <w:strike w:val="0"/>
          <w:sz w:val="22"/>
          <w:highlight w:val="cyan"/>
          <w:u w:val="single"/>
        </w:rPr>
        <w:t>order</w:t>
      </w:r>
      <w:r>
        <w:rPr>
          <w:b w:val="0"/>
          <w:i w:val="0"/>
          <w:smallCaps w:val="0"/>
          <w:strike w:val="0"/>
          <w:sz w:val="22"/>
          <w:highlight w:val="cyan"/>
          <w:u w:val="single"/>
        </w:rPr>
        <w:t xml:space="preserve"> and</w:t>
      </w:r>
      <w:r>
        <w:rPr>
          <w:b w:val="0"/>
          <w:i w:val="0"/>
          <w:smallCaps w:val="0"/>
          <w:strike w:val="0"/>
          <w:sz w:val="22"/>
          <w:u w:val="single"/>
        </w:rPr>
        <w:t xml:space="preserve"> American-anchored </w:t>
      </w:r>
      <w:r>
        <w:rPr>
          <w:b/>
          <w:i w:val="0"/>
          <w:smallCaps w:val="0"/>
          <w:strike w:val="0"/>
          <w:sz w:val="22"/>
          <w:u w:val="single"/>
        </w:rPr>
        <w:t xml:space="preserve">collective </w:t>
      </w:r>
      <w:r>
        <w:rPr>
          <w:b/>
          <w:i w:val="0"/>
          <w:smallCaps w:val="0"/>
          <w:strike w:val="0"/>
          <w:sz w:val="22"/>
          <w:highlight w:val="cyan"/>
          <w:u w:val="single"/>
        </w:rPr>
        <w:t>security</w:t>
      </w:r>
      <w:r>
        <w:rPr>
          <w:b w:val="0"/>
          <w:i w:val="0"/>
          <w:smallCaps w:val="0"/>
          <w:strike w:val="0"/>
          <w:sz w:val="22"/>
          <w:u w:val="single"/>
        </w:rPr>
        <w:t xml:space="preserve"> arrangements</w:t>
      </w:r>
      <w:r>
        <w:rPr>
          <w:b w:val="0"/>
          <w:i w:val="0"/>
          <w:smallCaps w:val="0"/>
          <w:strike w:val="0"/>
          <w:sz w:val="16"/>
          <w:u w:val="none"/>
        </w:rPr>
        <w:t>. The PRC has been burning billions, for example, hoping to replace the U.S. dollar with the over-printed Chinese Renminbi (RMB). Extraordinarily heavy extraction of its own economy, the world’s second largest, and its enormous foreign currency reserve resulting from the gross imbalance in U.S.-China trade have enabled the PRC to massively expand its military. That military is already the world’s second largest; its navy, for example, is projected to soon surpass the U.S. Navy in fleet tonnage. At the same time, massive but opaque spending sprees has allowed the PRC to actively procure power and proxies even inside the United States, positioning Beijing to reshape international opinions and norms more easily than ever.</w:t>
      </w:r>
    </w:p>
    <w:p>
      <w:pPr>
        <w:spacing w:after="60"/>
      </w:pPr>
      <w:r>
        <w:rPr>
          <w:b w:val="0"/>
          <w:i w:val="0"/>
          <w:smallCaps w:val="0"/>
          <w:strike w:val="0"/>
          <w:sz w:val="16"/>
          <w:u w:val="none"/>
        </w:rPr>
        <w:t xml:space="preserve">What is less known, perhaps, is that </w:t>
      </w:r>
      <w:r>
        <w:rPr>
          <w:b w:val="0"/>
          <w:i w:val="0"/>
          <w:smallCaps w:val="0"/>
          <w:strike w:val="0"/>
          <w:sz w:val="22"/>
          <w:u w:val="single"/>
        </w:rPr>
        <w:t xml:space="preserve">the </w:t>
      </w:r>
      <w:r>
        <w:rPr>
          <w:b/>
          <w:i w:val="0"/>
          <w:smallCaps w:val="0"/>
          <w:strike w:val="0"/>
          <w:sz w:val="22"/>
          <w:u w:val="single"/>
        </w:rPr>
        <w:t xml:space="preserve">rising </w:t>
      </w:r>
      <w:r>
        <w:rPr>
          <w:b/>
          <w:i w:val="0"/>
          <w:smallCaps w:val="0"/>
          <w:strike w:val="0"/>
          <w:sz w:val="22"/>
          <w:highlight w:val="cyan"/>
          <w:u w:val="single"/>
        </w:rPr>
        <w:t>PRC</w:t>
      </w:r>
      <w:r>
        <w:rPr>
          <w:b w:val="0"/>
          <w:i w:val="0"/>
          <w:smallCaps w:val="0"/>
          <w:strike w:val="0"/>
          <w:sz w:val="16"/>
          <w:u w:val="none"/>
        </w:rPr>
        <w:t xml:space="preserve"> state also </w:t>
      </w:r>
      <w:r>
        <w:rPr>
          <w:b w:val="0"/>
          <w:i w:val="0"/>
          <w:smallCaps w:val="0"/>
          <w:strike w:val="0"/>
          <w:sz w:val="22"/>
          <w:highlight w:val="cyan"/>
          <w:u w:val="single"/>
        </w:rPr>
        <w:t xml:space="preserve">seeks an </w:t>
      </w:r>
      <w:r>
        <w:rPr>
          <w:b/>
          <w:i w:val="0"/>
          <w:smallCaps w:val="0"/>
          <w:strike w:val="0"/>
          <w:sz w:val="22"/>
          <w:highlight w:val="cyan"/>
          <w:u w:val="single"/>
        </w:rPr>
        <w:t>overhaul</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u w:val="single"/>
        </w:rPr>
        <w:t>very world order</w:t>
      </w:r>
      <w:r>
        <w:rPr>
          <w:b w:val="0"/>
          <w:i w:val="0"/>
          <w:smallCaps w:val="0"/>
          <w:strike w:val="0"/>
          <w:sz w:val="22"/>
          <w:u w:val="single"/>
        </w:rPr>
        <w:t xml:space="preserve"> that</w:t>
      </w:r>
      <w:r>
        <w:rPr>
          <w:b w:val="0"/>
          <w:i w:val="0"/>
          <w:smallCaps w:val="0"/>
          <w:strike w:val="0"/>
          <w:sz w:val="16"/>
          <w:u w:val="none"/>
        </w:rPr>
        <w:t xml:space="preserve"> has </w:t>
      </w:r>
      <w:r>
        <w:rPr>
          <w:b w:val="0"/>
          <w:i w:val="0"/>
          <w:smallCaps w:val="0"/>
          <w:strike w:val="0"/>
          <w:sz w:val="22"/>
          <w:u w:val="single"/>
        </w:rPr>
        <w:t xml:space="preserve">enabled the </w:t>
      </w:r>
      <w:r>
        <w:rPr>
          <w:b/>
          <w:i w:val="0"/>
          <w:smallCaps w:val="0"/>
          <w:strike w:val="0"/>
          <w:sz w:val="22"/>
          <w:u w:val="single"/>
        </w:rPr>
        <w:t>greatest advances</w:t>
      </w:r>
      <w:r>
        <w:rPr>
          <w:b w:val="0"/>
          <w:i w:val="0"/>
          <w:smallCaps w:val="0"/>
          <w:strike w:val="0"/>
          <w:sz w:val="22"/>
          <w:u w:val="single"/>
        </w:rPr>
        <w:t xml:space="preserve"> of human civilization</w:t>
      </w:r>
      <w:r>
        <w:rPr>
          <w:b w:val="0"/>
          <w:i w:val="0"/>
          <w:smallCaps w:val="0"/>
          <w:strike w:val="0"/>
          <w:sz w:val="16"/>
          <w:u w:val="none"/>
        </w:rPr>
        <w:t xml:space="preserve"> over the past few centuries – </w:t>
      </w:r>
      <w:r>
        <w:rPr>
          <w:b w:val="0"/>
          <w:i w:val="0"/>
          <w:smallCaps w:val="0"/>
          <w:strike w:val="0"/>
          <w:sz w:val="22"/>
          <w:u w:val="single"/>
        </w:rPr>
        <w:t xml:space="preserve">the Westphalian system of </w:t>
      </w:r>
      <w:r>
        <w:rPr>
          <w:b/>
          <w:i w:val="0"/>
          <w:smallCaps w:val="0"/>
          <w:strike w:val="0"/>
          <w:sz w:val="22"/>
          <w:highlight w:val="cyan"/>
          <w:u w:val="single"/>
        </w:rPr>
        <w:t>nation-states</w:t>
      </w:r>
      <w:r>
        <w:rPr>
          <w:b w:val="0"/>
          <w:i w:val="0"/>
          <w:smallCaps w:val="0"/>
          <w:strike w:val="0"/>
          <w:sz w:val="16"/>
          <w:u w:val="none"/>
        </w:rPr>
        <w:t xml:space="preserve">. This world order was codified in the 17th century, expanded to a global scale in the 20th century, and now is in its post-World War II and post-Cold War iteration — </w:t>
      </w:r>
      <w:r>
        <w:rPr>
          <w:b w:val="0"/>
          <w:i w:val="0"/>
          <w:smallCaps w:val="0"/>
          <w:strike w:val="0"/>
          <w:sz w:val="22"/>
          <w:u w:val="single"/>
        </w:rPr>
        <w:t xml:space="preserve">the so-called </w:t>
      </w:r>
      <w:r>
        <w:rPr>
          <w:b/>
          <w:i w:val="0"/>
          <w:smallCaps w:val="0"/>
          <w:strike w:val="0"/>
          <w:sz w:val="22"/>
          <w:u w:val="single"/>
        </w:rPr>
        <w:t>America-led L</w:t>
      </w:r>
      <w:r>
        <w:rPr>
          <w:b w:val="0"/>
          <w:i w:val="0"/>
          <w:smallCaps w:val="0"/>
          <w:strike w:val="0"/>
          <w:sz w:val="16"/>
          <w:u w:val="none"/>
        </w:rPr>
        <w:t xml:space="preserve">iberal </w:t>
      </w:r>
      <w:r>
        <w:rPr>
          <w:b/>
          <w:i w:val="0"/>
          <w:smallCaps w:val="0"/>
          <w:strike w:val="0"/>
          <w:sz w:val="22"/>
          <w:u w:val="single"/>
        </w:rPr>
        <w:t>I</w:t>
      </w:r>
      <w:r>
        <w:rPr>
          <w:b w:val="0"/>
          <w:i w:val="0"/>
          <w:smallCaps w:val="0"/>
          <w:strike w:val="0"/>
          <w:sz w:val="16"/>
          <w:u w:val="none"/>
        </w:rPr>
        <w:t xml:space="preserve">nternational </w:t>
      </w:r>
      <w:r>
        <w:rPr>
          <w:b/>
          <w:i w:val="0"/>
          <w:smallCaps w:val="0"/>
          <w:strike w:val="0"/>
          <w:sz w:val="22"/>
          <w:u w:val="single"/>
        </w:rPr>
        <w:t>O</w:t>
      </w:r>
      <w:r>
        <w:rPr>
          <w:b w:val="0"/>
          <w:i w:val="0"/>
          <w:smallCaps w:val="0"/>
          <w:strike w:val="0"/>
          <w:sz w:val="16"/>
          <w:u w:val="none"/>
        </w:rPr>
        <w:t xml:space="preserve">rder (LIO). </w:t>
      </w:r>
      <w:r>
        <w:rPr>
          <w:b w:val="0"/>
          <w:i w:val="0"/>
          <w:smallCaps w:val="0"/>
          <w:strike w:val="0"/>
          <w:sz w:val="22"/>
          <w:u w:val="single"/>
        </w:rPr>
        <w:t xml:space="preserve">The rise of Chinese power, under the </w:t>
      </w:r>
      <w:r>
        <w:rPr>
          <w:b/>
          <w:i w:val="0"/>
          <w:smallCaps w:val="0"/>
          <w:strike w:val="0"/>
          <w:sz w:val="22"/>
          <w:u w:val="single"/>
        </w:rPr>
        <w:t>autocracy</w:t>
      </w:r>
      <w:r>
        <w:rPr>
          <w:b w:val="0"/>
          <w:i w:val="0"/>
          <w:smallCaps w:val="0"/>
          <w:strike w:val="0"/>
          <w:sz w:val="22"/>
          <w:u w:val="single"/>
        </w:rPr>
        <w:t xml:space="preserve"> of the </w:t>
      </w:r>
      <w:r>
        <w:rPr>
          <w:b/>
          <w:i w:val="0"/>
          <w:smallCaps w:val="0"/>
          <w:strike w:val="0"/>
          <w:sz w:val="22"/>
          <w:u w:val="single"/>
        </w:rPr>
        <w:t>C</w:t>
      </w:r>
      <w:r>
        <w:rPr>
          <w:b w:val="0"/>
          <w:i w:val="0"/>
          <w:smallCaps w:val="0"/>
          <w:strike w:val="0"/>
          <w:sz w:val="16"/>
          <w:u w:val="none"/>
        </w:rPr>
        <w:t xml:space="preserve">hinese </w:t>
      </w:r>
      <w:r>
        <w:rPr>
          <w:b/>
          <w:i w:val="0"/>
          <w:smallCaps w:val="0"/>
          <w:strike w:val="0"/>
          <w:sz w:val="22"/>
          <w:u w:val="single"/>
        </w:rPr>
        <w:t>C</w:t>
      </w:r>
      <w:r>
        <w:rPr>
          <w:b w:val="0"/>
          <w:i w:val="0"/>
          <w:smallCaps w:val="0"/>
          <w:strike w:val="0"/>
          <w:sz w:val="16"/>
          <w:u w:val="none"/>
        </w:rPr>
        <w:t xml:space="preserve">ommunist </w:t>
      </w:r>
      <w:r>
        <w:rPr>
          <w:b/>
          <w:i w:val="0"/>
          <w:smallCaps w:val="0"/>
          <w:strike w:val="0"/>
          <w:sz w:val="22"/>
          <w:u w:val="single"/>
        </w:rPr>
        <w:t>P</w:t>
      </w:r>
      <w:r>
        <w:rPr>
          <w:b w:val="0"/>
          <w:i w:val="0"/>
          <w:smallCaps w:val="0"/>
          <w:strike w:val="0"/>
          <w:sz w:val="16"/>
          <w:u w:val="none"/>
        </w:rPr>
        <w:t xml:space="preserve">arty (CCP), </w:t>
      </w:r>
      <w:r>
        <w:rPr>
          <w:b w:val="0"/>
          <w:i w:val="0"/>
          <w:smallCaps w:val="0"/>
          <w:strike w:val="0"/>
          <w:sz w:val="22"/>
          <w:u w:val="single"/>
        </w:rPr>
        <w:t xml:space="preserve">is not just </w:t>
      </w:r>
      <w:r>
        <w:rPr>
          <w:b w:val="0"/>
          <w:i w:val="0"/>
          <w:smallCaps w:val="0"/>
          <w:strike w:val="0"/>
          <w:sz w:val="22"/>
          <w:u w:val="single"/>
        </w:rPr>
        <w:t>contesting</w:t>
      </w:r>
      <w:r>
        <w:rPr>
          <w:b w:val="0"/>
          <w:i w:val="0"/>
          <w:smallCaps w:val="0"/>
          <w:strike w:val="0"/>
          <w:sz w:val="16"/>
          <w:u w:val="none"/>
        </w:rPr>
        <w:t xml:space="preserve"> U.S. national security and </w:t>
      </w:r>
      <w:r>
        <w:rPr>
          <w:b w:val="0"/>
          <w:i w:val="0"/>
          <w:smallCaps w:val="0"/>
          <w:strike w:val="0"/>
          <w:sz w:val="22"/>
          <w:u w:val="single"/>
        </w:rPr>
        <w:t>American global leadership but</w:t>
      </w:r>
      <w:r>
        <w:rPr>
          <w:b w:val="0"/>
          <w:i w:val="0"/>
          <w:smallCaps w:val="0"/>
          <w:strike w:val="0"/>
          <w:sz w:val="16"/>
          <w:u w:val="none"/>
        </w:rPr>
        <w:t xml:space="preserve"> also </w:t>
      </w:r>
      <w:r>
        <w:rPr>
          <w:b w:val="0"/>
          <w:i w:val="0"/>
          <w:smallCaps w:val="0"/>
          <w:strike w:val="0"/>
          <w:sz w:val="22"/>
          <w:u w:val="single"/>
        </w:rPr>
        <w:t xml:space="preserve">the </w:t>
      </w:r>
      <w:r>
        <w:rPr>
          <w:b/>
          <w:i w:val="0"/>
          <w:smallCaps w:val="0"/>
          <w:strike w:val="0"/>
          <w:sz w:val="22"/>
          <w:u w:val="single"/>
        </w:rPr>
        <w:t>existing world order</w:t>
      </w:r>
      <w:r>
        <w:rPr>
          <w:b w:val="0"/>
          <w:i w:val="0"/>
          <w:smallCaps w:val="0"/>
          <w:strike w:val="0"/>
          <w:sz w:val="22"/>
          <w:u w:val="single"/>
        </w:rPr>
        <w:t xml:space="preserve">. Never since the heyday of the Cold War has the world seen such a </w:t>
      </w:r>
      <w:r>
        <w:rPr>
          <w:b/>
          <w:i w:val="0"/>
          <w:smallCaps w:val="0"/>
          <w:strike w:val="0"/>
          <w:sz w:val="22"/>
          <w:u w:val="single"/>
        </w:rPr>
        <w:t>full challenge</w:t>
      </w:r>
      <w:r>
        <w:rPr>
          <w:b w:val="0"/>
          <w:i w:val="0"/>
          <w:smallCaps w:val="0"/>
          <w:strike w:val="0"/>
          <w:sz w:val="22"/>
          <w:u w:val="single"/>
        </w:rPr>
        <w:t xml:space="preserve"> to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and</w:t>
      </w:r>
      <w:r>
        <w:rPr>
          <w:b w:val="0"/>
          <w:i w:val="0"/>
          <w:smallCaps w:val="0"/>
          <w:strike w:val="0"/>
          <w:sz w:val="16"/>
          <w:u w:val="none"/>
        </w:rPr>
        <w:t xml:space="preserve"> to </w:t>
      </w:r>
      <w:r>
        <w:rPr>
          <w:b w:val="0"/>
          <w:i w:val="0"/>
          <w:smallCaps w:val="0"/>
          <w:strike w:val="0"/>
          <w:sz w:val="22"/>
          <w:u w:val="single"/>
        </w:rPr>
        <w:t>the Westphalian system</w:t>
      </w:r>
      <w:r>
        <w:rPr>
          <w:b w:val="0"/>
          <w:i w:val="0"/>
          <w:smallCaps w:val="0"/>
          <w:strike w:val="0"/>
          <w:sz w:val="16"/>
          <w:u w:val="none"/>
        </w:rPr>
        <w:t>.</w:t>
      </w:r>
    </w:p>
    <w:p>
      <w:pPr>
        <w:spacing w:after="60"/>
      </w:pPr>
      <w:r>
        <w:rPr>
          <w:b w:val="0"/>
          <w:i w:val="0"/>
          <w:smallCaps w:val="0"/>
          <w:strike w:val="0"/>
          <w:sz w:val="22"/>
          <w:u w:val="single"/>
        </w:rPr>
        <w:t>The CCP is leading</w:t>
      </w:r>
      <w:r>
        <w:rPr>
          <w:b w:val="0"/>
          <w:i w:val="0"/>
          <w:smallCaps w:val="0"/>
          <w:strike w:val="0"/>
          <w:sz w:val="16"/>
          <w:u w:val="none"/>
        </w:rPr>
        <w:t xml:space="preserve"> the PRC </w:t>
      </w:r>
      <w:r>
        <w:rPr>
          <w:b w:val="0"/>
          <w:i w:val="0"/>
          <w:smallCaps w:val="0"/>
          <w:strike w:val="0"/>
          <w:sz w:val="22"/>
          <w:u w:val="single"/>
        </w:rPr>
        <w:t>toward</w:t>
      </w:r>
      <w:r>
        <w:rPr>
          <w:b w:val="0"/>
          <w:i w:val="0"/>
          <w:smallCaps w:val="0"/>
          <w:strike w:val="0"/>
          <w:sz w:val="16"/>
          <w:u w:val="none"/>
        </w:rPr>
        <w:t xml:space="preserve"> a Chinese Dream of a world order in its own image, which I call </w:t>
      </w:r>
      <w:r>
        <w:rPr>
          <w:b w:val="0"/>
          <w:i w:val="0"/>
          <w:smallCaps w:val="0"/>
          <w:strike w:val="0"/>
          <w:sz w:val="22"/>
          <w:u w:val="single"/>
        </w:rPr>
        <w:t xml:space="preserve">the </w:t>
      </w:r>
      <w:r>
        <w:rPr>
          <w:b/>
          <w:i w:val="0"/>
          <w:smallCaps w:val="0"/>
          <w:strike w:val="0"/>
          <w:sz w:val="22"/>
          <w:u w:val="single"/>
        </w:rPr>
        <w:t>China Order</w:t>
      </w:r>
      <w:r>
        <w:rPr>
          <w:b w:val="0"/>
          <w:i w:val="0"/>
          <w:smallCaps w:val="0"/>
          <w:strike w:val="0"/>
          <w:sz w:val="16"/>
          <w:u w:val="none"/>
        </w:rPr>
        <w:t xml:space="preserve">. The China Order is a millennia-old political tradition and ideology that mandates </w:t>
      </w:r>
      <w:r>
        <w:rPr>
          <w:b w:val="0"/>
          <w:i w:val="0"/>
          <w:smallCaps w:val="0"/>
          <w:strike w:val="0"/>
          <w:sz w:val="22"/>
          <w:u w:val="single"/>
        </w:rPr>
        <w:t>a unitary, authoritarian</w:t>
      </w:r>
      <w:r>
        <w:rPr>
          <w:b w:val="0"/>
          <w:i w:val="0"/>
          <w:smallCaps w:val="0"/>
          <w:strike w:val="0"/>
          <w:sz w:val="16"/>
          <w:u w:val="none"/>
        </w:rPr>
        <w:t xml:space="preserve"> (often totalitarian), </w:t>
      </w:r>
      <w:r>
        <w:rPr>
          <w:b w:val="0"/>
          <w:i w:val="0"/>
          <w:smallCaps w:val="0"/>
          <w:strike w:val="0"/>
          <w:sz w:val="22"/>
          <w:u w:val="single"/>
        </w:rPr>
        <w:t xml:space="preserve">omnipotent and omnipresent government for the </w:t>
      </w:r>
      <w:r>
        <w:rPr>
          <w:b/>
          <w:i w:val="0"/>
          <w:smallCaps w:val="0"/>
          <w:strike w:val="0"/>
          <w:sz w:val="22"/>
          <w:u w:val="single"/>
        </w:rPr>
        <w:t>whole</w:t>
      </w:r>
      <w:r>
        <w:rPr>
          <w:b w:val="0"/>
          <w:i w:val="0"/>
          <w:smallCaps w:val="0"/>
          <w:strike w:val="0"/>
          <w:sz w:val="16"/>
          <w:u w:val="none"/>
        </w:rPr>
        <w:t xml:space="preserve"> known </w:t>
      </w:r>
      <w:r>
        <w:rPr>
          <w:b/>
          <w:i w:val="0"/>
          <w:smallCaps w:val="0"/>
          <w:strike w:val="0"/>
          <w:sz w:val="22"/>
          <w:u w:val="single"/>
        </w:rPr>
        <w:t>world</w:t>
      </w:r>
      <w:r>
        <w:rPr>
          <w:b w:val="0"/>
          <w:i w:val="0"/>
          <w:smallCaps w:val="0"/>
          <w:strike w:val="0"/>
          <w:sz w:val="16"/>
          <w:u w:val="none"/>
        </w:rPr>
        <w:t xml:space="preserve">. This alternative world order has had a variety of euphemisms in the long history of China: from </w:t>
      </w:r>
      <w:r>
        <w:rPr>
          <w:b w:val="0"/>
          <w:i w:val="0"/>
          <w:smallCaps w:val="0"/>
          <w:strike w:val="0"/>
          <w:sz w:val="16"/>
          <w:u w:val="none"/>
        </w:rPr>
        <w:t>tinaxia</w:t>
      </w:r>
      <w:r>
        <w:rPr>
          <w:b w:val="0"/>
          <w:i w:val="0"/>
          <w:smallCaps w:val="0"/>
          <w:strike w:val="0"/>
          <w:sz w:val="16"/>
          <w:u w:val="none"/>
        </w:rPr>
        <w:t xml:space="preserve"> </w:t>
      </w:r>
      <w:r>
        <w:rPr>
          <w:b w:val="0"/>
          <w:i w:val="0"/>
          <w:smallCaps w:val="0"/>
          <w:strike w:val="0"/>
          <w:sz w:val="16"/>
          <w:u w:val="none"/>
        </w:rPr>
        <w:t>yitong</w:t>
      </w:r>
      <w:r>
        <w:rPr>
          <w:b w:val="0"/>
          <w:i w:val="0"/>
          <w:smallCaps w:val="0"/>
          <w:strike w:val="0"/>
          <w:sz w:val="16"/>
          <w:u w:val="none"/>
        </w:rPr>
        <w:t xml:space="preserve"> (unification of all under heaven) and </w:t>
      </w:r>
      <w:r>
        <w:rPr>
          <w:b w:val="0"/>
          <w:i w:val="0"/>
          <w:smallCaps w:val="0"/>
          <w:strike w:val="0"/>
          <w:sz w:val="16"/>
          <w:u w:val="none"/>
        </w:rPr>
        <w:t>shijie</w:t>
      </w:r>
      <w:r>
        <w:rPr>
          <w:b w:val="0"/>
          <w:i w:val="0"/>
          <w:smallCaps w:val="0"/>
          <w:strike w:val="0"/>
          <w:sz w:val="16"/>
          <w:u w:val="none"/>
        </w:rPr>
        <w:t xml:space="preserve"> </w:t>
      </w:r>
      <w:r>
        <w:rPr>
          <w:b w:val="0"/>
          <w:i w:val="0"/>
          <w:smallCaps w:val="0"/>
          <w:strike w:val="0"/>
          <w:sz w:val="16"/>
          <w:u w:val="none"/>
        </w:rPr>
        <w:t>datong</w:t>
      </w:r>
      <w:r>
        <w:rPr>
          <w:b w:val="0"/>
          <w:i w:val="0"/>
          <w:smallCaps w:val="0"/>
          <w:strike w:val="0"/>
          <w:sz w:val="16"/>
          <w:u w:val="none"/>
        </w:rPr>
        <w:t xml:space="preserve"> (world’s grand harmony) in the imperial past, to Mao Zedong’s world solidarity for Communist revolution only forty years ago, to now Xi Jinping’s community of common human destiny. The China Order has powerfully revived to guide rising PRC power, under the banner of a Chinese version of globalization, ingeniously taking advantage of the various calls in our time for </w:t>
      </w:r>
      <w:r>
        <w:rPr>
          <w:b w:val="0"/>
          <w:i w:val="0"/>
          <w:smallCaps w:val="0"/>
          <w:strike w:val="0"/>
          <w:sz w:val="22"/>
          <w:u w:val="single"/>
        </w:rPr>
        <w:t xml:space="preserve">global </w:t>
      </w:r>
      <w:r>
        <w:rPr>
          <w:b w:val="0"/>
          <w:i w:val="0"/>
          <w:smallCaps w:val="0"/>
          <w:strike w:val="0"/>
          <w:sz w:val="22"/>
          <w:highlight w:val="cyan"/>
          <w:u w:val="single"/>
        </w:rPr>
        <w:t>governance</w:t>
      </w:r>
      <w:r>
        <w:rPr>
          <w:b w:val="0"/>
          <w:i w:val="0"/>
          <w:smallCaps w:val="0"/>
          <w:strike w:val="0"/>
          <w:sz w:val="16"/>
          <w:u w:val="none"/>
        </w:rPr>
        <w:t xml:space="preserve"> to </w:t>
      </w:r>
      <w:r>
        <w:rPr>
          <w:b w:val="0"/>
          <w:i w:val="0"/>
          <w:smallCaps w:val="0"/>
          <w:strike w:val="0"/>
          <w:sz w:val="22"/>
          <w:highlight w:val="cyan"/>
          <w:u w:val="single"/>
        </w:rPr>
        <w:t>address</w:t>
      </w:r>
      <w:r>
        <w:rPr>
          <w:b w:val="0"/>
          <w:i w:val="0"/>
          <w:smallCaps w:val="0"/>
          <w:strike w:val="0"/>
          <w:sz w:val="22"/>
          <w:u w:val="single"/>
        </w:rPr>
        <w:t xml:space="preserve"> </w:t>
      </w:r>
      <w:r>
        <w:rPr>
          <w:b/>
          <w:i w:val="0"/>
          <w:smallCaps w:val="0"/>
          <w:strike w:val="0"/>
          <w:sz w:val="22"/>
          <w:u w:val="single"/>
        </w:rPr>
        <w:t xml:space="preserve">transnational </w:t>
      </w:r>
      <w:r>
        <w:rPr>
          <w:b/>
          <w:i w:val="0"/>
          <w:smallCaps w:val="0"/>
          <w:strike w:val="0"/>
          <w:sz w:val="22"/>
          <w:u w:val="single"/>
        </w:rPr>
        <w:t>issues</w:t>
      </w:r>
      <w:r>
        <w:rPr>
          <w:b w:val="0"/>
          <w:i w:val="0"/>
          <w:smallCaps w:val="0"/>
          <w:strike w:val="0"/>
          <w:sz w:val="22"/>
          <w:u w:val="single"/>
        </w:rPr>
        <w:t xml:space="preserve"> such as </w:t>
      </w:r>
      <w:r>
        <w:rPr>
          <w:b/>
          <w:i w:val="0"/>
          <w:smallCaps w:val="0"/>
          <w:strike w:val="0"/>
          <w:sz w:val="22"/>
          <w:highlight w:val="cyan"/>
          <w:u w:val="single"/>
        </w:rPr>
        <w:t>climate</w:t>
      </w:r>
      <w:r>
        <w:rPr>
          <w:b/>
          <w:i w:val="0"/>
          <w:smallCaps w:val="0"/>
          <w:strike w:val="0"/>
          <w:sz w:val="22"/>
          <w:u w:val="single"/>
        </w:rPr>
        <w:t xml:space="preserve"> change</w:t>
      </w:r>
      <w:r>
        <w:rPr>
          <w:b w:val="0"/>
          <w:i w:val="0"/>
          <w:smallCaps w:val="0"/>
          <w:strike w:val="0"/>
          <w:sz w:val="22"/>
          <w:u w:val="single"/>
        </w:rPr>
        <w:t xml:space="preserve">, </w:t>
      </w:r>
      <w:r>
        <w:rPr>
          <w:b/>
          <w:i w:val="0"/>
          <w:smallCaps w:val="0"/>
          <w:strike w:val="0"/>
          <w:sz w:val="22"/>
          <w:highlight w:val="cyan"/>
          <w:u w:val="single"/>
        </w:rPr>
        <w:t>inequality</w:t>
      </w:r>
      <w:r>
        <w:rPr>
          <w:b w:val="0"/>
          <w:i w:val="0"/>
          <w:smallCaps w:val="0"/>
          <w:strike w:val="0"/>
          <w:sz w:val="22"/>
          <w:highlight w:val="cyan"/>
          <w:u w:val="single"/>
        </w:rPr>
        <w:t xml:space="preserve">, </w:t>
      </w:r>
      <w:r>
        <w:rPr>
          <w:b/>
          <w:i w:val="0"/>
          <w:smallCaps w:val="0"/>
          <w:strike w:val="0"/>
          <w:sz w:val="22"/>
          <w:highlight w:val="cyan"/>
          <w:u w:val="single"/>
        </w:rPr>
        <w:t>epidemics</w:t>
      </w:r>
      <w:r>
        <w:rPr>
          <w:b w:val="0"/>
          <w:i w:val="0"/>
          <w:smallCaps w:val="0"/>
          <w:strike w:val="0"/>
          <w:sz w:val="22"/>
          <w:highlight w:val="cyan"/>
          <w:u w:val="single"/>
        </w:rPr>
        <w:t xml:space="preserve">, and </w:t>
      </w:r>
      <w:r>
        <w:rPr>
          <w:b/>
          <w:i w:val="0"/>
          <w:smallCaps w:val="0"/>
          <w:strike w:val="0"/>
          <w:sz w:val="22"/>
          <w:highlight w:val="cyan"/>
          <w:u w:val="single"/>
        </w:rPr>
        <w:t>terrorism</w:t>
      </w:r>
      <w:r>
        <w:rPr>
          <w:b w:val="0"/>
          <w:i w:val="0"/>
          <w:smallCaps w:val="0"/>
          <w:strike w:val="0"/>
          <w:sz w:val="16"/>
          <w:u w:val="none"/>
        </w:rPr>
        <w:t>.</w:t>
      </w:r>
    </w:p>
    <w:p>
      <w:pPr>
        <w:spacing w:after="60"/>
      </w:pPr>
      <w:r>
        <w:rPr>
          <w:b w:val="0"/>
          <w:i w:val="0"/>
          <w:smallCaps w:val="0"/>
          <w:strike w:val="0"/>
          <w:sz w:val="22"/>
          <w:u w:val="single"/>
        </w:rPr>
        <w:t xml:space="preserve">This </w:t>
      </w: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u w:val="single"/>
        </w:rPr>
        <w:t>Order is</w:t>
      </w:r>
      <w:r>
        <w:rPr>
          <w:b w:val="0"/>
          <w:i w:val="0"/>
          <w:smallCaps w:val="0"/>
          <w:strike w:val="0"/>
          <w:sz w:val="16"/>
          <w:u w:val="none"/>
        </w:rPr>
        <w:t xml:space="preserve"> no</w:t>
      </w:r>
      <w:r>
        <w:rPr>
          <w:b w:val="0"/>
          <w:i w:val="0"/>
          <w:smallCaps w:val="0"/>
          <w:strike w:val="0"/>
          <w:sz w:val="16"/>
          <w:u w:val="none"/>
        </w:rPr>
        <w:t xml:space="preserve">rmatively and practically </w:t>
      </w:r>
      <w:r>
        <w:rPr>
          <w:b w:val="0"/>
          <w:i w:val="0"/>
          <w:smallCaps w:val="0"/>
          <w:strike w:val="0"/>
          <w:sz w:val="22"/>
          <w:highlight w:val="cyan"/>
          <w:u w:val="single"/>
        </w:rPr>
        <w:t>at</w:t>
      </w:r>
      <w:r>
        <w:rPr>
          <w:b w:val="0"/>
          <w:i w:val="0"/>
          <w:smallCaps w:val="0"/>
          <w:strike w:val="0"/>
          <w:sz w:val="22"/>
          <w:u w:val="single"/>
        </w:rPr>
        <w:t xml:space="preserve"> </w:t>
      </w:r>
      <w:r>
        <w:rPr>
          <w:b/>
          <w:i w:val="0"/>
          <w:smallCaps w:val="0"/>
          <w:strike w:val="0"/>
          <w:sz w:val="22"/>
          <w:u w:val="single"/>
        </w:rPr>
        <w:t xml:space="preserve">fundamental </w:t>
      </w:r>
      <w:r>
        <w:rPr>
          <w:b/>
          <w:i w:val="0"/>
          <w:smallCaps w:val="0"/>
          <w:strike w:val="0"/>
          <w:sz w:val="22"/>
          <w:highlight w:val="cyan"/>
          <w:u w:val="single"/>
        </w:rPr>
        <w:t>odds</w:t>
      </w:r>
      <w:r>
        <w:rPr>
          <w:b w:val="0"/>
          <w:i w:val="0"/>
          <w:smallCaps w:val="0"/>
          <w:strike w:val="0"/>
          <w:sz w:val="22"/>
          <w:highlight w:val="cyan"/>
          <w:u w:val="single"/>
        </w:rPr>
        <w:t xml:space="preserve"> with the </w:t>
      </w:r>
      <w:r>
        <w:rPr>
          <w:b/>
          <w:i w:val="0"/>
          <w:smallCaps w:val="0"/>
          <w:strike w:val="0"/>
          <w:sz w:val="22"/>
          <w:highlight w:val="cyan"/>
          <w:u w:val="single"/>
        </w:rPr>
        <w:t>LIO</w:t>
      </w:r>
      <w:r>
        <w:rPr>
          <w:b w:val="0"/>
          <w:i w:val="0"/>
          <w:smallCaps w:val="0"/>
          <w:strike w:val="0"/>
          <w:sz w:val="16"/>
          <w:u w:val="none"/>
        </w:rPr>
        <w:t xml:space="preserve"> version of the Westphalia system </w:t>
      </w:r>
      <w:r>
        <w:rPr>
          <w:b w:val="0"/>
          <w:i w:val="0"/>
          <w:smallCaps w:val="0"/>
          <w:strike w:val="0"/>
          <w:sz w:val="22"/>
          <w:u w:val="single"/>
        </w:rPr>
        <w:t>that enshrines</w:t>
      </w:r>
      <w:r>
        <w:rPr>
          <w:b w:val="0"/>
          <w:i w:val="0"/>
          <w:smallCaps w:val="0"/>
          <w:strike w:val="0"/>
          <w:sz w:val="16"/>
          <w:u w:val="none"/>
        </w:rPr>
        <w:t xml:space="preserve"> comparison and competition among </w:t>
      </w:r>
      <w:r>
        <w:rPr>
          <w:b w:val="0"/>
          <w:i w:val="0"/>
          <w:smallCaps w:val="0"/>
          <w:strike w:val="0"/>
          <w:sz w:val="22"/>
          <w:u w:val="single"/>
        </w:rPr>
        <w:t xml:space="preserve">nations </w:t>
      </w:r>
      <w:r>
        <w:rPr>
          <w:b/>
          <w:i w:val="0"/>
          <w:smallCaps w:val="0"/>
          <w:strike w:val="0"/>
          <w:sz w:val="22"/>
          <w:u w:val="single"/>
        </w:rPr>
        <w:t>coexisting</w:t>
      </w:r>
      <w:r>
        <w:rPr>
          <w:b w:val="0"/>
          <w:i w:val="0"/>
          <w:smallCaps w:val="0"/>
          <w:strike w:val="0"/>
          <w:sz w:val="22"/>
          <w:u w:val="single"/>
        </w:rPr>
        <w:t xml:space="preserve"> with equal sovereignty</w:t>
      </w:r>
      <w:r>
        <w:rPr>
          <w:b w:val="0"/>
          <w:i w:val="0"/>
          <w:smallCaps w:val="0"/>
          <w:strike w:val="0"/>
          <w:sz w:val="16"/>
          <w:u w:val="none"/>
        </w:rPr>
        <w:t xml:space="preserve">. The China Order has been widely addictive to the powerful and ambitious in history, whether they have been ethnically Han or not. It has been highly effective in practice, in great part because it became deeply legitimized and internalized in elite Chinese culture over many centuries. The China Order is now the sole acceptable model of the world under the authoritarianism known as the Qin-Han polity that the PRC now practices. But under this world order, as documented </w:t>
      </w:r>
      <w:r>
        <w:rPr>
          <w:b w:val="0"/>
          <w:i w:val="0"/>
          <w:smallCaps w:val="0"/>
          <w:strike w:val="0"/>
          <w:sz w:val="16"/>
          <w:u w:val="none"/>
        </w:rPr>
        <w:t xml:space="preserve">by </w:t>
      </w:r>
      <w:r>
        <w:rPr>
          <w:b w:val="0"/>
          <w:i w:val="0"/>
          <w:smallCaps w:val="0"/>
          <w:strike w:val="0"/>
          <w:sz w:val="22"/>
          <w:u w:val="single"/>
        </w:rPr>
        <w:t>The China Order</w:t>
      </w:r>
      <w:r>
        <w:rPr>
          <w:b w:val="0"/>
          <w:i w:val="0"/>
          <w:smallCaps w:val="0"/>
          <w:strike w:val="0"/>
          <w:sz w:val="16"/>
          <w:u w:val="none"/>
        </w:rPr>
        <w:t xml:space="preserve"> (#ad), human civilization </w:t>
      </w:r>
      <w:r>
        <w:rPr>
          <w:b w:val="0"/>
          <w:i w:val="0"/>
          <w:smallCaps w:val="0"/>
          <w:strike w:val="0"/>
          <w:sz w:val="22"/>
          <w:u w:val="single"/>
        </w:rPr>
        <w:t xml:space="preserve">is socio-economically very </w:t>
      </w:r>
      <w:r>
        <w:rPr>
          <w:b/>
          <w:i w:val="0"/>
          <w:smallCaps w:val="0"/>
          <w:strike w:val="0"/>
          <w:sz w:val="22"/>
          <w:u w:val="single"/>
        </w:rPr>
        <w:t>suboptimal</w:t>
      </w:r>
      <w:r>
        <w:rPr>
          <w:b w:val="0"/>
          <w:i w:val="0"/>
          <w:smallCaps w:val="0"/>
          <w:strike w:val="0"/>
          <w:sz w:val="22"/>
          <w:u w:val="single"/>
        </w:rPr>
        <w:t xml:space="preserve"> and </w:t>
      </w:r>
      <w:r>
        <w:rPr>
          <w:b/>
          <w:i w:val="0"/>
          <w:smallCaps w:val="0"/>
          <w:strike w:val="0"/>
          <w:sz w:val="22"/>
          <w:u w:val="single"/>
        </w:rPr>
        <w:t>hopelessly stagnant</w:t>
      </w:r>
      <w:r>
        <w:rPr>
          <w:b w:val="0"/>
          <w:i w:val="0"/>
          <w:smallCaps w:val="0"/>
          <w:strike w:val="0"/>
          <w:sz w:val="16"/>
          <w:u w:val="none"/>
        </w:rPr>
        <w:t>, inevitably shortchanging the lives of just about everyone, especially nonelites, as the tragic and often catastrophic history of Eastern Eurasia under the China Order before the nineteenth century amply demonstrates.</w:t>
      </w:r>
    </w:p>
    <w:p>
      <w:pPr>
        <w:spacing w:after="60"/>
      </w:pPr>
      <w:r>
        <w:rPr>
          <w:b w:val="0"/>
          <w:i w:val="0"/>
          <w:smallCaps w:val="0"/>
          <w:strike w:val="0"/>
          <w:sz w:val="16"/>
          <w:u w:val="none"/>
        </w:rPr>
        <w:t xml:space="preserve">Since 1949, when the PRC restored traditional Chinese autocracy under the guise of imported Marxism-Leninism, </w:t>
      </w:r>
      <w:r>
        <w:rPr>
          <w:b w:val="0"/>
          <w:i w:val="0"/>
          <w:smallCaps w:val="0"/>
          <w:strike w:val="0"/>
          <w:sz w:val="22"/>
          <w:u w:val="single"/>
        </w:rPr>
        <w:t xml:space="preserve">the CCP has been </w:t>
      </w:r>
      <w:r>
        <w:rPr>
          <w:b/>
          <w:i w:val="0"/>
          <w:smallCaps w:val="0"/>
          <w:strike w:val="0"/>
          <w:sz w:val="22"/>
          <w:u w:val="single"/>
        </w:rPr>
        <w:t>ceaselessly</w:t>
      </w:r>
      <w:r>
        <w:rPr>
          <w:b w:val="0"/>
          <w:i w:val="0"/>
          <w:smallCaps w:val="0"/>
          <w:strike w:val="0"/>
          <w:sz w:val="16"/>
          <w:u w:val="none"/>
        </w:rPr>
        <w:t xml:space="preserve"> and callously </w:t>
      </w:r>
      <w:r>
        <w:rPr>
          <w:b w:val="0"/>
          <w:i w:val="0"/>
          <w:smallCaps w:val="0"/>
          <w:strike w:val="0"/>
          <w:sz w:val="22"/>
          <w:u w:val="single"/>
        </w:rPr>
        <w:t xml:space="preserve">fighting its </w:t>
      </w:r>
      <w:r>
        <w:rPr>
          <w:b/>
          <w:i w:val="0"/>
          <w:smallCaps w:val="0"/>
          <w:strike w:val="0"/>
          <w:sz w:val="22"/>
          <w:u w:val="single"/>
        </w:rPr>
        <w:t>own people</w:t>
      </w:r>
      <w:r>
        <w:rPr>
          <w:b w:val="0"/>
          <w:i w:val="0"/>
          <w:smallCaps w:val="0"/>
          <w:strike w:val="0"/>
          <w:sz w:val="22"/>
          <w:u w:val="single"/>
        </w:rPr>
        <w:t xml:space="preserve"> internally and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and </w:t>
      </w:r>
      <w:r>
        <w:rPr>
          <w:b/>
          <w:i w:val="0"/>
          <w:smallCaps w:val="0"/>
          <w:strike w:val="0"/>
          <w:sz w:val="22"/>
          <w:u w:val="single"/>
        </w:rPr>
        <w:t>American allies</w:t>
      </w:r>
      <w:r>
        <w:rPr>
          <w:b w:val="0"/>
          <w:i w:val="0"/>
          <w:smallCaps w:val="0"/>
          <w:strike w:val="0"/>
          <w:sz w:val="16"/>
          <w:u w:val="none"/>
        </w:rPr>
        <w:t xml:space="preserve"> externally </w:t>
      </w:r>
      <w:r>
        <w:rPr>
          <w:b w:val="0"/>
          <w:i w:val="0"/>
          <w:smallCaps w:val="0"/>
          <w:strike w:val="0"/>
          <w:sz w:val="22"/>
          <w:u w:val="single"/>
        </w:rPr>
        <w:t xml:space="preserve">to preserve its monopoly </w:t>
      </w:r>
      <w:r>
        <w:rPr>
          <w:b/>
          <w:i w:val="0"/>
          <w:smallCaps w:val="0"/>
          <w:strike w:val="0"/>
          <w:sz w:val="22"/>
          <w:u w:val="single"/>
        </w:rPr>
        <w:t>over power</w:t>
      </w:r>
      <w:r>
        <w:rPr>
          <w:b w:val="0"/>
          <w:i w:val="0"/>
          <w:smallCaps w:val="0"/>
          <w:strike w:val="0"/>
          <w:sz w:val="22"/>
          <w:u w:val="single"/>
        </w:rPr>
        <w:t xml:space="preserve">. Only </w:t>
      </w:r>
      <w:r>
        <w:rPr>
          <w:b/>
          <w:i w:val="0"/>
          <w:smallCaps w:val="0"/>
          <w:strike w:val="0"/>
          <w:sz w:val="22"/>
          <w:u w:val="single"/>
        </w:rPr>
        <w:t>sheer exhaustion</w:t>
      </w:r>
      <w:r>
        <w:rPr>
          <w:b w:val="0"/>
          <w:i w:val="0"/>
          <w:smallCaps w:val="0"/>
          <w:strike w:val="0"/>
          <w:sz w:val="16"/>
          <w:u w:val="none"/>
        </w:rPr>
        <w:t xml:space="preserve"> and near collapse </w:t>
      </w:r>
      <w:r>
        <w:rPr>
          <w:b w:val="0"/>
          <w:i w:val="0"/>
          <w:smallCaps w:val="0"/>
          <w:strike w:val="0"/>
          <w:sz w:val="22"/>
          <w:u w:val="single"/>
        </w:rPr>
        <w:t xml:space="preserve">could force the CCP to </w:t>
      </w:r>
      <w:r>
        <w:rPr>
          <w:b/>
          <w:i w:val="0"/>
          <w:smallCaps w:val="0"/>
          <w:strike w:val="0"/>
          <w:sz w:val="22"/>
          <w:u w:val="single"/>
        </w:rPr>
        <w:t>slow down</w:t>
      </w:r>
      <w:r>
        <w:rPr>
          <w:b w:val="0"/>
          <w:i w:val="0"/>
          <w:smallCaps w:val="0"/>
          <w:strike w:val="0"/>
          <w:sz w:val="22"/>
          <w:u w:val="single"/>
        </w:rPr>
        <w:t xml:space="preserve"> and </w:t>
      </w:r>
      <w:r>
        <w:rPr>
          <w:b/>
          <w:i w:val="0"/>
          <w:smallCaps w:val="0"/>
          <w:strike w:val="0"/>
          <w:sz w:val="22"/>
          <w:u w:val="single"/>
        </w:rPr>
        <w:t>retreat</w:t>
      </w:r>
      <w:r>
        <w:rPr>
          <w:b w:val="0"/>
          <w:i w:val="0"/>
          <w:smallCaps w:val="0"/>
          <w:strike w:val="0"/>
          <w:sz w:val="16"/>
          <w:u w:val="none"/>
        </w:rPr>
        <w:t xml:space="preserve">, at home and abroad. External powers have influenced and facilitated the rise of PRC </w:t>
      </w:r>
      <w:r>
        <w:rPr>
          <w:b w:val="0"/>
          <w:i w:val="0"/>
          <w:smallCaps w:val="0"/>
          <w:strike w:val="0"/>
          <w:sz w:val="16"/>
          <w:u w:val="none"/>
        </w:rPr>
        <w:t>power, but</w:t>
      </w:r>
      <w:r>
        <w:rPr>
          <w:b w:val="0"/>
          <w:i w:val="0"/>
          <w:smallCaps w:val="0"/>
          <w:strike w:val="0"/>
          <w:sz w:val="16"/>
          <w:u w:val="none"/>
        </w:rPr>
        <w:t xml:space="preserve"> have so far failed to transform the Qin-Han autocracy and its China Order ideal, thus remaining unable to change Beijing’s world views and global pursuits. Various, often false, </w:t>
      </w:r>
      <w:r>
        <w:rPr>
          <w:b w:val="0"/>
          <w:i w:val="0"/>
          <w:smallCaps w:val="0"/>
          <w:strike w:val="0"/>
          <w:sz w:val="22"/>
          <w:u w:val="single"/>
        </w:rPr>
        <w:t>rationalizations have justified</w:t>
      </w:r>
      <w:r>
        <w:rPr>
          <w:b w:val="0"/>
          <w:i w:val="0"/>
          <w:smallCaps w:val="0"/>
          <w:strike w:val="0"/>
          <w:sz w:val="16"/>
          <w:u w:val="none"/>
        </w:rPr>
        <w:t xml:space="preserve"> the continuation of </w:t>
      </w:r>
      <w:r>
        <w:rPr>
          <w:b w:val="0"/>
          <w:i w:val="0"/>
          <w:smallCaps w:val="0"/>
          <w:strike w:val="0"/>
          <w:sz w:val="22"/>
          <w:u w:val="single"/>
        </w:rPr>
        <w:t>American</w:t>
      </w:r>
      <w:r>
        <w:rPr>
          <w:b w:val="0"/>
          <w:i w:val="0"/>
          <w:smallCaps w:val="0"/>
          <w:strike w:val="0"/>
          <w:sz w:val="16"/>
          <w:u w:val="none"/>
        </w:rPr>
        <w:t xml:space="preserve">/Western </w:t>
      </w:r>
      <w:r>
        <w:rPr>
          <w:b w:val="0"/>
          <w:i w:val="0"/>
          <w:smallCaps w:val="0"/>
          <w:strike w:val="0"/>
          <w:sz w:val="22"/>
          <w:u w:val="single"/>
        </w:rPr>
        <w:t>engagement with the PRC, which</w:t>
      </w:r>
      <w:r>
        <w:rPr>
          <w:b w:val="0"/>
          <w:i w:val="0"/>
          <w:smallCaps w:val="0"/>
          <w:strike w:val="0"/>
          <w:sz w:val="16"/>
          <w:u w:val="none"/>
        </w:rPr>
        <w:t xml:space="preserve"> has greatly enriched and </w:t>
      </w:r>
      <w:r>
        <w:rPr>
          <w:b/>
          <w:i w:val="0"/>
          <w:smallCaps w:val="0"/>
          <w:strike w:val="0"/>
          <w:sz w:val="22"/>
          <w:u w:val="single"/>
        </w:rPr>
        <w:t>enabled</w:t>
      </w:r>
      <w:r>
        <w:rPr>
          <w:b w:val="0"/>
          <w:i w:val="0"/>
          <w:smallCaps w:val="0"/>
          <w:strike w:val="0"/>
          <w:sz w:val="22"/>
          <w:u w:val="single"/>
        </w:rPr>
        <w:t xml:space="preserve"> the CCP to persist in its </w:t>
      </w:r>
      <w:r>
        <w:rPr>
          <w:b/>
          <w:i w:val="0"/>
          <w:smallCaps w:val="0"/>
          <w:strike w:val="0"/>
          <w:sz w:val="22"/>
          <w:highlight w:val="cyan"/>
          <w:u w:val="single"/>
        </w:rPr>
        <w:t>consolidation</w:t>
      </w:r>
      <w:r>
        <w:rPr>
          <w:b/>
          <w:i w:val="0"/>
          <w:smallCaps w:val="0"/>
          <w:strike w:val="0"/>
          <w:sz w:val="22"/>
          <w:u w:val="single"/>
        </w:rPr>
        <w:t xml:space="preserve"> of power</w:t>
      </w:r>
      <w:r>
        <w:rPr>
          <w:b w:val="0"/>
          <w:i w:val="0"/>
          <w:smallCaps w:val="0"/>
          <w:strike w:val="0"/>
          <w:sz w:val="22"/>
          <w:u w:val="single"/>
        </w:rPr>
        <w:t xml:space="preserve">. Beijing’s push for power </w:t>
      </w:r>
      <w:r>
        <w:rPr>
          <w:b w:val="0"/>
          <w:i w:val="0"/>
          <w:smallCaps w:val="0"/>
          <w:strike w:val="0"/>
          <w:sz w:val="22"/>
          <w:highlight w:val="cyan"/>
          <w:u w:val="single"/>
        </w:rPr>
        <w:t>is</w:t>
      </w:r>
      <w:r>
        <w:rPr>
          <w:b w:val="0"/>
          <w:i w:val="0"/>
          <w:smallCaps w:val="0"/>
          <w:strike w:val="0"/>
          <w:sz w:val="16"/>
          <w:u w:val="none"/>
        </w:rPr>
        <w:t xml:space="preserve"> nothing personal; it is </w:t>
      </w:r>
      <w:r>
        <w:rPr>
          <w:b w:val="0"/>
          <w:i w:val="0"/>
          <w:smallCaps w:val="0"/>
          <w:strike w:val="0"/>
          <w:sz w:val="22"/>
          <w:u w:val="single"/>
        </w:rPr>
        <w:t>a brand of authoritarianism</w:t>
      </w:r>
      <w:r>
        <w:rPr>
          <w:b w:val="0"/>
          <w:i w:val="0"/>
          <w:smallCaps w:val="0"/>
          <w:strike w:val="0"/>
          <w:sz w:val="16"/>
          <w:u w:val="none"/>
        </w:rPr>
        <w:t xml:space="preserve"> just happens to be </w:t>
      </w:r>
      <w:r>
        <w:rPr>
          <w:b/>
          <w:i w:val="0"/>
          <w:smallCaps w:val="0"/>
          <w:strike w:val="0"/>
          <w:sz w:val="22"/>
          <w:highlight w:val="cyan"/>
          <w:u w:val="single"/>
        </w:rPr>
        <w:t>anchored</w:t>
      </w:r>
      <w:r>
        <w:rPr>
          <w:b w:val="0"/>
          <w:i w:val="0"/>
          <w:smallCaps w:val="0"/>
          <w:strike w:val="0"/>
          <w:sz w:val="22"/>
          <w:highlight w:val="cyan"/>
          <w:u w:val="single"/>
        </w:rPr>
        <w:t xml:space="preserve"> in</w:t>
      </w:r>
      <w:r>
        <w:rPr>
          <w:b w:val="0"/>
          <w:i w:val="0"/>
          <w:smallCaps w:val="0"/>
          <w:strike w:val="0"/>
          <w:sz w:val="22"/>
          <w:u w:val="single"/>
        </w:rPr>
        <w:t xml:space="preserve"> the</w:t>
      </w:r>
      <w:r>
        <w:rPr>
          <w:b w:val="0"/>
          <w:i w:val="0"/>
          <w:smallCaps w:val="0"/>
          <w:strike w:val="0"/>
          <w:sz w:val="16"/>
          <w:u w:val="none"/>
        </w:rPr>
        <w:t xml:space="preserve"> remarkably persistent </w:t>
      </w:r>
      <w:r>
        <w:rPr>
          <w:b w:val="0"/>
          <w:i w:val="0"/>
          <w:smallCaps w:val="0"/>
          <w:strike w:val="0"/>
          <w:sz w:val="22"/>
          <w:highlight w:val="cyan"/>
          <w:u w:val="single"/>
        </w:rPr>
        <w:t xml:space="preserve">belief that </w:t>
      </w:r>
      <w:r>
        <w:rPr>
          <w:b/>
          <w:i w:val="0"/>
          <w:smallCaps w:val="0"/>
          <w:strike w:val="0"/>
          <w:sz w:val="22"/>
          <w:highlight w:val="cyan"/>
          <w:u w:val="single"/>
        </w:rPr>
        <w:t>failing</w:t>
      </w:r>
      <w:r>
        <w:rPr>
          <w:b/>
          <w:i w:val="0"/>
          <w:smallCaps w:val="0"/>
          <w:strike w:val="0"/>
          <w:sz w:val="22"/>
          <w:u w:val="single"/>
        </w:rPr>
        <w:t xml:space="preserve"> to achieve control</w:t>
      </w:r>
      <w:r>
        <w:rPr>
          <w:b w:val="0"/>
          <w:i w:val="0"/>
          <w:smallCaps w:val="0"/>
          <w:strike w:val="0"/>
          <w:sz w:val="22"/>
          <w:u w:val="single"/>
        </w:rPr>
        <w:t xml:space="preserve"> over the whole </w:t>
      </w:r>
      <w:r>
        <w:rPr>
          <w:b w:val="0"/>
          <w:i w:val="0"/>
          <w:smallCaps w:val="0"/>
          <w:strike w:val="0"/>
          <w:sz w:val="16"/>
          <w:u w:val="none"/>
        </w:rPr>
        <w:t xml:space="preserve">known </w:t>
      </w:r>
      <w:r>
        <w:rPr>
          <w:b w:val="0"/>
          <w:i w:val="0"/>
          <w:smallCaps w:val="0"/>
          <w:strike w:val="0"/>
          <w:sz w:val="22"/>
          <w:u w:val="single"/>
        </w:rPr>
        <w:t xml:space="preserve">world </w:t>
      </w:r>
      <w:r>
        <w:rPr>
          <w:b w:val="0"/>
          <w:i w:val="0"/>
          <w:smallCaps w:val="0"/>
          <w:strike w:val="0"/>
          <w:sz w:val="22"/>
          <w:highlight w:val="cyan"/>
          <w:u w:val="single"/>
        </w:rPr>
        <w:t>would spell</w:t>
      </w:r>
      <w:r>
        <w:rPr>
          <w:b w:val="0"/>
          <w:i w:val="0"/>
          <w:smallCaps w:val="0"/>
          <w:strike w:val="0"/>
          <w:sz w:val="22"/>
          <w:u w:val="single"/>
        </w:rPr>
        <w:t xml:space="preserve"> the loss of the “mandate of heaven” and </w:t>
      </w:r>
      <w:r>
        <w:rPr>
          <w:b/>
          <w:i w:val="0"/>
          <w:smallCaps w:val="0"/>
          <w:strike w:val="0"/>
          <w:sz w:val="22"/>
          <w:u w:val="single"/>
        </w:rPr>
        <w:t xml:space="preserve">political </w:t>
      </w:r>
      <w:r>
        <w:rPr>
          <w:b/>
          <w:i w:val="0"/>
          <w:smallCaps w:val="0"/>
          <w:strike w:val="0"/>
          <w:sz w:val="22"/>
          <w:highlight w:val="cyan"/>
          <w:u w:val="single"/>
        </w:rPr>
        <w:t>extinction</w:t>
      </w:r>
      <w:r>
        <w:rPr>
          <w:b w:val="0"/>
          <w:i w:val="0"/>
          <w:smallCaps w:val="0"/>
          <w:strike w:val="0"/>
          <w:sz w:val="16"/>
          <w:u w:val="none"/>
        </w:rPr>
        <w:t>. Thus, the CCP is driven (or doomed) to methodically and opportunistically seek ever greater influence.</w:t>
      </w:r>
    </w:p>
    <w:p>
      <w:pPr>
        <w:spacing w:after="60"/>
      </w:pPr>
      <w:r>
        <w:rPr>
          <w:b w:val="0"/>
          <w:i w:val="0"/>
          <w:smallCaps w:val="0"/>
          <w:strike w:val="0"/>
          <w:sz w:val="22"/>
          <w:u w:val="single"/>
        </w:rPr>
        <w:t xml:space="preserve">The </w:t>
      </w:r>
      <w:r>
        <w:rPr>
          <w:b/>
          <w:i w:val="0"/>
          <w:smallCaps w:val="0"/>
          <w:strike w:val="0"/>
          <w:sz w:val="22"/>
          <w:highlight w:val="cyan"/>
          <w:u w:val="single"/>
        </w:rPr>
        <w:t>rise</w:t>
      </w:r>
      <w:r>
        <w:rPr>
          <w:b/>
          <w:i w:val="0"/>
          <w:smallCaps w:val="0"/>
          <w:strike w:val="0"/>
          <w:sz w:val="22"/>
          <w:u w:val="single"/>
        </w:rPr>
        <w:t xml:space="preserve"> of China</w:t>
      </w:r>
      <w:r>
        <w:rPr>
          <w:b w:val="0"/>
          <w:i w:val="0"/>
          <w:smallCaps w:val="0"/>
          <w:strike w:val="0"/>
          <w:sz w:val="16"/>
          <w:u w:val="none"/>
        </w:rPr>
        <w:t xml:space="preserve">, or more precisely the ever-greater power of the PRC state, </w:t>
      </w:r>
      <w:r>
        <w:rPr>
          <w:b w:val="0"/>
          <w:i w:val="0"/>
          <w:smallCaps w:val="0"/>
          <w:strike w:val="0"/>
          <w:sz w:val="22"/>
          <w:u w:val="single"/>
        </w:rPr>
        <w:t>represents a shift of the distribution</w:t>
      </w:r>
      <w:r>
        <w:rPr>
          <w:b w:val="0"/>
          <w:i w:val="0"/>
          <w:smallCaps w:val="0"/>
          <w:strike w:val="0"/>
          <w:sz w:val="16"/>
          <w:u w:val="none"/>
        </w:rPr>
        <w:t xml:space="preserve"> and concentration </w:t>
      </w:r>
      <w:r>
        <w:rPr>
          <w:b w:val="0"/>
          <w:i w:val="0"/>
          <w:smallCaps w:val="0"/>
          <w:strike w:val="0"/>
          <w:sz w:val="22"/>
          <w:u w:val="single"/>
        </w:rPr>
        <w:t>of power in the international system</w:t>
      </w:r>
      <w:r>
        <w:rPr>
          <w:b w:val="0"/>
          <w:i w:val="0"/>
          <w:smallCaps w:val="0"/>
          <w:strike w:val="0"/>
          <w:sz w:val="16"/>
          <w:u w:val="none"/>
        </w:rPr>
        <w:t xml:space="preserve"> (conceptually known as power transition) </w:t>
      </w:r>
      <w:r>
        <w:rPr>
          <w:b w:val="0"/>
          <w:i w:val="0"/>
          <w:smallCaps w:val="0"/>
          <w:strike w:val="0"/>
          <w:sz w:val="22"/>
          <w:u w:val="single"/>
        </w:rPr>
        <w:t xml:space="preserve">and an effort to </w:t>
      </w:r>
      <w:r>
        <w:rPr>
          <w:b/>
          <w:i w:val="0"/>
          <w:smallCaps w:val="0"/>
          <w:strike w:val="0"/>
          <w:sz w:val="22"/>
          <w:u w:val="single"/>
        </w:rPr>
        <w:t>reorder the units</w:t>
      </w:r>
      <w:r>
        <w:rPr>
          <w:b w:val="0"/>
          <w:i w:val="0"/>
          <w:smallCaps w:val="0"/>
          <w:strike w:val="0"/>
          <w:sz w:val="16"/>
          <w:u w:val="none"/>
        </w:rPr>
        <w:t xml:space="preserve"> in the system </w:t>
      </w:r>
      <w:r>
        <w:rPr>
          <w:b w:val="0"/>
          <w:i w:val="0"/>
          <w:smallCaps w:val="0"/>
          <w:strike w:val="0"/>
          <w:sz w:val="22"/>
          <w:u w:val="single"/>
        </w:rPr>
        <w:t xml:space="preserve">and change the system’s </w:t>
      </w:r>
      <w:r>
        <w:rPr>
          <w:b/>
          <w:i w:val="0"/>
          <w:smallCaps w:val="0"/>
          <w:strike w:val="0"/>
          <w:sz w:val="22"/>
          <w:u w:val="single"/>
        </w:rPr>
        <w:t>governing norms</w:t>
      </w:r>
      <w:r>
        <w:rPr>
          <w:b w:val="0"/>
          <w:i w:val="0"/>
          <w:smallCaps w:val="0"/>
          <w:strike w:val="0"/>
          <w:sz w:val="22"/>
          <w:u w:val="single"/>
        </w:rPr>
        <w:t>. Chinese leaders</w:t>
      </w:r>
      <w:r>
        <w:rPr>
          <w:b w:val="0"/>
          <w:i w:val="0"/>
          <w:smallCaps w:val="0"/>
          <w:strike w:val="0"/>
          <w:sz w:val="16"/>
          <w:u w:val="none"/>
        </w:rPr>
        <w:t xml:space="preserve"> have already </w:t>
      </w:r>
      <w:r>
        <w:rPr>
          <w:b/>
          <w:i w:val="0"/>
          <w:smallCaps w:val="0"/>
          <w:strike w:val="0"/>
          <w:sz w:val="22"/>
          <w:u w:val="single"/>
        </w:rPr>
        <w:t>openly claimed</w:t>
      </w:r>
      <w:r>
        <w:rPr>
          <w:b w:val="0"/>
          <w:i w:val="0"/>
          <w:smallCaps w:val="0"/>
          <w:strike w:val="0"/>
          <w:sz w:val="16"/>
          <w:u w:val="none"/>
        </w:rPr>
        <w:t xml:space="preserve"> that </w:t>
      </w:r>
      <w:r>
        <w:rPr>
          <w:b w:val="0"/>
          <w:i w:val="0"/>
          <w:smallCaps w:val="0"/>
          <w:strike w:val="0"/>
          <w:sz w:val="22"/>
          <w:u w:val="single"/>
        </w:rPr>
        <w:t>they are</w:t>
      </w:r>
      <w:r>
        <w:rPr>
          <w:b w:val="0"/>
          <w:i w:val="0"/>
          <w:smallCaps w:val="0"/>
          <w:strike w:val="0"/>
          <w:sz w:val="16"/>
          <w:u w:val="none"/>
        </w:rPr>
        <w:t xml:space="preserve"> now moving to </w:t>
      </w:r>
      <w:r>
        <w:rPr>
          <w:b w:val="0"/>
          <w:i w:val="0"/>
          <w:smallCaps w:val="0"/>
          <w:strike w:val="0"/>
          <w:sz w:val="22"/>
          <w:u w:val="single"/>
        </w:rPr>
        <w:t>the center of the world stage, leading a revolutionary change in</w:t>
      </w:r>
      <w:r>
        <w:rPr>
          <w:b w:val="0"/>
          <w:i w:val="0"/>
          <w:smallCaps w:val="0"/>
          <w:strike w:val="0"/>
          <w:sz w:val="16"/>
          <w:u w:val="none"/>
        </w:rPr>
        <w:t xml:space="preserve"> the </w:t>
      </w:r>
      <w:r>
        <w:rPr>
          <w:b w:val="0"/>
          <w:i w:val="0"/>
          <w:smallCaps w:val="0"/>
          <w:strike w:val="0"/>
          <w:sz w:val="22"/>
          <w:u w:val="single"/>
        </w:rPr>
        <w:t xml:space="preserve">world order, </w:t>
      </w:r>
      <w:r>
        <w:rPr>
          <w:b/>
          <w:i w:val="0"/>
          <w:smallCaps w:val="0"/>
          <w:strike w:val="0"/>
          <w:sz w:val="22"/>
          <w:highlight w:val="cyan"/>
          <w:u w:val="single"/>
        </w:rPr>
        <w:t>upending</w:t>
      </w:r>
      <w:r>
        <w:rPr>
          <w:b w:val="0"/>
          <w:i w:val="0"/>
          <w:smallCaps w:val="0"/>
          <w:strike w:val="0"/>
          <w:sz w:val="22"/>
          <w:u w:val="single"/>
        </w:rPr>
        <w:t xml:space="preserve"> the </w:t>
      </w:r>
      <w:r>
        <w:rPr>
          <w:b/>
          <w:i w:val="0"/>
          <w:smallCaps w:val="0"/>
          <w:strike w:val="0"/>
          <w:sz w:val="22"/>
          <w:u w:val="single"/>
        </w:rPr>
        <w:t xml:space="preserve">Peace of </w:t>
      </w:r>
      <w:r>
        <w:rPr>
          <w:b/>
          <w:i w:val="0"/>
          <w:smallCaps w:val="0"/>
          <w:strike w:val="0"/>
          <w:sz w:val="22"/>
          <w:highlight w:val="cyan"/>
          <w:u w:val="single"/>
        </w:rPr>
        <w:t>Westphalia</w:t>
      </w:r>
      <w:r>
        <w:rPr>
          <w:b w:val="0"/>
          <w:i w:val="0"/>
          <w:smallCaps w:val="0"/>
          <w:strike w:val="0"/>
          <w:sz w:val="16"/>
          <w:u w:val="none"/>
        </w:rPr>
        <w:t xml:space="preserve"> established “four hundred years ago,” in the words of PRC leaders </w:t>
      </w:r>
      <w:r>
        <w:rPr>
          <w:b w:val="0"/>
          <w:i w:val="0"/>
          <w:smallCaps w:val="0"/>
          <w:strike w:val="0"/>
          <w:sz w:val="22"/>
          <w:u w:val="single"/>
        </w:rPr>
        <w:t>This points to a systemic change of world politics</w:t>
      </w:r>
      <w:r>
        <w:rPr>
          <w:b w:val="0"/>
          <w:i w:val="0"/>
          <w:smallCaps w:val="0"/>
          <w:strike w:val="0"/>
          <w:sz w:val="16"/>
          <w:u w:val="none"/>
        </w:rPr>
        <w:t xml:space="preserve"> and a choice for all of us at the grandest possible scale: a scale </w:t>
      </w:r>
      <w:r>
        <w:rPr>
          <w:b w:val="0"/>
          <w:i w:val="0"/>
          <w:smallCaps w:val="0"/>
          <w:strike w:val="0"/>
          <w:sz w:val="22"/>
          <w:u w:val="single"/>
        </w:rPr>
        <w:t xml:space="preserve">that could reshape nations </w:t>
      </w:r>
      <w:r>
        <w:rPr>
          <w:b w:val="0"/>
          <w:i w:val="0"/>
          <w:smallCaps w:val="0"/>
          <w:strike w:val="0"/>
          <w:sz w:val="22"/>
          <w:highlight w:val="cyan"/>
          <w:u w:val="single"/>
        </w:rPr>
        <w:t xml:space="preserve">and </w:t>
      </w:r>
      <w:r>
        <w:rPr>
          <w:b/>
          <w:i w:val="0"/>
          <w:smallCaps w:val="0"/>
          <w:strike w:val="0"/>
          <w:sz w:val="22"/>
          <w:highlight w:val="cyan"/>
          <w:u w:val="single"/>
        </w:rPr>
        <w:t>redirect</w:t>
      </w:r>
      <w:r>
        <w:rPr>
          <w:b/>
          <w:i w:val="0"/>
          <w:smallCaps w:val="0"/>
          <w:strike w:val="0"/>
          <w:sz w:val="22"/>
          <w:u w:val="single"/>
        </w:rPr>
        <w:t xml:space="preserve"> the path</w:t>
      </w:r>
      <w:r>
        <w:rPr>
          <w:b w:val="0"/>
          <w:i w:val="0"/>
          <w:smallCaps w:val="0"/>
          <w:strike w:val="0"/>
          <w:sz w:val="22"/>
          <w:u w:val="single"/>
        </w:rPr>
        <w:t xml:space="preserve"> of </w:t>
      </w:r>
      <w:r>
        <w:rPr>
          <w:b/>
          <w:i w:val="0"/>
          <w:smallCaps w:val="0"/>
          <w:strike w:val="0"/>
          <w:sz w:val="22"/>
          <w:u w:val="single"/>
        </w:rPr>
        <w:t xml:space="preserve">human </w:t>
      </w:r>
      <w:r>
        <w:rPr>
          <w:b/>
          <w:i w:val="0"/>
          <w:smallCaps w:val="0"/>
          <w:strike w:val="0"/>
          <w:sz w:val="22"/>
          <w:highlight w:val="cyan"/>
          <w:u w:val="single"/>
        </w:rPr>
        <w:t>civilization</w:t>
      </w:r>
      <w:r>
        <w:rPr>
          <w:b w:val="0"/>
          <w:i w:val="0"/>
          <w:smallCaps w:val="0"/>
          <w:strike w:val="0"/>
          <w:sz w:val="16"/>
          <w:u w:val="none"/>
        </w:rPr>
        <w:t xml:space="preserve">. The PRC’s challenge is therefore greater than the struggle between the two European ideologies of Capitalism and Communism. </w:t>
      </w:r>
      <w:r>
        <w:rPr>
          <w:b w:val="0"/>
          <w:i w:val="0"/>
          <w:smallCaps w:val="0"/>
          <w:strike w:val="0"/>
          <w:sz w:val="22"/>
          <w:u w:val="single"/>
        </w:rPr>
        <w:t xml:space="preserve">The confrontation between the </w:t>
      </w:r>
      <w:r>
        <w:rPr>
          <w:b/>
          <w:i w:val="0"/>
          <w:smallCaps w:val="0"/>
          <w:strike w:val="0"/>
          <w:sz w:val="22"/>
          <w:u w:val="single"/>
        </w:rPr>
        <w:t>U.S.-led LIO</w:t>
      </w:r>
      <w:r>
        <w:rPr>
          <w:b w:val="0"/>
          <w:i w:val="0"/>
          <w:smallCaps w:val="0"/>
          <w:strike w:val="0"/>
          <w:sz w:val="22"/>
          <w:u w:val="single"/>
        </w:rPr>
        <w:t xml:space="preserve"> and the PRC-dreamed </w:t>
      </w:r>
      <w:r>
        <w:rPr>
          <w:b/>
          <w:i w:val="0"/>
          <w:smallCaps w:val="0"/>
          <w:strike w:val="0"/>
          <w:sz w:val="22"/>
          <w:u w:val="single"/>
        </w:rPr>
        <w:t>China Order</w:t>
      </w:r>
      <w:r>
        <w:rPr>
          <w:b w:val="0"/>
          <w:i w:val="0"/>
          <w:smallCaps w:val="0"/>
          <w:strike w:val="0"/>
          <w:sz w:val="22"/>
          <w:u w:val="single"/>
        </w:rPr>
        <w:t xml:space="preserve"> transcends</w:t>
      </w:r>
      <w:r>
        <w:rPr>
          <w:b w:val="0"/>
          <w:i w:val="0"/>
          <w:smallCaps w:val="0"/>
          <w:strike w:val="0"/>
          <w:sz w:val="16"/>
          <w:u w:val="none"/>
        </w:rPr>
        <w:t xml:space="preserve"> these often vaguely defined </w:t>
      </w:r>
      <w:r>
        <w:rPr>
          <w:b w:val="0"/>
          <w:i w:val="0"/>
          <w:smallCaps w:val="0"/>
          <w:strike w:val="0"/>
          <w:sz w:val="22"/>
          <w:u w:val="single"/>
        </w:rPr>
        <w:t>civilizational clashes</w:t>
      </w:r>
      <w:r>
        <w:rPr>
          <w:b w:val="0"/>
          <w:i w:val="0"/>
          <w:smallCaps w:val="0"/>
          <w:strike w:val="0"/>
          <w:sz w:val="16"/>
          <w:u w:val="none"/>
        </w:rPr>
        <w:t>.</w:t>
      </w:r>
    </w:p>
    <w:p>
      <w:pPr>
        <w:spacing w:after="60"/>
      </w:pPr>
      <w:r>
        <w:rPr>
          <w:b w:val="0"/>
          <w:i w:val="0"/>
          <w:smallCaps w:val="0"/>
          <w:strike w:val="0"/>
          <w:sz w:val="16"/>
          <w:u w:val="none"/>
        </w:rPr>
        <w:t xml:space="preserve">If the PRC challenge, the rise of an unscrupulous, ever more resourceful and determined PRC state, is not managed well and promptly, </w:t>
      </w:r>
      <w:r>
        <w:rPr>
          <w:b w:val="0"/>
          <w:i w:val="0"/>
          <w:smallCaps w:val="0"/>
          <w:strike w:val="0"/>
          <w:sz w:val="22"/>
          <w:highlight w:val="cyan"/>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will</w:t>
      </w:r>
      <w:r>
        <w:rPr>
          <w:b w:val="0"/>
          <w:i w:val="0"/>
          <w:smallCaps w:val="0"/>
          <w:strike w:val="0"/>
          <w:sz w:val="22"/>
          <w:u w:val="single"/>
        </w:rPr>
        <w:t xml:space="preserve"> have to </w:t>
      </w:r>
      <w:r>
        <w:rPr>
          <w:b w:val="0"/>
          <w:i w:val="0"/>
          <w:smallCaps w:val="0"/>
          <w:strike w:val="0"/>
          <w:sz w:val="22"/>
          <w:highlight w:val="cyan"/>
          <w:u w:val="single"/>
        </w:rPr>
        <w:t>face</w:t>
      </w:r>
      <w:r>
        <w:rPr>
          <w:b w:val="0"/>
          <w:i w:val="0"/>
          <w:smallCaps w:val="0"/>
          <w:strike w:val="0"/>
          <w:sz w:val="16"/>
          <w:u w:val="none"/>
        </w:rPr>
        <w:t xml:space="preserve"> a much worse choice in the </w:t>
      </w:r>
      <w:r>
        <w:rPr>
          <w:b w:val="0"/>
          <w:i w:val="0"/>
          <w:smallCaps w:val="0"/>
          <w:strike w:val="0"/>
          <w:sz w:val="16"/>
          <w:u w:val="none"/>
        </w:rPr>
        <w:t>not too distant</w:t>
      </w:r>
      <w:r>
        <w:rPr>
          <w:b w:val="0"/>
          <w:i w:val="0"/>
          <w:smallCaps w:val="0"/>
          <w:strike w:val="0"/>
          <w:sz w:val="16"/>
          <w:u w:val="none"/>
        </w:rPr>
        <w:t xml:space="preserve"> future between tragic capitulation and a </w:t>
      </w:r>
      <w:r>
        <w:rPr>
          <w:b/>
          <w:i w:val="0"/>
          <w:smallCaps w:val="0"/>
          <w:strike w:val="0"/>
          <w:sz w:val="22"/>
          <w:u w:val="single"/>
        </w:rPr>
        <w:t xml:space="preserve">desperate </w:t>
      </w:r>
      <w:r>
        <w:rPr>
          <w:b/>
          <w:i w:val="0"/>
          <w:smallCaps w:val="0"/>
          <w:strike w:val="0"/>
          <w:sz w:val="22"/>
          <w:highlight w:val="cyan"/>
          <w:u w:val="single"/>
        </w:rPr>
        <w:t>war</w:t>
      </w:r>
      <w:r>
        <w:rPr>
          <w:b w:val="0"/>
          <w:i w:val="0"/>
          <w:smallCaps w:val="0"/>
          <w:strike w:val="0"/>
          <w:sz w:val="22"/>
          <w:u w:val="single"/>
        </w:rPr>
        <w:t xml:space="preserve"> for its national security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world leadership</w:t>
      </w:r>
      <w:r>
        <w:rPr>
          <w:b w:val="0"/>
          <w:i w:val="0"/>
          <w:smallCaps w:val="0"/>
          <w:strike w:val="0"/>
          <w:sz w:val="16"/>
          <w:u w:val="none"/>
        </w:rPr>
        <w:t xml:space="preserve"> and for the way in which humankind is organized worldwide. </w:t>
      </w:r>
      <w:r>
        <w:rPr>
          <w:b w:val="0"/>
          <w:i w:val="0"/>
          <w:smallCaps w:val="0"/>
          <w:strike w:val="0"/>
          <w:sz w:val="22"/>
          <w:u w:val="single"/>
        </w:rPr>
        <w:t>In the age of</w:t>
      </w:r>
      <w:r>
        <w:rPr>
          <w:b w:val="0"/>
          <w:i w:val="0"/>
          <w:smallCaps w:val="0"/>
          <w:strike w:val="0"/>
          <w:sz w:val="16"/>
          <w:u w:val="none"/>
        </w:rPr>
        <w:t xml:space="preserve"> many kinds of </w:t>
      </w:r>
      <w:r>
        <w:rPr>
          <w:b/>
          <w:i w:val="0"/>
          <w:smallCaps w:val="0"/>
          <w:strike w:val="0"/>
          <w:sz w:val="22"/>
          <w:highlight w:val="cyan"/>
          <w:u w:val="single"/>
        </w:rPr>
        <w:t>w</w:t>
      </w:r>
      <w:r>
        <w:rPr>
          <w:b w:val="0"/>
          <w:i w:val="0"/>
          <w:smallCaps w:val="0"/>
          <w:strike w:val="0"/>
          <w:sz w:val="16"/>
          <w:u w:val="none"/>
        </w:rPr>
        <w:t xml:space="preserve">eapons of </w:t>
      </w:r>
      <w:r>
        <w:rPr>
          <w:b/>
          <w:i w:val="0"/>
          <w:smallCaps w:val="0"/>
          <w:strike w:val="0"/>
          <w:sz w:val="22"/>
          <w:highlight w:val="cyan"/>
          <w:u w:val="single"/>
        </w:rPr>
        <w:t>m</w:t>
      </w:r>
      <w:r>
        <w:rPr>
          <w:b w:val="0"/>
          <w:i w:val="0"/>
          <w:smallCaps w:val="0"/>
          <w:strike w:val="0"/>
          <w:sz w:val="16"/>
          <w:u w:val="none"/>
        </w:rPr>
        <w:t xml:space="preserve">ass </w:t>
      </w:r>
      <w:r>
        <w:rPr>
          <w:b/>
          <w:i w:val="0"/>
          <w:smallCaps w:val="0"/>
          <w:strike w:val="0"/>
          <w:sz w:val="22"/>
          <w:highlight w:val="cyan"/>
          <w:u w:val="single"/>
        </w:rPr>
        <w:t>d</w:t>
      </w:r>
      <w:r>
        <w:rPr>
          <w:b w:val="0"/>
          <w:i w:val="0"/>
          <w:smallCaps w:val="0"/>
          <w:strike w:val="0"/>
          <w:sz w:val="16"/>
          <w:u w:val="none"/>
        </w:rPr>
        <w:t>estruction, this will be a harrowing decision.</w:t>
      </w:r>
    </w:p>
    <w:p>
      <w:pPr>
        <w:spacing w:after="60"/>
      </w:pPr>
      <w:r>
        <w:rPr>
          <w:b w:val="0"/>
          <w:i w:val="0"/>
          <w:smallCaps w:val="0"/>
          <w:strike w:val="0"/>
          <w:sz w:val="16"/>
          <w:u w:val="none"/>
        </w:rPr>
        <w:t xml:space="preserve">Of course, one may argue that the grandiose China Dream of a China Order may be just another pretentious way for the CCP to invoke traditional, nationalist, and populist ideals to justify its autocratic governance of the Chinese people forever, </w:t>
      </w:r>
      <w:r>
        <w:rPr>
          <w:b w:val="0"/>
          <w:i w:val="0"/>
          <w:smallCaps w:val="0"/>
          <w:strike w:val="0"/>
          <w:sz w:val="16"/>
          <w:u w:val="none"/>
        </w:rPr>
        <w:t>similar to</w:t>
      </w:r>
      <w:r>
        <w:rPr>
          <w:b w:val="0"/>
          <w:i w:val="0"/>
          <w:smallCaps w:val="0"/>
          <w:strike w:val="0"/>
          <w:sz w:val="16"/>
          <w:u w:val="none"/>
        </w:rPr>
        <w:t xml:space="preserve"> the splendid slogans and missions fabricated by many other dictators. Perhaps the highly insecure CCP leadership is fighting for its survival, not world domination. However, words have consequences. Propaganda and dilution often greatly mesmerize and mislead the pretenders themselves. More importantly, </w:t>
      </w:r>
      <w:r>
        <w:rPr>
          <w:b w:val="0"/>
          <w:i w:val="0"/>
          <w:smallCaps w:val="0"/>
          <w:strike w:val="0"/>
          <w:sz w:val="22"/>
          <w:u w:val="single"/>
        </w:rPr>
        <w:t xml:space="preserve">the CCP has been </w:t>
      </w:r>
      <w:r>
        <w:rPr>
          <w:b/>
          <w:i w:val="0"/>
          <w:smallCaps w:val="0"/>
          <w:strike w:val="0"/>
          <w:sz w:val="22"/>
          <w:u w:val="single"/>
        </w:rPr>
        <w:t>steadily following</w:t>
      </w:r>
      <w:r>
        <w:rPr>
          <w:b w:val="0"/>
          <w:i w:val="0"/>
          <w:smallCaps w:val="0"/>
          <w:strike w:val="0"/>
          <w:sz w:val="16"/>
          <w:u w:val="none"/>
        </w:rPr>
        <w:t xml:space="preserve"> up </w:t>
      </w:r>
      <w:r>
        <w:rPr>
          <w:b w:val="0"/>
          <w:i w:val="0"/>
          <w:smallCaps w:val="0"/>
          <w:strike w:val="0"/>
          <w:sz w:val="22"/>
          <w:u w:val="single"/>
        </w:rPr>
        <w:t>its words with action</w:t>
      </w:r>
      <w:r>
        <w:rPr>
          <w:b w:val="0"/>
          <w:i w:val="0"/>
          <w:smallCaps w:val="0"/>
          <w:strike w:val="0"/>
          <w:sz w:val="16"/>
          <w:u w:val="none"/>
        </w:rPr>
        <w:t xml:space="preserve"> and money for years (basically nonstop since 1949); it has just pledged over 10 times the total sum of the Marshall Plan (in today’s dollars) for its Belt and Road Initiative alone, for instance.</w:t>
      </w:r>
    </w:p>
    <w:p>
      <w:pPr>
        <w:spacing w:after="60"/>
      </w:pPr>
      <w:r>
        <w:rPr>
          <w:b w:val="0"/>
          <w:i w:val="0"/>
          <w:smallCaps w:val="0"/>
          <w:strike w:val="0"/>
          <w:sz w:val="16"/>
          <w:u w:val="none"/>
        </w:rPr>
        <w:t xml:space="preserve">As the logic of the China Order dictates, </w:t>
      </w:r>
      <w:r>
        <w:rPr>
          <w:b w:val="0"/>
          <w:i w:val="0"/>
          <w:smallCaps w:val="0"/>
          <w:strike w:val="0"/>
          <w:sz w:val="22"/>
          <w:highlight w:val="cyan"/>
          <w:u w:val="single"/>
        </w:rPr>
        <w:t>the</w:t>
      </w:r>
      <w:r>
        <w:rPr>
          <w:b w:val="0"/>
          <w:i w:val="0"/>
          <w:smallCaps w:val="0"/>
          <w:strike w:val="0"/>
          <w:sz w:val="22"/>
          <w:u w:val="single"/>
        </w:rPr>
        <w:t xml:space="preserve"> rising Chinese </w:t>
      </w:r>
      <w:r>
        <w:rPr>
          <w:b w:val="0"/>
          <w:i w:val="0"/>
          <w:smallCaps w:val="0"/>
          <w:strike w:val="0"/>
          <w:sz w:val="22"/>
          <w:highlight w:val="cyan"/>
          <w:u w:val="single"/>
        </w:rPr>
        <w:t xml:space="preserve">power will </w:t>
      </w:r>
      <w:r>
        <w:rPr>
          <w:b/>
          <w:i w:val="0"/>
          <w:smallCaps w:val="0"/>
          <w:strike w:val="0"/>
          <w:sz w:val="22"/>
          <w:highlight w:val="cyan"/>
          <w:u w:val="single"/>
        </w:rPr>
        <w:t>not stop</w:t>
      </w:r>
      <w:r>
        <w:rPr>
          <w:b/>
          <w:i w:val="0"/>
          <w:smallCaps w:val="0"/>
          <w:strike w:val="0"/>
          <w:sz w:val="22"/>
          <w:u w:val="single"/>
        </w:rPr>
        <w:t xml:space="preserve"> short</w:t>
      </w:r>
      <w:r>
        <w:rPr>
          <w:b w:val="0"/>
          <w:i w:val="0"/>
          <w:smallCaps w:val="0"/>
          <w:strike w:val="0"/>
          <w:sz w:val="22"/>
          <w:u w:val="single"/>
        </w:rPr>
        <w:t xml:space="preserve"> </w:t>
      </w:r>
      <w:r>
        <w:rPr>
          <w:b w:val="0"/>
          <w:i w:val="0"/>
          <w:smallCaps w:val="0"/>
          <w:strike w:val="0"/>
          <w:sz w:val="22"/>
          <w:u w:val="single"/>
        </w:rPr>
        <w:t xml:space="preserve">of </w:t>
      </w:r>
      <w:r>
        <w:rPr>
          <w:b/>
          <w:i w:val="0"/>
          <w:smallCaps w:val="0"/>
          <w:strike w:val="0"/>
          <w:sz w:val="22"/>
          <w:highlight w:val="cyan"/>
          <w:u w:val="single"/>
        </w:rPr>
        <w:t>unseating</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and </w:t>
      </w:r>
      <w:r>
        <w:rPr>
          <w:b/>
          <w:i w:val="0"/>
          <w:smallCaps w:val="0"/>
          <w:strike w:val="0"/>
          <w:sz w:val="22"/>
          <w:u w:val="single"/>
        </w:rPr>
        <w:t xml:space="preserve">reordering the </w:t>
      </w:r>
      <w:r>
        <w:rPr>
          <w:b/>
          <w:i w:val="0"/>
          <w:smallCaps w:val="0"/>
          <w:strike w:val="0"/>
          <w:sz w:val="22"/>
          <w:highlight w:val="cyan"/>
          <w:u w:val="single"/>
        </w:rPr>
        <w:t>world</w:t>
      </w:r>
      <w:r>
        <w:rPr>
          <w:b w:val="0"/>
          <w:i w:val="0"/>
          <w:smallCaps w:val="0"/>
          <w:strike w:val="0"/>
          <w:sz w:val="22"/>
          <w:highlight w:val="cyan"/>
          <w:u w:val="single"/>
        </w:rPr>
        <w:t>, unless</w:t>
      </w:r>
      <w:r>
        <w:rPr>
          <w:b w:val="0"/>
          <w:i w:val="0"/>
          <w:smallCaps w:val="0"/>
          <w:strike w:val="0"/>
          <w:sz w:val="16"/>
          <w:u w:val="none"/>
        </w:rPr>
        <w:t xml:space="preserve"> Beijing’s Qin-Han polity is transformed and/or </w:t>
      </w:r>
      <w:r>
        <w:rPr>
          <w:b w:val="0"/>
          <w:i w:val="0"/>
          <w:smallCaps w:val="0"/>
          <w:strike w:val="0"/>
          <w:sz w:val="22"/>
          <w:u w:val="single"/>
        </w:rPr>
        <w:t>the</w:t>
      </w:r>
      <w:r>
        <w:rPr>
          <w:b w:val="0"/>
          <w:i w:val="0"/>
          <w:smallCaps w:val="0"/>
          <w:strike w:val="0"/>
          <w:sz w:val="16"/>
          <w:u w:val="none"/>
        </w:rPr>
        <w:t xml:space="preserve"> ever richer and more </w:t>
      </w:r>
      <w:r>
        <w:rPr>
          <w:b w:val="0"/>
          <w:i w:val="0"/>
          <w:smallCaps w:val="0"/>
          <w:strike w:val="0"/>
          <w:sz w:val="22"/>
          <w:u w:val="single"/>
        </w:rPr>
        <w:t xml:space="preserve">powerful PRC is </w:t>
      </w:r>
      <w:r>
        <w:rPr>
          <w:b w:val="0"/>
          <w:i w:val="0"/>
          <w:smallCaps w:val="0"/>
          <w:strike w:val="0"/>
          <w:sz w:val="22"/>
          <w:highlight w:val="cyan"/>
          <w:u w:val="single"/>
        </w:rPr>
        <w:t>checked</w:t>
      </w:r>
      <w:r>
        <w:rPr>
          <w:b w:val="0"/>
          <w:i w:val="0"/>
          <w:smallCaps w:val="0"/>
          <w:strike w:val="0"/>
          <w:sz w:val="16"/>
          <w:u w:val="none"/>
        </w:rPr>
        <w:t xml:space="preserve">. The alternatives, </w:t>
      </w:r>
      <w:r>
        <w:rPr>
          <w:b w:val="0"/>
          <w:i w:val="0"/>
          <w:smallCaps w:val="0"/>
          <w:strike w:val="0"/>
          <w:sz w:val="22"/>
          <w:u w:val="single"/>
        </w:rPr>
        <w:t xml:space="preserve">American </w:t>
      </w:r>
      <w:r>
        <w:rPr>
          <w:b/>
          <w:i w:val="0"/>
          <w:smallCaps w:val="0"/>
          <w:strike w:val="0"/>
          <w:sz w:val="22"/>
          <w:u w:val="single"/>
        </w:rPr>
        <w:t>capitulation</w:t>
      </w:r>
      <w:r>
        <w:rPr>
          <w:b w:val="0"/>
          <w:i w:val="0"/>
          <w:smallCaps w:val="0"/>
          <w:strike w:val="0"/>
          <w:sz w:val="22"/>
          <w:u w:val="single"/>
        </w:rPr>
        <w:t xml:space="preserve"> or </w:t>
      </w:r>
      <w:r>
        <w:rPr>
          <w:b/>
          <w:i w:val="0"/>
          <w:smallCaps w:val="0"/>
          <w:strike w:val="0"/>
          <w:sz w:val="22"/>
          <w:u w:val="single"/>
        </w:rPr>
        <w:t>world war</w:t>
      </w:r>
      <w:r>
        <w:rPr>
          <w:b w:val="0"/>
          <w:i w:val="0"/>
          <w:smallCaps w:val="0"/>
          <w:strike w:val="0"/>
          <w:sz w:val="22"/>
          <w:u w:val="single"/>
        </w:rPr>
        <w:t>, are</w:t>
      </w:r>
      <w:r>
        <w:rPr>
          <w:b w:val="0"/>
          <w:i w:val="0"/>
          <w:smallCaps w:val="0"/>
          <w:strike w:val="0"/>
          <w:sz w:val="16"/>
          <w:u w:val="none"/>
        </w:rPr>
        <w:t xml:space="preserve"> horrific to contemplate, but </w:t>
      </w:r>
      <w:r>
        <w:rPr>
          <w:b w:val="0"/>
          <w:i w:val="0"/>
          <w:smallCaps w:val="0"/>
          <w:strike w:val="0"/>
          <w:sz w:val="22"/>
          <w:u w:val="single"/>
        </w:rPr>
        <w:t>not</w:t>
      </w:r>
      <w:r>
        <w:rPr>
          <w:b w:val="0"/>
          <w:i w:val="0"/>
          <w:smallCaps w:val="0"/>
          <w:strike w:val="0"/>
          <w:sz w:val="16"/>
          <w:u w:val="none"/>
        </w:rPr>
        <w:t xml:space="preserve"> necessarily </w:t>
      </w:r>
      <w:r>
        <w:rPr>
          <w:b w:val="0"/>
          <w:i w:val="0"/>
          <w:smallCaps w:val="0"/>
          <w:strike w:val="0"/>
          <w:sz w:val="22"/>
          <w:u w:val="single"/>
        </w:rPr>
        <w:t>impossible</w:t>
      </w:r>
      <w:r>
        <w:rPr>
          <w:b w:val="0"/>
          <w:i w:val="0"/>
          <w:smallCaps w:val="0"/>
          <w:strike w:val="0"/>
          <w:sz w:val="16"/>
          <w:u w:val="none"/>
        </w:rPr>
        <w:t xml:space="preserve">. Unlike in Hollywood, the “good” guys do not always win necessarily in the real world. A mighty autocracy that tightly controls one-fifth of humankind, willfully spends a disproportionately larger portion of the fruits of the world’s second largest economy, and vows (even if only hypocritically) to reform and reorder the world under its leadership, is and will always be a mortal challenge to the national security of the United States. </w:t>
      </w:r>
      <w:r>
        <w:rPr>
          <w:b w:val="0"/>
          <w:i w:val="0"/>
          <w:smallCaps w:val="0"/>
          <w:strike w:val="0"/>
          <w:sz w:val="22"/>
          <w:highlight w:val="cyan"/>
          <w:u w:val="single"/>
        </w:rPr>
        <w:t xml:space="preserve">America’s </w:t>
      </w:r>
      <w:r>
        <w:rPr>
          <w:b/>
          <w:i w:val="0"/>
          <w:smallCaps w:val="0"/>
          <w:strike w:val="0"/>
          <w:sz w:val="22"/>
          <w:u w:val="single"/>
        </w:rPr>
        <w:t xml:space="preserve">global </w:t>
      </w:r>
      <w:r>
        <w:rPr>
          <w:b/>
          <w:i w:val="0"/>
          <w:smallCaps w:val="0"/>
          <w:strike w:val="0"/>
          <w:sz w:val="22"/>
          <w:highlight w:val="cyan"/>
          <w:u w:val="single"/>
        </w:rPr>
        <w:t>position</w:t>
      </w:r>
      <w:r>
        <w:rPr>
          <w:b w:val="0"/>
          <w:i w:val="0"/>
          <w:smallCaps w:val="0"/>
          <w:strike w:val="0"/>
          <w:sz w:val="22"/>
          <w:highlight w:val="cyan"/>
          <w:u w:val="single"/>
        </w:rPr>
        <w:t xml:space="preserve"> and</w:t>
      </w:r>
      <w:r>
        <w:rPr>
          <w:b w:val="0"/>
          <w:i w:val="0"/>
          <w:smallCaps w:val="0"/>
          <w:strike w:val="0"/>
          <w:sz w:val="16"/>
          <w:u w:val="none"/>
        </w:rPr>
        <w:t xml:space="preserve"> way of life, </w:t>
      </w:r>
      <w:r>
        <w:rPr>
          <w:b/>
          <w:i w:val="0"/>
          <w:smallCaps w:val="0"/>
          <w:strike w:val="0"/>
          <w:sz w:val="22"/>
          <w:u w:val="single"/>
        </w:rPr>
        <w:t xml:space="preserve">world </w:t>
      </w:r>
      <w:r>
        <w:rPr>
          <w:b/>
          <w:i w:val="0"/>
          <w:smallCaps w:val="0"/>
          <w:strike w:val="0"/>
          <w:sz w:val="22"/>
          <w:highlight w:val="cyan"/>
          <w:u w:val="single"/>
        </w:rPr>
        <w:t>peace</w:t>
      </w:r>
      <w:r>
        <w:rPr>
          <w:b w:val="0"/>
          <w:i w:val="0"/>
          <w:smallCaps w:val="0"/>
          <w:strike w:val="0"/>
          <w:sz w:val="16"/>
          <w:u w:val="none"/>
        </w:rPr>
        <w:t xml:space="preserve">, and the overall world order </w:t>
      </w:r>
      <w:r>
        <w:rPr>
          <w:b w:val="0"/>
          <w:i w:val="0"/>
          <w:smallCaps w:val="0"/>
          <w:strike w:val="0"/>
          <w:sz w:val="22"/>
          <w:u w:val="single"/>
        </w:rPr>
        <w:t xml:space="preserve">all </w:t>
      </w:r>
      <w:r>
        <w:rPr>
          <w:b w:val="0"/>
          <w:i w:val="0"/>
          <w:smallCaps w:val="0"/>
          <w:strike w:val="0"/>
          <w:sz w:val="22"/>
          <w:highlight w:val="cyan"/>
          <w:u w:val="single"/>
        </w:rPr>
        <w:t>rest on</w:t>
      </w:r>
      <w:r>
        <w:rPr>
          <w:b w:val="0"/>
          <w:i w:val="0"/>
          <w:smallCaps w:val="0"/>
          <w:strike w:val="0"/>
          <w:sz w:val="22"/>
          <w:u w:val="single"/>
        </w:rPr>
        <w:t xml:space="preserve"> how </w:t>
      </w:r>
      <w:r>
        <w:rPr>
          <w:b w:val="0"/>
          <w:i w:val="0"/>
          <w:smallCaps w:val="0"/>
          <w:strike w:val="0"/>
          <w:sz w:val="22"/>
          <w:u w:val="single"/>
        </w:rPr>
        <w:t xml:space="preserve">the </w:t>
      </w:r>
      <w:r>
        <w:rPr>
          <w:b/>
          <w:i w:val="0"/>
          <w:smallCaps w:val="0"/>
          <w:strike w:val="0"/>
          <w:sz w:val="22"/>
          <w:highlight w:val="cyan"/>
          <w:u w:val="single"/>
        </w:rPr>
        <w:t>PRC</w:t>
      </w:r>
      <w:r>
        <w:rPr>
          <w:b/>
          <w:i w:val="0"/>
          <w:smallCaps w:val="0"/>
          <w:strike w:val="0"/>
          <w:sz w:val="22"/>
          <w:u w:val="single"/>
        </w:rPr>
        <w:t xml:space="preserve"> challenge</w:t>
      </w:r>
      <w:r>
        <w:rPr>
          <w:b w:val="0"/>
          <w:i w:val="0"/>
          <w:smallCaps w:val="0"/>
          <w:strike w:val="0"/>
          <w:sz w:val="22"/>
          <w:u w:val="single"/>
        </w:rPr>
        <w:t xml:space="preserve"> is managed</w:t>
      </w:r>
      <w:r>
        <w:rPr>
          <w:b w:val="0"/>
          <w:i w:val="0"/>
          <w:smallCaps w:val="0"/>
          <w:strike w:val="0"/>
          <w:sz w:val="16"/>
          <w:u w:val="none"/>
        </w:rPr>
        <w:t>—soon.</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