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M</w:t>
      </w:r>
      <w:r>
        <w:rPr>
          <w:b/>
          <w:i w:val="0"/>
          <w:smallCaps w:val="0"/>
          <w:strike w:val="0"/>
          <w:sz w:val="26"/>
          <w:u w:val="none"/>
        </w:rPr>
        <w:t>isinfo</w:t>
      </w:r>
      <w:r>
        <w:rPr>
          <w:b/>
          <w:i w:val="0"/>
          <w:smallCaps w:val="0"/>
          <w:strike w:val="0"/>
          <w:sz w:val="26"/>
          <w:u w:val="none"/>
        </w:rPr>
        <w:t xml:space="preserve"> creates conscious consumers and solves the net benefit.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Rosenbaum 17 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 xml:space="preserve">Steven Rosenbaum, Co-Founder and Executive Director at The Sustainable Media Center; 11/6/2017; LinkedIn; </w:t>
      </w:r>
      <w:r>
        <w:rPr>
          <w:b/>
          <w:i w:val="0"/>
          <w:smallCaps w:val="0"/>
          <w:strike w:val="0"/>
          <w:u w:val="none"/>
        </w:rPr>
        <w:t>"</w:t>
      </w:r>
      <w:r>
        <w:rPr>
          <w:b/>
          <w:i w:val="0"/>
          <w:smallCaps w:val="0"/>
          <w:strike w:val="0"/>
          <w:highlight w:val="cyan"/>
          <w:u w:val="single"/>
        </w:rPr>
        <w:t>Fake News</w:t>
      </w:r>
      <w:r>
        <w:rPr>
          <w:b/>
          <w:i w:val="0"/>
          <w:smallCaps w:val="0"/>
          <w:strike w:val="0"/>
          <w:u w:val="single"/>
        </w:rPr>
        <w:t xml:space="preserve"> - Why It</w:t>
      </w:r>
      <w:r>
        <w:rPr>
          <w:b/>
          <w:i w:val="0"/>
          <w:smallCaps w:val="0"/>
          <w:strike w:val="0"/>
          <w:highlight w:val="cyan"/>
          <w:u w:val="single"/>
        </w:rPr>
        <w:t>'s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A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Good Thing</w:t>
      </w:r>
      <w:r>
        <w:rPr>
          <w:b w:val="0"/>
          <w:i w:val="0"/>
          <w:smallCaps w:val="0"/>
          <w:strike w:val="0"/>
          <w:u w:val="single"/>
        </w:rPr>
        <w:t>";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https://www.linkedin.com/pulse/fake-news-why-its-good-thing-steven-rosenbaum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 w:val="0"/>
          <w:i w:val="0"/>
          <w:smallCaps w:val="0"/>
          <w:strike w:val="0"/>
          <w:u w:val="none"/>
        </w:rPr>
        <w:t>shiwen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Information</w:t>
      </w:r>
      <w:r>
        <w:rPr>
          <w:b w:val="0"/>
          <w:i w:val="0"/>
          <w:smallCaps w:val="0"/>
          <w:strike w:val="0"/>
          <w:u w:val="single"/>
        </w:rPr>
        <w:t xml:space="preserve"> is </w:t>
      </w:r>
      <w:r>
        <w:rPr>
          <w:b w:val="0"/>
          <w:i w:val="0"/>
          <w:smallCaps w:val="0"/>
          <w:strike w:val="0"/>
          <w:highlight w:val="cyan"/>
          <w:u w:val="single"/>
        </w:rPr>
        <w:t>coming at us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like a torrent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Relentless</w:t>
      </w:r>
      <w:r>
        <w:rPr>
          <w:b w:val="0"/>
          <w:i w:val="0"/>
          <w:smallCaps w:val="0"/>
          <w:strike w:val="0"/>
          <w:u w:val="single"/>
        </w:rPr>
        <w:t>. Unstoppable</w:t>
      </w:r>
      <w:r>
        <w:rPr>
          <w:b w:val="0"/>
          <w:i w:val="0"/>
          <w:smallCaps w:val="0"/>
          <w:strike w:val="0"/>
          <w:u w:val="single"/>
        </w:rPr>
        <w:t>. Without Context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What’s changed? Printing presses went from this to THIS. $99 at Best Buy, or free with a coupon. Television went from big trucks and expensive satellites to the transmitter we all have in our pockets </w:t>
      </w:r>
      <w:r>
        <w:rPr>
          <w:b w:val="0"/>
          <w:i w:val="0"/>
          <w:smallCaps w:val="0"/>
          <w:strike w:val="0"/>
          <w:sz w:val="14"/>
          <w:u w:val="none"/>
        </w:rPr>
        <w:t>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print, books and magazines, shifted to this - </w:t>
      </w:r>
      <w:r>
        <w:rPr>
          <w:b w:val="0"/>
          <w:i w:val="0"/>
          <w:smallCaps w:val="0"/>
          <w:strike w:val="0"/>
          <w:u w:val="single"/>
        </w:rPr>
        <w:t xml:space="preserve">an </w:t>
      </w:r>
      <w:r>
        <w:rPr>
          <w:b w:val="0"/>
          <w:i w:val="0"/>
          <w:smallCaps w:val="0"/>
          <w:strike w:val="0"/>
          <w:highlight w:val="cyan"/>
          <w:u w:val="single"/>
        </w:rPr>
        <w:t>ever-changing</w:t>
      </w:r>
      <w:r>
        <w:rPr>
          <w:b w:val="0"/>
          <w:i w:val="0"/>
          <w:smallCaps w:val="0"/>
          <w:strike w:val="0"/>
          <w:u w:val="single"/>
        </w:rPr>
        <w:t xml:space="preserve"> cloud of information.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 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Today -</w:t>
      </w:r>
      <w:r>
        <w:rPr>
          <w:b w:val="0"/>
          <w:i w:val="0"/>
          <w:smallCaps w:val="0"/>
          <w:strike w:val="0"/>
          <w:u w:val="single"/>
        </w:rPr>
        <w:t xml:space="preserve">The tools are </w:t>
      </w:r>
      <w:r>
        <w:rPr>
          <w:b w:val="0"/>
          <w:i w:val="0"/>
          <w:smallCaps w:val="0"/>
          <w:strike w:val="0"/>
          <w:u w:val="single"/>
        </w:rPr>
        <w:t>democratized,</w:t>
      </w:r>
      <w:r>
        <w:rPr>
          <w:b w:val="0"/>
          <w:i w:val="0"/>
          <w:smallCaps w:val="0"/>
          <w:strike w:val="0"/>
          <w:u w:val="single"/>
        </w:rPr>
        <w:t xml:space="preserve"> more consumers are makers.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Information is abundant. These are all good things. Well, sort of.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We lack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tools to find context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4"/>
          <w:u w:val="none"/>
        </w:rPr>
        <w:t>Information is now relentless. Content we disagree with is labeled “fake” - even if it’s factually correct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We can place </w:t>
      </w:r>
      <w:r>
        <w:rPr>
          <w:b w:val="0"/>
          <w:i w:val="0"/>
          <w:smallCaps w:val="0"/>
          <w:strike w:val="0"/>
          <w:sz w:val="14"/>
          <w:u w:val="none"/>
        </w:rPr>
        <w:t>blame,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 on Reddit, Facebook, Google and Twitter. But that misses the point. Today - we use the handy and forbidding phrase: “Fake News” as a moniker to label unreliable information.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But what if </w:t>
      </w:r>
      <w:r>
        <w:rPr>
          <w:b/>
          <w:i w:val="0"/>
          <w:smallCaps w:val="0"/>
          <w:strike w:val="0"/>
          <w:highlight w:val="cyan"/>
          <w:u w:val="single"/>
        </w:rPr>
        <w:t>Fake News</w:t>
      </w:r>
      <w:r>
        <w:rPr>
          <w:b/>
          <w:i w:val="0"/>
          <w:smallCaps w:val="0"/>
          <w:strike w:val="0"/>
          <w:u w:val="single"/>
        </w:rPr>
        <w:t xml:space="preserve"> has </w:t>
      </w:r>
      <w:r>
        <w:rPr>
          <w:b/>
          <w:i w:val="0"/>
          <w:smallCaps w:val="0"/>
          <w:strike w:val="0"/>
          <w:highlight w:val="cyan"/>
          <w:u w:val="single"/>
        </w:rPr>
        <w:t>result</w:t>
      </w:r>
      <w:r>
        <w:rPr>
          <w:b/>
          <w:i w:val="0"/>
          <w:smallCaps w:val="0"/>
          <w:strike w:val="0"/>
          <w:u w:val="single"/>
        </w:rPr>
        <w:t xml:space="preserve">ed </w:t>
      </w:r>
      <w:r>
        <w:rPr>
          <w:b/>
          <w:i w:val="0"/>
          <w:smallCaps w:val="0"/>
          <w:strike w:val="0"/>
          <w:highlight w:val="cyan"/>
          <w:u w:val="single"/>
        </w:rPr>
        <w:t>in</w:t>
      </w:r>
      <w:r>
        <w:rPr>
          <w:b/>
          <w:i w:val="0"/>
          <w:smallCaps w:val="0"/>
          <w:strike w:val="0"/>
          <w:u w:val="single"/>
        </w:rPr>
        <w:t xml:space="preserve"> us </w:t>
      </w:r>
      <w:r>
        <w:rPr>
          <w:b/>
          <w:i w:val="0"/>
          <w:smallCaps w:val="0"/>
          <w:strike w:val="0"/>
          <w:highlight w:val="cyan"/>
          <w:u w:val="single"/>
        </w:rPr>
        <w:t>waking up</w:t>
      </w:r>
      <w:r>
        <w:rPr>
          <w:b w:val="0"/>
          <w:i w:val="0"/>
          <w:smallCaps w:val="0"/>
          <w:strike w:val="0"/>
          <w:u w:val="single"/>
        </w:rPr>
        <w:t xml:space="preserve">: What I’m here to propose is that we are in a new era. The era of Awake News. We’ve woken,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to become </w:t>
      </w:r>
      <w:r>
        <w:rPr>
          <w:b w:val="0"/>
          <w:i w:val="0"/>
          <w:smallCaps w:val="0"/>
          <w:strike w:val="0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 new generation of </w:t>
      </w:r>
      <w:r>
        <w:rPr>
          <w:b/>
          <w:i w:val="0"/>
          <w:smallCaps w:val="0"/>
          <w:strike w:val="0"/>
          <w:highlight w:val="cyan"/>
          <w:u w:val="single"/>
        </w:rPr>
        <w:t>Conscious</w:t>
      </w:r>
      <w:r>
        <w:rPr>
          <w:b/>
          <w:i w:val="0"/>
          <w:smallCaps w:val="0"/>
          <w:strike w:val="0"/>
          <w:u w:val="single"/>
        </w:rPr>
        <w:t xml:space="preserve"> News </w:t>
      </w:r>
      <w:r>
        <w:rPr>
          <w:b/>
          <w:i w:val="0"/>
          <w:smallCaps w:val="0"/>
          <w:strike w:val="0"/>
          <w:highlight w:val="cyan"/>
          <w:u w:val="single"/>
        </w:rPr>
        <w:t>Consumers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Fake News </w:t>
      </w:r>
      <w:r>
        <w:rPr>
          <w:b/>
          <w:i w:val="0"/>
          <w:smallCaps w:val="0"/>
          <w:strike w:val="0"/>
          <w:highlight w:val="cyan"/>
          <w:u w:val="single"/>
        </w:rPr>
        <w:t>requires us to become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active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participants - more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engaged</w:t>
      </w:r>
      <w:r>
        <w:rPr>
          <w:b w:val="0"/>
          <w:i w:val="0"/>
          <w:smallCaps w:val="0"/>
          <w:strike w:val="0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u w:val="single"/>
        </w:rPr>
        <w:t xml:space="preserve"> More </w:t>
      </w:r>
      <w:r>
        <w:rPr>
          <w:b w:val="0"/>
          <w:i w:val="0"/>
          <w:smallCaps w:val="0"/>
          <w:strike w:val="0"/>
          <w:highlight w:val="cyan"/>
          <w:u w:val="single"/>
        </w:rPr>
        <w:t>thoughtful</w:t>
      </w:r>
      <w:r>
        <w:rPr>
          <w:b w:val="0"/>
          <w:i w:val="0"/>
          <w:smallCaps w:val="0"/>
          <w:strike w:val="0"/>
          <w:u w:val="single"/>
        </w:rPr>
        <w:t xml:space="preserve">. Fake News is </w:t>
      </w:r>
      <w:r>
        <w:rPr>
          <w:b w:val="0"/>
          <w:i w:val="0"/>
          <w:smallCaps w:val="0"/>
          <w:strike w:val="0"/>
          <w:highlight w:val="cyan"/>
          <w:u w:val="single"/>
        </w:rPr>
        <w:t>a wakeup call for</w:t>
      </w:r>
      <w:r>
        <w:rPr>
          <w:b w:val="0"/>
          <w:i w:val="0"/>
          <w:smallCaps w:val="0"/>
          <w:strike w:val="0"/>
          <w:u w:val="single"/>
        </w:rPr>
        <w:t xml:space="preserve"> 3 </w:t>
      </w:r>
      <w:r>
        <w:rPr>
          <w:b w:val="0"/>
          <w:i w:val="0"/>
          <w:smallCaps w:val="0"/>
          <w:strike w:val="0"/>
          <w:u w:val="single"/>
        </w:rPr>
        <w:t>communities.For</w:t>
      </w:r>
      <w:r>
        <w:rPr>
          <w:b w:val="0"/>
          <w:i w:val="0"/>
          <w:smallCaps w:val="0"/>
          <w:strike w:val="0"/>
          <w:u w:val="single"/>
        </w:rPr>
        <w:t xml:space="preserve"> publishers, for platforms, and for </w:t>
      </w:r>
      <w:r>
        <w:rPr>
          <w:b w:val="0"/>
          <w:i w:val="0"/>
          <w:smallCaps w:val="0"/>
          <w:strike w:val="0"/>
          <w:highlight w:val="cyan"/>
          <w:u w:val="single"/>
        </w:rPr>
        <w:t>the public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For Publishers - Awake News </w:t>
      </w:r>
      <w:r>
        <w:rPr>
          <w:b w:val="0"/>
          <w:i w:val="0"/>
          <w:smallCaps w:val="0"/>
          <w:strike w:val="0"/>
          <w:u w:val="single"/>
        </w:rPr>
        <w:t xml:space="preserve">invites creators to state their publication’s point of view and editorial standards. If they </w:t>
      </w:r>
      <w:r>
        <w:rPr>
          <w:b w:val="0"/>
          <w:i w:val="0"/>
          <w:smallCaps w:val="0"/>
          <w:strike w:val="0"/>
          <w:highlight w:val="cyan"/>
          <w:u w:val="single"/>
        </w:rPr>
        <w:t>require</w:t>
      </w:r>
      <w:r>
        <w:rPr>
          <w:b w:val="0"/>
          <w:i w:val="0"/>
          <w:smallCaps w:val="0"/>
          <w:strike w:val="0"/>
          <w:u w:val="single"/>
        </w:rPr>
        <w:t xml:space="preserve"> to </w:t>
      </w:r>
      <w:r>
        <w:rPr>
          <w:b w:val="0"/>
          <w:i w:val="0"/>
          <w:smallCaps w:val="0"/>
          <w:strike w:val="0"/>
          <w:highlight w:val="cyan"/>
          <w:u w:val="single"/>
        </w:rPr>
        <w:t>sources to confirm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 w:val="0"/>
          <w:i w:val="0"/>
          <w:smallCaps w:val="0"/>
          <w:strike w:val="0"/>
          <w:highlight w:val="cyan"/>
          <w:u w:val="single"/>
        </w:rPr>
        <w:t>fact</w:t>
      </w:r>
      <w:r>
        <w:rPr>
          <w:b w:val="0"/>
          <w:i w:val="0"/>
          <w:smallCaps w:val="0"/>
          <w:strike w:val="0"/>
          <w:u w:val="single"/>
        </w:rPr>
        <w:t>, let readers know that.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If they make a mistake, how do they publish corrections? Under what circumstances do they allow ‘blind’ quotes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Shar</w:t>
      </w:r>
      <w:r>
        <w:rPr>
          <w:b w:val="0"/>
          <w:i w:val="0"/>
          <w:smallCaps w:val="0"/>
          <w:strike w:val="0"/>
          <w:u w:val="single"/>
        </w:rPr>
        <w:t>i</w:t>
      </w:r>
      <w:r>
        <w:rPr>
          <w:b w:val="0"/>
          <w:i w:val="0"/>
          <w:smallCaps w:val="0"/>
          <w:strike w:val="0"/>
          <w:u w:val="single"/>
        </w:rPr>
        <w:t xml:space="preserve">ng clear </w:t>
      </w:r>
      <w:r>
        <w:rPr>
          <w:b w:val="0"/>
          <w:i w:val="0"/>
          <w:smallCaps w:val="0"/>
          <w:strike w:val="0"/>
          <w:highlight w:val="cyan"/>
          <w:u w:val="single"/>
        </w:rPr>
        <w:t>policies for</w:t>
      </w:r>
      <w:r>
        <w:rPr>
          <w:b w:val="0"/>
          <w:i w:val="0"/>
          <w:smallCaps w:val="0"/>
          <w:strike w:val="0"/>
          <w:u w:val="single"/>
        </w:rPr>
        <w:t xml:space="preserve"> how </w:t>
      </w:r>
      <w:r>
        <w:rPr>
          <w:b w:val="0"/>
          <w:i w:val="0"/>
          <w:smallCaps w:val="0"/>
          <w:strike w:val="0"/>
          <w:highlight w:val="cyan"/>
          <w:u w:val="single"/>
        </w:rPr>
        <w:t>fact</w:t>
      </w:r>
      <w:r>
        <w:rPr>
          <w:b w:val="0"/>
          <w:i w:val="0"/>
          <w:smallCaps w:val="0"/>
          <w:strike w:val="0"/>
          <w:u w:val="single"/>
        </w:rPr>
        <w:t>s</w:t>
      </w:r>
      <w:r>
        <w:rPr>
          <w:b w:val="0"/>
          <w:i w:val="0"/>
          <w:smallCaps w:val="0"/>
          <w:strike w:val="0"/>
          <w:u w:val="single"/>
        </w:rPr>
        <w:t xml:space="preserve"> are </w:t>
      </w:r>
      <w:r>
        <w:rPr>
          <w:b w:val="0"/>
          <w:i w:val="0"/>
          <w:smallCaps w:val="0"/>
          <w:strike w:val="0"/>
          <w:highlight w:val="cyan"/>
          <w:u w:val="single"/>
        </w:rPr>
        <w:t>check</w:t>
      </w:r>
      <w:r>
        <w:rPr>
          <w:b w:val="0"/>
          <w:i w:val="0"/>
          <w:smallCaps w:val="0"/>
          <w:strike w:val="0"/>
          <w:u w:val="single"/>
        </w:rPr>
        <w:t>ed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single"/>
        </w:rPr>
        <w:t>hared, and attributed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will build trust with readers.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For Platforms - like Facebook </w:t>
      </w:r>
      <w:r>
        <w:rPr>
          <w:b w:val="0"/>
          <w:i w:val="0"/>
          <w:smallCaps w:val="0"/>
          <w:strike w:val="0"/>
          <w:sz w:val="14"/>
          <w:u w:val="none"/>
        </w:rPr>
        <w:t>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Google - Awake News </w:t>
      </w:r>
      <w:r>
        <w:rPr>
          <w:b w:val="0"/>
          <w:i w:val="0"/>
          <w:smallCaps w:val="0"/>
          <w:strike w:val="0"/>
          <w:highlight w:val="cyan"/>
          <w:u w:val="single"/>
        </w:rPr>
        <w:t>rewards platforms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that provide clarity</w:t>
      </w:r>
      <w:r>
        <w:rPr>
          <w:b w:val="0"/>
          <w:i w:val="0"/>
          <w:smallCaps w:val="0"/>
          <w:strike w:val="0"/>
          <w:sz w:val="14"/>
          <w:u w:val="none"/>
        </w:rPr>
        <w:t>, sources, and content metadata that labels news, opinion and satire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Replacing invisible algorithmic robots with discovery tools and user-controllable filters will </w:t>
      </w:r>
      <w:r>
        <w:rPr>
          <w:b w:val="0"/>
          <w:i w:val="0"/>
          <w:smallCaps w:val="0"/>
          <w:strike w:val="0"/>
          <w:u w:val="single"/>
        </w:rPr>
        <w:t>give ‘awake’ news consumers control and understanding of what they let inside their personal filter bubble.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For the Public - Awake News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asks readers to </w:t>
      </w:r>
      <w:r>
        <w:rPr>
          <w:b/>
          <w:i w:val="0"/>
          <w:smallCaps w:val="0"/>
          <w:strike w:val="0"/>
          <w:highlight w:val="cyan"/>
          <w:u w:val="single"/>
        </w:rPr>
        <w:t>question</w:t>
      </w:r>
      <w:r>
        <w:rPr>
          <w:b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highlight w:val="cyan"/>
          <w:u w:val="single"/>
        </w:rPr>
        <w:t>content</w:t>
      </w:r>
      <w:r>
        <w:rPr>
          <w:b/>
          <w:i w:val="0"/>
          <w:smallCaps w:val="0"/>
          <w:strike w:val="0"/>
          <w:u w:val="single"/>
        </w:rPr>
        <w:t xml:space="preserve"> they read and share - </w:t>
      </w:r>
      <w:r>
        <w:rPr>
          <w:b/>
          <w:i w:val="0"/>
          <w:smallCaps w:val="0"/>
          <w:strike w:val="0"/>
          <w:highlight w:val="cyan"/>
          <w:u w:val="single"/>
        </w:rPr>
        <w:t>and</w:t>
      </w:r>
      <w:r>
        <w:rPr>
          <w:b/>
          <w:i w:val="0"/>
          <w:smallCaps w:val="0"/>
          <w:strike w:val="0"/>
          <w:u w:val="single"/>
        </w:rPr>
        <w:t xml:space="preserve"> to </w:t>
      </w:r>
      <w:r>
        <w:rPr>
          <w:b/>
          <w:i w:val="0"/>
          <w:smallCaps w:val="0"/>
          <w:strike w:val="0"/>
          <w:highlight w:val="cyan"/>
          <w:u w:val="single"/>
        </w:rPr>
        <w:t>be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responsible</w:t>
      </w:r>
      <w:r>
        <w:rPr>
          <w:b w:val="0"/>
          <w:i w:val="0"/>
          <w:smallCaps w:val="0"/>
          <w:strike w:val="0"/>
          <w:u w:val="single"/>
        </w:rPr>
        <w:t xml:space="preserve"> news </w:t>
      </w:r>
      <w:r>
        <w:rPr>
          <w:b w:val="0"/>
          <w:i w:val="0"/>
          <w:smallCaps w:val="0"/>
          <w:strike w:val="0"/>
          <w:u w:val="single"/>
        </w:rPr>
        <w:t>creators and curators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Let’s face it, we all have shared a salacious headline with a gleeful click - without taking a moment to check with Snopes to see if it’s true. Spreading bad information is no different than not washing your hands. A virus is a virus. And awake consumers can stop Fake News by exercising restraint and thoughtful social sharing.</w:t>
      </w:r>
    </w:p>
    <w:p>
      <w:pPr>
        <w:pStyle w:val="Caption"/>
      </w:pPr>
      <w:r>
        <w:t>Source: Prophetics CP - Michigan 7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