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Market consolidation kills hundreds of thousands of small businesses and consolidates the industry – that causes </w:t>
      </w:r>
      <w:r>
        <w:rPr>
          <w:b/>
          <w:i w:val="0"/>
          <w:smallCaps w:val="0"/>
          <w:strike w:val="0"/>
          <w:sz w:val="26"/>
          <w:u w:val="single"/>
        </w:rPr>
        <w:t>all products</w:t>
      </w:r>
      <w:r>
        <w:rPr>
          <w:b/>
          <w:i w:val="0"/>
          <w:smallCaps w:val="0"/>
          <w:strike w:val="0"/>
          <w:sz w:val="26"/>
          <w:u w:val="none"/>
        </w:rPr>
        <w:t xml:space="preserve"> to become more expensive</w:t>
      </w:r>
    </w:p>
    <w:p>
      <w:pPr>
        <w:spacing w:after="80"/>
      </w:pPr>
      <w:r>
        <w:rPr>
          <w:b w:val="0"/>
          <w:i w:val="0"/>
          <w:smallCaps w:val="0"/>
          <w:strike w:val="0"/>
          <w:u w:val="none"/>
        </w:rPr>
        <w:t xml:space="preserve">Eric </w:t>
      </w:r>
      <w:r>
        <w:rPr>
          <w:b/>
          <w:i w:val="0"/>
          <w:smallCaps w:val="0"/>
          <w:strike w:val="0"/>
          <w:sz w:val="26"/>
          <w:u w:val="none"/>
        </w:rPr>
        <w:t>Goldman</w:t>
      </w:r>
      <w:r>
        <w:rPr>
          <w:b w:val="0"/>
          <w:i w:val="0"/>
          <w:smallCaps w:val="0"/>
          <w:strike w:val="0"/>
          <w:u w:val="none"/>
        </w:rPr>
        <w:t>, 20</w:t>
      </w:r>
      <w:r>
        <w:rPr>
          <w:b/>
          <w:i w:val="0"/>
          <w:smallCaps w:val="0"/>
          <w:strike w:val="0"/>
          <w:sz w:val="26"/>
          <w:u w:val="none"/>
        </w:rPr>
        <w:t>2</w:t>
      </w:r>
      <w:r>
        <w:rPr>
          <w:b/>
          <w:i w:val="0"/>
          <w:smallCaps w:val="0"/>
          <w:strike w:val="0"/>
          <w:sz w:val="26"/>
          <w:u w:val="none"/>
        </w:rPr>
        <w:t>1</w:t>
      </w:r>
      <w:r>
        <w:rPr>
          <w:b w:val="0"/>
          <w:i w:val="0"/>
          <w:smallCaps w:val="0"/>
          <w:strike w:val="0"/>
          <w:u w:val="none"/>
        </w:rPr>
        <w:t xml:space="preserve"> – professor of law at Santa Clara Law. “The SHOP SAFE Act Is a Terrible Bill That Will Eliminate Online Marketplaces” Technology and Marketing Law Blog, 9/28, https://blog.ericgoldman.org/archives/2021/09/the-shop-safe-act-is-a-terrible-bill-that-will-eliminate-online-marketplaces.htm //DH</w:t>
      </w:r>
    </w:p>
    <w:p>
      <w:pPr>
        <w:spacing w:after="60"/>
      </w:pPr>
      <w:r>
        <w:rPr>
          <w:b/>
          <w:i w:val="0"/>
          <w:smallCaps w:val="0"/>
          <w:strike w:val="0"/>
          <w:u w:val="none"/>
        </w:rPr>
        <w:t>“This bill” refers to the SHOP SAFE Act, which would provide contributory trademark liability for online marketplaces</w:t>
      </w:r>
    </w:p>
    <w:p>
      <w:pPr>
        <w:spacing w:after="60"/>
      </w:pPr>
      <w:r>
        <w:rPr>
          <w:b w:val="0"/>
          <w:i w:val="0"/>
          <w:smallCaps w:val="0"/>
          <w:strike w:val="0"/>
          <w:u w:val="none"/>
        </w:rPr>
        <w:t xml:space="preserve">Why Would Anyone Support This Bill? </w:t>
      </w:r>
      <w:r>
        <w:rPr>
          <w:b/>
          <w:i w:val="0"/>
          <w:smallCaps w:val="0"/>
          <w:strike w:val="0"/>
          <w:sz w:val="22"/>
          <w:highlight w:val="cyan"/>
          <w:u w:val="single"/>
        </w:rPr>
        <w:t xml:space="preserve">This bill will </w:t>
      </w:r>
      <w:r>
        <w:rPr>
          <w:b/>
          <w:i w:val="0"/>
          <w:smallCaps w:val="0"/>
          <w:strike w:val="0"/>
          <w:sz w:val="24"/>
          <w:highlight w:val="cyan"/>
          <w:u w:val="single"/>
        </w:rPr>
        <w:t>kill online marketplaces</w:t>
      </w:r>
      <w:r>
        <w:rPr>
          <w:b/>
          <w:i w:val="0"/>
          <w:smallCaps w:val="0"/>
          <w:strike w:val="0"/>
          <w:sz w:val="22"/>
          <w:u w:val="single"/>
        </w:rPr>
        <w:t xml:space="preserve"> and make markets less efficient</w:t>
      </w:r>
      <w:r>
        <w:rPr>
          <w:b w:val="0"/>
          <w:i w:val="0"/>
          <w:smallCaps w:val="0"/>
          <w:strike w:val="0"/>
          <w:u w:val="none"/>
        </w:rPr>
        <w:t xml:space="preserve">. </w:t>
      </w:r>
      <w:r>
        <w:rPr>
          <w:b/>
          <w:i w:val="0"/>
          <w:smallCaps w:val="0"/>
          <w:strike w:val="0"/>
          <w:sz w:val="22"/>
          <w:highlight w:val="cyan"/>
          <w:u w:val="single"/>
        </w:rPr>
        <w:t>Where the online</w:t>
      </w:r>
      <w:r>
        <w:rPr>
          <w:b/>
          <w:i w:val="0"/>
          <w:smallCaps w:val="0"/>
          <w:strike w:val="0"/>
          <w:sz w:val="22"/>
          <w:u w:val="single"/>
        </w:rPr>
        <w:t xml:space="preserve"> marketplace </w:t>
      </w:r>
      <w:r>
        <w:rPr>
          <w:b/>
          <w:i w:val="0"/>
          <w:smallCaps w:val="0"/>
          <w:strike w:val="0"/>
          <w:sz w:val="22"/>
          <w:highlight w:val="cyan"/>
          <w:u w:val="single"/>
        </w:rPr>
        <w:t>owner has a retailing function, like Amazon and Walmart, they can shut down</w:t>
      </w:r>
      <w:r>
        <w:rPr>
          <w:b/>
          <w:i w:val="0"/>
          <w:smallCaps w:val="0"/>
          <w:strike w:val="0"/>
          <w:sz w:val="22"/>
          <w:u w:val="single"/>
        </w:rPr>
        <w:t xml:space="preserve"> </w:t>
      </w:r>
      <w:r>
        <w:rPr>
          <w:b/>
          <w:i w:val="0"/>
          <w:smallCaps w:val="0"/>
          <w:strike w:val="0"/>
          <w:sz w:val="22"/>
          <w:highlight w:val="cyan"/>
          <w:u w:val="single"/>
        </w:rPr>
        <w:t>the marketplace</w:t>
      </w:r>
      <w:r>
        <w:rPr>
          <w:b/>
          <w:i w:val="0"/>
          <w:smallCaps w:val="0"/>
          <w:strike w:val="0"/>
          <w:sz w:val="22"/>
          <w:u w:val="single"/>
        </w:rPr>
        <w:t xml:space="preserve"> </w:t>
      </w:r>
      <w:r>
        <w:rPr>
          <w:b/>
          <w:i w:val="0"/>
          <w:smallCaps w:val="0"/>
          <w:strike w:val="0"/>
          <w:sz w:val="22"/>
          <w:highlight w:val="cyan"/>
          <w:u w:val="single"/>
        </w:rPr>
        <w:t>and subsume</w:t>
      </w:r>
      <w:r>
        <w:rPr>
          <w:b/>
          <w:i w:val="0"/>
          <w:smallCaps w:val="0"/>
          <w:strike w:val="0"/>
          <w:sz w:val="22"/>
          <w:u w:val="single"/>
        </w:rPr>
        <w:t xml:space="preserve"> some </w:t>
      </w:r>
      <w:r>
        <w:rPr>
          <w:b/>
          <w:i w:val="0"/>
          <w:smallCaps w:val="0"/>
          <w:strike w:val="0"/>
          <w:sz w:val="22"/>
          <w:highlight w:val="cyan"/>
          <w:u w:val="single"/>
        </w:rPr>
        <w:t>items into</w:t>
      </w:r>
      <w:r>
        <w:rPr>
          <w:b w:val="0"/>
          <w:i w:val="0"/>
          <w:smallCaps w:val="0"/>
          <w:strike w:val="0"/>
          <w:u w:val="none"/>
        </w:rPr>
        <w:t xml:space="preserve"> their </w:t>
      </w:r>
      <w:r>
        <w:rPr>
          <w:b/>
          <w:i w:val="0"/>
          <w:smallCaps w:val="0"/>
          <w:strike w:val="0"/>
          <w:sz w:val="22"/>
          <w:highlight w:val="cyan"/>
          <w:u w:val="single"/>
        </w:rPr>
        <w:t>standard retailing</w:t>
      </w:r>
      <w:r>
        <w:rPr>
          <w:b w:val="0"/>
          <w:i w:val="0"/>
          <w:smallCaps w:val="0"/>
          <w:strike w:val="0"/>
          <w:u w:val="none"/>
        </w:rPr>
        <w:t xml:space="preserve"> function. </w:t>
      </w:r>
      <w:r>
        <w:rPr>
          <w:b/>
          <w:i w:val="0"/>
          <w:smallCaps w:val="0"/>
          <w:strike w:val="0"/>
          <w:sz w:val="22"/>
          <w:highlight w:val="cyan"/>
          <w:u w:val="single"/>
        </w:rPr>
        <w:t>That transition</w:t>
      </w:r>
      <w:r>
        <w:rPr>
          <w:b/>
          <w:i w:val="0"/>
          <w:smallCaps w:val="0"/>
          <w:strike w:val="0"/>
          <w:sz w:val="22"/>
          <w:u w:val="single"/>
        </w:rPr>
        <w:t xml:space="preserve"> cuts off the long tail of items consumers expect to find online</w:t>
      </w:r>
      <w:r>
        <w:rPr>
          <w:b w:val="0"/>
          <w:i w:val="0"/>
          <w:smallCaps w:val="0"/>
          <w:strike w:val="0"/>
          <w:u w:val="none"/>
        </w:rPr>
        <w:t xml:space="preserve">, and it </w:t>
      </w:r>
      <w:r>
        <w:rPr>
          <w:b/>
          <w:i w:val="0"/>
          <w:smallCaps w:val="0"/>
          <w:strike w:val="0"/>
          <w:sz w:val="24"/>
          <w:highlight w:val="cyan"/>
          <w:u w:val="single"/>
        </w:rPr>
        <w:t>burns hundreds of thousands of independent businesses</w:t>
      </w:r>
      <w:r>
        <w:rPr>
          <w:b w:val="0"/>
          <w:i w:val="0"/>
          <w:smallCaps w:val="0"/>
          <w:strike w:val="0"/>
          <w:u w:val="none"/>
        </w:rPr>
        <w:t xml:space="preserve"> </w:t>
      </w:r>
      <w:r>
        <w:rPr>
          <w:b/>
          <w:i w:val="0"/>
          <w:smallCaps w:val="0"/>
          <w:strike w:val="0"/>
          <w:sz w:val="22"/>
          <w:highlight w:val="cyan"/>
          <w:u w:val="single"/>
        </w:rPr>
        <w:t>that currently thrive</w:t>
      </w:r>
      <w:r>
        <w:rPr>
          <w:b/>
          <w:i w:val="0"/>
          <w:smallCaps w:val="0"/>
          <w:strike w:val="0"/>
          <w:sz w:val="22"/>
          <w:u w:val="single"/>
        </w:rPr>
        <w:t xml:space="preserve"> in the marketplace system </w:t>
      </w:r>
      <w:r>
        <w:rPr>
          <w:b/>
          <w:i w:val="0"/>
          <w:smallCaps w:val="0"/>
          <w:strike w:val="0"/>
          <w:sz w:val="22"/>
          <w:highlight w:val="cyan"/>
          <w:u w:val="single"/>
        </w:rPr>
        <w:t>but become irrelevant in a retailing mode</w:t>
      </w:r>
      <w:r>
        <w:rPr>
          <w:b/>
          <w:i w:val="0"/>
          <w:smallCaps w:val="0"/>
          <w:strike w:val="0"/>
          <w:sz w:val="22"/>
          <w:u w:val="single"/>
        </w:rPr>
        <w:t>l</w:t>
      </w:r>
      <w:r>
        <w:rPr>
          <w:b w:val="0"/>
          <w:i w:val="0"/>
          <w:smallCaps w:val="0"/>
          <w:strike w:val="0"/>
          <w:u w:val="none"/>
        </w:rPr>
        <w:t xml:space="preserve">. Meanwhile, </w:t>
      </w:r>
      <w:r>
        <w:rPr>
          <w:b/>
          <w:i w:val="0"/>
          <w:smallCaps w:val="0"/>
          <w:strike w:val="0"/>
          <w:sz w:val="22"/>
          <w:highlight w:val="cyan"/>
          <w:u w:val="single"/>
        </w:rPr>
        <w:t>standalone online marketplaces, like eBay and Etsy, have to</w:t>
      </w:r>
      <w:r>
        <w:rPr>
          <w:b/>
          <w:i w:val="0"/>
          <w:smallCaps w:val="0"/>
          <w:strike w:val="0"/>
          <w:sz w:val="22"/>
          <w:u w:val="single"/>
        </w:rPr>
        <w:t xml:space="preserve"> revamp their entire business or </w:t>
      </w:r>
      <w:r>
        <w:rPr>
          <w:b/>
          <w:i w:val="0"/>
          <w:smallCaps w:val="0"/>
          <w:strike w:val="0"/>
          <w:sz w:val="24"/>
          <w:highlight w:val="cyan"/>
          <w:u w:val="single"/>
        </w:rPr>
        <w:t>exit the industry entirely</w:t>
      </w:r>
      <w:r>
        <w:rPr>
          <w:b w:val="0"/>
          <w:i w:val="0"/>
          <w:smallCaps w:val="0"/>
          <w:strike w:val="0"/>
          <w:highlight w:val="cyan"/>
          <w:u w:val="none"/>
        </w:rPr>
        <w:t>,</w:t>
      </w:r>
      <w:r>
        <w:rPr>
          <w:b w:val="0"/>
          <w:i w:val="0"/>
          <w:smallCaps w:val="0"/>
          <w:strike w:val="0"/>
          <w:u w:val="none"/>
        </w:rPr>
        <w:t xml:space="preserve"> which further reduces competition for online retailing. </w:t>
      </w:r>
      <w:r>
        <w:rPr>
          <w:b/>
          <w:i w:val="0"/>
          <w:smallCaps w:val="0"/>
          <w:strike w:val="0"/>
          <w:sz w:val="22"/>
          <w:highlight w:val="cyan"/>
          <w:u w:val="single"/>
        </w:rPr>
        <w:t>The net competitive effects</w:t>
      </w:r>
      <w:r>
        <w:rPr>
          <w:b w:val="0"/>
          <w:i w:val="0"/>
          <w:smallCaps w:val="0"/>
          <w:strike w:val="0"/>
          <w:u w:val="none"/>
        </w:rPr>
        <w:t xml:space="preserve">, then, </w:t>
      </w:r>
      <w:r>
        <w:rPr>
          <w:b/>
          <w:i w:val="0"/>
          <w:smallCaps w:val="0"/>
          <w:strike w:val="0"/>
          <w:sz w:val="22"/>
          <w:highlight w:val="cyan"/>
          <w:u w:val="single"/>
        </w:rPr>
        <w:t xml:space="preserve">are that </w:t>
      </w:r>
      <w:r>
        <w:rPr>
          <w:b/>
          <w:i w:val="0"/>
          <w:smallCaps w:val="0"/>
          <w:strike w:val="0"/>
          <w:sz w:val="24"/>
          <w:highlight w:val="cyan"/>
          <w:u w:val="single"/>
        </w:rPr>
        <w:t>consumers will pay higher prices</w:t>
      </w:r>
      <w:r>
        <w:rPr>
          <w:b w:val="0"/>
          <w:i w:val="0"/>
          <w:smallCaps w:val="0"/>
          <w:strike w:val="0"/>
          <w:u w:val="none"/>
        </w:rPr>
        <w:t xml:space="preserve">, consumers will lose their ability to find long-tail items and incur higher search costs to do so, </w:t>
      </w:r>
      <w:r>
        <w:rPr>
          <w:b/>
          <w:i w:val="0"/>
          <w:smallCaps w:val="0"/>
          <w:strike w:val="0"/>
          <w:sz w:val="22"/>
          <w:u w:val="single"/>
        </w:rPr>
        <w:t>existing market leaders will consolidate</w:t>
      </w:r>
      <w:r>
        <w:rPr>
          <w:b w:val="0"/>
          <w:i w:val="0"/>
          <w:smallCaps w:val="0"/>
          <w:strike w:val="0"/>
          <w:u w:val="none"/>
        </w:rPr>
        <w:t xml:space="preserve"> their dominant positions, </w:t>
      </w:r>
      <w:r>
        <w:rPr>
          <w:b/>
          <w:i w:val="0"/>
          <w:smallCaps w:val="0"/>
          <w:strike w:val="0"/>
          <w:sz w:val="22"/>
          <w:u w:val="single"/>
        </w:rPr>
        <w:t>and hundreds of thousands of people will lose their jobs</w:t>
      </w:r>
      <w:r>
        <w:rPr>
          <w:b w:val="0"/>
          <w:i w:val="0"/>
          <w:smallCaps w:val="0"/>
          <w:strike w:val="0"/>
          <w:u w:val="none"/>
        </w:rPr>
        <w:t>.</w:t>
      </w:r>
    </w:p>
    <w:p>
      <w:pPr>
        <w:spacing w:after="60"/>
      </w:pPr>
      <w:r>
        <w:rPr>
          <w:b w:val="0"/>
          <w:i w:val="0"/>
          <w:smallCaps w:val="0"/>
          <w:strike w:val="0"/>
          <w:u w:val="none"/>
        </w:rPr>
        <w:t xml:space="preserve">In contrast, who wins in this situation? </w:t>
      </w:r>
      <w:r>
        <w:rPr>
          <w:b/>
          <w:i w:val="0"/>
          <w:smallCaps w:val="0"/>
          <w:strike w:val="0"/>
          <w:sz w:val="22"/>
          <w:highlight w:val="cyan"/>
          <w:u w:val="single"/>
        </w:rPr>
        <w:t>The only winners are trademark owners</w:t>
      </w:r>
      <w:r>
        <w:rPr>
          <w:b w:val="0"/>
          <w:i w:val="0"/>
          <w:smallCaps w:val="0"/>
          <w:strike w:val="0"/>
          <w:u w:val="none"/>
        </w:rPr>
        <w:t xml:space="preserve">, </w:t>
      </w:r>
      <w:r>
        <w:rPr>
          <w:b/>
          <w:i w:val="0"/>
          <w:smallCaps w:val="0"/>
          <w:strike w:val="0"/>
          <w:sz w:val="22"/>
          <w:u w:val="single"/>
        </w:rPr>
        <w:t xml:space="preserve">some of </w:t>
      </w:r>
      <w:r>
        <w:rPr>
          <w:b/>
          <w:i w:val="0"/>
          <w:smallCaps w:val="0"/>
          <w:strike w:val="0"/>
          <w:sz w:val="22"/>
          <w:highlight w:val="cyan"/>
          <w:u w:val="single"/>
        </w:rPr>
        <w:t>who</w:t>
      </w:r>
      <w:r>
        <w:rPr>
          <w:b/>
          <w:i w:val="0"/>
          <w:smallCaps w:val="0"/>
          <w:strike w:val="0"/>
          <w:sz w:val="22"/>
          <w:u w:val="single"/>
        </w:rPr>
        <w:t xml:space="preserve">m </w:t>
      </w:r>
      <w:r>
        <w:rPr>
          <w:b/>
          <w:i w:val="0"/>
          <w:smallCaps w:val="0"/>
          <w:strike w:val="0"/>
          <w:sz w:val="22"/>
          <w:highlight w:val="cyan"/>
          <w:u w:val="single"/>
        </w:rPr>
        <w:t>hate online marketplaces</w:t>
      </w:r>
      <w:r>
        <w:rPr>
          <w:b w:val="0"/>
          <w:i w:val="0"/>
          <w:smallCaps w:val="0"/>
          <w:strike w:val="0"/>
          <w:highlight w:val="cyan"/>
          <w:u w:val="none"/>
        </w:rPr>
        <w:t xml:space="preserve"> </w:t>
      </w:r>
      <w:r>
        <w:rPr>
          <w:b/>
          <w:i w:val="0"/>
          <w:smallCaps w:val="0"/>
          <w:strike w:val="0"/>
          <w:sz w:val="22"/>
          <w:highlight w:val="cyan"/>
          <w:u w:val="single"/>
        </w:rPr>
        <w:t>because</w:t>
      </w:r>
      <w:r>
        <w:rPr>
          <w:b/>
          <w:i w:val="0"/>
          <w:smallCaps w:val="0"/>
          <w:strike w:val="0"/>
          <w:sz w:val="22"/>
          <w:u w:val="single"/>
        </w:rPr>
        <w:t xml:space="preserve"> </w:t>
      </w:r>
      <w:r>
        <w:rPr>
          <w:b/>
          <w:i w:val="0"/>
          <w:smallCaps w:val="0"/>
          <w:strike w:val="0"/>
          <w:sz w:val="22"/>
          <w:highlight w:val="cyan"/>
          <w:u w:val="single"/>
        </w:rPr>
        <w:t>they are tired of seeing their goods</w:t>
      </w:r>
      <w:r>
        <w:rPr>
          <w:b w:val="0"/>
          <w:i w:val="0"/>
          <w:smallCaps w:val="0"/>
          <w:strike w:val="0"/>
          <w:u w:val="none"/>
        </w:rPr>
        <w:t xml:space="preserve"> </w:t>
      </w:r>
      <w:r>
        <w:rPr>
          <w:b/>
          <w:i w:val="0"/>
          <w:smallCaps w:val="0"/>
          <w:strike w:val="0"/>
          <w:sz w:val="22"/>
          <w:u w:val="single"/>
        </w:rPr>
        <w:t xml:space="preserve">leak </w:t>
      </w:r>
      <w:r>
        <w:rPr>
          <w:b w:val="0"/>
          <w:i w:val="0"/>
          <w:smallCaps w:val="0"/>
          <w:strike w:val="0"/>
          <w:u w:val="none"/>
        </w:rPr>
        <w:t xml:space="preserve">out of official distribution channels </w:t>
      </w:r>
      <w:r>
        <w:rPr>
          <w:b/>
          <w:i w:val="0"/>
          <w:smallCaps w:val="0"/>
          <w:strike w:val="0"/>
          <w:sz w:val="22"/>
          <w:u w:val="single"/>
        </w:rPr>
        <w:t>into</w:t>
      </w:r>
      <w:r>
        <w:rPr>
          <w:b w:val="0"/>
          <w:i w:val="0"/>
          <w:smallCaps w:val="0"/>
          <w:strike w:val="0"/>
          <w:u w:val="none"/>
        </w:rPr>
        <w:t xml:space="preserve"> more </w:t>
      </w:r>
      <w:r>
        <w:rPr>
          <w:b/>
          <w:i w:val="0"/>
          <w:smallCaps w:val="0"/>
          <w:strike w:val="0"/>
          <w:sz w:val="24"/>
          <w:highlight w:val="cyan"/>
          <w:u w:val="single"/>
        </w:rPr>
        <w:t>price-discounted</w:t>
      </w:r>
      <w:r>
        <w:rPr>
          <w:b/>
          <w:i w:val="0"/>
          <w:smallCaps w:val="0"/>
          <w:strike w:val="0"/>
          <w:sz w:val="22"/>
          <w:u w:val="single"/>
        </w:rPr>
        <w:t xml:space="preserve"> online marketplaces</w:t>
      </w:r>
      <w:r>
        <w:rPr>
          <w:b w:val="0"/>
          <w:i w:val="0"/>
          <w:smallCaps w:val="0"/>
          <w:strike w:val="0"/>
          <w:u w:val="none"/>
        </w:rPr>
        <w:t xml:space="preserve">, because they hate competing against used items of the goods they sell, and because some counterfeiting does take place there (as it does in the offline world too). To address those concerns, </w:t>
      </w:r>
      <w:r>
        <w:rPr>
          <w:b/>
          <w:i w:val="0"/>
          <w:smallCaps w:val="0"/>
          <w:strike w:val="0"/>
          <w:sz w:val="22"/>
          <w:highlight w:val="cyan"/>
          <w:u w:val="single"/>
        </w:rPr>
        <w:t xml:space="preserve">they are </w:t>
      </w:r>
      <w:r>
        <w:rPr>
          <w:b/>
          <w:i w:val="0"/>
          <w:smallCaps w:val="0"/>
          <w:strike w:val="0"/>
          <w:sz w:val="24"/>
          <w:highlight w:val="cyan"/>
          <w:u w:val="single"/>
        </w:rPr>
        <w:t>willing to burn down the entire online marketplace industry</w:t>
      </w:r>
      <w:r>
        <w:rPr>
          <w:b w:val="0"/>
          <w:i w:val="0"/>
          <w:smallCaps w:val="0"/>
          <w:strike w:val="0"/>
          <w:u w:val="none"/>
        </w:rPr>
        <w:t>. What I can’t understand is why any members of Congress would be so willing to give trademark owners their wishlist when the results would be so disadvantageous for their constituents. The trademark owner lobby is strong, but our governance systems should be strong enough to resist terrible and selfish legislation like this.</w:t>
      </w:r>
    </w:p>
    <w:p>
      <w:pPr>
        <w:pStyle w:val="Caption"/>
      </w:pPr>
      <w:r>
        <w:t>Source: Inflation DA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