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Countries </w:t>
      </w:r>
      <w:r>
        <w:rPr>
          <w:b/>
          <w:i w:val="0"/>
          <w:smallCaps w:val="0"/>
          <w:strike w:val="0"/>
          <w:sz w:val="26"/>
          <w:u w:val="single"/>
        </w:rPr>
        <w:t>turn inward</w:t>
      </w:r>
      <w:r>
        <w:rPr>
          <w:b/>
          <w:i w:val="0"/>
          <w:smallCaps w:val="0"/>
          <w:strike w:val="0"/>
          <w:sz w:val="26"/>
          <w:u w:val="none"/>
        </w:rPr>
        <w:t xml:space="preserve">---prefer post-COVID evidence. </w:t>
      </w:r>
    </w:p>
    <w:p>
      <w:pPr>
        <w:spacing w:after="80"/>
      </w:pPr>
      <w:r>
        <w:rPr>
          <w:b/>
          <w:i w:val="0"/>
          <w:smallCaps w:val="0"/>
          <w:strike w:val="0"/>
          <w:sz w:val="26"/>
          <w:u w:val="none"/>
        </w:rPr>
        <w:t>Walt 20</w:t>
      </w:r>
      <w:r>
        <w:rPr>
          <w:b w:val="0"/>
          <w:i w:val="0"/>
          <w:smallCaps w:val="0"/>
          <w:strike w:val="0"/>
          <w:u w:val="none"/>
        </w:rPr>
        <w:t xml:space="preserve">, Robert and Renée Belfer professor of international relations at Harvard University. (Stephen M., 5/13/20, “Will a Global Depression Trigger Another World War?”, </w:t>
      </w:r>
      <w:r>
        <w:rPr>
          <w:b w:val="0"/>
          <w:i/>
          <w:smallCaps w:val="0"/>
          <w:strike w:val="0"/>
          <w:u w:val="none"/>
        </w:rPr>
        <w:t>Foreign Policy</w:t>
      </w:r>
      <w:r>
        <w:rPr>
          <w:b w:val="0"/>
          <w:i w:val="0"/>
          <w:smallCaps w:val="0"/>
          <w:strike w:val="0"/>
          <w:u w:val="none"/>
        </w:rPr>
        <w:t>, https://foreignpolicy.com/2020/05/13/coronavirus-pandemic-depression-economy-world-war/)</w:t>
      </w:r>
    </w:p>
    <w:p>
      <w:pPr>
        <w:spacing w:after="60"/>
      </w:pPr>
      <w:r>
        <w:rPr>
          <w:b w:val="0"/>
          <w:i w:val="0"/>
          <w:smallCaps w:val="0"/>
          <w:strike w:val="0"/>
          <w:u w:val="none"/>
        </w:rPr>
        <w:t xml:space="preserve">One familiar argument is </w:t>
      </w:r>
      <w:r>
        <w:rPr>
          <w:b/>
          <w:i w:val="0"/>
          <w:smallCaps w:val="0"/>
          <w:strike w:val="0"/>
          <w:u w:val="single"/>
        </w:rPr>
        <w:t>the</w:t>
      </w:r>
      <w:r>
        <w:rPr>
          <w:b w:val="0"/>
          <w:i w:val="0"/>
          <w:smallCaps w:val="0"/>
          <w:strike w:val="0"/>
          <w:u w:val="none"/>
        </w:rPr>
        <w:t xml:space="preserve"> so-called </w:t>
      </w:r>
      <w:r>
        <w:rPr>
          <w:b/>
          <w:i w:val="0"/>
          <w:smallCaps w:val="0"/>
          <w:strike w:val="0"/>
          <w:sz w:val="24"/>
          <w:highlight w:val="cyan"/>
          <w:u w:val="single"/>
        </w:rPr>
        <w:t>diversionary</w:t>
      </w:r>
      <w:r>
        <w:rPr>
          <w:b w:val="0"/>
          <w:i w:val="0"/>
          <w:smallCaps w:val="0"/>
          <w:strike w:val="0"/>
          <w:u w:val="none"/>
        </w:rPr>
        <w:t xml:space="preserve"> (or “scapegoat”) </w:t>
      </w:r>
      <w:r>
        <w:rPr>
          <w:b/>
          <w:i w:val="0"/>
          <w:smallCaps w:val="0"/>
          <w:strike w:val="0"/>
          <w:u w:val="single"/>
        </w:rPr>
        <w:t xml:space="preserve">theory of </w:t>
      </w:r>
      <w:r>
        <w:rPr>
          <w:b/>
          <w:i w:val="0"/>
          <w:smallCaps w:val="0"/>
          <w:strike w:val="0"/>
          <w:sz w:val="24"/>
          <w:highlight w:val="cyan"/>
          <w:u w:val="single"/>
        </w:rPr>
        <w:t>war</w:t>
      </w:r>
      <w:r>
        <w:rPr>
          <w:b w:val="0"/>
          <w:i w:val="0"/>
          <w:smallCaps w:val="0"/>
          <w:strike w:val="0"/>
          <w:u w:val="none"/>
        </w:rPr>
        <w:t xml:space="preserve">. It </w:t>
      </w:r>
      <w:r>
        <w:rPr>
          <w:b/>
          <w:i w:val="0"/>
          <w:smallCaps w:val="0"/>
          <w:strike w:val="0"/>
          <w:u w:val="single"/>
        </w:rPr>
        <w:t>suggests</w:t>
      </w:r>
      <w:r>
        <w:rPr>
          <w:b w:val="0"/>
          <w:i w:val="0"/>
          <w:smallCaps w:val="0"/>
          <w:strike w:val="0"/>
          <w:u w:val="none"/>
        </w:rPr>
        <w:t xml:space="preserve"> that </w:t>
      </w:r>
      <w:r>
        <w:rPr>
          <w:b/>
          <w:i w:val="0"/>
          <w:smallCaps w:val="0"/>
          <w:strike w:val="0"/>
          <w:u w:val="single"/>
        </w:rPr>
        <w:t>leaders</w:t>
      </w:r>
      <w:r>
        <w:rPr>
          <w:b w:val="0"/>
          <w:i w:val="0"/>
          <w:smallCaps w:val="0"/>
          <w:strike w:val="0"/>
          <w:u w:val="none"/>
        </w:rPr>
        <w:t xml:space="preserve"> who are worried about their popularity at home </w:t>
      </w:r>
      <w:r>
        <w:rPr>
          <w:b/>
          <w:i w:val="0"/>
          <w:smallCaps w:val="0"/>
          <w:strike w:val="0"/>
          <w:u w:val="single"/>
        </w:rPr>
        <w:t>will</w:t>
      </w:r>
      <w:r>
        <w:rPr>
          <w:b w:val="0"/>
          <w:i w:val="0"/>
          <w:smallCaps w:val="0"/>
          <w:strike w:val="0"/>
          <w:u w:val="none"/>
        </w:rPr>
        <w:t xml:space="preserve"> try to </w:t>
      </w:r>
      <w:r>
        <w:rPr>
          <w:b/>
          <w:i w:val="0"/>
          <w:smallCaps w:val="0"/>
          <w:strike w:val="0"/>
          <w:sz w:val="24"/>
          <w:u w:val="single"/>
        </w:rPr>
        <w:t>divert attention</w:t>
      </w:r>
      <w:r>
        <w:rPr>
          <w:b w:val="0"/>
          <w:i w:val="0"/>
          <w:smallCaps w:val="0"/>
          <w:strike w:val="0"/>
          <w:u w:val="none"/>
        </w:rPr>
        <w:t xml:space="preserve"> from their failures </w:t>
      </w:r>
      <w:r>
        <w:rPr>
          <w:b/>
          <w:i w:val="0"/>
          <w:smallCaps w:val="0"/>
          <w:strike w:val="0"/>
          <w:u w:val="single"/>
        </w:rPr>
        <w:t xml:space="preserve">by </w:t>
      </w:r>
      <w:r>
        <w:rPr>
          <w:b/>
          <w:i w:val="0"/>
          <w:smallCaps w:val="0"/>
          <w:strike w:val="0"/>
          <w:sz w:val="24"/>
          <w:u w:val="single"/>
        </w:rPr>
        <w:t>provoking a crisis</w:t>
      </w:r>
      <w:r>
        <w:rPr>
          <w:b w:val="0"/>
          <w:i w:val="0"/>
          <w:smallCaps w:val="0"/>
          <w:strike w:val="0"/>
          <w:u w:val="none"/>
        </w:rPr>
        <w:t xml:space="preserve"> with a foreign power and maybe even using force against it. Drawing on this logic, </w:t>
      </w:r>
      <w:r>
        <w:rPr>
          <w:b/>
          <w:i w:val="0"/>
          <w:smallCaps w:val="0"/>
          <w:strike w:val="0"/>
          <w:u w:val="single"/>
        </w:rPr>
        <w:t>some</w:t>
      </w:r>
      <w:r>
        <w:rPr>
          <w:b w:val="0"/>
          <w:i w:val="0"/>
          <w:smallCaps w:val="0"/>
          <w:strike w:val="0"/>
          <w:u w:val="none"/>
        </w:rPr>
        <w:t xml:space="preserve"> Americans now </w:t>
      </w:r>
      <w:r>
        <w:rPr>
          <w:b/>
          <w:i w:val="0"/>
          <w:smallCaps w:val="0"/>
          <w:strike w:val="0"/>
          <w:u w:val="single"/>
        </w:rPr>
        <w:t>worry</w:t>
      </w:r>
      <w:r>
        <w:rPr>
          <w:b w:val="0"/>
          <w:i w:val="0"/>
          <w:smallCaps w:val="0"/>
          <w:strike w:val="0"/>
          <w:u w:val="none"/>
        </w:rPr>
        <w:t xml:space="preserve"> that President Donald </w:t>
      </w:r>
      <w:r>
        <w:rPr>
          <w:b/>
          <w:i w:val="0"/>
          <w:smallCaps w:val="0"/>
          <w:strike w:val="0"/>
          <w:sz w:val="24"/>
          <w:u w:val="single"/>
        </w:rPr>
        <w:t>Trump</w:t>
      </w:r>
      <w:r>
        <w:rPr>
          <w:b w:val="0"/>
          <w:i w:val="0"/>
          <w:smallCaps w:val="0"/>
          <w:strike w:val="0"/>
          <w:u w:val="none"/>
        </w:rPr>
        <w:t xml:space="preserve"> </w:t>
      </w:r>
      <w:r>
        <w:rPr>
          <w:b/>
          <w:i w:val="0"/>
          <w:smallCaps w:val="0"/>
          <w:strike w:val="0"/>
          <w:u w:val="single"/>
        </w:rPr>
        <w:t xml:space="preserve">will decide to </w:t>
      </w:r>
      <w:r>
        <w:rPr>
          <w:b/>
          <w:i w:val="0"/>
          <w:smallCaps w:val="0"/>
          <w:strike w:val="0"/>
          <w:sz w:val="24"/>
          <w:u w:val="single"/>
        </w:rPr>
        <w:t>attack</w:t>
      </w:r>
      <w:r>
        <w:rPr>
          <w:b w:val="0"/>
          <w:i w:val="0"/>
          <w:smallCaps w:val="0"/>
          <w:strike w:val="0"/>
          <w:u w:val="none"/>
        </w:rPr>
        <w:t xml:space="preserve"> a country like </w:t>
      </w:r>
      <w:r>
        <w:rPr>
          <w:b/>
          <w:i w:val="0"/>
          <w:smallCaps w:val="0"/>
          <w:strike w:val="0"/>
          <w:sz w:val="24"/>
          <w:u w:val="single"/>
        </w:rPr>
        <w:t>Iran</w:t>
      </w:r>
      <w:r>
        <w:rPr>
          <w:b/>
          <w:i w:val="0"/>
          <w:smallCaps w:val="0"/>
          <w:strike w:val="0"/>
          <w:u w:val="single"/>
        </w:rPr>
        <w:t xml:space="preserve"> or </w:t>
      </w:r>
      <w:r>
        <w:rPr>
          <w:b/>
          <w:i w:val="0"/>
          <w:smallCaps w:val="0"/>
          <w:strike w:val="0"/>
          <w:sz w:val="24"/>
          <w:u w:val="single"/>
        </w:rPr>
        <w:t>Venezuela</w:t>
      </w:r>
      <w:r>
        <w:rPr>
          <w:b w:val="0"/>
          <w:i w:val="0"/>
          <w:smallCaps w:val="0"/>
          <w:strike w:val="0"/>
          <w:u w:val="none"/>
        </w:rPr>
        <w:t xml:space="preserve"> in the run-up to the presidential election and especially if he thinks he’s likely to lose. </w:t>
      </w:r>
    </w:p>
    <w:p>
      <w:pPr>
        <w:spacing w:after="60"/>
      </w:pPr>
      <w:r>
        <w:rPr>
          <w:b/>
          <w:i w:val="0"/>
          <w:smallCaps w:val="0"/>
          <w:strike w:val="0"/>
          <w:u w:val="single"/>
        </w:rPr>
        <w:t>This</w:t>
      </w:r>
      <w:r>
        <w:rPr>
          <w:b w:val="0"/>
          <w:i w:val="0"/>
          <w:smallCaps w:val="0"/>
          <w:strike w:val="0"/>
          <w:u w:val="none"/>
        </w:rPr>
        <w:t xml:space="preserve"> outcome </w:t>
      </w:r>
      <w:r>
        <w:rPr>
          <w:b/>
          <w:i w:val="0"/>
          <w:smallCaps w:val="0"/>
          <w:strike w:val="0"/>
          <w:highlight w:val="cyan"/>
          <w:u w:val="single"/>
        </w:rPr>
        <w:t xml:space="preserve">strikes me as </w:t>
      </w:r>
      <w:r>
        <w:rPr>
          <w:b/>
          <w:i w:val="0"/>
          <w:smallCaps w:val="0"/>
          <w:strike w:val="0"/>
          <w:sz w:val="24"/>
          <w:highlight w:val="cyan"/>
          <w:u w:val="single"/>
        </w:rPr>
        <w:t>unlikely</w:t>
      </w:r>
      <w:r>
        <w:rPr>
          <w:b/>
          <w:i w:val="0"/>
          <w:smallCaps w:val="0"/>
          <w:strike w:val="0"/>
          <w:u w:val="single"/>
        </w:rPr>
        <w:t xml:space="preserve">, even if one ignores the </w:t>
      </w:r>
      <w:r>
        <w:rPr>
          <w:b/>
          <w:i w:val="0"/>
          <w:smallCaps w:val="0"/>
          <w:strike w:val="0"/>
          <w:sz w:val="24"/>
          <w:u w:val="single"/>
        </w:rPr>
        <w:t>logical</w:t>
      </w:r>
      <w:r>
        <w:rPr>
          <w:b/>
          <w:i w:val="0"/>
          <w:smallCaps w:val="0"/>
          <w:strike w:val="0"/>
          <w:u w:val="single"/>
        </w:rPr>
        <w:t xml:space="preserve"> and </w:t>
      </w:r>
      <w:r>
        <w:rPr>
          <w:b/>
          <w:i w:val="0"/>
          <w:smallCaps w:val="0"/>
          <w:strike w:val="0"/>
          <w:sz w:val="24"/>
          <w:u w:val="single"/>
        </w:rPr>
        <w:t>empirical flaws</w:t>
      </w:r>
      <w:r>
        <w:rPr>
          <w:b/>
          <w:i w:val="0"/>
          <w:smallCaps w:val="0"/>
          <w:strike w:val="0"/>
          <w:u w:val="single"/>
        </w:rPr>
        <w:t xml:space="preserve"> in the theory </w:t>
      </w:r>
      <w:r>
        <w:rPr>
          <w:b/>
          <w:i w:val="0"/>
          <w:smallCaps w:val="0"/>
          <w:strike w:val="0"/>
          <w:sz w:val="24"/>
          <w:u w:val="single"/>
        </w:rPr>
        <w:t>itself</w:t>
      </w:r>
      <w:r>
        <w:rPr>
          <w:b/>
          <w:i w:val="0"/>
          <w:smallCaps w:val="0"/>
          <w:strike w:val="0"/>
          <w:u w:val="single"/>
        </w:rPr>
        <w:t xml:space="preserve">. </w:t>
      </w:r>
      <w:r>
        <w:rPr>
          <w:b/>
          <w:i w:val="0"/>
          <w:smallCaps w:val="0"/>
          <w:strike w:val="0"/>
          <w:highlight w:val="cyan"/>
          <w:u w:val="single"/>
        </w:rPr>
        <w:t>War</w:t>
      </w:r>
      <w:r>
        <w:rPr>
          <w:b/>
          <w:i w:val="0"/>
          <w:smallCaps w:val="0"/>
          <w:strike w:val="0"/>
          <w:u w:val="single"/>
        </w:rPr>
        <w:t xml:space="preserve"> is </w:t>
      </w:r>
      <w:r>
        <w:rPr>
          <w:b/>
          <w:i w:val="0"/>
          <w:smallCaps w:val="0"/>
          <w:strike w:val="0"/>
          <w:sz w:val="24"/>
          <w:u w:val="single"/>
        </w:rPr>
        <w:t>always a gamble</w:t>
      </w:r>
      <w:r>
        <w:rPr>
          <w:b/>
          <w:i w:val="0"/>
          <w:smallCaps w:val="0"/>
          <w:strike w:val="0"/>
          <w:u w:val="single"/>
        </w:rPr>
        <w:t xml:space="preserve">, and should things go </w:t>
      </w:r>
      <w:r>
        <w:rPr>
          <w:b/>
          <w:i w:val="0"/>
          <w:smallCaps w:val="0"/>
          <w:strike w:val="0"/>
          <w:sz w:val="24"/>
          <w:u w:val="single"/>
        </w:rPr>
        <w:t>badly</w:t>
      </w:r>
      <w:r>
        <w:rPr>
          <w:b/>
          <w:i w:val="0"/>
          <w:smallCaps w:val="0"/>
          <w:strike w:val="0"/>
          <w:u w:val="single"/>
        </w:rPr>
        <w:t xml:space="preserve">—even a </w:t>
      </w:r>
      <w:r>
        <w:rPr>
          <w:b/>
          <w:i w:val="0"/>
          <w:smallCaps w:val="0"/>
          <w:strike w:val="0"/>
          <w:sz w:val="24"/>
          <w:u w:val="single"/>
        </w:rPr>
        <w:t>little bit</w:t>
      </w:r>
      <w:r>
        <w:rPr>
          <w:b/>
          <w:i w:val="0"/>
          <w:smallCaps w:val="0"/>
          <w:strike w:val="0"/>
          <w:u w:val="single"/>
        </w:rPr>
        <w:t xml:space="preserve">—it </w:t>
      </w:r>
      <w:r>
        <w:rPr>
          <w:b/>
          <w:i w:val="0"/>
          <w:smallCaps w:val="0"/>
          <w:strike w:val="0"/>
          <w:highlight w:val="cyan"/>
          <w:u w:val="single"/>
        </w:rPr>
        <w:t xml:space="preserve">would </w:t>
      </w:r>
      <w:r>
        <w:rPr>
          <w:b/>
          <w:i w:val="0"/>
          <w:smallCaps w:val="0"/>
          <w:strike w:val="0"/>
          <w:sz w:val="24"/>
          <w:highlight w:val="cyan"/>
          <w:u w:val="single"/>
        </w:rPr>
        <w:t>hammer the last nail</w:t>
      </w:r>
      <w:r>
        <w:rPr>
          <w:b/>
          <w:i w:val="0"/>
          <w:smallCaps w:val="0"/>
          <w:strike w:val="0"/>
          <w:highlight w:val="cyan"/>
          <w:u w:val="single"/>
        </w:rPr>
        <w:t xml:space="preserve"> in the </w:t>
      </w:r>
      <w:r>
        <w:rPr>
          <w:b/>
          <w:i w:val="0"/>
          <w:smallCaps w:val="0"/>
          <w:strike w:val="0"/>
          <w:sz w:val="24"/>
          <w:highlight w:val="cyan"/>
          <w:u w:val="single"/>
        </w:rPr>
        <w:t>coffin</w:t>
      </w:r>
      <w:r>
        <w:rPr>
          <w:b/>
          <w:i w:val="0"/>
          <w:smallCaps w:val="0"/>
          <w:strike w:val="0"/>
          <w:highlight w:val="cyan"/>
          <w:u w:val="single"/>
        </w:rPr>
        <w:t xml:space="preserve"> of </w:t>
      </w:r>
      <w:r>
        <w:rPr>
          <w:b/>
          <w:i w:val="0"/>
          <w:smallCaps w:val="0"/>
          <w:strike w:val="0"/>
          <w:sz w:val="24"/>
          <w:highlight w:val="cyan"/>
          <w:u w:val="single"/>
        </w:rPr>
        <w:t>Trump’s</w:t>
      </w:r>
      <w:r>
        <w:rPr>
          <w:b/>
          <w:i w:val="0"/>
          <w:smallCaps w:val="0"/>
          <w:strike w:val="0"/>
          <w:sz w:val="24"/>
          <w:u w:val="single"/>
        </w:rPr>
        <w:t xml:space="preserve"> declining </w:t>
      </w:r>
      <w:r>
        <w:rPr>
          <w:b/>
          <w:i w:val="0"/>
          <w:smallCaps w:val="0"/>
          <w:strike w:val="0"/>
          <w:sz w:val="24"/>
          <w:highlight w:val="cyan"/>
          <w:u w:val="single"/>
        </w:rPr>
        <w:t>fortunes</w:t>
      </w:r>
      <w:r>
        <w:rPr>
          <w:b w:val="0"/>
          <w:i w:val="0"/>
          <w:smallCaps w:val="0"/>
          <w:strike w:val="0"/>
          <w:u w:val="none"/>
        </w:rPr>
        <w:t xml:space="preserve">. Moreover, none of the countries Trump might consider going after pose an imminent threat to U.S. security, and even </w:t>
      </w:r>
      <w:r>
        <w:rPr>
          <w:b/>
          <w:i w:val="0"/>
          <w:smallCaps w:val="0"/>
          <w:strike w:val="0"/>
          <w:u w:val="single"/>
        </w:rPr>
        <w:t xml:space="preserve">his </w:t>
      </w:r>
      <w:r>
        <w:rPr>
          <w:b/>
          <w:i w:val="0"/>
          <w:smallCaps w:val="0"/>
          <w:strike w:val="0"/>
          <w:sz w:val="24"/>
          <w:u w:val="single"/>
        </w:rPr>
        <w:t xml:space="preserve">staunchest </w:t>
      </w:r>
      <w:r>
        <w:rPr>
          <w:b/>
          <w:i w:val="0"/>
          <w:smallCaps w:val="0"/>
          <w:strike w:val="0"/>
          <w:sz w:val="24"/>
          <w:highlight w:val="cyan"/>
          <w:u w:val="single"/>
        </w:rPr>
        <w:t>supporters</w:t>
      </w:r>
      <w:r>
        <w:rPr>
          <w:b/>
          <w:i w:val="0"/>
          <w:smallCaps w:val="0"/>
          <w:strike w:val="0"/>
          <w:highlight w:val="cyan"/>
          <w:u w:val="single"/>
        </w:rPr>
        <w:t xml:space="preserve"> may wonder why he is </w:t>
      </w:r>
      <w:r>
        <w:rPr>
          <w:b/>
          <w:i w:val="0"/>
          <w:smallCaps w:val="0"/>
          <w:strike w:val="0"/>
          <w:sz w:val="24"/>
          <w:highlight w:val="cyan"/>
          <w:u w:val="single"/>
        </w:rPr>
        <w:t>wasting time</w:t>
      </w:r>
      <w:r>
        <w:rPr>
          <w:b/>
          <w:i w:val="0"/>
          <w:smallCaps w:val="0"/>
          <w:strike w:val="0"/>
          <w:highlight w:val="cyan"/>
          <w:u w:val="single"/>
        </w:rPr>
        <w:t xml:space="preserve"> and </w:t>
      </w:r>
      <w:r>
        <w:rPr>
          <w:b/>
          <w:i w:val="0"/>
          <w:smallCaps w:val="0"/>
          <w:strike w:val="0"/>
          <w:sz w:val="24"/>
          <w:highlight w:val="cyan"/>
          <w:u w:val="single"/>
        </w:rPr>
        <w:t>money</w:t>
      </w:r>
      <w:r>
        <w:rPr>
          <w:b/>
          <w:i w:val="0"/>
          <w:smallCaps w:val="0"/>
          <w:strike w:val="0"/>
          <w:u w:val="single"/>
        </w:rPr>
        <w:t xml:space="preserve"> going after Iran or Venezuela</w:t>
      </w:r>
      <w:r>
        <w:rPr>
          <w:b w:val="0"/>
          <w:i w:val="0"/>
          <w:smallCaps w:val="0"/>
          <w:strike w:val="0"/>
          <w:u w:val="none"/>
        </w:rPr>
        <w:t xml:space="preserve"> at a moment </w:t>
      </w:r>
      <w:r>
        <w:rPr>
          <w:b/>
          <w:i w:val="0"/>
          <w:smallCaps w:val="0"/>
          <w:strike w:val="0"/>
          <w:u w:val="single"/>
        </w:rPr>
        <w:t xml:space="preserve">when </w:t>
      </w:r>
      <w:r>
        <w:rPr>
          <w:b/>
          <w:i w:val="0"/>
          <w:smallCaps w:val="0"/>
          <w:strike w:val="0"/>
          <w:sz w:val="24"/>
          <w:u w:val="single"/>
        </w:rPr>
        <w:t>thousands of Americans</w:t>
      </w:r>
      <w:r>
        <w:rPr>
          <w:b/>
          <w:i w:val="0"/>
          <w:smallCaps w:val="0"/>
          <w:strike w:val="0"/>
          <w:u w:val="single"/>
        </w:rPr>
        <w:t xml:space="preserve"> are </w:t>
      </w:r>
      <w:r>
        <w:rPr>
          <w:b/>
          <w:i w:val="0"/>
          <w:smallCaps w:val="0"/>
          <w:strike w:val="0"/>
          <w:sz w:val="24"/>
          <w:u w:val="single"/>
        </w:rPr>
        <w:t>dying preventable deaths</w:t>
      </w:r>
      <w:r>
        <w:rPr>
          <w:b w:val="0"/>
          <w:i w:val="0"/>
          <w:smallCaps w:val="0"/>
          <w:strike w:val="0"/>
          <w:u w:val="none"/>
        </w:rPr>
        <w:t xml:space="preserve"> at home. </w:t>
      </w:r>
      <w:r>
        <w:rPr>
          <w:b/>
          <w:i w:val="0"/>
          <w:smallCaps w:val="0"/>
          <w:strike w:val="0"/>
          <w:u w:val="single"/>
        </w:rPr>
        <w:t xml:space="preserve">Even a successful </w:t>
      </w:r>
      <w:r>
        <w:rPr>
          <w:b/>
          <w:i w:val="0"/>
          <w:smallCaps w:val="0"/>
          <w:strike w:val="0"/>
          <w:highlight w:val="cyan"/>
          <w:u w:val="single"/>
        </w:rPr>
        <w:t>military action won’t</w:t>
      </w:r>
      <w:r>
        <w:rPr>
          <w:b/>
          <w:i w:val="0"/>
          <w:smallCaps w:val="0"/>
          <w:strike w:val="0"/>
          <w:u w:val="single"/>
        </w:rPr>
        <w:t xml:space="preserve"> </w:t>
      </w:r>
      <w:r>
        <w:rPr>
          <w:b/>
          <w:i w:val="0"/>
          <w:smallCaps w:val="0"/>
          <w:strike w:val="0"/>
          <w:sz w:val="24"/>
          <w:u w:val="single"/>
        </w:rPr>
        <w:t>put Americans back to work</w:t>
      </w:r>
      <w:r>
        <w:rPr>
          <w:b w:val="0"/>
          <w:i w:val="0"/>
          <w:smallCaps w:val="0"/>
          <w:strike w:val="0"/>
          <w:u w:val="none"/>
        </w:rPr>
        <w:t xml:space="preserve">, </w:t>
      </w:r>
      <w:r>
        <w:rPr>
          <w:b/>
          <w:i w:val="0"/>
          <w:smallCaps w:val="0"/>
          <w:strike w:val="0"/>
          <w:u w:val="single"/>
        </w:rPr>
        <w:t>create</w:t>
      </w:r>
      <w:r>
        <w:rPr>
          <w:b w:val="0"/>
          <w:i w:val="0"/>
          <w:smallCaps w:val="0"/>
          <w:strike w:val="0"/>
          <w:u w:val="none"/>
        </w:rPr>
        <w:t xml:space="preserve"> the sort of </w:t>
      </w:r>
      <w:r>
        <w:rPr>
          <w:b/>
          <w:i w:val="0"/>
          <w:smallCaps w:val="0"/>
          <w:strike w:val="0"/>
          <w:sz w:val="24"/>
          <w:u w:val="single"/>
        </w:rPr>
        <w:t>testing-and-tracing</w:t>
      </w:r>
      <w:r>
        <w:rPr>
          <w:b w:val="0"/>
          <w:i w:val="0"/>
          <w:smallCaps w:val="0"/>
          <w:strike w:val="0"/>
          <w:u w:val="none"/>
        </w:rPr>
        <w:t xml:space="preserve"> regime that competent governments around the world have been able to implement already, </w:t>
      </w:r>
      <w:r>
        <w:rPr>
          <w:b/>
          <w:i w:val="0"/>
          <w:smallCaps w:val="0"/>
          <w:strike w:val="0"/>
          <w:u w:val="single"/>
        </w:rPr>
        <w:t xml:space="preserve">or </w:t>
      </w:r>
      <w:r>
        <w:rPr>
          <w:b/>
          <w:i w:val="0"/>
          <w:smallCaps w:val="0"/>
          <w:strike w:val="0"/>
          <w:sz w:val="24"/>
          <w:highlight w:val="cyan"/>
          <w:u w:val="single"/>
        </w:rPr>
        <w:t>hasten</w:t>
      </w:r>
      <w:r>
        <w:rPr>
          <w:b w:val="0"/>
          <w:i w:val="0"/>
          <w:smallCaps w:val="0"/>
          <w:strike w:val="0"/>
          <w:u w:val="none"/>
        </w:rPr>
        <w:t xml:space="preserve"> the development </w:t>
      </w:r>
      <w:r>
        <w:rPr>
          <w:b/>
          <w:i w:val="0"/>
          <w:smallCaps w:val="0"/>
          <w:strike w:val="0"/>
          <w:u w:val="single"/>
        </w:rPr>
        <w:t xml:space="preserve">of </w:t>
      </w:r>
      <w:r>
        <w:rPr>
          <w:b/>
          <w:i w:val="0"/>
          <w:smallCaps w:val="0"/>
          <w:strike w:val="0"/>
          <w:highlight w:val="cyan"/>
          <w:u w:val="single"/>
        </w:rPr>
        <w:t xml:space="preserve">a </w:t>
      </w:r>
      <w:r>
        <w:rPr>
          <w:b/>
          <w:i w:val="0"/>
          <w:smallCaps w:val="0"/>
          <w:strike w:val="0"/>
          <w:sz w:val="24"/>
          <w:highlight w:val="cyan"/>
          <w:u w:val="single"/>
        </w:rPr>
        <w:t>vaccine</w:t>
      </w:r>
      <w:r>
        <w:rPr>
          <w:b w:val="0"/>
          <w:i w:val="0"/>
          <w:smallCaps w:val="0"/>
          <w:strike w:val="0"/>
          <w:u w:val="none"/>
        </w:rPr>
        <w:t xml:space="preserve">. </w:t>
      </w:r>
      <w:r>
        <w:rPr>
          <w:b/>
          <w:i w:val="0"/>
          <w:smallCaps w:val="0"/>
          <w:strike w:val="0"/>
          <w:highlight w:val="cyan"/>
          <w:u w:val="single"/>
        </w:rPr>
        <w:t xml:space="preserve">The </w:t>
      </w:r>
      <w:r>
        <w:rPr>
          <w:b/>
          <w:i w:val="0"/>
          <w:smallCaps w:val="0"/>
          <w:strike w:val="0"/>
          <w:sz w:val="24"/>
          <w:highlight w:val="cyan"/>
          <w:u w:val="single"/>
        </w:rPr>
        <w:t>same logic</w:t>
      </w:r>
      <w:r>
        <w:rPr>
          <w:b/>
          <w:i w:val="0"/>
          <w:smallCaps w:val="0"/>
          <w:strike w:val="0"/>
          <w:u w:val="single"/>
        </w:rPr>
        <w:t xml:space="preserve"> is likely to </w:t>
      </w:r>
      <w:r>
        <w:rPr>
          <w:b/>
          <w:i w:val="0"/>
          <w:smallCaps w:val="0"/>
          <w:strike w:val="0"/>
          <w:sz w:val="24"/>
          <w:highlight w:val="cyan"/>
          <w:u w:val="single"/>
        </w:rPr>
        <w:t>guide</w:t>
      </w:r>
      <w:r>
        <w:rPr>
          <w:b/>
          <w:i w:val="0"/>
          <w:smallCaps w:val="0"/>
          <w:strike w:val="0"/>
          <w:u w:val="single"/>
        </w:rPr>
        <w:t xml:space="preserve"> the decisions of </w:t>
      </w:r>
      <w:r>
        <w:rPr>
          <w:b/>
          <w:i w:val="0"/>
          <w:smallCaps w:val="0"/>
          <w:strike w:val="0"/>
          <w:sz w:val="24"/>
          <w:highlight w:val="cyan"/>
          <w:u w:val="single"/>
        </w:rPr>
        <w:t>other world leaders</w:t>
      </w:r>
      <w:r>
        <w:rPr>
          <w:b/>
          <w:i w:val="0"/>
          <w:smallCaps w:val="0"/>
          <w:strike w:val="0"/>
          <w:sz w:val="24"/>
          <w:u w:val="single"/>
        </w:rPr>
        <w:t xml:space="preserve"> too.</w:t>
      </w:r>
      <w:r>
        <w:rPr>
          <w:b w:val="0"/>
          <w:i w:val="0"/>
          <w:smallCaps w:val="0"/>
          <w:strike w:val="0"/>
          <w:u w:val="none"/>
        </w:rPr>
        <w:t xml:space="preserve"> </w:t>
      </w:r>
    </w:p>
    <w:p>
      <w:pPr>
        <w:spacing w:after="60"/>
      </w:pPr>
      <w:r>
        <w:rPr>
          <w:b w:val="0"/>
          <w:i w:val="0"/>
          <w:smallCaps w:val="0"/>
          <w:strike w:val="0"/>
          <w:u w:val="none"/>
        </w:rPr>
        <w:t xml:space="preserve">Another familiar folk theory is “military Keynesianism.” War generates a lot of economic demand, and it can sometimes lift depressed economies out of the doldrums and back toward prosperity and full employment. The obvious case in point here is World War II, which did help the U.S economy finally escape the quicksand of the Great Depression. Those who are convinced that great powers go to war primarily to keep Big Business (or the arms industry) happy are naturally drawn to this sort of argument, and they might worry that governments looking at bleak economic forecasts will try to restart their economies through some sort of military adventure. </w:t>
      </w:r>
    </w:p>
    <w:p>
      <w:pPr>
        <w:spacing w:after="60"/>
      </w:pPr>
      <w:r>
        <w:rPr>
          <w:b w:val="0"/>
          <w:i w:val="0"/>
          <w:smallCaps w:val="0"/>
          <w:strike w:val="0"/>
          <w:u w:val="none"/>
        </w:rPr>
        <w:t xml:space="preserve">I doubt it. </w:t>
      </w:r>
      <w:r>
        <w:rPr>
          <w:b/>
          <w:i w:val="0"/>
          <w:smallCaps w:val="0"/>
          <w:strike w:val="0"/>
          <w:u w:val="single"/>
        </w:rPr>
        <w:t xml:space="preserve">It takes a </w:t>
      </w:r>
      <w:r>
        <w:rPr>
          <w:b/>
          <w:i w:val="0"/>
          <w:smallCaps w:val="0"/>
          <w:strike w:val="0"/>
          <w:sz w:val="24"/>
          <w:u w:val="single"/>
        </w:rPr>
        <w:t>really big war</w:t>
      </w:r>
      <w:r>
        <w:rPr>
          <w:b/>
          <w:i w:val="0"/>
          <w:smallCaps w:val="0"/>
          <w:strike w:val="0"/>
          <w:u w:val="single"/>
        </w:rPr>
        <w:t xml:space="preserve"> to generate a </w:t>
      </w:r>
      <w:r>
        <w:rPr>
          <w:b/>
          <w:i w:val="0"/>
          <w:smallCaps w:val="0"/>
          <w:strike w:val="0"/>
          <w:sz w:val="24"/>
          <w:u w:val="single"/>
        </w:rPr>
        <w:t>significant stimulus</w:t>
      </w:r>
      <w:r>
        <w:rPr>
          <w:b w:val="0"/>
          <w:i w:val="0"/>
          <w:smallCaps w:val="0"/>
          <w:strike w:val="0"/>
          <w:u w:val="none"/>
        </w:rPr>
        <w:t xml:space="preserve">, and </w:t>
      </w:r>
      <w:r>
        <w:rPr>
          <w:b/>
          <w:i w:val="0"/>
          <w:smallCaps w:val="0"/>
          <w:strike w:val="0"/>
          <w:highlight w:val="cyan"/>
          <w:u w:val="single"/>
        </w:rPr>
        <w:t>it is hard to imagine</w:t>
      </w:r>
      <w:r>
        <w:rPr>
          <w:b/>
          <w:i w:val="0"/>
          <w:smallCaps w:val="0"/>
          <w:strike w:val="0"/>
          <w:u w:val="single"/>
        </w:rPr>
        <w:t xml:space="preserve"> any country launching </w:t>
      </w:r>
      <w:r>
        <w:rPr>
          <w:b/>
          <w:i w:val="0"/>
          <w:smallCaps w:val="0"/>
          <w:strike w:val="0"/>
          <w:highlight w:val="cyan"/>
          <w:u w:val="single"/>
        </w:rPr>
        <w:t>a</w:t>
      </w:r>
      <w:r>
        <w:rPr>
          <w:b/>
          <w:i w:val="0"/>
          <w:smallCaps w:val="0"/>
          <w:strike w:val="0"/>
          <w:u w:val="single"/>
        </w:rPr>
        <w:t xml:space="preserve"> </w:t>
      </w:r>
      <w:r>
        <w:rPr>
          <w:b/>
          <w:i w:val="0"/>
          <w:smallCaps w:val="0"/>
          <w:strike w:val="0"/>
          <w:sz w:val="24"/>
          <w:highlight w:val="cyan"/>
          <w:u w:val="single"/>
        </w:rPr>
        <w:t>large</w:t>
      </w:r>
      <w:r>
        <w:rPr>
          <w:b/>
          <w:i w:val="0"/>
          <w:smallCaps w:val="0"/>
          <w:strike w:val="0"/>
          <w:sz w:val="24"/>
          <w:u w:val="single"/>
        </w:rPr>
        <w:t xml:space="preserve">-scale </w:t>
      </w:r>
      <w:r>
        <w:rPr>
          <w:b/>
          <w:i w:val="0"/>
          <w:smallCaps w:val="0"/>
          <w:strike w:val="0"/>
          <w:sz w:val="24"/>
          <w:highlight w:val="cyan"/>
          <w:u w:val="single"/>
        </w:rPr>
        <w:t>war</w:t>
      </w:r>
      <w:r>
        <w:rPr>
          <w:b w:val="0"/>
          <w:i w:val="0"/>
          <w:smallCaps w:val="0"/>
          <w:strike w:val="0"/>
          <w:u w:val="none"/>
        </w:rPr>
        <w:t>—</w:t>
      </w:r>
      <w:r>
        <w:rPr>
          <w:b/>
          <w:i w:val="0"/>
          <w:smallCaps w:val="0"/>
          <w:strike w:val="0"/>
          <w:u w:val="single"/>
        </w:rPr>
        <w:t xml:space="preserve">with </w:t>
      </w:r>
      <w:r>
        <w:rPr>
          <w:b/>
          <w:i w:val="0"/>
          <w:smallCaps w:val="0"/>
          <w:strike w:val="0"/>
          <w:sz w:val="24"/>
          <w:u w:val="single"/>
        </w:rPr>
        <w:t>all its attendant risks</w:t>
      </w:r>
      <w:r>
        <w:rPr>
          <w:b w:val="0"/>
          <w:i w:val="0"/>
          <w:smallCaps w:val="0"/>
          <w:strike w:val="0"/>
          <w:u w:val="none"/>
        </w:rPr>
        <w:t xml:space="preserve">—at a moment </w:t>
      </w:r>
      <w:r>
        <w:rPr>
          <w:b/>
          <w:i w:val="0"/>
          <w:smallCaps w:val="0"/>
          <w:strike w:val="0"/>
          <w:highlight w:val="cyan"/>
          <w:u w:val="single"/>
        </w:rPr>
        <w:t xml:space="preserve">when </w:t>
      </w:r>
      <w:r>
        <w:rPr>
          <w:b/>
          <w:i w:val="0"/>
          <w:smallCaps w:val="0"/>
          <w:strike w:val="0"/>
          <w:sz w:val="24"/>
          <w:highlight w:val="cyan"/>
          <w:u w:val="single"/>
        </w:rPr>
        <w:t>debt</w:t>
      </w:r>
      <w:r>
        <w:rPr>
          <w:b/>
          <w:i w:val="0"/>
          <w:smallCaps w:val="0"/>
          <w:strike w:val="0"/>
          <w:sz w:val="24"/>
          <w:u w:val="single"/>
        </w:rPr>
        <w:t xml:space="preserve"> levels</w:t>
      </w:r>
      <w:r>
        <w:rPr>
          <w:b/>
          <w:i w:val="0"/>
          <w:smallCaps w:val="0"/>
          <w:strike w:val="0"/>
          <w:u w:val="single"/>
        </w:rPr>
        <w:t xml:space="preserve"> </w:t>
      </w:r>
      <w:r>
        <w:rPr>
          <w:b/>
          <w:i w:val="0"/>
          <w:smallCaps w:val="0"/>
          <w:strike w:val="0"/>
          <w:highlight w:val="cyan"/>
          <w:u w:val="single"/>
        </w:rPr>
        <w:t>are</w:t>
      </w:r>
      <w:r>
        <w:rPr>
          <w:b/>
          <w:i w:val="0"/>
          <w:smallCaps w:val="0"/>
          <w:strike w:val="0"/>
          <w:u w:val="single"/>
        </w:rPr>
        <w:t xml:space="preserve"> </w:t>
      </w:r>
      <w:r>
        <w:rPr>
          <w:b/>
          <w:i w:val="0"/>
          <w:smallCaps w:val="0"/>
          <w:strike w:val="0"/>
          <w:sz w:val="24"/>
          <w:u w:val="single"/>
        </w:rPr>
        <w:t xml:space="preserve">already </w:t>
      </w:r>
      <w:r>
        <w:rPr>
          <w:b/>
          <w:i w:val="0"/>
          <w:smallCaps w:val="0"/>
          <w:strike w:val="0"/>
          <w:sz w:val="24"/>
          <w:highlight w:val="cyan"/>
          <w:u w:val="single"/>
        </w:rPr>
        <w:t>soaring</w:t>
      </w:r>
      <w:r>
        <w:rPr>
          <w:b w:val="0"/>
          <w:i w:val="0"/>
          <w:smallCaps w:val="0"/>
          <w:strike w:val="0"/>
          <w:u w:val="none"/>
        </w:rPr>
        <w:t xml:space="preserve">. More importantly, </w:t>
      </w:r>
      <w:r>
        <w:rPr>
          <w:b/>
          <w:i w:val="0"/>
          <w:smallCaps w:val="0"/>
          <w:strike w:val="0"/>
          <w:u w:val="single"/>
        </w:rPr>
        <w:t xml:space="preserve">there are lots of </w:t>
      </w:r>
      <w:r>
        <w:rPr>
          <w:b/>
          <w:i w:val="0"/>
          <w:smallCaps w:val="0"/>
          <w:strike w:val="0"/>
          <w:sz w:val="24"/>
          <w:u w:val="single"/>
        </w:rPr>
        <w:t>easier</w:t>
      </w:r>
      <w:r>
        <w:rPr>
          <w:b/>
          <w:i w:val="0"/>
          <w:smallCaps w:val="0"/>
          <w:strike w:val="0"/>
          <w:u w:val="single"/>
        </w:rPr>
        <w:t xml:space="preserve"> and more </w:t>
      </w:r>
      <w:r>
        <w:rPr>
          <w:b/>
          <w:i w:val="0"/>
          <w:smallCaps w:val="0"/>
          <w:strike w:val="0"/>
          <w:sz w:val="24"/>
          <w:u w:val="single"/>
        </w:rPr>
        <w:t>direct ways</w:t>
      </w:r>
      <w:r>
        <w:rPr>
          <w:b/>
          <w:i w:val="0"/>
          <w:smallCaps w:val="0"/>
          <w:strike w:val="0"/>
          <w:u w:val="single"/>
        </w:rPr>
        <w:t xml:space="preserve"> to </w:t>
      </w:r>
      <w:r>
        <w:rPr>
          <w:b/>
          <w:i w:val="0"/>
          <w:smallCaps w:val="0"/>
          <w:strike w:val="0"/>
          <w:sz w:val="24"/>
          <w:u w:val="single"/>
        </w:rPr>
        <w:t>stimulate the economy</w:t>
      </w:r>
      <w:r>
        <w:rPr>
          <w:b w:val="0"/>
          <w:i w:val="0"/>
          <w:smallCaps w:val="0"/>
          <w:strike w:val="0"/>
          <w:u w:val="none"/>
        </w:rPr>
        <w:t xml:space="preserve">—infrastructure spending, unemployment insurance, even “helicopter payments”—and </w:t>
      </w:r>
      <w:r>
        <w:rPr>
          <w:b/>
          <w:i w:val="0"/>
          <w:smallCaps w:val="0"/>
          <w:strike w:val="0"/>
          <w:sz w:val="24"/>
          <w:u w:val="single"/>
        </w:rPr>
        <w:t>launching a war</w:t>
      </w:r>
      <w:r>
        <w:rPr>
          <w:b/>
          <w:i w:val="0"/>
          <w:smallCaps w:val="0"/>
          <w:strike w:val="0"/>
          <w:u w:val="single"/>
        </w:rPr>
        <w:t xml:space="preserve"> has to be one of the least </w:t>
      </w:r>
      <w:r>
        <w:rPr>
          <w:b/>
          <w:i w:val="0"/>
          <w:smallCaps w:val="0"/>
          <w:strike w:val="0"/>
          <w:sz w:val="24"/>
          <w:u w:val="single"/>
        </w:rPr>
        <w:t>efficient methods available</w:t>
      </w:r>
      <w:r>
        <w:rPr>
          <w:b w:val="0"/>
          <w:i w:val="0"/>
          <w:smallCaps w:val="0"/>
          <w:strike w:val="0"/>
          <w:u w:val="none"/>
        </w:rPr>
        <w:t xml:space="preserve">. The threat of </w:t>
      </w:r>
      <w:r>
        <w:rPr>
          <w:b/>
          <w:i w:val="0"/>
          <w:smallCaps w:val="0"/>
          <w:strike w:val="0"/>
          <w:highlight w:val="cyan"/>
          <w:u w:val="single"/>
        </w:rPr>
        <w:t>war</w:t>
      </w:r>
      <w:r>
        <w:rPr>
          <w:b/>
          <w:i w:val="0"/>
          <w:smallCaps w:val="0"/>
          <w:strike w:val="0"/>
          <w:u w:val="single"/>
        </w:rPr>
        <w:t xml:space="preserve"> usually </w:t>
      </w:r>
      <w:r>
        <w:rPr>
          <w:b/>
          <w:i w:val="0"/>
          <w:smallCaps w:val="0"/>
          <w:strike w:val="0"/>
          <w:sz w:val="24"/>
          <w:highlight w:val="cyan"/>
          <w:u w:val="single"/>
        </w:rPr>
        <w:t>spooks investors</w:t>
      </w:r>
      <w:r>
        <w:rPr>
          <w:b/>
          <w:i w:val="0"/>
          <w:smallCaps w:val="0"/>
          <w:strike w:val="0"/>
          <w:u w:val="single"/>
        </w:rPr>
        <w:t xml:space="preserve"> too, which </w:t>
      </w:r>
      <w:r>
        <w:rPr>
          <w:b/>
          <w:i w:val="0"/>
          <w:smallCaps w:val="0"/>
          <w:strike w:val="0"/>
          <w:sz w:val="24"/>
          <w:u w:val="single"/>
        </w:rPr>
        <w:t>any politician</w:t>
      </w:r>
      <w:r>
        <w:rPr>
          <w:b/>
          <w:i w:val="0"/>
          <w:smallCaps w:val="0"/>
          <w:strike w:val="0"/>
          <w:u w:val="single"/>
        </w:rPr>
        <w:t xml:space="preserve"> with their eye on the stock market would be </w:t>
      </w:r>
      <w:r>
        <w:rPr>
          <w:b/>
          <w:i w:val="0"/>
          <w:smallCaps w:val="0"/>
          <w:strike w:val="0"/>
          <w:sz w:val="24"/>
          <w:u w:val="single"/>
        </w:rPr>
        <w:t xml:space="preserve">loath to do. </w:t>
      </w:r>
    </w:p>
    <w:p>
      <w:pPr>
        <w:spacing w:after="60"/>
      </w:pPr>
      <w:r>
        <w:rPr>
          <w:b w:val="0"/>
          <w:i w:val="0"/>
          <w:smallCaps w:val="0"/>
          <w:strike w:val="0"/>
          <w:u w:val="none"/>
        </w:rPr>
        <w:t xml:space="preserve">Economic </w:t>
      </w:r>
      <w:r>
        <w:rPr>
          <w:b/>
          <w:i w:val="0"/>
          <w:smallCaps w:val="0"/>
          <w:strike w:val="0"/>
          <w:u w:val="single"/>
        </w:rPr>
        <w:t xml:space="preserve">downturns can encourage war in some </w:t>
      </w:r>
      <w:r>
        <w:rPr>
          <w:b/>
          <w:i w:val="0"/>
          <w:smallCaps w:val="0"/>
          <w:strike w:val="0"/>
          <w:sz w:val="24"/>
          <w:u w:val="single"/>
        </w:rPr>
        <w:t>special circumstances</w:t>
      </w:r>
      <w:r>
        <w:rPr>
          <w:b w:val="0"/>
          <w:i w:val="0"/>
          <w:smallCaps w:val="0"/>
          <w:strike w:val="0"/>
          <w:u w:val="none"/>
        </w:rPr>
        <w:t>, especially when a war would enable a country facing severe hardships to capture something of immediate and significant value. Saddam Hussein’s decision to seize Kuwait in 1990 fits this model perfectly: The Iraqi economy was in terrible shape after its long war with Iran; unemployment was threatening Saddam’s domestic position; Kuwait’s vast oil riches were a considerable prize; and seizing the lightly armed emirate was exceedingly easy to do. Iraq also owed Kuwait a lot of money, and a hostile takeover by Baghdad would wipe those debts off the books overnight. In this case, Iraq’s parlous economic condition clearly made war more likely. Yet</w:t>
      </w:r>
      <w:r>
        <w:rPr>
          <w:b/>
          <w:i w:val="0"/>
          <w:smallCaps w:val="0"/>
          <w:strike w:val="0"/>
          <w:u w:val="single"/>
        </w:rPr>
        <w:t xml:space="preserve"> I cannot think of </w:t>
      </w:r>
      <w:r>
        <w:rPr>
          <w:b/>
          <w:i w:val="0"/>
          <w:smallCaps w:val="0"/>
          <w:strike w:val="0"/>
          <w:sz w:val="24"/>
          <w:u w:val="single"/>
        </w:rPr>
        <w:t>any country</w:t>
      </w:r>
      <w:r>
        <w:rPr>
          <w:b/>
          <w:i w:val="0"/>
          <w:smallCaps w:val="0"/>
          <w:strike w:val="0"/>
          <w:u w:val="single"/>
        </w:rPr>
        <w:t xml:space="preserve"> in </w:t>
      </w:r>
      <w:r>
        <w:rPr>
          <w:b/>
          <w:i w:val="0"/>
          <w:smallCaps w:val="0"/>
          <w:strike w:val="0"/>
          <w:sz w:val="24"/>
          <w:u w:val="single"/>
        </w:rPr>
        <w:t>similar circumstances today</w:t>
      </w:r>
      <w:r>
        <w:rPr>
          <w:b/>
          <w:i w:val="0"/>
          <w:smallCaps w:val="0"/>
          <w:strike w:val="0"/>
          <w:u w:val="single"/>
        </w:rPr>
        <w:t xml:space="preserve">. Now is </w:t>
      </w:r>
      <w:r>
        <w:rPr>
          <w:b/>
          <w:i w:val="0"/>
          <w:smallCaps w:val="0"/>
          <w:strike w:val="0"/>
          <w:sz w:val="24"/>
          <w:u w:val="single"/>
        </w:rPr>
        <w:t>hardly the time</w:t>
      </w:r>
      <w:r>
        <w:rPr>
          <w:b/>
          <w:i w:val="0"/>
          <w:smallCaps w:val="0"/>
          <w:strike w:val="0"/>
          <w:u w:val="single"/>
        </w:rPr>
        <w:t xml:space="preserve"> </w:t>
      </w:r>
      <w:r>
        <w:rPr>
          <w:b/>
          <w:i w:val="0"/>
          <w:smallCaps w:val="0"/>
          <w:strike w:val="0"/>
          <w:highlight w:val="cyan"/>
          <w:u w:val="single"/>
        </w:rPr>
        <w:t xml:space="preserve">for </w:t>
      </w:r>
      <w:r>
        <w:rPr>
          <w:b/>
          <w:i w:val="0"/>
          <w:smallCaps w:val="0"/>
          <w:strike w:val="0"/>
          <w:sz w:val="24"/>
          <w:highlight w:val="cyan"/>
          <w:u w:val="single"/>
        </w:rPr>
        <w:t>Russia</w:t>
      </w:r>
      <w:r>
        <w:rPr>
          <w:b/>
          <w:i w:val="0"/>
          <w:smallCaps w:val="0"/>
          <w:strike w:val="0"/>
          <w:highlight w:val="cyan"/>
          <w:u w:val="single"/>
        </w:rPr>
        <w:t xml:space="preserve"> to</w:t>
      </w:r>
      <w:r>
        <w:rPr>
          <w:b/>
          <w:i w:val="0"/>
          <w:smallCaps w:val="0"/>
          <w:strike w:val="0"/>
          <w:u w:val="single"/>
        </w:rPr>
        <w:t xml:space="preserve"> try to </w:t>
      </w:r>
      <w:r>
        <w:rPr>
          <w:b/>
          <w:i w:val="0"/>
          <w:smallCaps w:val="0"/>
          <w:strike w:val="0"/>
          <w:sz w:val="24"/>
          <w:highlight w:val="cyan"/>
          <w:u w:val="single"/>
        </w:rPr>
        <w:t>grab</w:t>
      </w:r>
      <w:r>
        <w:rPr>
          <w:b w:val="0"/>
          <w:i w:val="0"/>
          <w:smallCaps w:val="0"/>
          <w:strike w:val="0"/>
          <w:u w:val="none"/>
        </w:rPr>
        <w:t xml:space="preserve"> more of </w:t>
      </w:r>
      <w:r>
        <w:rPr>
          <w:b/>
          <w:i w:val="0"/>
          <w:smallCaps w:val="0"/>
          <w:strike w:val="0"/>
          <w:sz w:val="24"/>
          <w:highlight w:val="cyan"/>
          <w:u w:val="single"/>
        </w:rPr>
        <w:t>Ukraine</w:t>
      </w:r>
      <w:r>
        <w:rPr>
          <w:b w:val="0"/>
          <w:i w:val="0"/>
          <w:smallCaps w:val="0"/>
          <w:strike w:val="0"/>
          <w:u w:val="none"/>
        </w:rPr>
        <w:t>—</w:t>
      </w:r>
      <w:r>
        <w:rPr>
          <w:b/>
          <w:i w:val="0"/>
          <w:smallCaps w:val="0"/>
          <w:strike w:val="0"/>
          <w:u w:val="single"/>
        </w:rPr>
        <w:t xml:space="preserve">if it even </w:t>
      </w:r>
      <w:r>
        <w:rPr>
          <w:b/>
          <w:i w:val="0"/>
          <w:smallCaps w:val="0"/>
          <w:strike w:val="0"/>
          <w:sz w:val="24"/>
          <w:u w:val="single"/>
        </w:rPr>
        <w:t>wanted</w:t>
      </w:r>
      <w:r>
        <w:rPr>
          <w:b/>
          <w:i w:val="0"/>
          <w:smallCaps w:val="0"/>
          <w:strike w:val="0"/>
          <w:u w:val="single"/>
        </w:rPr>
        <w:t xml:space="preserve"> to</w:t>
      </w:r>
      <w:r>
        <w:rPr>
          <w:b w:val="0"/>
          <w:i w:val="0"/>
          <w:smallCaps w:val="0"/>
          <w:strike w:val="0"/>
          <w:u w:val="none"/>
        </w:rPr>
        <w:t>—</w:t>
      </w:r>
      <w:r>
        <w:rPr>
          <w:b/>
          <w:i w:val="0"/>
          <w:smallCaps w:val="0"/>
          <w:strike w:val="0"/>
          <w:highlight w:val="cyan"/>
          <w:u w:val="single"/>
        </w:rPr>
        <w:t>or</w:t>
      </w:r>
      <w:r>
        <w:rPr>
          <w:b/>
          <w:i w:val="0"/>
          <w:smallCaps w:val="0"/>
          <w:strike w:val="0"/>
          <w:u w:val="single"/>
        </w:rPr>
        <w:t xml:space="preserve"> for </w:t>
      </w:r>
      <w:r>
        <w:rPr>
          <w:b/>
          <w:i w:val="0"/>
          <w:smallCaps w:val="0"/>
          <w:strike w:val="0"/>
          <w:highlight w:val="cyan"/>
          <w:u w:val="single"/>
        </w:rPr>
        <w:t>China</w:t>
      </w:r>
      <w:r>
        <w:rPr>
          <w:b/>
          <w:i w:val="0"/>
          <w:smallCaps w:val="0"/>
          <w:strike w:val="0"/>
          <w:u w:val="single"/>
        </w:rPr>
        <w:t xml:space="preserve"> to </w:t>
      </w:r>
      <w:r>
        <w:rPr>
          <w:b/>
          <w:i w:val="0"/>
          <w:smallCaps w:val="0"/>
          <w:strike w:val="0"/>
          <w:sz w:val="24"/>
          <w:u w:val="single"/>
        </w:rPr>
        <w:t xml:space="preserve">make a play for </w:t>
      </w:r>
      <w:r>
        <w:rPr>
          <w:b/>
          <w:i w:val="0"/>
          <w:smallCaps w:val="0"/>
          <w:strike w:val="0"/>
          <w:sz w:val="24"/>
          <w:highlight w:val="cyan"/>
          <w:u w:val="single"/>
        </w:rPr>
        <w:t>Taiwan</w:t>
      </w:r>
      <w:r>
        <w:rPr>
          <w:b w:val="0"/>
          <w:i w:val="0"/>
          <w:smallCaps w:val="0"/>
          <w:strike w:val="0"/>
          <w:u w:val="none"/>
        </w:rPr>
        <w:t xml:space="preserve">, </w:t>
      </w:r>
      <w:r>
        <w:rPr>
          <w:b/>
          <w:i w:val="0"/>
          <w:smallCaps w:val="0"/>
          <w:strike w:val="0"/>
          <w:u w:val="single"/>
        </w:rPr>
        <w:t xml:space="preserve">because </w:t>
      </w:r>
      <w:r>
        <w:rPr>
          <w:b/>
          <w:i w:val="0"/>
          <w:smallCaps w:val="0"/>
          <w:strike w:val="0"/>
          <w:highlight w:val="cyan"/>
          <w:u w:val="single"/>
        </w:rPr>
        <w:t xml:space="preserve">the </w:t>
      </w:r>
      <w:r>
        <w:rPr>
          <w:b/>
          <w:i w:val="0"/>
          <w:smallCaps w:val="0"/>
          <w:strike w:val="0"/>
          <w:sz w:val="24"/>
          <w:highlight w:val="cyan"/>
          <w:u w:val="single"/>
        </w:rPr>
        <w:t>costs</w:t>
      </w:r>
      <w:r>
        <w:rPr>
          <w:b/>
          <w:i w:val="0"/>
          <w:smallCaps w:val="0"/>
          <w:strike w:val="0"/>
          <w:u w:val="single"/>
        </w:rPr>
        <w:t xml:space="preserve"> of doing so </w:t>
      </w:r>
      <w:r>
        <w:rPr>
          <w:b/>
          <w:i w:val="0"/>
          <w:smallCaps w:val="0"/>
          <w:strike w:val="0"/>
          <w:highlight w:val="cyan"/>
          <w:u w:val="single"/>
        </w:rPr>
        <w:t>would</w:t>
      </w:r>
      <w:r>
        <w:rPr>
          <w:b/>
          <w:i w:val="0"/>
          <w:smallCaps w:val="0"/>
          <w:strike w:val="0"/>
          <w:u w:val="single"/>
        </w:rPr>
        <w:t xml:space="preserve"> </w:t>
      </w:r>
      <w:r>
        <w:rPr>
          <w:b/>
          <w:i w:val="0"/>
          <w:smallCaps w:val="0"/>
          <w:strike w:val="0"/>
          <w:sz w:val="24"/>
          <w:u w:val="single"/>
        </w:rPr>
        <w:t xml:space="preserve">clearly </w:t>
      </w:r>
      <w:r>
        <w:rPr>
          <w:b/>
          <w:i w:val="0"/>
          <w:smallCaps w:val="0"/>
          <w:strike w:val="0"/>
          <w:sz w:val="24"/>
          <w:highlight w:val="cyan"/>
          <w:u w:val="single"/>
        </w:rPr>
        <w:t>outweigh the</w:t>
      </w:r>
      <w:r>
        <w:rPr>
          <w:b/>
          <w:i w:val="0"/>
          <w:smallCaps w:val="0"/>
          <w:strike w:val="0"/>
          <w:sz w:val="24"/>
          <w:u w:val="single"/>
        </w:rPr>
        <w:t xml:space="preserve"> economic </w:t>
      </w:r>
      <w:r>
        <w:rPr>
          <w:b/>
          <w:i w:val="0"/>
          <w:smallCaps w:val="0"/>
          <w:strike w:val="0"/>
          <w:sz w:val="24"/>
          <w:highlight w:val="cyan"/>
          <w:u w:val="single"/>
        </w:rPr>
        <w:t>benefits</w:t>
      </w:r>
      <w:r>
        <w:rPr>
          <w:b w:val="0"/>
          <w:i w:val="0"/>
          <w:smallCaps w:val="0"/>
          <w:strike w:val="0"/>
          <w:u w:val="none"/>
        </w:rPr>
        <w:t xml:space="preserve">. </w:t>
      </w:r>
      <w:r>
        <w:rPr>
          <w:b/>
          <w:i w:val="0"/>
          <w:smallCaps w:val="0"/>
          <w:strike w:val="0"/>
          <w:highlight w:val="cyan"/>
          <w:u w:val="single"/>
        </w:rPr>
        <w:t>Even</w:t>
      </w:r>
      <w:r>
        <w:rPr>
          <w:b/>
          <w:i w:val="0"/>
          <w:smallCaps w:val="0"/>
          <w:strike w:val="0"/>
          <w:u w:val="single"/>
        </w:rPr>
        <w:t xml:space="preserve"> conquering an </w:t>
      </w:r>
      <w:r>
        <w:rPr>
          <w:b/>
          <w:i w:val="0"/>
          <w:smallCaps w:val="0"/>
          <w:strike w:val="0"/>
          <w:sz w:val="24"/>
          <w:highlight w:val="cyan"/>
          <w:u w:val="single"/>
        </w:rPr>
        <w:t>oil</w:t>
      </w:r>
      <w:r>
        <w:rPr>
          <w:b/>
          <w:i w:val="0"/>
          <w:smallCaps w:val="0"/>
          <w:strike w:val="0"/>
          <w:sz w:val="24"/>
          <w:u w:val="single"/>
        </w:rPr>
        <w:t>-rich country</w:t>
      </w:r>
      <w:r>
        <w:rPr>
          <w:b w:val="0"/>
          <w:i w:val="0"/>
          <w:smallCaps w:val="0"/>
          <w:strike w:val="0"/>
          <w:u w:val="none"/>
        </w:rPr>
        <w:t>—the sort of greedy acquisitiveness that Trump occasionally hints at—</w:t>
      </w:r>
      <w:r>
        <w:rPr>
          <w:b/>
          <w:i w:val="0"/>
          <w:smallCaps w:val="0"/>
          <w:strike w:val="0"/>
          <w:sz w:val="24"/>
          <w:highlight w:val="cyan"/>
          <w:u w:val="single"/>
        </w:rPr>
        <w:t>doesn’t look attractive</w:t>
      </w:r>
      <w:r>
        <w:rPr>
          <w:b/>
          <w:i w:val="0"/>
          <w:smallCaps w:val="0"/>
          <w:strike w:val="0"/>
          <w:highlight w:val="cyan"/>
          <w:u w:val="single"/>
        </w:rPr>
        <w:t xml:space="preserve"> when there’s a </w:t>
      </w:r>
      <w:r>
        <w:rPr>
          <w:b/>
          <w:i w:val="0"/>
          <w:smallCaps w:val="0"/>
          <w:strike w:val="0"/>
          <w:sz w:val="24"/>
          <w:highlight w:val="cyan"/>
          <w:u w:val="single"/>
        </w:rPr>
        <w:t>vast glut</w:t>
      </w:r>
      <w:r>
        <w:rPr>
          <w:b/>
          <w:i w:val="0"/>
          <w:smallCaps w:val="0"/>
          <w:strike w:val="0"/>
          <w:sz w:val="24"/>
          <w:u w:val="single"/>
        </w:rPr>
        <w:t xml:space="preserve"> on the market</w:t>
      </w:r>
      <w:r>
        <w:rPr>
          <w:b w:val="0"/>
          <w:i w:val="0"/>
          <w:smallCaps w:val="0"/>
          <w:strike w:val="0"/>
          <w:u w:val="none"/>
        </w:rPr>
        <w:t xml:space="preserve">. I might be worried if some weak and defenseless country somehow came to possess the entire global stock of a successful coronavirus vaccine, but that scenario is not even remotely possible.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