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leadership impact---</w:t>
      </w:r>
      <w:r>
        <w:rPr>
          <w:b/>
          <w:i w:val="0"/>
          <w:smallCaps w:val="0"/>
          <w:strike w:val="0"/>
          <w:sz w:val="26"/>
          <w:u w:val="single"/>
        </w:rPr>
        <w:t>empirics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Fettweis 20</w:t>
      </w:r>
      <w:r>
        <w:rPr>
          <w:b w:val="0"/>
          <w:i w:val="0"/>
          <w:smallCaps w:val="0"/>
          <w:strike w:val="0"/>
          <w:u w:val="none"/>
        </w:rPr>
        <w:t xml:space="preserve">, Associate Professor of Political Science at Tulane University. (Christopher J., 6-3-2020, "Delusions of Danger: Geopolitical Fear and Indispensability in U.S. Foreign Policy", </w:t>
      </w:r>
      <w:r>
        <w:rPr>
          <w:b w:val="0"/>
          <w:i/>
          <w:smallCaps w:val="0"/>
          <w:strike w:val="0"/>
          <w:u w:val="none"/>
        </w:rPr>
        <w:t>A Dangerous World? Threat Perception and U.S. National Security</w:t>
      </w:r>
      <w:r>
        <w:rPr>
          <w:b w:val="0"/>
          <w:i w:val="0"/>
          <w:smallCaps w:val="0"/>
          <w:strike w:val="0"/>
          <w:u w:val="none"/>
        </w:rPr>
        <w:t>, https://www.cato.org/publications/publications/delusions-danger-geopolitical-fear-indispensability-us-foreign-policy)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Like many believers, </w:t>
      </w:r>
      <w:r>
        <w:rPr>
          <w:b/>
          <w:i w:val="0"/>
          <w:smallCaps w:val="0"/>
          <w:strike w:val="0"/>
          <w:u w:val="single"/>
        </w:rPr>
        <w:t xml:space="preserve">proponents of hegemonic stability theory base their view on </w:t>
      </w:r>
      <w:r>
        <w:rPr>
          <w:b/>
          <w:i w:val="0"/>
          <w:smallCaps w:val="0"/>
          <w:strike w:val="0"/>
          <w:sz w:val="24"/>
          <w:u w:val="single"/>
        </w:rPr>
        <w:t>faith alone</w:t>
      </w:r>
      <w:r>
        <w:rPr>
          <w:b w:val="0"/>
          <w:i w:val="0"/>
          <w:smallCaps w:val="0"/>
          <w:strike w:val="0"/>
          <w:u w:val="none"/>
        </w:rPr>
        <w:t xml:space="preserve">.41 </w:t>
      </w:r>
      <w:r>
        <w:rPr>
          <w:b/>
          <w:i w:val="0"/>
          <w:smallCaps w:val="0"/>
          <w:strike w:val="0"/>
          <w:u w:val="single"/>
        </w:rPr>
        <w:t xml:space="preserve">There is </w:t>
      </w:r>
      <w:r>
        <w:rPr>
          <w:b/>
          <w:i w:val="0"/>
          <w:smallCaps w:val="0"/>
          <w:strike w:val="0"/>
          <w:sz w:val="24"/>
          <w:u w:val="single"/>
        </w:rPr>
        <w:t>precious little evidence</w:t>
      </w:r>
      <w:r>
        <w:rPr>
          <w:b/>
          <w:i w:val="0"/>
          <w:smallCaps w:val="0"/>
          <w:strike w:val="0"/>
          <w:u w:val="single"/>
        </w:rPr>
        <w:t xml:space="preserve"> to suggest that the United States is responsible for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/>
          <w:i w:val="0"/>
          <w:smallCaps w:val="0"/>
          <w:strike w:val="0"/>
          <w:u w:val="single"/>
        </w:rPr>
        <w:t>pacific trends</w:t>
      </w:r>
      <w:r>
        <w:rPr>
          <w:b w:val="0"/>
          <w:i w:val="0"/>
          <w:smallCaps w:val="0"/>
          <w:strike w:val="0"/>
          <w:u w:val="none"/>
        </w:rPr>
        <w:t xml:space="preserve"> that have swept across the system. In fact,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the world remained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equally peaceful</w:t>
      </w:r>
      <w:r>
        <w:rPr>
          <w:b w:val="0"/>
          <w:i w:val="0"/>
          <w:smallCaps w:val="0"/>
          <w:strike w:val="0"/>
          <w:u w:val="none"/>
        </w:rPr>
        <w:t xml:space="preserve">, relatively speaking, </w:t>
      </w:r>
      <w:r>
        <w:rPr>
          <w:b/>
          <w:i w:val="0"/>
          <w:smallCaps w:val="0"/>
          <w:strike w:val="0"/>
          <w:highlight w:val="cyan"/>
          <w:u w:val="single"/>
        </w:rPr>
        <w:t>while the U</w:t>
      </w:r>
      <w:r>
        <w:rPr>
          <w:b w:val="0"/>
          <w:i w:val="0"/>
          <w:smallCaps w:val="0"/>
          <w:strike w:val="0"/>
          <w:u w:val="none"/>
        </w:rPr>
        <w:t xml:space="preserve">nited </w:t>
      </w:r>
      <w:r>
        <w:rPr>
          <w:b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tates </w:t>
      </w:r>
      <w:r>
        <w:rPr>
          <w:b/>
          <w:i w:val="0"/>
          <w:smallCaps w:val="0"/>
          <w:strike w:val="0"/>
          <w:highlight w:val="cyan"/>
          <w:u w:val="single"/>
        </w:rPr>
        <w:t>cut</w:t>
      </w:r>
      <w:r>
        <w:rPr>
          <w:b/>
          <w:i w:val="0"/>
          <w:smallCaps w:val="0"/>
          <w:strike w:val="0"/>
          <w:u w:val="single"/>
        </w:rPr>
        <w:t xml:space="preserve"> its </w:t>
      </w:r>
      <w:r>
        <w:rPr>
          <w:b/>
          <w:i w:val="0"/>
          <w:smallCaps w:val="0"/>
          <w:strike w:val="0"/>
          <w:highlight w:val="cyan"/>
          <w:u w:val="single"/>
        </w:rPr>
        <w:t>forces throughout the</w:t>
      </w:r>
      <w:r>
        <w:rPr>
          <w:b/>
          <w:i w:val="0"/>
          <w:smallCaps w:val="0"/>
          <w:strike w:val="0"/>
          <w:u w:val="single"/>
        </w:rPr>
        <w:t xml:space="preserve"> 19</w:t>
      </w:r>
      <w:r>
        <w:rPr>
          <w:b/>
          <w:i w:val="0"/>
          <w:smallCaps w:val="0"/>
          <w:strike w:val="0"/>
          <w:highlight w:val="cyan"/>
          <w:u w:val="single"/>
        </w:rPr>
        <w:t>90s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as well as</w:t>
      </w:r>
      <w:r>
        <w:rPr>
          <w:b/>
          <w:i w:val="0"/>
          <w:smallCaps w:val="0"/>
          <w:strike w:val="0"/>
          <w:u w:val="single"/>
        </w:rPr>
        <w:t xml:space="preserve"> while it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doubled</w:t>
      </w:r>
      <w:r>
        <w:rPr>
          <w:b/>
          <w:i w:val="0"/>
          <w:smallCaps w:val="0"/>
          <w:strike w:val="0"/>
          <w:u w:val="single"/>
        </w:rPr>
        <w:t xml:space="preserve"> its military </w:t>
      </w:r>
      <w:r>
        <w:rPr>
          <w:b/>
          <w:i w:val="0"/>
          <w:smallCaps w:val="0"/>
          <w:strike w:val="0"/>
          <w:highlight w:val="cyan"/>
          <w:u w:val="single"/>
        </w:rPr>
        <w:t>spending</w:t>
      </w:r>
      <w:r>
        <w:rPr>
          <w:b/>
          <w:i w:val="0"/>
          <w:smallCaps w:val="0"/>
          <w:strike w:val="0"/>
          <w:u w:val="single"/>
        </w:rPr>
        <w:t xml:space="preserve"> in the first decade of the new century</w:t>
      </w:r>
      <w:r>
        <w:rPr>
          <w:b w:val="0"/>
          <w:i w:val="0"/>
          <w:smallCaps w:val="0"/>
          <w:strike w:val="0"/>
          <w:u w:val="none"/>
        </w:rPr>
        <w:t xml:space="preserve">.42 </w:t>
      </w:r>
      <w:r>
        <w:rPr>
          <w:b/>
          <w:i w:val="0"/>
          <w:smallCaps w:val="0"/>
          <w:strike w:val="0"/>
          <w:sz w:val="24"/>
          <w:u w:val="single"/>
        </w:rPr>
        <w:t>Complex statistical methods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>should not</w:t>
      </w:r>
      <w:r>
        <w:rPr>
          <w:b w:val="0"/>
          <w:i w:val="0"/>
          <w:smallCaps w:val="0"/>
          <w:strike w:val="0"/>
          <w:u w:val="none"/>
        </w:rPr>
        <w:t xml:space="preserve"> be </w:t>
      </w:r>
      <w:r>
        <w:rPr>
          <w:b/>
          <w:i w:val="0"/>
          <w:smallCaps w:val="0"/>
          <w:strike w:val="0"/>
          <w:u w:val="single"/>
        </w:rPr>
        <w:t xml:space="preserve">needed to demonstrate that levels of U.S. military </w:t>
      </w:r>
      <w:r>
        <w:rPr>
          <w:b/>
          <w:i w:val="0"/>
          <w:smallCaps w:val="0"/>
          <w:strike w:val="0"/>
          <w:highlight w:val="cyan"/>
          <w:u w:val="single"/>
        </w:rPr>
        <w:t>spending have been</w:t>
      </w:r>
      <w:r>
        <w:rPr>
          <w:b/>
          <w:i w:val="0"/>
          <w:smallCaps w:val="0"/>
          <w:strike w:val="0"/>
          <w:u w:val="single"/>
        </w:rPr>
        <w:t xml:space="preserve"> essentially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unrelated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to</w:t>
      </w:r>
      <w:r>
        <w:rPr>
          <w:b/>
          <w:i w:val="0"/>
          <w:smallCaps w:val="0"/>
          <w:strike w:val="0"/>
          <w:u w:val="single"/>
        </w:rPr>
        <w:t xml:space="preserve"> global </w:t>
      </w:r>
      <w:r>
        <w:rPr>
          <w:b/>
          <w:i w:val="0"/>
          <w:smallCaps w:val="0"/>
          <w:strike w:val="0"/>
          <w:highlight w:val="cyan"/>
          <w:u w:val="single"/>
        </w:rPr>
        <w:t>stability</w:t>
      </w:r>
      <w:r>
        <w:rPr>
          <w:b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Hegemonic stability theory’s flaws go way beyond the absence of simple correlations to support them, however. </w:t>
      </w:r>
      <w:r>
        <w:rPr>
          <w:b/>
          <w:i w:val="0"/>
          <w:smallCaps w:val="0"/>
          <w:strike w:val="0"/>
          <w:u w:val="single"/>
        </w:rPr>
        <w:t xml:space="preserve">The theory’s supporters have </w:t>
      </w:r>
      <w:r>
        <w:rPr>
          <w:b/>
          <w:i w:val="0"/>
          <w:smallCaps w:val="0"/>
          <w:strike w:val="0"/>
          <w:sz w:val="24"/>
          <w:u w:val="single"/>
        </w:rPr>
        <w:t>never been able to explain adequately</w:t>
      </w:r>
      <w:r>
        <w:rPr>
          <w:b/>
          <w:i w:val="0"/>
          <w:smallCaps w:val="0"/>
          <w:strike w:val="0"/>
          <w:u w:val="single"/>
        </w:rPr>
        <w:t xml:space="preserve"> how precisely </w:t>
      </w:r>
      <w:r>
        <w:rPr>
          <w:b/>
          <w:i w:val="0"/>
          <w:smallCaps w:val="0"/>
          <w:strike w:val="0"/>
          <w:sz w:val="24"/>
          <w:u w:val="single"/>
        </w:rPr>
        <w:t>5 percent</w:t>
      </w:r>
      <w:r>
        <w:rPr>
          <w:b/>
          <w:i w:val="0"/>
          <w:smallCaps w:val="0"/>
          <w:strike w:val="0"/>
          <w:u w:val="single"/>
        </w:rPr>
        <w:t xml:space="preserve"> of the world’s population could </w:t>
      </w:r>
      <w:r>
        <w:rPr>
          <w:b/>
          <w:i w:val="0"/>
          <w:smallCaps w:val="0"/>
          <w:strike w:val="0"/>
          <w:sz w:val="24"/>
          <w:u w:val="single"/>
        </w:rPr>
        <w:t>force</w:t>
      </w:r>
      <w:r>
        <w:rPr>
          <w:b/>
          <w:i w:val="0"/>
          <w:smallCaps w:val="0"/>
          <w:strike w:val="0"/>
          <w:u w:val="single"/>
        </w:rPr>
        <w:t xml:space="preserve"> peace on the other </w:t>
      </w:r>
      <w:r>
        <w:rPr>
          <w:b/>
          <w:i w:val="0"/>
          <w:smallCaps w:val="0"/>
          <w:strike w:val="0"/>
          <w:sz w:val="24"/>
          <w:u w:val="single"/>
        </w:rPr>
        <w:t>95 percent</w:t>
      </w:r>
      <w:r>
        <w:rPr>
          <w:b w:val="0"/>
          <w:i w:val="0"/>
          <w:smallCaps w:val="0"/>
          <w:strike w:val="0"/>
          <w:u w:val="none"/>
        </w:rPr>
        <w:t xml:space="preserve">, unless, of course, the rest of the world was simply not intent on fighting. </w:t>
      </w:r>
      <w:r>
        <w:rPr>
          <w:b/>
          <w:i w:val="0"/>
          <w:smallCaps w:val="0"/>
          <w:strike w:val="0"/>
          <w:u w:val="single"/>
        </w:rPr>
        <w:t xml:space="preserve">Most states are quite free to go to war without U.S. involvement but </w:t>
      </w:r>
      <w:r>
        <w:rPr>
          <w:b/>
          <w:i w:val="0"/>
          <w:smallCaps w:val="0"/>
          <w:strike w:val="0"/>
          <w:sz w:val="24"/>
          <w:u w:val="single"/>
        </w:rPr>
        <w:t>choose not to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u w:val="none"/>
        </w:rPr>
        <w:t xml:space="preserve">nited </w:t>
      </w:r>
      <w:r>
        <w:rPr>
          <w:b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tates </w:t>
      </w:r>
      <w:r>
        <w:rPr>
          <w:b/>
          <w:i w:val="0"/>
          <w:smallCaps w:val="0"/>
          <w:strike w:val="0"/>
          <w:highlight w:val="cyan"/>
          <w:u w:val="single"/>
        </w:rPr>
        <w:t>can be counted on</w:t>
      </w:r>
      <w:r>
        <w:rPr>
          <w:b/>
          <w:i w:val="0"/>
          <w:smallCaps w:val="0"/>
          <w:strike w:val="0"/>
          <w:u w:val="single"/>
        </w:rPr>
        <w:t xml:space="preserve">, especially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after Iraq,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steer</w:t>
      </w:r>
      <w:r>
        <w:rPr>
          <w:b/>
          <w:i w:val="0"/>
          <w:smallCaps w:val="0"/>
          <w:strike w:val="0"/>
          <w:sz w:val="24"/>
          <w:u w:val="single"/>
        </w:rPr>
        <w:t xml:space="preserve"> well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clear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of most</w:t>
      </w:r>
      <w:r>
        <w:rPr>
          <w:b w:val="0"/>
          <w:i w:val="0"/>
          <w:smallCaps w:val="0"/>
          <w:strike w:val="0"/>
          <w:u w:val="none"/>
        </w:rPr>
        <w:t xml:space="preserve"> civil </w:t>
      </w:r>
      <w:r>
        <w:rPr>
          <w:b/>
          <w:i w:val="0"/>
          <w:smallCaps w:val="0"/>
          <w:strike w:val="0"/>
          <w:highlight w:val="cyan"/>
          <w:u w:val="single"/>
        </w:rPr>
        <w:t>wars</w:t>
      </w:r>
      <w:r>
        <w:rPr>
          <w:b/>
          <w:i w:val="0"/>
          <w:smallCaps w:val="0"/>
          <w:strike w:val="0"/>
          <w:u w:val="single"/>
        </w:rPr>
        <w:t xml:space="preserve"> and ethnic conflicts</w:t>
      </w:r>
      <w:r>
        <w:rPr>
          <w:b w:val="0"/>
          <w:i w:val="0"/>
          <w:smallCaps w:val="0"/>
          <w:strike w:val="0"/>
          <w:u w:val="none"/>
        </w:rPr>
        <w:t xml:space="preserve">. It took years, hundreds of thousands of casualties, and the use of chemical weapons to spur even limited interest in the events in Syria, for example; surely internal </w:t>
      </w:r>
      <w:r>
        <w:rPr>
          <w:b/>
          <w:i w:val="0"/>
          <w:smallCaps w:val="0"/>
          <w:strike w:val="0"/>
          <w:u w:val="single"/>
        </w:rPr>
        <w:t>violence in</w:t>
      </w:r>
      <w:r>
        <w:rPr>
          <w:b w:val="0"/>
          <w:i w:val="0"/>
          <w:smallCaps w:val="0"/>
          <w:strike w:val="0"/>
          <w:u w:val="none"/>
        </w:rPr>
        <w:t xml:space="preserve">, say, </w:t>
      </w:r>
      <w:r>
        <w:rPr>
          <w:b/>
          <w:i w:val="0"/>
          <w:smallCaps w:val="0"/>
          <w:strike w:val="0"/>
          <w:u w:val="single"/>
        </w:rPr>
        <w:t xml:space="preserve">most of </w:t>
      </w:r>
      <w:r>
        <w:rPr>
          <w:b/>
          <w:i w:val="0"/>
          <w:smallCaps w:val="0"/>
          <w:strike w:val="0"/>
          <w:highlight w:val="cyan"/>
          <w:u w:val="single"/>
        </w:rPr>
        <w:t>Africa</w:t>
      </w:r>
      <w:r>
        <w:rPr>
          <w:b/>
          <w:i w:val="0"/>
          <w:smallCaps w:val="0"/>
          <w:strike w:val="0"/>
          <w:u w:val="single"/>
        </w:rPr>
        <w:t xml:space="preserve"> would be unlikely to attract serious attention of the world’s policeman, much less </w:t>
      </w:r>
      <w:r>
        <w:rPr>
          <w:b/>
          <w:i w:val="0"/>
          <w:smallCaps w:val="0"/>
          <w:strike w:val="0"/>
          <w:sz w:val="24"/>
          <w:u w:val="single"/>
        </w:rPr>
        <w:t>intervention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u w:val="single"/>
        </w:rPr>
        <w:t xml:space="preserve">The continent </w:t>
      </w:r>
      <w:r>
        <w:rPr>
          <w:b/>
          <w:i w:val="0"/>
          <w:smallCaps w:val="0"/>
          <w:strike w:val="0"/>
          <w:highlight w:val="cyan"/>
          <w:u w:val="single"/>
        </w:rPr>
        <w:t>is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nevertheless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peaceful</w:t>
      </w:r>
      <w:r>
        <w:rPr>
          <w:b/>
          <w:i w:val="0"/>
          <w:smallCaps w:val="0"/>
          <w:strike w:val="0"/>
          <w:sz w:val="24"/>
          <w:u w:val="single"/>
        </w:rPr>
        <w:t xml:space="preserve"> today</w:t>
      </w:r>
      <w:r>
        <w:rPr>
          <w:b/>
          <w:i w:val="0"/>
          <w:smallCaps w:val="0"/>
          <w:strike w:val="0"/>
          <w:u w:val="single"/>
        </w:rPr>
        <w:t xml:space="preserve"> than at </w:t>
      </w:r>
      <w:r>
        <w:rPr>
          <w:b/>
          <w:i w:val="0"/>
          <w:smallCaps w:val="0"/>
          <w:strike w:val="0"/>
          <w:sz w:val="24"/>
          <w:u w:val="single"/>
        </w:rPr>
        <w:t>any other time</w:t>
      </w:r>
      <w:r>
        <w:rPr>
          <w:b/>
          <w:i w:val="0"/>
          <w:smallCaps w:val="0"/>
          <w:strike w:val="0"/>
          <w:u w:val="single"/>
        </w:rPr>
        <w:t xml:space="preserve"> in its history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something for which</w:t>
      </w:r>
      <w:r>
        <w:rPr>
          <w:b/>
          <w:i w:val="0"/>
          <w:smallCaps w:val="0"/>
          <w:strike w:val="0"/>
          <w:u w:val="single"/>
        </w:rPr>
        <w:t xml:space="preserve"> U.S. </w:t>
      </w:r>
      <w:r>
        <w:rPr>
          <w:b/>
          <w:i w:val="0"/>
          <w:smallCaps w:val="0"/>
          <w:strike w:val="0"/>
          <w:highlight w:val="cyan"/>
          <w:u w:val="single"/>
        </w:rPr>
        <w:t>heg</w:t>
      </w:r>
      <w:r>
        <w:rPr>
          <w:b/>
          <w:i w:val="0"/>
          <w:smallCaps w:val="0"/>
          <w:strike w:val="0"/>
          <w:u w:val="single"/>
        </w:rPr>
        <w:t xml:space="preserve">emony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cannot take credit</w:t>
      </w:r>
      <w:r>
        <w:rPr>
          <w:b w:val="0"/>
          <w:i w:val="0"/>
          <w:smallCaps w:val="0"/>
          <w:strike w:val="0"/>
          <w:u w:val="none"/>
        </w:rPr>
        <w:t xml:space="preserve">.43 </w:t>
      </w:r>
      <w:r>
        <w:rPr>
          <w:b/>
          <w:i w:val="0"/>
          <w:smallCaps w:val="0"/>
          <w:strike w:val="0"/>
          <w:highlight w:val="cyan"/>
          <w:u w:val="single"/>
        </w:rPr>
        <w:t>Stability exists</w:t>
      </w:r>
      <w:r>
        <w:rPr>
          <w:b/>
          <w:i w:val="0"/>
          <w:smallCaps w:val="0"/>
          <w:strike w:val="0"/>
          <w:u w:val="single"/>
        </w:rPr>
        <w:t xml:space="preserve"> today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many</w:t>
      </w:r>
      <w:r>
        <w:rPr>
          <w:b/>
          <w:i w:val="0"/>
          <w:smallCaps w:val="0"/>
          <w:strike w:val="0"/>
          <w:sz w:val="24"/>
          <w:u w:val="single"/>
        </w:rPr>
        <w:t xml:space="preserve"> such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places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to which</w:t>
      </w:r>
      <w:r>
        <w:rPr>
          <w:b/>
          <w:i w:val="0"/>
          <w:smallCaps w:val="0"/>
          <w:strike w:val="0"/>
          <w:u w:val="single"/>
        </w:rPr>
        <w:t xml:space="preserve"> U.S. </w:t>
      </w:r>
      <w:r>
        <w:rPr>
          <w:b/>
          <w:i w:val="0"/>
          <w:smallCaps w:val="0"/>
          <w:strike w:val="0"/>
          <w:highlight w:val="cyan"/>
          <w:u w:val="single"/>
        </w:rPr>
        <w:t>heg</w:t>
      </w:r>
      <w:r>
        <w:rPr>
          <w:b/>
          <w:i w:val="0"/>
          <w:smallCaps w:val="0"/>
          <w:strike w:val="0"/>
          <w:u w:val="single"/>
        </w:rPr>
        <w:t xml:space="preserve">emony </w:t>
      </w:r>
      <w:r>
        <w:rPr>
          <w:b/>
          <w:i w:val="0"/>
          <w:smallCaps w:val="0"/>
          <w:strike w:val="0"/>
          <w:sz w:val="24"/>
          <w:u w:val="single"/>
        </w:rPr>
        <w:t xml:space="preserve">simply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does not extend</w:t>
      </w:r>
      <w:r>
        <w:rPr>
          <w:b/>
          <w:i w:val="0"/>
          <w:smallCaps w:val="0"/>
          <w:strike w:val="0"/>
          <w:highlight w:val="cyan"/>
          <w:u w:val="single"/>
        </w:rPr>
        <w:t>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