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Decline prevents </w:t>
      </w:r>
      <w:r>
        <w:rPr>
          <w:b/>
          <w:i w:val="0"/>
          <w:smallCaps w:val="0"/>
          <w:strike w:val="0"/>
          <w:sz w:val="26"/>
          <w:u w:val="single"/>
        </w:rPr>
        <w:t>US draw-in</w:t>
      </w:r>
      <w:r>
        <w:rPr>
          <w:b/>
          <w:i w:val="0"/>
          <w:smallCaps w:val="0"/>
          <w:strike w:val="0"/>
          <w:sz w:val="26"/>
          <w:u w:val="none"/>
        </w:rPr>
        <w:t>, no escalation.</w:t>
      </w:r>
    </w:p>
    <w:p>
      <w:pPr>
        <w:spacing w:after="80"/>
      </w:pPr>
      <w:r>
        <w:rPr>
          <w:b/>
          <w:i w:val="0"/>
          <w:smallCaps w:val="0"/>
          <w:strike w:val="0"/>
          <w:sz w:val="26"/>
          <w:u w:val="none"/>
        </w:rPr>
        <w:t>Wertheim 19</w:t>
      </w:r>
      <w:r>
        <w:rPr>
          <w:b w:val="0"/>
          <w:i w:val="0"/>
          <w:smallCaps w:val="0"/>
          <w:strike w:val="0"/>
          <w:u w:val="none"/>
        </w:rPr>
        <w:t>, Historian who writes about American foreign policy (Stephen, September 14</w:t>
      </w:r>
      <w:r>
        <w:rPr>
          <w:b w:val="0"/>
          <w:i w:val="0"/>
          <w:smallCaps w:val="0"/>
          <w:strike w:val="0"/>
          <w:u w:val="none"/>
        </w:rPr>
        <w:t>th</w:t>
      </w:r>
      <w:r>
        <w:rPr>
          <w:b w:val="0"/>
          <w:i w:val="0"/>
          <w:smallCaps w:val="0"/>
          <w:strike w:val="0"/>
          <w:u w:val="none"/>
        </w:rPr>
        <w:t xml:space="preserve">, “The Only Way to End ‘Endless War’,” </w:t>
      </w:r>
      <w:r>
        <w:rPr>
          <w:b w:val="0"/>
          <w:i/>
          <w:smallCaps w:val="0"/>
          <w:strike w:val="0"/>
          <w:u w:val="none"/>
        </w:rPr>
        <w:t>The New York Times</w:t>
      </w:r>
      <w:r>
        <w:rPr>
          <w:b w:val="0"/>
          <w:i w:val="0"/>
          <w:smallCaps w:val="0"/>
          <w:strike w:val="0"/>
          <w:u w:val="none"/>
        </w:rPr>
        <w:t xml:space="preserve">, </w:t>
      </w:r>
      <w:r>
        <w:rPr>
          <w:b w:val="0"/>
          <w:i w:val="0"/>
          <w:smallCaps w:val="0"/>
          <w:strike w:val="0"/>
          <w:u w:val="none"/>
        </w:rPr>
        <w:t>, Accessed 10-25-2021)</w:t>
      </w:r>
    </w:p>
    <w:p>
      <w:pPr>
        <w:spacing w:after="60"/>
      </w:pPr>
      <w:r>
        <w:rPr>
          <w:b w:val="0"/>
          <w:i w:val="0"/>
          <w:smallCaps w:val="0"/>
          <w:strike w:val="0"/>
          <w:u w:val="none"/>
        </w:rPr>
        <w:t xml:space="preserve">On its own initiative, </w:t>
      </w:r>
      <w:r>
        <w:rPr>
          <w:b/>
          <w:i w:val="0"/>
          <w:smallCaps w:val="0"/>
          <w:strike w:val="0"/>
          <w:highlight w:val="cyan"/>
          <w:u w:val="single"/>
        </w:rPr>
        <w:t>the U</w:t>
      </w:r>
      <w:r>
        <w:rPr>
          <w:b w:val="0"/>
          <w:i w:val="0"/>
          <w:smallCaps w:val="0"/>
          <w:strike w:val="0"/>
          <w:u w:val="none"/>
        </w:rPr>
        <w:t xml:space="preserve">nited </w:t>
      </w:r>
      <w:r>
        <w:rPr>
          <w:b/>
          <w:i w:val="0"/>
          <w:smallCaps w:val="0"/>
          <w:strike w:val="0"/>
          <w:highlight w:val="cyan"/>
          <w:u w:val="single"/>
        </w:rPr>
        <w:t>S</w:t>
      </w:r>
      <w:r>
        <w:rPr>
          <w:b w:val="0"/>
          <w:i w:val="0"/>
          <w:smallCaps w:val="0"/>
          <w:strike w:val="0"/>
          <w:u w:val="none"/>
        </w:rPr>
        <w:t xml:space="preserve">tates </w:t>
      </w:r>
      <w:r>
        <w:rPr>
          <w:b/>
          <w:i w:val="0"/>
          <w:smallCaps w:val="0"/>
          <w:strike w:val="0"/>
          <w:highlight w:val="cyan"/>
          <w:u w:val="single"/>
        </w:rPr>
        <w:t>can</w:t>
      </w:r>
      <w:r>
        <w:rPr>
          <w:b w:val="0"/>
          <w:i w:val="0"/>
          <w:smallCaps w:val="0"/>
          <w:strike w:val="0"/>
          <w:u w:val="none"/>
        </w:rPr>
        <w:t xml:space="preserve"> proudly </w:t>
      </w:r>
      <w:r>
        <w:rPr>
          <w:b/>
          <w:i w:val="0"/>
          <w:smallCaps w:val="0"/>
          <w:strike w:val="0"/>
          <w:highlight w:val="cyan"/>
          <w:u w:val="single"/>
        </w:rPr>
        <w:t>bring home</w:t>
      </w:r>
      <w:r>
        <w:rPr>
          <w:b w:val="0"/>
          <w:i w:val="0"/>
          <w:smallCaps w:val="0"/>
          <w:strike w:val="0"/>
          <w:u w:val="none"/>
        </w:rPr>
        <w:t xml:space="preserve"> many of its </w:t>
      </w:r>
      <w:r>
        <w:rPr>
          <w:b/>
          <w:i w:val="0"/>
          <w:smallCaps w:val="0"/>
          <w:strike w:val="0"/>
          <w:highlight w:val="cyan"/>
          <w:u w:val="single"/>
        </w:rPr>
        <w:t>soldiers</w:t>
      </w:r>
      <w:r>
        <w:rPr>
          <w:b w:val="0"/>
          <w:i w:val="0"/>
          <w:smallCaps w:val="0"/>
          <w:strike w:val="0"/>
          <w:u w:val="none"/>
        </w:rPr>
        <w:t xml:space="preserve"> currently serving in 800 bases ringing the globe, leaving small forces to protect commercial sea lanes. </w:t>
      </w:r>
      <w:r>
        <w:rPr>
          <w:b/>
          <w:i w:val="0"/>
          <w:smallCaps w:val="0"/>
          <w:strike w:val="0"/>
          <w:u w:val="single"/>
        </w:rPr>
        <w:t xml:space="preserve">It can reorient its military, </w:t>
      </w:r>
      <w:r>
        <w:rPr>
          <w:b/>
          <w:i w:val="0"/>
          <w:smallCaps w:val="0"/>
          <w:strike w:val="0"/>
          <w:highlight w:val="cyan"/>
          <w:u w:val="single"/>
        </w:rPr>
        <w:t>prioritizing</w:t>
      </w:r>
      <w:r>
        <w:rPr>
          <w:b/>
          <w:i w:val="0"/>
          <w:smallCaps w:val="0"/>
          <w:strike w:val="0"/>
          <w:u w:val="single"/>
        </w:rPr>
        <w:t xml:space="preserve"> deterrence and </w:t>
      </w:r>
      <w:r>
        <w:rPr>
          <w:b/>
          <w:i w:val="0"/>
          <w:smallCaps w:val="0"/>
          <w:strike w:val="0"/>
          <w:sz w:val="24"/>
          <w:highlight w:val="cyan"/>
          <w:u w:val="single"/>
        </w:rPr>
        <w:t>defense</w:t>
      </w:r>
      <w:r>
        <w:rPr>
          <w:b/>
          <w:i w:val="0"/>
          <w:smallCaps w:val="0"/>
          <w:strike w:val="0"/>
          <w:highlight w:val="cyan"/>
          <w:u w:val="single"/>
        </w:rPr>
        <w:t xml:space="preserve"> over power projection</w:t>
      </w:r>
      <w:r>
        <w:rPr>
          <w:b w:val="0"/>
          <w:i w:val="0"/>
          <w:smallCaps w:val="0"/>
          <w:strike w:val="0"/>
          <w:u w:val="none"/>
        </w:rPr>
        <w:t xml:space="preserve">. </w:t>
      </w:r>
      <w:r>
        <w:rPr>
          <w:b/>
          <w:i w:val="0"/>
          <w:smallCaps w:val="0"/>
          <w:strike w:val="0"/>
          <w:u w:val="single"/>
        </w:rPr>
        <w:t>It can stop the obscenity that America sends more weapons into the world than does any other country</w:t>
      </w:r>
      <w:r>
        <w:rPr>
          <w:b w:val="0"/>
          <w:i w:val="0"/>
          <w:smallCaps w:val="0"/>
          <w:strike w:val="0"/>
          <w:u w:val="none"/>
        </w:rPr>
        <w:t xml:space="preserve">. </w:t>
      </w:r>
      <w:r>
        <w:rPr>
          <w:b/>
          <w:i w:val="0"/>
          <w:smallCaps w:val="0"/>
          <w:strike w:val="0"/>
          <w:u w:val="single"/>
        </w:rPr>
        <w:t xml:space="preserve">It </w:t>
      </w:r>
      <w:r>
        <w:rPr>
          <w:b/>
          <w:i w:val="0"/>
          <w:smallCaps w:val="0"/>
          <w:strike w:val="0"/>
          <w:highlight w:val="cyan"/>
          <w:u w:val="single"/>
        </w:rPr>
        <w:t xml:space="preserve">can </w:t>
      </w:r>
      <w:r>
        <w:rPr>
          <w:b/>
          <w:i w:val="0"/>
          <w:smallCaps w:val="0"/>
          <w:strike w:val="0"/>
          <w:sz w:val="24"/>
          <w:highlight w:val="cyan"/>
          <w:u w:val="single"/>
        </w:rPr>
        <w:t>reserve armed intervention</w:t>
      </w:r>
      <w:r>
        <w:rPr>
          <w:b w:val="0"/>
          <w:i w:val="0"/>
          <w:smallCaps w:val="0"/>
          <w:strike w:val="0"/>
          <w:u w:val="none"/>
        </w:rPr>
        <w:t xml:space="preserve">, and warlike sanctions, </w:t>
      </w:r>
      <w:r>
        <w:rPr>
          <w:b/>
          <w:i w:val="0"/>
          <w:smallCaps w:val="0"/>
          <w:strike w:val="0"/>
          <w:highlight w:val="cyan"/>
          <w:u w:val="single"/>
        </w:rPr>
        <w:t>for</w:t>
      </w:r>
      <w:r>
        <w:rPr>
          <w:b/>
          <w:i w:val="0"/>
          <w:smallCaps w:val="0"/>
          <w:strike w:val="0"/>
          <w:u w:val="single"/>
        </w:rPr>
        <w:t xml:space="preserve"> purposes that are</w:t>
      </w:r>
      <w:r>
        <w:rPr>
          <w:b w:val="0"/>
          <w:i w:val="0"/>
          <w:smallCaps w:val="0"/>
          <w:strike w:val="0"/>
          <w:u w:val="none"/>
        </w:rPr>
        <w:t xml:space="preserve"> essential, legal and </w:t>
      </w:r>
      <w:r>
        <w:rPr>
          <w:b/>
          <w:i w:val="0"/>
          <w:smallCaps w:val="0"/>
          <w:strike w:val="0"/>
          <w:sz w:val="24"/>
          <w:highlight w:val="cyan"/>
          <w:u w:val="single"/>
        </w:rPr>
        <w:t>rare</w:t>
      </w:r>
      <w:r>
        <w:rPr>
          <w:b w:val="0"/>
          <w:i w:val="0"/>
          <w:smallCaps w:val="0"/>
          <w:strike w:val="0"/>
          <w:u w:val="none"/>
        </w:rPr>
        <w:t>.</w:t>
      </w:r>
    </w:p>
    <w:p>
      <w:pPr>
        <w:spacing w:after="60"/>
      </w:pPr>
      <w:r>
        <w:rPr>
          <w:b/>
          <w:i w:val="0"/>
          <w:smallCaps w:val="0"/>
          <w:strike w:val="0"/>
          <w:highlight w:val="cyan"/>
          <w:u w:val="single"/>
        </w:rPr>
        <w:t>Shrinking</w:t>
      </w:r>
      <w:r>
        <w:rPr>
          <w:b/>
          <w:i w:val="0"/>
          <w:smallCaps w:val="0"/>
          <w:strike w:val="0"/>
          <w:u w:val="single"/>
        </w:rPr>
        <w:t xml:space="preserve"> the military’s </w:t>
      </w:r>
      <w:r>
        <w:rPr>
          <w:b/>
          <w:i w:val="0"/>
          <w:smallCaps w:val="0"/>
          <w:strike w:val="0"/>
          <w:highlight w:val="cyan"/>
          <w:u w:val="single"/>
        </w:rPr>
        <w:t xml:space="preserve">footprint will </w:t>
      </w:r>
      <w:r>
        <w:rPr>
          <w:b/>
          <w:i w:val="0"/>
          <w:smallCaps w:val="0"/>
          <w:strike w:val="0"/>
          <w:sz w:val="24"/>
          <w:highlight w:val="cyan"/>
          <w:u w:val="single"/>
        </w:rPr>
        <w:t>deprive presidents of the temptation to answer every problem with a violent solution</w:t>
      </w:r>
      <w:r>
        <w:rPr>
          <w:b w:val="0"/>
          <w:i w:val="0"/>
          <w:smallCaps w:val="0"/>
          <w:strike w:val="0"/>
          <w:u w:val="none"/>
        </w:rPr>
        <w:t xml:space="preserve">. </w:t>
      </w:r>
      <w:r>
        <w:rPr>
          <w:b/>
          <w:i w:val="0"/>
          <w:smallCaps w:val="0"/>
          <w:strike w:val="0"/>
          <w:highlight w:val="cyan"/>
          <w:u w:val="single"/>
        </w:rPr>
        <w:t>It will</w:t>
      </w:r>
      <w:r>
        <w:rPr>
          <w:b w:val="0"/>
          <w:i w:val="0"/>
          <w:smallCaps w:val="0"/>
          <w:strike w:val="0"/>
          <w:highlight w:val="cyan"/>
          <w:u w:val="none"/>
        </w:rPr>
        <w:t xml:space="preserve"> </w:t>
      </w:r>
      <w:r>
        <w:rPr>
          <w:b/>
          <w:i w:val="0"/>
          <w:smallCaps w:val="0"/>
          <w:strike w:val="0"/>
          <w:sz w:val="24"/>
          <w:highlight w:val="cyan"/>
          <w:u w:val="single"/>
        </w:rPr>
        <w:t>enable</w:t>
      </w:r>
      <w:r>
        <w:rPr>
          <w:b w:val="0"/>
          <w:i w:val="0"/>
          <w:smallCaps w:val="0"/>
          <w:strike w:val="0"/>
          <w:u w:val="none"/>
        </w:rPr>
        <w:t xml:space="preserve"> genuine engagement in the world, making </w:t>
      </w:r>
      <w:r>
        <w:rPr>
          <w:b/>
          <w:i w:val="0"/>
          <w:smallCaps w:val="0"/>
          <w:strike w:val="0"/>
          <w:sz w:val="24"/>
          <w:highlight w:val="cyan"/>
          <w:u w:val="single"/>
        </w:rPr>
        <w:t>diplomacy</w:t>
      </w:r>
      <w:r>
        <w:rPr>
          <w:b w:val="0"/>
          <w:i w:val="0"/>
          <w:smallCaps w:val="0"/>
          <w:strike w:val="0"/>
          <w:u w:val="none"/>
        </w:rPr>
        <w:t xml:space="preserve"> more effective, not less. </w:t>
      </w:r>
      <w:r>
        <w:rPr>
          <w:b/>
          <w:i w:val="0"/>
          <w:smallCaps w:val="0"/>
          <w:strike w:val="0"/>
          <w:highlight w:val="cyan"/>
          <w:u w:val="single"/>
        </w:rPr>
        <w:t>As the U</w:t>
      </w:r>
      <w:r>
        <w:rPr>
          <w:b w:val="0"/>
          <w:i w:val="0"/>
          <w:smallCaps w:val="0"/>
          <w:strike w:val="0"/>
          <w:u w:val="none"/>
        </w:rPr>
        <w:t xml:space="preserve">nited </w:t>
      </w:r>
      <w:r>
        <w:rPr>
          <w:b/>
          <w:i w:val="0"/>
          <w:smallCaps w:val="0"/>
          <w:strike w:val="0"/>
          <w:highlight w:val="cyan"/>
          <w:u w:val="single"/>
        </w:rPr>
        <w:t>S</w:t>
      </w:r>
      <w:r>
        <w:rPr>
          <w:b w:val="0"/>
          <w:i w:val="0"/>
          <w:smallCaps w:val="0"/>
          <w:strike w:val="0"/>
          <w:u w:val="none"/>
        </w:rPr>
        <w:t xml:space="preserve">tates </w:t>
      </w:r>
      <w:r>
        <w:rPr>
          <w:b/>
          <w:i w:val="0"/>
          <w:smallCaps w:val="0"/>
          <w:strike w:val="0"/>
          <w:sz w:val="24"/>
          <w:highlight w:val="cyan"/>
          <w:u w:val="single"/>
        </w:rPr>
        <w:t>stops being a party to</w:t>
      </w:r>
      <w:r>
        <w:rPr>
          <w:b w:val="0"/>
          <w:i w:val="0"/>
          <w:smallCaps w:val="0"/>
          <w:strike w:val="0"/>
          <w:u w:val="none"/>
        </w:rPr>
        <w:t xml:space="preserve"> every </w:t>
      </w:r>
      <w:r>
        <w:rPr>
          <w:b/>
          <w:i w:val="0"/>
          <w:smallCaps w:val="0"/>
          <w:strike w:val="0"/>
          <w:sz w:val="24"/>
          <w:highlight w:val="cyan"/>
          <w:u w:val="single"/>
        </w:rPr>
        <w:t>conflict</w:t>
      </w:r>
      <w:r>
        <w:rPr>
          <w:b w:val="0"/>
          <w:i w:val="0"/>
          <w:smallCaps w:val="0"/>
          <w:strike w:val="0"/>
          <w:u w:val="none"/>
        </w:rPr>
        <w:t xml:space="preserve">, </w:t>
      </w:r>
      <w:r>
        <w:rPr>
          <w:b/>
          <w:i w:val="0"/>
          <w:smallCaps w:val="0"/>
          <w:strike w:val="0"/>
          <w:highlight w:val="cyan"/>
          <w:u w:val="single"/>
        </w:rPr>
        <w:t>it can start</w:t>
      </w:r>
      <w:r>
        <w:rPr>
          <w:b w:val="0"/>
          <w:i w:val="0"/>
          <w:smallCaps w:val="0"/>
          <w:strike w:val="0"/>
          <w:u w:val="none"/>
        </w:rPr>
        <w:t xml:space="preserve"> being a party to </w:t>
      </w:r>
      <w:r>
        <w:rPr>
          <w:b/>
          <w:i w:val="0"/>
          <w:smallCaps w:val="0"/>
          <w:strike w:val="0"/>
          <w:sz w:val="24"/>
          <w:highlight w:val="cyan"/>
          <w:u w:val="single"/>
        </w:rPr>
        <w:t>resolving conflicts</w:t>
      </w:r>
      <w:r>
        <w:rPr>
          <w:b w:val="0"/>
          <w:i w:val="0"/>
          <w:smallCaps w:val="0"/>
          <w:strike w:val="0"/>
          <w:u w:val="none"/>
        </w:rPr>
        <w:t>. President Obama’s nuclear agreement with Iran and, to a lesser extent, President Trump’s opening with North Korea suggest that historical enmities can be overcome. Still, these steps have not gone far enough to normalize relations and allow us to get on with living together in a world whose chief dangers — climate change, disease, deprivation — cross borders and require cooperation.</w:t>
      </w:r>
    </w:p>
    <w:p>
      <w:pPr>
        <w:spacing w:after="60"/>
      </w:pPr>
      <w:r>
        <w:rPr>
          <w:b w:val="0"/>
          <w:i w:val="0"/>
          <w:smallCaps w:val="0"/>
          <w:strike w:val="0"/>
          <w:u w:val="none"/>
        </w:rPr>
        <w:t>Hawks will retort that lowering America’s military profile will plunge the world into a hostile power’s arms. They are projecting, assuming that one rival will covet and attain the kind of armed domination that has served America poorly. Russia, with an economy the size of Italy’s, cannot rule Europe, whatever it desires. China bears watching but has so far focused its military on denying access to its coasts and mainland. It is a long way from undertaking a costly bid for primacy in East Asia, let alone the world.</w:t>
      </w:r>
    </w:p>
    <w:p>
      <w:pPr>
        <w:spacing w:after="60"/>
      </w:pPr>
      <w:r>
        <w:rPr>
          <w:b/>
          <w:i w:val="0"/>
          <w:smallCaps w:val="0"/>
          <w:strike w:val="0"/>
          <w:u w:val="single"/>
        </w:rPr>
        <w:t xml:space="preserve">In any case, </w:t>
      </w:r>
      <w:r>
        <w:rPr>
          <w:b/>
          <w:i w:val="0"/>
          <w:smallCaps w:val="0"/>
          <w:strike w:val="0"/>
          <w:sz w:val="24"/>
          <w:highlight w:val="cyan"/>
          <w:u w:val="single"/>
        </w:rPr>
        <w:t>local states are likely to step up if the American military pulls back</w:t>
      </w:r>
      <w:r>
        <w:rPr>
          <w:b w:val="0"/>
          <w:i w:val="0"/>
          <w:smallCaps w:val="0"/>
          <w:strike w:val="0"/>
          <w:u w:val="none"/>
        </w:rPr>
        <w:t xml:space="preserve">. The world conjured by the Washington establishment is an empty space, a “power vacuum,” waiting passively to be led. The real world is full of people ready to safeguard their freedom. </w:t>
      </w:r>
      <w:r>
        <w:rPr>
          <w:b/>
          <w:i w:val="0"/>
          <w:smallCaps w:val="0"/>
          <w:strike w:val="0"/>
          <w:u w:val="single"/>
        </w:rPr>
        <w:t xml:space="preserve">Today </w:t>
      </w:r>
      <w:r>
        <w:rPr>
          <w:b/>
          <w:i w:val="0"/>
          <w:smallCaps w:val="0"/>
          <w:strike w:val="0"/>
          <w:highlight w:val="cyan"/>
          <w:u w:val="single"/>
        </w:rPr>
        <w:t xml:space="preserve">a world with less American militarism is likely to have </w:t>
      </w:r>
      <w:r>
        <w:rPr>
          <w:b/>
          <w:i w:val="0"/>
          <w:smallCaps w:val="0"/>
          <w:strike w:val="0"/>
          <w:sz w:val="24"/>
          <w:highlight w:val="cyan"/>
          <w:u w:val="single"/>
        </w:rPr>
        <w:t>less militarism</w:t>
      </w:r>
      <w:r>
        <w:rPr>
          <w:b w:val="0"/>
          <w:i w:val="0"/>
          <w:smallCaps w:val="0"/>
          <w:strike w:val="0"/>
          <w:u w:val="none"/>
        </w:rPr>
        <w:t xml:space="preserve"> in general.</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