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val="0"/>
          <w:i w:val="0"/>
          <w:smallCaps w:val="0"/>
          <w:strike w:val="0"/>
          <w:sz w:val="26"/>
          <w:u w:val="none"/>
        </w:rPr>
        <w:t xml:space="preserve">US-China conflict </w:t>
      </w:r>
      <w:r>
        <w:rPr>
          <w:b w:val="0"/>
          <w:i w:val="0"/>
          <w:smallCaps w:val="0"/>
          <w:strike w:val="0"/>
          <w:sz w:val="26"/>
          <w:u w:val="single"/>
        </w:rPr>
        <w:t>cascades</w:t>
      </w:r>
      <w:r>
        <w:rPr>
          <w:b w:val="0"/>
          <w:i w:val="0"/>
          <w:smallCaps w:val="0"/>
          <w:strike w:val="0"/>
          <w:sz w:val="26"/>
          <w:u w:val="none"/>
        </w:rPr>
        <w:t xml:space="preserve"> into </w:t>
      </w:r>
      <w:r>
        <w:rPr>
          <w:b w:val="0"/>
          <w:i w:val="0"/>
          <w:smallCaps w:val="0"/>
          <w:strike w:val="0"/>
          <w:sz w:val="26"/>
          <w:u w:val="single"/>
        </w:rPr>
        <w:t>extinction</w:t>
      </w:r>
    </w:p>
    <w:p>
      <w:pPr>
        <w:spacing w:after="80"/>
      </w:pPr>
      <w:r>
        <w:rPr>
          <w:b w:val="0"/>
          <w:i w:val="0"/>
          <w:smallCaps w:val="0"/>
          <w:strike w:val="0"/>
          <w:sz w:val="20"/>
          <w:u w:val="none"/>
        </w:rPr>
        <w:t xml:space="preserve">Max </w:t>
      </w:r>
      <w:r>
        <w:rPr>
          <w:b/>
          <w:i w:val="0"/>
          <w:smallCaps w:val="0"/>
          <w:strike w:val="0"/>
          <w:sz w:val="24"/>
          <w:u w:val="none"/>
        </w:rPr>
        <w:t>Boot</w:t>
      </w:r>
      <w:r>
        <w:rPr>
          <w:b w:val="0"/>
          <w:i w:val="0"/>
          <w:smallCaps w:val="0"/>
          <w:strike w:val="0"/>
          <w:sz w:val="20"/>
          <w:u w:val="none"/>
        </w:rPr>
        <w:t xml:space="preserve"> 20</w:t>
      </w:r>
      <w:r>
        <w:rPr>
          <w:b/>
          <w:i w:val="0"/>
          <w:smallCaps w:val="0"/>
          <w:strike w:val="0"/>
          <w:sz w:val="24"/>
          <w:u w:val="none"/>
        </w:rPr>
        <w:t>23</w:t>
      </w:r>
      <w:r>
        <w:rPr>
          <w:b w:val="0"/>
          <w:i w:val="0"/>
          <w:smallCaps w:val="0"/>
          <w:strike w:val="0"/>
          <w:sz w:val="20"/>
          <w:u w:val="none"/>
        </w:rPr>
        <w:t xml:space="preserve"> (</w:t>
      </w:r>
      <w:r>
        <w:rPr>
          <w:b w:val="0"/>
          <w:i w:val="0"/>
          <w:smallCaps w:val="0"/>
          <w:strike w:val="0"/>
          <w:sz w:val="20"/>
          <w:u w:val="none"/>
        </w:rPr>
        <w:t>Max Boot is a Washington Post columnist and a senior fellow at the Council on Foreign Relations. A Pulitzer Prize finalist in biography</w:t>
      </w:r>
      <w:r>
        <w:rPr>
          <w:b w:val="0"/>
          <w:i w:val="0"/>
          <w:smallCaps w:val="0"/>
          <w:strike w:val="0"/>
          <w:sz w:val="20"/>
          <w:u w:val="none"/>
        </w:rPr>
        <w:t>, April 17</w:t>
      </w:r>
      <w:r>
        <w:rPr>
          <w:b w:val="0"/>
          <w:i w:val="0"/>
          <w:smallCaps w:val="0"/>
          <w:strike w:val="0"/>
          <w:sz w:val="20"/>
          <w:u w:val="none"/>
        </w:rPr>
        <w:t xml:space="preserve"> 2023</w:t>
      </w:r>
      <w:r>
        <w:rPr>
          <w:b w:val="0"/>
          <w:i w:val="0"/>
          <w:smallCaps w:val="0"/>
          <w:strike w:val="0"/>
          <w:sz w:val="20"/>
          <w:u w:val="none"/>
        </w:rPr>
        <w:t>, "</w:t>
      </w:r>
      <w:r>
        <w:rPr>
          <w:b w:val="0"/>
          <w:i w:val="0"/>
          <w:smallCaps w:val="0"/>
          <w:strike w:val="0"/>
          <w:sz w:val="20"/>
          <w:u w:val="none"/>
        </w:rPr>
        <w:t>In the U.S.-China competition, the real ‘existential’ danger is nuclear war</w:t>
      </w:r>
      <w:r>
        <w:rPr>
          <w:b w:val="0"/>
          <w:i w:val="0"/>
          <w:smallCaps w:val="0"/>
          <w:strike w:val="0"/>
          <w:sz w:val="20"/>
          <w:u w:val="none"/>
        </w:rPr>
        <w:t xml:space="preserve">", </w:t>
      </w:r>
      <w:r>
        <w:rPr>
          <w:b w:val="0"/>
          <w:i w:val="0"/>
          <w:smallCaps w:val="0"/>
          <w:strike w:val="0"/>
          <w:sz w:val="20"/>
          <w:u w:val="none"/>
        </w:rPr>
        <w:t>https://www.washingtonpost.com/opinions/2023/04/17/china-united-states-nuclear-conflict-danger/</w:t>
      </w:r>
      <w:r>
        <w:rPr>
          <w:b w:val="0"/>
          <w:i w:val="0"/>
          <w:smallCaps w:val="0"/>
          <w:strike w:val="0"/>
          <w:sz w:val="20"/>
          <w:u w:val="none"/>
        </w:rPr>
        <w:t>)//rohan</w:t>
      </w:r>
    </w:p>
    <w:p>
      <w:pPr>
        <w:spacing w:after="60"/>
      </w:pPr>
      <w:r>
        <w:rPr>
          <w:b w:val="0"/>
          <w:i w:val="0"/>
          <w:smallCaps w:val="0"/>
          <w:strike w:val="0"/>
          <w:sz w:val="14"/>
          <w:u w:val="none"/>
        </w:rPr>
        <w:t>I keep thinking about the comment that Rep. Mike Gallagher (R-Wis.) made at the first hearing, back on Feb. 28, of the House select committee on the Chinese Communist Party (CCP): “</w:t>
      </w:r>
      <w:r>
        <w:rPr>
          <w:b w:val="0"/>
          <w:i w:val="0"/>
          <w:smallCaps w:val="0"/>
          <w:strike w:val="0"/>
          <w:sz w:val="20"/>
          <w:highlight w:val="cyan"/>
          <w:u w:val="single"/>
        </w:rPr>
        <w:t>This</w:t>
      </w:r>
      <w:r>
        <w:rPr>
          <w:b w:val="0"/>
          <w:i w:val="0"/>
          <w:smallCaps w:val="0"/>
          <w:strike w:val="0"/>
          <w:sz w:val="14"/>
          <w:highlight w:val="cyan"/>
          <w:u w:val="none"/>
        </w:rPr>
        <w:t xml:space="preserve"> </w:t>
      </w:r>
      <w:r>
        <w:rPr>
          <w:b w:val="0"/>
          <w:i w:val="0"/>
          <w:smallCaps w:val="0"/>
          <w:strike w:val="0"/>
          <w:sz w:val="20"/>
          <w:highlight w:val="cyan"/>
          <w:u w:val="single"/>
        </w:rPr>
        <w:t xml:space="preserve">is an </w:t>
      </w:r>
      <w:r>
        <w:rPr>
          <w:b w:val="0"/>
          <w:i w:val="0"/>
          <w:smallCaps w:val="0"/>
          <w:strike w:val="0"/>
          <w:sz w:val="20"/>
          <w:highlight w:val="cyan"/>
          <w:u w:val="single"/>
        </w:rPr>
        <w:t>existential</w:t>
      </w:r>
      <w:r>
        <w:rPr>
          <w:b w:val="0"/>
          <w:i w:val="0"/>
          <w:smallCaps w:val="0"/>
          <w:strike w:val="0"/>
          <w:sz w:val="20"/>
          <w:highlight w:val="cyan"/>
          <w:u w:val="single"/>
        </w:rPr>
        <w:t xml:space="preserve"> </w:t>
      </w:r>
      <w:r>
        <w:rPr>
          <w:b w:val="0"/>
          <w:i w:val="0"/>
          <w:smallCaps w:val="0"/>
          <w:strike w:val="0"/>
          <w:sz w:val="20"/>
          <w:highlight w:val="cyan"/>
          <w:u w:val="single"/>
        </w:rPr>
        <w:t>struggle</w:t>
      </w:r>
      <w:r>
        <w:rPr>
          <w:b w:val="0"/>
          <w:i w:val="0"/>
          <w:smallCaps w:val="0"/>
          <w:strike w:val="0"/>
          <w:sz w:val="20"/>
          <w:highlight w:val="cyan"/>
          <w:u w:val="single"/>
        </w:rPr>
        <w:t xml:space="preserve"> </w:t>
      </w:r>
      <w:r>
        <w:rPr>
          <w:b w:val="0"/>
          <w:i w:val="0"/>
          <w:smallCaps w:val="0"/>
          <w:strike w:val="0"/>
          <w:sz w:val="20"/>
          <w:u w:val="single"/>
        </w:rPr>
        <w:t>over what life will look like in the 21st century</w:t>
      </w:r>
      <w:r>
        <w:rPr>
          <w:b w:val="0"/>
          <w:i w:val="0"/>
          <w:smallCaps w:val="0"/>
          <w:strike w:val="0"/>
          <w:sz w:val="14"/>
          <w:u w:val="none"/>
        </w:rPr>
        <w:t xml:space="preserve">, and </w:t>
      </w:r>
      <w:r>
        <w:rPr>
          <w:b w:val="0"/>
          <w:i w:val="0"/>
          <w:smallCaps w:val="0"/>
          <w:strike w:val="0"/>
          <w:sz w:val="20"/>
          <w:highlight w:val="cyan"/>
          <w:u w:val="single"/>
        </w:rPr>
        <w:t xml:space="preserve">the most </w:t>
      </w:r>
      <w:r>
        <w:rPr>
          <w:b w:val="0"/>
          <w:i w:val="0"/>
          <w:smallCaps w:val="0"/>
          <w:strike w:val="0"/>
          <w:sz w:val="20"/>
          <w:highlight w:val="cyan"/>
          <w:u w:val="single"/>
        </w:rPr>
        <w:t>fundamental freedoms</w:t>
      </w:r>
      <w:r>
        <w:rPr>
          <w:b w:val="0"/>
          <w:i w:val="0"/>
          <w:smallCaps w:val="0"/>
          <w:strike w:val="0"/>
          <w:sz w:val="20"/>
          <w:highlight w:val="cyan"/>
          <w:u w:val="single"/>
        </w:rPr>
        <w:t xml:space="preserve"> are at stake</w:t>
      </w:r>
      <w:r>
        <w:rPr>
          <w:b w:val="0"/>
          <w:i w:val="0"/>
          <w:smallCaps w:val="0"/>
          <w:strike w:val="0"/>
          <w:sz w:val="14"/>
          <w:u w:val="none"/>
        </w:rPr>
        <w:t>.” The committee chairman was right, but not in the way that he meant.</w:t>
      </w:r>
    </w:p>
    <w:p>
      <w:pPr>
        <w:spacing w:after="60"/>
      </w:pPr>
      <w:r>
        <w:rPr>
          <w:b w:val="0"/>
          <w:i w:val="0"/>
          <w:smallCaps w:val="0"/>
          <w:strike w:val="0"/>
          <w:sz w:val="14"/>
          <w:u w:val="none"/>
        </w:rPr>
        <w:t>A leading China hawk, Gallagher claimed: “</w:t>
      </w:r>
      <w:r>
        <w:rPr>
          <w:b w:val="0"/>
          <w:i w:val="0"/>
          <w:smallCaps w:val="0"/>
          <w:strike w:val="0"/>
          <w:sz w:val="20"/>
          <w:highlight w:val="cyan"/>
          <w:u w:val="single"/>
        </w:rPr>
        <w:t xml:space="preserve">The </w:t>
      </w:r>
      <w:r>
        <w:rPr>
          <w:b w:val="0"/>
          <w:i w:val="0"/>
          <w:smallCaps w:val="0"/>
          <w:strike w:val="0"/>
          <w:sz w:val="20"/>
          <w:highlight w:val="cyan"/>
          <w:u w:val="single"/>
        </w:rPr>
        <w:t>CCP</w:t>
      </w:r>
      <w:r>
        <w:rPr>
          <w:b w:val="0"/>
          <w:i w:val="0"/>
          <w:smallCaps w:val="0"/>
          <w:strike w:val="0"/>
          <w:sz w:val="20"/>
          <w:highlight w:val="cyan"/>
          <w:u w:val="single"/>
        </w:rPr>
        <w:t xml:space="preserve"> is </w:t>
      </w:r>
      <w:r>
        <w:rPr>
          <w:b w:val="0"/>
          <w:i w:val="0"/>
          <w:smallCaps w:val="0"/>
          <w:strike w:val="0"/>
          <w:sz w:val="20"/>
          <w:highlight w:val="cyan"/>
          <w:u w:val="single"/>
        </w:rPr>
        <w:t>laser-focused</w:t>
      </w:r>
      <w:r>
        <w:rPr>
          <w:b w:val="0"/>
          <w:i w:val="0"/>
          <w:smallCaps w:val="0"/>
          <w:strike w:val="0"/>
          <w:sz w:val="20"/>
          <w:highlight w:val="cyan"/>
          <w:u w:val="single"/>
        </w:rPr>
        <w:t xml:space="preserve"> on </w:t>
      </w:r>
      <w:r>
        <w:rPr>
          <w:b w:val="0"/>
          <w:i w:val="0"/>
          <w:smallCaps w:val="0"/>
          <w:strike w:val="0"/>
          <w:sz w:val="20"/>
          <w:u w:val="single"/>
        </w:rPr>
        <w:t xml:space="preserve">its vision for </w:t>
      </w:r>
      <w:r>
        <w:rPr>
          <w:b w:val="0"/>
          <w:i w:val="0"/>
          <w:smallCaps w:val="0"/>
          <w:strike w:val="0"/>
          <w:sz w:val="20"/>
          <w:highlight w:val="cyan"/>
          <w:u w:val="single"/>
        </w:rPr>
        <w:t xml:space="preserve">the future </w:t>
      </w:r>
      <w:r>
        <w:rPr>
          <w:b w:val="0"/>
          <w:i w:val="0"/>
          <w:smallCaps w:val="0"/>
          <w:strike w:val="0"/>
          <w:sz w:val="20"/>
          <w:u w:val="single"/>
        </w:rPr>
        <w:t xml:space="preserve">— a world </w:t>
      </w:r>
      <w:r>
        <w:rPr>
          <w:b w:val="0"/>
          <w:i w:val="0"/>
          <w:smallCaps w:val="0"/>
          <w:strike w:val="0"/>
          <w:sz w:val="20"/>
          <w:u w:val="single"/>
        </w:rPr>
        <w:t>crowded</w:t>
      </w:r>
      <w:r>
        <w:rPr>
          <w:b w:val="0"/>
          <w:i w:val="0"/>
          <w:smallCaps w:val="0"/>
          <w:strike w:val="0"/>
          <w:sz w:val="20"/>
          <w:u w:val="single"/>
        </w:rPr>
        <w:t xml:space="preserve"> with </w:t>
      </w:r>
      <w:r>
        <w:rPr>
          <w:b w:val="0"/>
          <w:i w:val="0"/>
          <w:smallCaps w:val="0"/>
          <w:strike w:val="0"/>
          <w:sz w:val="20"/>
          <w:highlight w:val="cyan"/>
          <w:u w:val="single"/>
        </w:rPr>
        <w:t>techno-totalitarian</w:t>
      </w:r>
      <w:r>
        <w:rPr>
          <w:b w:val="0"/>
          <w:i w:val="0"/>
          <w:smallCaps w:val="0"/>
          <w:strike w:val="0"/>
          <w:sz w:val="20"/>
          <w:highlight w:val="cyan"/>
          <w:u w:val="single"/>
        </w:rPr>
        <w:t xml:space="preserve"> </w:t>
      </w:r>
      <w:r>
        <w:rPr>
          <w:b w:val="0"/>
          <w:i w:val="0"/>
          <w:smallCaps w:val="0"/>
          <w:strike w:val="0"/>
          <w:sz w:val="20"/>
          <w:highlight w:val="cyan"/>
          <w:u w:val="single"/>
        </w:rPr>
        <w:t>surveillance</w:t>
      </w:r>
      <w:r>
        <w:rPr>
          <w:b w:val="0"/>
          <w:i w:val="0"/>
          <w:smallCaps w:val="0"/>
          <w:strike w:val="0"/>
          <w:sz w:val="20"/>
          <w:highlight w:val="cyan"/>
          <w:u w:val="single"/>
        </w:rPr>
        <w:t xml:space="preserve"> </w:t>
      </w:r>
      <w:r>
        <w:rPr>
          <w:b w:val="0"/>
          <w:i w:val="0"/>
          <w:smallCaps w:val="0"/>
          <w:strike w:val="0"/>
          <w:sz w:val="20"/>
          <w:u w:val="single"/>
        </w:rPr>
        <w:t>states</w:t>
      </w:r>
      <w:r>
        <w:rPr>
          <w:b w:val="0"/>
          <w:i w:val="0"/>
          <w:smallCaps w:val="0"/>
          <w:strike w:val="0"/>
          <w:sz w:val="20"/>
          <w:u w:val="single"/>
        </w:rPr>
        <w:t xml:space="preserve"> </w:t>
      </w:r>
      <w:r>
        <w:rPr>
          <w:b w:val="0"/>
          <w:i w:val="0"/>
          <w:smallCaps w:val="0"/>
          <w:strike w:val="0"/>
          <w:sz w:val="20"/>
          <w:highlight w:val="cyan"/>
          <w:u w:val="single"/>
        </w:rPr>
        <w:t xml:space="preserve">where </w:t>
      </w:r>
      <w:r>
        <w:rPr>
          <w:b w:val="0"/>
          <w:i w:val="0"/>
          <w:smallCaps w:val="0"/>
          <w:strike w:val="0"/>
          <w:sz w:val="20"/>
          <w:highlight w:val="cyan"/>
          <w:u w:val="single"/>
        </w:rPr>
        <w:t>human rights</w:t>
      </w:r>
      <w:r>
        <w:rPr>
          <w:b w:val="0"/>
          <w:i w:val="0"/>
          <w:smallCaps w:val="0"/>
          <w:strike w:val="0"/>
          <w:sz w:val="20"/>
          <w:highlight w:val="cyan"/>
          <w:u w:val="single"/>
        </w:rPr>
        <w:t xml:space="preserve"> are </w:t>
      </w:r>
      <w:r>
        <w:rPr>
          <w:b w:val="0"/>
          <w:i w:val="0"/>
          <w:smallCaps w:val="0"/>
          <w:strike w:val="0"/>
          <w:sz w:val="20"/>
          <w:highlight w:val="cyan"/>
          <w:u w:val="single"/>
        </w:rPr>
        <w:t>subordinate</w:t>
      </w:r>
      <w:r>
        <w:rPr>
          <w:b w:val="0"/>
          <w:i w:val="0"/>
          <w:smallCaps w:val="0"/>
          <w:strike w:val="0"/>
          <w:sz w:val="20"/>
          <w:highlight w:val="cyan"/>
          <w:u w:val="single"/>
        </w:rPr>
        <w:t xml:space="preserve"> </w:t>
      </w:r>
      <w:r>
        <w:rPr>
          <w:b w:val="0"/>
          <w:i w:val="0"/>
          <w:smallCaps w:val="0"/>
          <w:strike w:val="0"/>
          <w:sz w:val="20"/>
          <w:u w:val="single"/>
        </w:rPr>
        <w:t xml:space="preserve">to the </w:t>
      </w:r>
      <w:r>
        <w:rPr>
          <w:b w:val="0"/>
          <w:i w:val="0"/>
          <w:smallCaps w:val="0"/>
          <w:strike w:val="0"/>
          <w:sz w:val="20"/>
          <w:u w:val="single"/>
        </w:rPr>
        <w:t>whims</w:t>
      </w:r>
      <w:r>
        <w:rPr>
          <w:b w:val="0"/>
          <w:i w:val="0"/>
          <w:smallCaps w:val="0"/>
          <w:strike w:val="0"/>
          <w:sz w:val="20"/>
          <w:u w:val="single"/>
        </w:rPr>
        <w:t xml:space="preserve"> of </w:t>
      </w:r>
      <w:r>
        <w:rPr>
          <w:b w:val="0"/>
          <w:i w:val="0"/>
          <w:smallCaps w:val="0"/>
          <w:strike w:val="0"/>
          <w:sz w:val="20"/>
          <w:u w:val="single"/>
        </w:rPr>
        <w:t>the</w:t>
      </w:r>
      <w:r>
        <w:rPr>
          <w:b w:val="0"/>
          <w:i w:val="0"/>
          <w:smallCaps w:val="0"/>
          <w:strike w:val="0"/>
          <w:sz w:val="20"/>
          <w:u w:val="single"/>
        </w:rPr>
        <w:t xml:space="preserve"> </w:t>
      </w:r>
      <w:r>
        <w:rPr>
          <w:b w:val="0"/>
          <w:i w:val="0"/>
          <w:smallCaps w:val="0"/>
          <w:strike w:val="0"/>
          <w:sz w:val="20"/>
          <w:u w:val="single"/>
        </w:rPr>
        <w:t>party</w:t>
      </w:r>
      <w:r>
        <w:rPr>
          <w:b w:val="0"/>
          <w:i w:val="0"/>
          <w:smallCaps w:val="0"/>
          <w:strike w:val="0"/>
          <w:sz w:val="14"/>
          <w:u w:val="none"/>
        </w:rPr>
        <w:t>.” While it’s true that the Chinese Communist Party has created a system of “techno-totalitarian surveillance” in China and is happy to sell its surveillance technology to other countries, there is scant evidence that it is conspiring to export its system of oppression globally. Gallagher’s vision is merely an update of the old Cold War paranoia about a supposed Soviet plot to take over the world, which missed the fact that Soviet leaders were driven primarily by defensive concerns about their own security.</w:t>
      </w:r>
    </w:p>
    <w:p>
      <w:pPr>
        <w:spacing w:after="60"/>
      </w:pPr>
      <w:r>
        <w:rPr>
          <w:b w:val="0"/>
          <w:i w:val="0"/>
          <w:smallCaps w:val="0"/>
          <w:strike w:val="0"/>
          <w:sz w:val="20"/>
          <w:u w:val="single"/>
        </w:rPr>
        <w:t xml:space="preserve">But Gallagher is right that </w:t>
      </w:r>
      <w:r>
        <w:rPr>
          <w:b w:val="0"/>
          <w:i w:val="0"/>
          <w:smallCaps w:val="0"/>
          <w:strike w:val="0"/>
          <w:sz w:val="20"/>
          <w:highlight w:val="cyan"/>
          <w:u w:val="single"/>
        </w:rPr>
        <w:t xml:space="preserve">the </w:t>
      </w:r>
      <w:r>
        <w:rPr>
          <w:b w:val="0"/>
          <w:i w:val="0"/>
          <w:smallCaps w:val="0"/>
          <w:strike w:val="0"/>
          <w:sz w:val="20"/>
          <w:highlight w:val="cyan"/>
          <w:u w:val="single"/>
        </w:rPr>
        <w:t>U</w:t>
      </w:r>
      <w:r>
        <w:rPr>
          <w:b w:val="0"/>
          <w:i w:val="0"/>
          <w:smallCaps w:val="0"/>
          <w:strike w:val="0"/>
          <w:sz w:val="20"/>
          <w:u w:val="single"/>
        </w:rPr>
        <w:t>nited</w:t>
      </w:r>
      <w:r>
        <w:rPr>
          <w:b w:val="0"/>
          <w:i w:val="0"/>
          <w:smallCaps w:val="0"/>
          <w:strike w:val="0"/>
          <w:sz w:val="20"/>
          <w:u w:val="single"/>
        </w:rPr>
        <w:t xml:space="preserve"> </w:t>
      </w:r>
      <w:r>
        <w:rPr>
          <w:b w:val="0"/>
          <w:i w:val="0"/>
          <w:smallCaps w:val="0"/>
          <w:strike w:val="0"/>
          <w:sz w:val="20"/>
          <w:highlight w:val="cyan"/>
          <w:u w:val="single"/>
        </w:rPr>
        <w:t>S</w:t>
      </w:r>
      <w:r>
        <w:rPr>
          <w:b w:val="0"/>
          <w:i w:val="0"/>
          <w:smallCaps w:val="0"/>
          <w:strike w:val="0"/>
          <w:sz w:val="20"/>
          <w:u w:val="single"/>
        </w:rPr>
        <w:t>tates</w:t>
      </w:r>
      <w:r>
        <w:rPr>
          <w:b w:val="0"/>
          <w:i w:val="0"/>
          <w:smallCaps w:val="0"/>
          <w:strike w:val="0"/>
          <w:sz w:val="20"/>
          <w:u w:val="single"/>
        </w:rPr>
        <w:t xml:space="preserve"> </w:t>
      </w:r>
      <w:r>
        <w:rPr>
          <w:b w:val="0"/>
          <w:i w:val="0"/>
          <w:smallCaps w:val="0"/>
          <w:strike w:val="0"/>
          <w:sz w:val="20"/>
          <w:highlight w:val="cyan"/>
          <w:u w:val="single"/>
        </w:rPr>
        <w:t xml:space="preserve">and </w:t>
      </w:r>
      <w:r>
        <w:rPr>
          <w:b w:val="0"/>
          <w:i w:val="0"/>
          <w:smallCaps w:val="0"/>
          <w:strike w:val="0"/>
          <w:sz w:val="20"/>
          <w:highlight w:val="cyan"/>
          <w:u w:val="single"/>
        </w:rPr>
        <w:t>China</w:t>
      </w:r>
      <w:r>
        <w:rPr>
          <w:b w:val="0"/>
          <w:i w:val="0"/>
          <w:smallCaps w:val="0"/>
          <w:strike w:val="0"/>
          <w:sz w:val="20"/>
          <w:highlight w:val="cyan"/>
          <w:u w:val="single"/>
        </w:rPr>
        <w:t xml:space="preserve"> are locked in an </w:t>
      </w:r>
      <w:r>
        <w:rPr>
          <w:b w:val="0"/>
          <w:i w:val="0"/>
          <w:smallCaps w:val="0"/>
          <w:strike w:val="0"/>
          <w:sz w:val="20"/>
          <w:highlight w:val="cyan"/>
          <w:u w:val="single"/>
        </w:rPr>
        <w:t>existential</w:t>
      </w:r>
      <w:r>
        <w:rPr>
          <w:b w:val="0"/>
          <w:i w:val="0"/>
          <w:smallCaps w:val="0"/>
          <w:strike w:val="0"/>
          <w:sz w:val="20"/>
          <w:highlight w:val="cyan"/>
          <w:u w:val="single"/>
        </w:rPr>
        <w:t xml:space="preserve"> </w:t>
      </w:r>
      <w:r>
        <w:rPr>
          <w:b w:val="0"/>
          <w:i w:val="0"/>
          <w:smallCaps w:val="0"/>
          <w:strike w:val="0"/>
          <w:sz w:val="20"/>
          <w:highlight w:val="cyan"/>
          <w:u w:val="single"/>
        </w:rPr>
        <w:t>struggle</w:t>
      </w:r>
      <w:r>
        <w:rPr>
          <w:b w:val="0"/>
          <w:i w:val="0"/>
          <w:smallCaps w:val="0"/>
          <w:strike w:val="0"/>
          <w:sz w:val="20"/>
          <w:u w:val="single"/>
        </w:rPr>
        <w:t xml:space="preserve">, because this new cold war, like the original </w:t>
      </w:r>
      <w:r>
        <w:rPr>
          <w:b w:val="0"/>
          <w:i w:val="0"/>
          <w:smallCaps w:val="0"/>
          <w:strike w:val="0"/>
          <w:sz w:val="20"/>
          <w:u w:val="single"/>
        </w:rPr>
        <w:t>Cold W</w:t>
      </w:r>
      <w:r>
        <w:rPr>
          <w:b w:val="0"/>
          <w:i w:val="0"/>
          <w:smallCaps w:val="0"/>
          <w:strike w:val="0"/>
          <w:sz w:val="20"/>
          <w:u w:val="single"/>
        </w:rPr>
        <w:t xml:space="preserve">ar with the Soviet Union, </w:t>
      </w:r>
      <w:r>
        <w:rPr>
          <w:b w:val="0"/>
          <w:i w:val="0"/>
          <w:smallCaps w:val="0"/>
          <w:strike w:val="0"/>
          <w:sz w:val="20"/>
          <w:highlight w:val="cyan"/>
          <w:u w:val="single"/>
        </w:rPr>
        <w:t xml:space="preserve">has the potential to </w:t>
      </w:r>
      <w:r>
        <w:rPr>
          <w:b w:val="0"/>
          <w:i w:val="0"/>
          <w:smallCaps w:val="0"/>
          <w:strike w:val="0"/>
          <w:sz w:val="20"/>
          <w:highlight w:val="cyan"/>
          <w:u w:val="single"/>
        </w:rPr>
        <w:t>turn</w:t>
      </w:r>
      <w:r>
        <w:rPr>
          <w:b w:val="0"/>
          <w:i w:val="0"/>
          <w:smallCaps w:val="0"/>
          <w:strike w:val="0"/>
          <w:sz w:val="20"/>
          <w:highlight w:val="cyan"/>
          <w:u w:val="single"/>
        </w:rPr>
        <w:t xml:space="preserve"> </w:t>
      </w:r>
      <w:r>
        <w:rPr>
          <w:b w:val="0"/>
          <w:i w:val="0"/>
          <w:smallCaps w:val="0"/>
          <w:strike w:val="0"/>
          <w:sz w:val="20"/>
          <w:u w:val="single"/>
        </w:rPr>
        <w:t xml:space="preserve">into a </w:t>
      </w:r>
      <w:r>
        <w:rPr>
          <w:b w:val="0"/>
          <w:i w:val="0"/>
          <w:smallCaps w:val="0"/>
          <w:strike w:val="0"/>
          <w:sz w:val="20"/>
          <w:highlight w:val="cyan"/>
          <w:u w:val="single"/>
        </w:rPr>
        <w:t>n</w:t>
      </w:r>
      <w:r>
        <w:rPr>
          <w:b w:val="0"/>
          <w:i w:val="0"/>
          <w:smallCaps w:val="0"/>
          <w:strike w:val="0"/>
          <w:sz w:val="20"/>
          <w:highlight w:val="cyan"/>
          <w:u w:val="single"/>
        </w:rPr>
        <w:t>uclear</w:t>
      </w:r>
      <w:r>
        <w:rPr>
          <w:b w:val="0"/>
          <w:i w:val="0"/>
          <w:smallCaps w:val="0"/>
          <w:strike w:val="0"/>
          <w:sz w:val="20"/>
          <w:highlight w:val="cyan"/>
          <w:u w:val="single"/>
        </w:rPr>
        <w:t xml:space="preserve"> </w:t>
      </w:r>
      <w:r>
        <w:rPr>
          <w:b w:val="0"/>
          <w:i w:val="0"/>
          <w:smallCaps w:val="0"/>
          <w:strike w:val="0"/>
          <w:sz w:val="20"/>
          <w:u w:val="single"/>
        </w:rPr>
        <w:t>conflict</w:t>
      </w:r>
      <w:r>
        <w:rPr>
          <w:b w:val="0"/>
          <w:i w:val="0"/>
          <w:smallCaps w:val="0"/>
          <w:strike w:val="0"/>
          <w:sz w:val="14"/>
          <w:u w:val="none"/>
        </w:rPr>
        <w:t xml:space="preserve">. This is a danger that China hawks — and the U.S. public in general — do not pay sufficient attention to. President Biden, for example, repeatedly says that the </w:t>
      </w:r>
      <w:r>
        <w:rPr>
          <w:b w:val="0"/>
          <w:i w:val="0"/>
          <w:smallCaps w:val="0"/>
          <w:strike w:val="0"/>
          <w:sz w:val="20"/>
          <w:u w:val="single"/>
        </w:rPr>
        <w:t xml:space="preserve">United States will </w:t>
      </w:r>
      <w:r>
        <w:rPr>
          <w:b w:val="0"/>
          <w:i w:val="0"/>
          <w:smallCaps w:val="0"/>
          <w:strike w:val="0"/>
          <w:sz w:val="20"/>
          <w:u w:val="single"/>
        </w:rPr>
        <w:t>defend</w:t>
      </w:r>
      <w:r>
        <w:rPr>
          <w:b w:val="0"/>
          <w:i w:val="0"/>
          <w:smallCaps w:val="0"/>
          <w:strike w:val="0"/>
          <w:sz w:val="20"/>
          <w:u w:val="single"/>
        </w:rPr>
        <w:t xml:space="preserve"> Taiwan if it’s </w:t>
      </w:r>
      <w:r>
        <w:rPr>
          <w:b w:val="0"/>
          <w:i w:val="0"/>
          <w:smallCaps w:val="0"/>
          <w:strike w:val="0"/>
          <w:sz w:val="20"/>
          <w:u w:val="single"/>
        </w:rPr>
        <w:t>attacked</w:t>
      </w:r>
      <w:r>
        <w:rPr>
          <w:b w:val="0"/>
          <w:i w:val="0"/>
          <w:smallCaps w:val="0"/>
          <w:strike w:val="0"/>
          <w:sz w:val="20"/>
          <w:u w:val="single"/>
        </w:rPr>
        <w:t xml:space="preserve">, without any </w:t>
      </w:r>
      <w:r>
        <w:rPr>
          <w:b w:val="0"/>
          <w:i w:val="0"/>
          <w:smallCaps w:val="0"/>
          <w:strike w:val="0"/>
          <w:sz w:val="20"/>
          <w:u w:val="single"/>
        </w:rPr>
        <w:t>mention</w:t>
      </w:r>
      <w:r>
        <w:rPr>
          <w:b w:val="0"/>
          <w:i w:val="0"/>
          <w:smallCaps w:val="0"/>
          <w:strike w:val="0"/>
          <w:sz w:val="20"/>
          <w:u w:val="single"/>
        </w:rPr>
        <w:t xml:space="preserve"> of the potential </w:t>
      </w:r>
      <w:r>
        <w:rPr>
          <w:b w:val="0"/>
          <w:i w:val="0"/>
          <w:smallCaps w:val="0"/>
          <w:strike w:val="0"/>
          <w:sz w:val="20"/>
          <w:u w:val="single"/>
        </w:rPr>
        <w:t>consequences</w:t>
      </w:r>
      <w:r>
        <w:rPr>
          <w:b w:val="0"/>
          <w:i w:val="0"/>
          <w:smallCaps w:val="0"/>
          <w:strike w:val="0"/>
          <w:sz w:val="20"/>
          <w:u w:val="single"/>
        </w:rPr>
        <w:t xml:space="preserve"> of a </w:t>
      </w:r>
      <w:r>
        <w:rPr>
          <w:b w:val="0"/>
          <w:i w:val="0"/>
          <w:smallCaps w:val="0"/>
          <w:strike w:val="0"/>
          <w:sz w:val="20"/>
          <w:highlight w:val="cyan"/>
          <w:u w:val="single"/>
        </w:rPr>
        <w:t>conflict</w:t>
      </w:r>
      <w:r>
        <w:rPr>
          <w:b w:val="0"/>
          <w:i w:val="0"/>
          <w:smallCaps w:val="0"/>
          <w:strike w:val="0"/>
          <w:sz w:val="20"/>
          <w:highlight w:val="cyan"/>
          <w:u w:val="single"/>
        </w:rPr>
        <w:t xml:space="preserve"> with </w:t>
      </w:r>
      <w:r>
        <w:rPr>
          <w:b w:val="0"/>
          <w:i w:val="0"/>
          <w:smallCaps w:val="0"/>
          <w:strike w:val="0"/>
          <w:sz w:val="20"/>
          <w:highlight w:val="cyan"/>
          <w:u w:val="single"/>
        </w:rPr>
        <w:t>China</w:t>
      </w:r>
      <w:r>
        <w:rPr>
          <w:b w:val="0"/>
          <w:i w:val="0"/>
          <w:smallCaps w:val="0"/>
          <w:strike w:val="0"/>
          <w:sz w:val="20"/>
          <w:u w:val="single"/>
        </w:rPr>
        <w:t>.</w:t>
      </w:r>
    </w:p>
    <w:p>
      <w:pPr>
        <w:spacing w:after="60"/>
      </w:pPr>
      <w:r>
        <w:rPr>
          <w:b w:val="0"/>
          <w:i w:val="0"/>
          <w:smallCaps w:val="0"/>
          <w:strike w:val="0"/>
          <w:sz w:val="14"/>
          <w:u w:val="none"/>
        </w:rPr>
        <w:t>“</w:t>
      </w:r>
      <w:r>
        <w:rPr>
          <w:b w:val="0"/>
          <w:i w:val="0"/>
          <w:smallCaps w:val="0"/>
          <w:strike w:val="0"/>
          <w:sz w:val="20"/>
          <w:u w:val="single"/>
        </w:rPr>
        <w:t xml:space="preserve">It seems </w:t>
      </w:r>
      <w:r>
        <w:rPr>
          <w:b w:val="0"/>
          <w:i w:val="0"/>
          <w:smallCaps w:val="0"/>
          <w:strike w:val="0"/>
          <w:sz w:val="20"/>
          <w:u w:val="single"/>
        </w:rPr>
        <w:t>odd</w:t>
      </w:r>
      <w:r>
        <w:rPr>
          <w:b w:val="0"/>
          <w:i w:val="0"/>
          <w:smallCaps w:val="0"/>
          <w:strike w:val="0"/>
          <w:sz w:val="20"/>
          <w:u w:val="single"/>
        </w:rPr>
        <w:t xml:space="preserve"> that war with China over Taiwan seems a </w:t>
      </w:r>
      <w:r>
        <w:rPr>
          <w:b w:val="0"/>
          <w:i w:val="0"/>
          <w:smallCaps w:val="0"/>
          <w:strike w:val="0"/>
          <w:sz w:val="20"/>
          <w:u w:val="single"/>
        </w:rPr>
        <w:t>comfortable assumption</w:t>
      </w:r>
      <w:r>
        <w:rPr>
          <w:b w:val="0"/>
          <w:i w:val="0"/>
          <w:smallCaps w:val="0"/>
          <w:strike w:val="0"/>
          <w:sz w:val="20"/>
          <w:u w:val="single"/>
        </w:rPr>
        <w:t xml:space="preserve"> for so many when the U.S. and NATO remain </w:t>
      </w:r>
      <w:r>
        <w:rPr>
          <w:b w:val="0"/>
          <w:i w:val="0"/>
          <w:smallCaps w:val="0"/>
          <w:strike w:val="0"/>
          <w:sz w:val="20"/>
          <w:u w:val="single"/>
        </w:rPr>
        <w:t>cautious</w:t>
      </w:r>
      <w:r>
        <w:rPr>
          <w:b w:val="0"/>
          <w:i w:val="0"/>
          <w:smallCaps w:val="0"/>
          <w:strike w:val="0"/>
          <w:sz w:val="20"/>
          <w:u w:val="single"/>
        </w:rPr>
        <w:t xml:space="preserve"> about Russia’s war in Ukraine precisely because of the perceived risk of nuclear escalation</w:t>
      </w:r>
      <w:r>
        <w:rPr>
          <w:b w:val="0"/>
          <w:i w:val="0"/>
          <w:smallCaps w:val="0"/>
          <w:strike w:val="0"/>
          <w:sz w:val="14"/>
          <w:u w:val="none"/>
        </w:rPr>
        <w:t>,” John K. Culver, a CIA veteran and former national intelligence officer for East Asia, told me.</w:t>
      </w:r>
    </w:p>
    <w:p>
      <w:pPr>
        <w:spacing w:after="60"/>
      </w:pPr>
      <w:r>
        <w:rPr>
          <w:b w:val="0"/>
          <w:i w:val="0"/>
          <w:smallCaps w:val="0"/>
          <w:strike w:val="0"/>
          <w:sz w:val="14"/>
          <w:u w:val="none"/>
        </w:rPr>
        <w:t>Even many worst-case scenarios about China are too sanguine about the outcome of a conflict. In March, for example, House Republicans took part in a U.S.-China war game organized by retired Rear Adm. Mark Montgomery, a senior fellow at the Foundation for Defense of Democracies. After the exercise was first reported by my Post colleague Olivier Knox, I reached out to Montgomery to ask how it unfolded and whether it included a nuclear exchange.</w:t>
      </w:r>
    </w:p>
    <w:p>
      <w:pPr>
        <w:spacing w:after="60"/>
      </w:pPr>
      <w:r>
        <w:rPr>
          <w:b w:val="0"/>
          <w:i w:val="0"/>
          <w:smallCaps w:val="0"/>
          <w:strike w:val="0"/>
          <w:sz w:val="14"/>
          <w:u w:val="none"/>
        </w:rPr>
        <w:t>He said, “</w:t>
      </w:r>
      <w:r>
        <w:rPr>
          <w:b w:val="0"/>
          <w:i w:val="0"/>
          <w:smallCaps w:val="0"/>
          <w:strike w:val="0"/>
          <w:sz w:val="20"/>
          <w:u w:val="single"/>
        </w:rPr>
        <w:t xml:space="preserve">The war game ended up with China having a </w:t>
      </w:r>
      <w:r>
        <w:rPr>
          <w:b w:val="0"/>
          <w:i w:val="0"/>
          <w:smallCaps w:val="0"/>
          <w:strike w:val="0"/>
          <w:sz w:val="20"/>
          <w:u w:val="single"/>
        </w:rPr>
        <w:t>lodgment</w:t>
      </w:r>
      <w:r>
        <w:rPr>
          <w:b w:val="0"/>
          <w:i w:val="0"/>
          <w:smallCaps w:val="0"/>
          <w:strike w:val="0"/>
          <w:sz w:val="20"/>
          <w:u w:val="single"/>
        </w:rPr>
        <w:t xml:space="preserve"> on Taiwan, but not having defeated the Taiwan Army.” The United States suffered “significant casualties” and Taiwan “awful casualties.” Montgomery explained that the scenario “did not escalate to nuclear, although that is certainly a possibility in this sort of contingency.”</w:t>
      </w:r>
    </w:p>
    <w:p>
      <w:pPr>
        <w:spacing w:after="60"/>
      </w:pPr>
      <w:r>
        <w:rPr>
          <w:b w:val="0"/>
          <w:i w:val="0"/>
          <w:smallCaps w:val="0"/>
          <w:strike w:val="0"/>
          <w:sz w:val="14"/>
          <w:u w:val="none"/>
        </w:rPr>
        <w:t>The lack of a nuclear exchange is quite common in U.S.-China war games, at least those conducted at the unclassified level. (A senior defense official told me this is no longer the case with top-secret Pentagon war games.) A recent war game organized by the Center for Strategic and International Studies (CSIS), like the congressional war game, had the United States and its allies defeating a Chinese invasion of Taiwan. Victory came at “high cost” — “The United States and its allies lost dozens of ships, hundreds of aircraft, and tens of thousands of service members” — but not at the highest cost: i.e., the destruction of U.S. cities. CSIS senior adviser Mark F. Cancian told me that, although he would pursue “a follow-on project that looks at nuclear operations,” he wanted to focus specifically on conventional operations.</w:t>
      </w:r>
    </w:p>
    <w:p>
      <w:pPr>
        <w:spacing w:after="60"/>
      </w:pPr>
      <w:r>
        <w:rPr>
          <w:b w:val="0"/>
          <w:i w:val="0"/>
          <w:smallCaps w:val="0"/>
          <w:strike w:val="0"/>
          <w:sz w:val="14"/>
          <w:u w:val="none"/>
        </w:rPr>
        <w:t xml:space="preserve">That’s a perfectly legitimate choice, but it inadvertently risks reinforcing assumptions that a U.S.-China conflict could avoid nuclear escalation. Even a New York Times op-ed in February written by an Australian scholar, headlined “A War </w:t>
      </w:r>
      <w:r>
        <w:rPr>
          <w:b w:val="0"/>
          <w:i w:val="0"/>
          <w:smallCaps w:val="0"/>
          <w:strike w:val="0"/>
          <w:sz w:val="14"/>
          <w:u w:val="none"/>
        </w:rPr>
        <w:t>With</w:t>
      </w:r>
      <w:r>
        <w:rPr>
          <w:b w:val="0"/>
          <w:i w:val="0"/>
          <w:smallCaps w:val="0"/>
          <w:strike w:val="0"/>
          <w:sz w:val="14"/>
          <w:u w:val="none"/>
        </w:rPr>
        <w:t xml:space="preserve"> China Would Be Unlike Anything Americans Faced Before,” focused on cyberwarfare and economic warfare — not nuclear warfare.</w:t>
      </w:r>
    </w:p>
    <w:p>
      <w:pPr>
        <w:spacing w:after="60"/>
      </w:pPr>
      <w:r>
        <w:rPr>
          <w:b w:val="0"/>
          <w:i w:val="0"/>
          <w:smallCaps w:val="0"/>
          <w:strike w:val="0"/>
          <w:sz w:val="14"/>
          <w:u w:val="none"/>
        </w:rPr>
        <w:t xml:space="preserve">And yet China is </w:t>
      </w:r>
      <w:r>
        <w:rPr>
          <w:b w:val="0"/>
          <w:i w:val="0"/>
          <w:smallCaps w:val="0"/>
          <w:strike w:val="0"/>
          <w:sz w:val="14"/>
          <w:u w:val="none"/>
        </w:rPr>
        <w:t>in the midst of</w:t>
      </w:r>
      <w:r>
        <w:rPr>
          <w:b w:val="0"/>
          <w:i w:val="0"/>
          <w:smallCaps w:val="0"/>
          <w:strike w:val="0"/>
          <w:sz w:val="14"/>
          <w:u w:val="none"/>
        </w:rPr>
        <w:t xml:space="preserve"> a rapid nuclear buildup. The latest Pentagon report on Chinese military power projects that its nuclear stockpile will grow from 400 warheads today to 1,500 warheads by 2035. The report also warns that, while China nominally adheres to a “no first use” policy on nuclear weapons, “Beijing probably would … consider nuclear use to restore deterrence if a conventional military defeat gravely threatened PRC survival.” Given that a failed invasion of Taiwan could threaten the CCP’s power, it’s reasonable to worry that China could up the ante by going nuclear.</w:t>
      </w:r>
    </w:p>
    <w:p>
      <w:pPr>
        <w:spacing w:after="60"/>
      </w:pPr>
      <w:r>
        <w:rPr>
          <w:b w:val="0"/>
          <w:i w:val="0"/>
          <w:smallCaps w:val="0"/>
          <w:strike w:val="0"/>
          <w:sz w:val="20"/>
          <w:highlight w:val="cyan"/>
          <w:u w:val="single"/>
        </w:rPr>
        <w:t xml:space="preserve">The risk </w:t>
      </w:r>
      <w:r>
        <w:rPr>
          <w:b w:val="0"/>
          <w:i w:val="0"/>
          <w:smallCaps w:val="0"/>
          <w:strike w:val="0"/>
          <w:sz w:val="20"/>
          <w:u w:val="single"/>
        </w:rPr>
        <w:t xml:space="preserve">of </w:t>
      </w:r>
      <w:r>
        <w:rPr>
          <w:b w:val="0"/>
          <w:i w:val="0"/>
          <w:smallCaps w:val="0"/>
          <w:strike w:val="0"/>
          <w:sz w:val="20"/>
          <w:u w:val="single"/>
        </w:rPr>
        <w:t>nuclear</w:t>
      </w:r>
      <w:r>
        <w:rPr>
          <w:b w:val="0"/>
          <w:i w:val="0"/>
          <w:smallCaps w:val="0"/>
          <w:strike w:val="0"/>
          <w:sz w:val="20"/>
          <w:u w:val="single"/>
        </w:rPr>
        <w:t xml:space="preserve"> </w:t>
      </w:r>
      <w:r>
        <w:rPr>
          <w:b w:val="0"/>
          <w:i w:val="0"/>
          <w:smallCaps w:val="0"/>
          <w:strike w:val="0"/>
          <w:sz w:val="20"/>
          <w:highlight w:val="cyan"/>
          <w:u w:val="single"/>
        </w:rPr>
        <w:t>escalation</w:t>
      </w:r>
      <w:r>
        <w:rPr>
          <w:b w:val="0"/>
          <w:i w:val="0"/>
          <w:smallCaps w:val="0"/>
          <w:strike w:val="0"/>
          <w:sz w:val="20"/>
          <w:highlight w:val="cyan"/>
          <w:u w:val="single"/>
        </w:rPr>
        <w:t xml:space="preserve"> is </w:t>
      </w:r>
      <w:r>
        <w:rPr>
          <w:b w:val="0"/>
          <w:i w:val="0"/>
          <w:smallCaps w:val="0"/>
          <w:strike w:val="0"/>
          <w:sz w:val="20"/>
          <w:u w:val="single"/>
        </w:rPr>
        <w:t xml:space="preserve">all the </w:t>
      </w:r>
      <w:r>
        <w:rPr>
          <w:b w:val="0"/>
          <w:i w:val="0"/>
          <w:smallCaps w:val="0"/>
          <w:strike w:val="0"/>
          <w:sz w:val="20"/>
          <w:highlight w:val="cyan"/>
          <w:u w:val="single"/>
        </w:rPr>
        <w:t>great</w:t>
      </w:r>
      <w:r>
        <w:rPr>
          <w:b w:val="0"/>
          <w:i w:val="0"/>
          <w:smallCaps w:val="0"/>
          <w:strike w:val="0"/>
          <w:sz w:val="20"/>
          <w:u w:val="single"/>
        </w:rPr>
        <w:t>er</w:t>
      </w:r>
      <w:r>
        <w:rPr>
          <w:b w:val="0"/>
          <w:i w:val="0"/>
          <w:smallCaps w:val="0"/>
          <w:strike w:val="0"/>
          <w:sz w:val="20"/>
          <w:u w:val="single"/>
        </w:rPr>
        <w:t xml:space="preserve"> </w:t>
      </w:r>
      <w:r>
        <w:rPr>
          <w:b w:val="0"/>
          <w:i w:val="0"/>
          <w:smallCaps w:val="0"/>
          <w:strike w:val="0"/>
          <w:sz w:val="20"/>
          <w:highlight w:val="cyan"/>
          <w:u w:val="single"/>
        </w:rPr>
        <w:t>because</w:t>
      </w:r>
      <w:r>
        <w:rPr>
          <w:b w:val="0"/>
          <w:i w:val="0"/>
          <w:smallCaps w:val="0"/>
          <w:strike w:val="0"/>
          <w:sz w:val="14"/>
          <w:u w:val="none"/>
        </w:rPr>
        <w:t xml:space="preserve">, </w:t>
      </w:r>
      <w:r>
        <w:rPr>
          <w:b w:val="0"/>
          <w:i w:val="0"/>
          <w:smallCaps w:val="0"/>
          <w:strike w:val="0"/>
          <w:sz w:val="20"/>
          <w:u w:val="single"/>
        </w:rPr>
        <w:t xml:space="preserve">as a senior U.S. admiral explained to me, </w:t>
      </w:r>
      <w:r>
        <w:rPr>
          <w:b w:val="0"/>
          <w:i w:val="0"/>
          <w:smallCaps w:val="0"/>
          <w:strike w:val="0"/>
          <w:sz w:val="20"/>
          <w:highlight w:val="cyan"/>
          <w:u w:val="single"/>
        </w:rPr>
        <w:t xml:space="preserve">it would be difficult for the </w:t>
      </w:r>
      <w:r>
        <w:rPr>
          <w:b w:val="0"/>
          <w:i w:val="0"/>
          <w:smallCaps w:val="0"/>
          <w:strike w:val="0"/>
          <w:sz w:val="20"/>
          <w:highlight w:val="cyan"/>
          <w:u w:val="single"/>
        </w:rPr>
        <w:t>U</w:t>
      </w:r>
      <w:r>
        <w:rPr>
          <w:b w:val="0"/>
          <w:i w:val="0"/>
          <w:smallCaps w:val="0"/>
          <w:strike w:val="0"/>
          <w:sz w:val="20"/>
          <w:u w:val="single"/>
        </w:rPr>
        <w:t>nited</w:t>
      </w:r>
      <w:r>
        <w:rPr>
          <w:b w:val="0"/>
          <w:i w:val="0"/>
          <w:smallCaps w:val="0"/>
          <w:strike w:val="0"/>
          <w:sz w:val="20"/>
          <w:u w:val="single"/>
        </w:rPr>
        <w:t xml:space="preserve"> </w:t>
      </w:r>
      <w:r>
        <w:rPr>
          <w:b w:val="0"/>
          <w:i w:val="0"/>
          <w:smallCaps w:val="0"/>
          <w:strike w:val="0"/>
          <w:sz w:val="20"/>
          <w:highlight w:val="cyan"/>
          <w:u w:val="single"/>
        </w:rPr>
        <w:t>S</w:t>
      </w:r>
      <w:r>
        <w:rPr>
          <w:b w:val="0"/>
          <w:i w:val="0"/>
          <w:smallCaps w:val="0"/>
          <w:strike w:val="0"/>
          <w:sz w:val="20"/>
          <w:u w:val="single"/>
        </w:rPr>
        <w:t>tates</w:t>
      </w:r>
      <w:r>
        <w:rPr>
          <w:b w:val="0"/>
          <w:i w:val="0"/>
          <w:smallCaps w:val="0"/>
          <w:strike w:val="0"/>
          <w:sz w:val="20"/>
          <w:u w:val="single"/>
        </w:rPr>
        <w:t xml:space="preserve"> </w:t>
      </w:r>
      <w:r>
        <w:rPr>
          <w:b w:val="0"/>
          <w:i w:val="0"/>
          <w:smallCaps w:val="0"/>
          <w:strike w:val="0"/>
          <w:sz w:val="20"/>
          <w:highlight w:val="cyan"/>
          <w:u w:val="single"/>
        </w:rPr>
        <w:t xml:space="preserve">to win </w:t>
      </w:r>
      <w:r>
        <w:rPr>
          <w:b w:val="0"/>
          <w:i w:val="0"/>
          <w:smallCaps w:val="0"/>
          <w:strike w:val="0"/>
          <w:sz w:val="20"/>
          <w:u w:val="single"/>
        </w:rPr>
        <w:t xml:space="preserve">a war </w:t>
      </w:r>
      <w:r>
        <w:rPr>
          <w:b w:val="0"/>
          <w:i w:val="0"/>
          <w:smallCaps w:val="0"/>
          <w:strike w:val="0"/>
          <w:sz w:val="20"/>
          <w:highlight w:val="cyan"/>
          <w:u w:val="single"/>
        </w:rPr>
        <w:t xml:space="preserve">over </w:t>
      </w:r>
      <w:r>
        <w:rPr>
          <w:b w:val="0"/>
          <w:i w:val="0"/>
          <w:smallCaps w:val="0"/>
          <w:strike w:val="0"/>
          <w:sz w:val="20"/>
          <w:highlight w:val="cyan"/>
          <w:u w:val="single"/>
        </w:rPr>
        <w:t>Taiwan</w:t>
      </w:r>
      <w:r>
        <w:rPr>
          <w:b w:val="0"/>
          <w:i w:val="0"/>
          <w:smallCaps w:val="0"/>
          <w:strike w:val="0"/>
          <w:sz w:val="20"/>
          <w:highlight w:val="cyan"/>
          <w:u w:val="single"/>
        </w:rPr>
        <w:t xml:space="preserve"> </w:t>
      </w:r>
      <w:r>
        <w:rPr>
          <w:b w:val="0"/>
          <w:i w:val="0"/>
          <w:smallCaps w:val="0"/>
          <w:strike w:val="0"/>
          <w:sz w:val="20"/>
          <w:u w:val="single"/>
        </w:rPr>
        <w:t xml:space="preserve">by attacking </w:t>
      </w:r>
      <w:r>
        <w:rPr>
          <w:b w:val="0"/>
          <w:i w:val="0"/>
          <w:smallCaps w:val="0"/>
          <w:strike w:val="0"/>
          <w:sz w:val="20"/>
          <w:u w:val="single"/>
        </w:rPr>
        <w:t>only</w:t>
      </w:r>
      <w:r>
        <w:rPr>
          <w:b w:val="0"/>
          <w:i w:val="0"/>
          <w:smallCaps w:val="0"/>
          <w:strike w:val="0"/>
          <w:sz w:val="20"/>
          <w:u w:val="single"/>
        </w:rPr>
        <w:t xml:space="preserve"> Chinese ships at </w:t>
      </w:r>
      <w:r>
        <w:rPr>
          <w:b w:val="0"/>
          <w:i w:val="0"/>
          <w:smallCaps w:val="0"/>
          <w:strike w:val="0"/>
          <w:sz w:val="20"/>
          <w:u w:val="single"/>
        </w:rPr>
        <w:t>sea</w:t>
      </w:r>
      <w:r>
        <w:rPr>
          <w:b w:val="0"/>
          <w:i w:val="0"/>
          <w:smallCaps w:val="0"/>
          <w:strike w:val="0"/>
          <w:sz w:val="20"/>
          <w:u w:val="single"/>
        </w:rPr>
        <w:t xml:space="preserve"> and Chinese </w:t>
      </w:r>
      <w:r>
        <w:rPr>
          <w:b w:val="0"/>
          <w:i w:val="0"/>
          <w:smallCaps w:val="0"/>
          <w:strike w:val="0"/>
          <w:sz w:val="20"/>
          <w:u w:val="single"/>
        </w:rPr>
        <w:t>aircraft</w:t>
      </w:r>
      <w:r>
        <w:rPr>
          <w:b w:val="0"/>
          <w:i w:val="0"/>
          <w:smallCaps w:val="0"/>
          <w:strike w:val="0"/>
          <w:sz w:val="20"/>
          <w:u w:val="single"/>
        </w:rPr>
        <w:t xml:space="preserve"> in the </w:t>
      </w:r>
      <w:r>
        <w:rPr>
          <w:b w:val="0"/>
          <w:i w:val="0"/>
          <w:smallCaps w:val="0"/>
          <w:strike w:val="0"/>
          <w:sz w:val="20"/>
          <w:u w:val="single"/>
        </w:rPr>
        <w:t>skies</w:t>
      </w:r>
      <w:r>
        <w:rPr>
          <w:b w:val="0"/>
          <w:i w:val="0"/>
          <w:smallCaps w:val="0"/>
          <w:strike w:val="0"/>
          <w:sz w:val="14"/>
          <w:u w:val="none"/>
        </w:rPr>
        <w:t xml:space="preserve">. </w:t>
      </w:r>
      <w:r>
        <w:rPr>
          <w:b w:val="0"/>
          <w:i w:val="0"/>
          <w:smallCaps w:val="0"/>
          <w:strike w:val="0"/>
          <w:sz w:val="20"/>
          <w:u w:val="single"/>
        </w:rPr>
        <w:t>The United States could find itself compelled, as a matter of military necessity</w:t>
      </w:r>
      <w:r>
        <w:rPr>
          <w:b w:val="0"/>
          <w:i w:val="0"/>
          <w:smallCaps w:val="0"/>
          <w:strike w:val="0"/>
          <w:sz w:val="14"/>
          <w:u w:val="none"/>
        </w:rPr>
        <w:t xml:space="preserve">, </w:t>
      </w:r>
      <w:r>
        <w:rPr>
          <w:b w:val="0"/>
          <w:i w:val="0"/>
          <w:smallCaps w:val="0"/>
          <w:strike w:val="0"/>
          <w:sz w:val="20"/>
          <w:u w:val="single"/>
        </w:rPr>
        <w:t>to attack bases</w:t>
      </w:r>
      <w:r>
        <w:rPr>
          <w:b w:val="0"/>
          <w:i w:val="0"/>
          <w:smallCaps w:val="0"/>
          <w:strike w:val="0"/>
          <w:sz w:val="14"/>
          <w:u w:val="none"/>
        </w:rPr>
        <w:t xml:space="preserve"> </w:t>
      </w:r>
      <w:r>
        <w:rPr>
          <w:b w:val="0"/>
          <w:i w:val="0"/>
          <w:smallCaps w:val="0"/>
          <w:strike w:val="0"/>
          <w:sz w:val="20"/>
          <w:u w:val="single"/>
        </w:rPr>
        <w:t xml:space="preserve">in China. </w:t>
      </w:r>
      <w:r>
        <w:rPr>
          <w:b w:val="0"/>
          <w:i w:val="0"/>
          <w:smallCaps w:val="0"/>
          <w:strike w:val="0"/>
          <w:sz w:val="20"/>
          <w:highlight w:val="cyan"/>
          <w:u w:val="single"/>
        </w:rPr>
        <w:t>China</w:t>
      </w:r>
      <w:r>
        <w:rPr>
          <w:b w:val="0"/>
          <w:i w:val="0"/>
          <w:smallCaps w:val="0"/>
          <w:strike w:val="0"/>
          <w:sz w:val="20"/>
          <w:u w:val="single"/>
        </w:rPr>
        <w:t xml:space="preserve">, in turn, </w:t>
      </w:r>
      <w:r>
        <w:rPr>
          <w:b w:val="0"/>
          <w:i w:val="0"/>
          <w:smallCaps w:val="0"/>
          <w:strike w:val="0"/>
          <w:sz w:val="20"/>
          <w:highlight w:val="cyan"/>
          <w:u w:val="single"/>
        </w:rPr>
        <w:t xml:space="preserve">could </w:t>
      </w:r>
      <w:r>
        <w:rPr>
          <w:b w:val="0"/>
          <w:i w:val="0"/>
          <w:smallCaps w:val="0"/>
          <w:strike w:val="0"/>
          <w:sz w:val="20"/>
          <w:highlight w:val="cyan"/>
          <w:u w:val="single"/>
        </w:rPr>
        <w:t>strike</w:t>
      </w:r>
      <w:r>
        <w:rPr>
          <w:b w:val="0"/>
          <w:i w:val="0"/>
          <w:smallCaps w:val="0"/>
          <w:strike w:val="0"/>
          <w:sz w:val="20"/>
          <w:highlight w:val="cyan"/>
          <w:u w:val="single"/>
        </w:rPr>
        <w:t xml:space="preserve"> </w:t>
      </w:r>
      <w:r>
        <w:rPr>
          <w:b w:val="0"/>
          <w:i w:val="0"/>
          <w:smallCaps w:val="0"/>
          <w:strike w:val="0"/>
          <w:sz w:val="20"/>
          <w:u w:val="single"/>
        </w:rPr>
        <w:t xml:space="preserve">U.S. </w:t>
      </w:r>
      <w:r>
        <w:rPr>
          <w:b w:val="0"/>
          <w:i w:val="0"/>
          <w:smallCaps w:val="0"/>
          <w:strike w:val="0"/>
          <w:sz w:val="20"/>
          <w:u w:val="single"/>
        </w:rPr>
        <w:t>bases</w:t>
      </w:r>
      <w:r>
        <w:rPr>
          <w:b w:val="0"/>
          <w:i w:val="0"/>
          <w:smallCaps w:val="0"/>
          <w:strike w:val="0"/>
          <w:sz w:val="20"/>
          <w:u w:val="single"/>
        </w:rPr>
        <w:t xml:space="preserve"> in </w:t>
      </w:r>
      <w:r>
        <w:rPr>
          <w:b w:val="0"/>
          <w:i w:val="0"/>
          <w:smallCaps w:val="0"/>
          <w:strike w:val="0"/>
          <w:sz w:val="20"/>
          <w:highlight w:val="cyan"/>
          <w:u w:val="single"/>
        </w:rPr>
        <w:t>Japan</w:t>
      </w:r>
      <w:r>
        <w:rPr>
          <w:b w:val="0"/>
          <w:i w:val="0"/>
          <w:smallCaps w:val="0"/>
          <w:strike w:val="0"/>
          <w:sz w:val="20"/>
          <w:u w:val="single"/>
        </w:rPr>
        <w:t xml:space="preserve">, </w:t>
      </w:r>
      <w:r>
        <w:rPr>
          <w:b w:val="0"/>
          <w:i w:val="0"/>
          <w:smallCaps w:val="0"/>
          <w:strike w:val="0"/>
          <w:sz w:val="20"/>
          <w:highlight w:val="cyan"/>
          <w:u w:val="single"/>
        </w:rPr>
        <w:t>So</w:t>
      </w:r>
      <w:r>
        <w:rPr>
          <w:b w:val="0"/>
          <w:i w:val="0"/>
          <w:smallCaps w:val="0"/>
          <w:strike w:val="0"/>
          <w:sz w:val="20"/>
          <w:u w:val="single"/>
        </w:rPr>
        <w:t>uth</w:t>
      </w:r>
      <w:r>
        <w:rPr>
          <w:b w:val="0"/>
          <w:i w:val="0"/>
          <w:smallCaps w:val="0"/>
          <w:strike w:val="0"/>
          <w:sz w:val="20"/>
          <w:u w:val="single"/>
        </w:rPr>
        <w:t xml:space="preserve"> </w:t>
      </w:r>
      <w:r>
        <w:rPr>
          <w:b w:val="0"/>
          <w:i w:val="0"/>
          <w:smallCaps w:val="0"/>
          <w:strike w:val="0"/>
          <w:sz w:val="20"/>
          <w:highlight w:val="cyan"/>
          <w:u w:val="single"/>
        </w:rPr>
        <w:t>Ko</w:t>
      </w:r>
      <w:r>
        <w:rPr>
          <w:b w:val="0"/>
          <w:i w:val="0"/>
          <w:smallCaps w:val="0"/>
          <w:strike w:val="0"/>
          <w:sz w:val="20"/>
          <w:u w:val="single"/>
        </w:rPr>
        <w:t>rea,</w:t>
      </w:r>
      <w:r>
        <w:rPr>
          <w:b w:val="0"/>
          <w:i w:val="0"/>
          <w:smallCaps w:val="0"/>
          <w:strike w:val="0"/>
          <w:sz w:val="14"/>
          <w:u w:val="none"/>
        </w:rPr>
        <w:t xml:space="preserve"> </w:t>
      </w:r>
      <w:r>
        <w:rPr>
          <w:b w:val="0"/>
          <w:i w:val="0"/>
          <w:smallCaps w:val="0"/>
          <w:strike w:val="0"/>
          <w:sz w:val="20"/>
          <w:highlight w:val="cyan"/>
          <w:u w:val="single"/>
        </w:rPr>
        <w:t xml:space="preserve">the </w:t>
      </w:r>
      <w:r>
        <w:rPr>
          <w:b w:val="0"/>
          <w:i w:val="0"/>
          <w:smallCaps w:val="0"/>
          <w:strike w:val="0"/>
          <w:sz w:val="20"/>
          <w:highlight w:val="cyan"/>
          <w:u w:val="single"/>
        </w:rPr>
        <w:t>Philippines</w:t>
      </w:r>
      <w:r>
        <w:rPr>
          <w:b w:val="0"/>
          <w:i w:val="0"/>
          <w:smallCaps w:val="0"/>
          <w:strike w:val="0"/>
          <w:sz w:val="20"/>
          <w:u w:val="single"/>
        </w:rPr>
        <w:t xml:space="preserve">, </w:t>
      </w:r>
      <w:r>
        <w:rPr>
          <w:b w:val="0"/>
          <w:i w:val="0"/>
          <w:smallCaps w:val="0"/>
          <w:strike w:val="0"/>
          <w:sz w:val="20"/>
          <w:highlight w:val="cyan"/>
          <w:u w:val="single"/>
        </w:rPr>
        <w:t>Guam</w:t>
      </w:r>
      <w:r>
        <w:rPr>
          <w:b w:val="0"/>
          <w:i w:val="0"/>
          <w:smallCaps w:val="0"/>
          <w:strike w:val="0"/>
          <w:sz w:val="20"/>
          <w:u w:val="single"/>
        </w:rPr>
        <w:t xml:space="preserve">, </w:t>
      </w:r>
      <w:r>
        <w:rPr>
          <w:b w:val="0"/>
          <w:i w:val="0"/>
          <w:smallCaps w:val="0"/>
          <w:strike w:val="0"/>
          <w:sz w:val="20"/>
          <w:highlight w:val="cyan"/>
          <w:u w:val="single"/>
        </w:rPr>
        <w:t xml:space="preserve">even </w:t>
      </w:r>
      <w:r>
        <w:rPr>
          <w:b w:val="0"/>
          <w:i w:val="0"/>
          <w:smallCaps w:val="0"/>
          <w:strike w:val="0"/>
          <w:sz w:val="20"/>
          <w:highlight w:val="cyan"/>
          <w:u w:val="single"/>
        </w:rPr>
        <w:t>Hawaii</w:t>
      </w:r>
      <w:r>
        <w:rPr>
          <w:b w:val="0"/>
          <w:i w:val="0"/>
          <w:smallCaps w:val="0"/>
          <w:strike w:val="0"/>
          <w:sz w:val="20"/>
          <w:highlight w:val="cyan"/>
          <w:u w:val="single"/>
        </w:rPr>
        <w:t xml:space="preserve"> and the </w:t>
      </w:r>
      <w:r>
        <w:rPr>
          <w:b w:val="0"/>
          <w:i w:val="0"/>
          <w:smallCaps w:val="0"/>
          <w:strike w:val="0"/>
          <w:sz w:val="20"/>
          <w:highlight w:val="cyan"/>
          <w:u w:val="single"/>
        </w:rPr>
        <w:t>West</w:t>
      </w:r>
      <w:r>
        <w:rPr>
          <w:b w:val="0"/>
          <w:i w:val="0"/>
          <w:smallCaps w:val="0"/>
          <w:strike w:val="0"/>
          <w:sz w:val="20"/>
          <w:highlight w:val="cyan"/>
          <w:u w:val="single"/>
        </w:rPr>
        <w:t xml:space="preserve"> </w:t>
      </w:r>
      <w:r>
        <w:rPr>
          <w:b w:val="0"/>
          <w:i w:val="0"/>
          <w:smallCaps w:val="0"/>
          <w:strike w:val="0"/>
          <w:sz w:val="20"/>
          <w:highlight w:val="cyan"/>
          <w:u w:val="single"/>
        </w:rPr>
        <w:t>Coast</w:t>
      </w:r>
      <w:r>
        <w:rPr>
          <w:b w:val="0"/>
          <w:i w:val="0"/>
          <w:smallCaps w:val="0"/>
          <w:strike w:val="0"/>
          <w:sz w:val="14"/>
          <w:u w:val="none"/>
        </w:rPr>
        <w:t>.</w:t>
      </w:r>
    </w:p>
    <w:p>
      <w:pPr>
        <w:spacing w:after="60"/>
      </w:pPr>
      <w:r>
        <w:rPr>
          <w:b w:val="0"/>
          <w:i w:val="0"/>
          <w:smallCaps w:val="0"/>
          <w:strike w:val="0"/>
          <w:sz w:val="14"/>
          <w:u w:val="none"/>
        </w:rPr>
        <w:t>Culver, the former intelligence officer, told me, “Even if Beijing announced that its retaliatory strikes against Hawaii or the West Coast of the U.S. were conventionally armed, it would risk immediate U.S. escalation. Can a U.S. president refuse to launch in the 30 minutes between missile launch from China and impact in the U.S.?”</w:t>
      </w:r>
    </w:p>
    <w:p>
      <w:pPr>
        <w:spacing w:after="60"/>
      </w:pPr>
      <w:r>
        <w:rPr>
          <w:b w:val="0"/>
          <w:i w:val="0"/>
          <w:smallCaps w:val="0"/>
          <w:strike w:val="0"/>
          <w:sz w:val="14"/>
          <w:u w:val="none"/>
        </w:rPr>
        <w:t>When two nuclear-armed powers attack each other’s territory, it would be difficult to keep the conflict contained at a conventional level. Both sides, admittedly, would have an incentive to avoid “mutual assured destruction,” but countries often act rashly in the heat of battle, particularly after they have suffered significant casualties and feel the need to ensure that their troops did not die in vain.</w:t>
      </w:r>
    </w:p>
    <w:p>
      <w:pPr>
        <w:spacing w:after="60"/>
      </w:pPr>
      <w:r>
        <w:rPr>
          <w:b w:val="0"/>
          <w:i w:val="0"/>
          <w:smallCaps w:val="0"/>
          <w:strike w:val="0"/>
          <w:sz w:val="20"/>
          <w:u w:val="single"/>
        </w:rPr>
        <w:t xml:space="preserve">For a sense of how destructive </w:t>
      </w:r>
      <w:r>
        <w:rPr>
          <w:b w:val="0"/>
          <w:i w:val="0"/>
          <w:smallCaps w:val="0"/>
          <w:strike w:val="0"/>
          <w:sz w:val="20"/>
          <w:highlight w:val="cyan"/>
          <w:u w:val="single"/>
        </w:rPr>
        <w:t xml:space="preserve">a war with China </w:t>
      </w:r>
      <w:r>
        <w:rPr>
          <w:b w:val="0"/>
          <w:i w:val="0"/>
          <w:smallCaps w:val="0"/>
          <w:strike w:val="0"/>
          <w:sz w:val="20"/>
          <w:highlight w:val="cyan"/>
          <w:u w:val="single"/>
        </w:rPr>
        <w:t>could</w:t>
      </w:r>
      <w:r>
        <w:rPr>
          <w:b w:val="0"/>
          <w:i w:val="0"/>
          <w:smallCaps w:val="0"/>
          <w:strike w:val="0"/>
          <w:sz w:val="20"/>
          <w:highlight w:val="cyan"/>
          <w:u w:val="single"/>
        </w:rPr>
        <w:t xml:space="preserve"> </w:t>
      </w:r>
      <w:r>
        <w:rPr>
          <w:b w:val="0"/>
          <w:i w:val="0"/>
          <w:smallCaps w:val="0"/>
          <w:strike w:val="0"/>
          <w:sz w:val="20"/>
          <w:highlight w:val="cyan"/>
          <w:u w:val="single"/>
        </w:rPr>
        <w:t>be</w:t>
      </w:r>
      <w:r>
        <w:rPr>
          <w:b w:val="0"/>
          <w:i w:val="0"/>
          <w:smallCaps w:val="0"/>
          <w:strike w:val="0"/>
          <w:sz w:val="20"/>
          <w:u w:val="none"/>
        </w:rPr>
        <w:t>,</w:t>
      </w:r>
      <w:r>
        <w:rPr>
          <w:b w:val="0"/>
          <w:i w:val="0"/>
          <w:smallCaps w:val="0"/>
          <w:strike w:val="0"/>
          <w:sz w:val="14"/>
          <w:u w:val="none"/>
        </w:rPr>
        <w:t xml:space="preserve"> read “2034: A Novel of the Next World War” by retired Adm. James Stavridis, a former supreme allied commander in Europe, and Marine combat veteran Elliot Ackerman. It ends — spoiler alert — with </w:t>
      </w:r>
      <w:r>
        <w:rPr>
          <w:b w:val="0"/>
          <w:i w:val="0"/>
          <w:smallCaps w:val="0"/>
          <w:strike w:val="0"/>
          <w:sz w:val="20"/>
          <w:highlight w:val="cyan"/>
          <w:u w:val="single"/>
        </w:rPr>
        <w:t>nuclear</w:t>
      </w:r>
      <w:r>
        <w:rPr>
          <w:b w:val="0"/>
          <w:i w:val="0"/>
          <w:smallCaps w:val="0"/>
          <w:strike w:val="0"/>
          <w:sz w:val="20"/>
          <w:highlight w:val="cyan"/>
          <w:u w:val="single"/>
        </w:rPr>
        <w:t xml:space="preserve"> </w:t>
      </w:r>
      <w:r>
        <w:rPr>
          <w:b w:val="0"/>
          <w:i w:val="0"/>
          <w:smallCaps w:val="0"/>
          <w:strike w:val="0"/>
          <w:sz w:val="20"/>
          <w:highlight w:val="cyan"/>
          <w:u w:val="single"/>
        </w:rPr>
        <w:t>devastation</w:t>
      </w:r>
      <w:r>
        <w:rPr>
          <w:b w:val="0"/>
          <w:i w:val="0"/>
          <w:smallCaps w:val="0"/>
          <w:strike w:val="0"/>
          <w:sz w:val="20"/>
          <w:highlight w:val="cyan"/>
          <w:u w:val="single"/>
        </w:rPr>
        <w:t xml:space="preserve"> in both countries</w:t>
      </w:r>
      <w:r>
        <w:rPr>
          <w:b w:val="0"/>
          <w:i w:val="0"/>
          <w:smallCaps w:val="0"/>
          <w:strike w:val="0"/>
          <w:sz w:val="14"/>
          <w:u w:val="none"/>
        </w:rPr>
        <w:t>.</w:t>
      </w:r>
    </w:p>
    <w:p>
      <w:pPr>
        <w:spacing w:after="60"/>
      </w:pPr>
      <w:r>
        <w:rPr>
          <w:b w:val="0"/>
          <w:i w:val="0"/>
          <w:smallCaps w:val="0"/>
          <w:strike w:val="0"/>
          <w:sz w:val="14"/>
          <w:u w:val="none"/>
        </w:rPr>
        <w:t>Stavridis told me: “</w:t>
      </w:r>
      <w:r>
        <w:rPr>
          <w:b w:val="0"/>
          <w:i w:val="0"/>
          <w:smallCaps w:val="0"/>
          <w:strike w:val="0"/>
          <w:sz w:val="20"/>
          <w:u w:val="single"/>
        </w:rPr>
        <w:t>If the U.S. and China manage to sleepwalk into a conventional war</w:t>
      </w:r>
      <w:r>
        <w:rPr>
          <w:b w:val="0"/>
          <w:i w:val="0"/>
          <w:smallCaps w:val="0"/>
          <w:strike w:val="0"/>
          <w:sz w:val="14"/>
          <w:u w:val="none"/>
        </w:rPr>
        <w:t xml:space="preserve">, </w:t>
      </w:r>
      <w:r>
        <w:rPr>
          <w:b w:val="0"/>
          <w:i w:val="0"/>
          <w:smallCaps w:val="0"/>
          <w:strike w:val="0"/>
          <w:sz w:val="20"/>
          <w:highlight w:val="cyan"/>
          <w:u w:val="single"/>
        </w:rPr>
        <w:t xml:space="preserve">the chances of it </w:t>
      </w:r>
      <w:r>
        <w:rPr>
          <w:b w:val="0"/>
          <w:i w:val="0"/>
          <w:smallCaps w:val="0"/>
          <w:strike w:val="0"/>
          <w:sz w:val="20"/>
          <w:highlight w:val="cyan"/>
          <w:u w:val="single"/>
        </w:rPr>
        <w:t>escalating</w:t>
      </w:r>
      <w:r>
        <w:rPr>
          <w:b w:val="0"/>
          <w:i w:val="0"/>
          <w:smallCaps w:val="0"/>
          <w:strike w:val="0"/>
          <w:sz w:val="20"/>
          <w:highlight w:val="cyan"/>
          <w:u w:val="single"/>
        </w:rPr>
        <w:t xml:space="preserve"> </w:t>
      </w:r>
      <w:r>
        <w:rPr>
          <w:b w:val="0"/>
          <w:i w:val="0"/>
          <w:smallCaps w:val="0"/>
          <w:strike w:val="0"/>
          <w:sz w:val="20"/>
          <w:u w:val="single"/>
        </w:rPr>
        <w:t xml:space="preserve">into a </w:t>
      </w:r>
      <w:r>
        <w:rPr>
          <w:b w:val="0"/>
          <w:i w:val="0"/>
          <w:smallCaps w:val="0"/>
          <w:strike w:val="0"/>
          <w:sz w:val="20"/>
          <w:highlight w:val="cyan"/>
          <w:u w:val="single"/>
        </w:rPr>
        <w:t>nuclear</w:t>
      </w:r>
      <w:r>
        <w:rPr>
          <w:b w:val="0"/>
          <w:i w:val="0"/>
          <w:smallCaps w:val="0"/>
          <w:strike w:val="0"/>
          <w:sz w:val="20"/>
          <w:highlight w:val="cyan"/>
          <w:u w:val="single"/>
        </w:rPr>
        <w:t xml:space="preserve"> </w:t>
      </w:r>
      <w:r>
        <w:rPr>
          <w:b w:val="0"/>
          <w:i w:val="0"/>
          <w:smallCaps w:val="0"/>
          <w:strike w:val="0"/>
          <w:sz w:val="20"/>
          <w:u w:val="single"/>
        </w:rPr>
        <w:t xml:space="preserve">exchange </w:t>
      </w:r>
      <w:r>
        <w:rPr>
          <w:b w:val="0"/>
          <w:i w:val="0"/>
          <w:smallCaps w:val="0"/>
          <w:strike w:val="0"/>
          <w:sz w:val="20"/>
          <w:highlight w:val="cyan"/>
          <w:u w:val="single"/>
        </w:rPr>
        <w:t>are significant</w:t>
      </w:r>
      <w:r>
        <w:rPr>
          <w:b w:val="0"/>
          <w:i w:val="0"/>
          <w:smallCaps w:val="0"/>
          <w:strike w:val="0"/>
          <w:sz w:val="14"/>
          <w:u w:val="none"/>
        </w:rPr>
        <w:t xml:space="preserve">. </w:t>
      </w:r>
      <w:r>
        <w:rPr>
          <w:b w:val="0"/>
          <w:i w:val="0"/>
          <w:smallCaps w:val="0"/>
          <w:strike w:val="0"/>
          <w:sz w:val="20"/>
          <w:u w:val="single"/>
        </w:rPr>
        <w:t>Two</w:t>
      </w:r>
      <w:r>
        <w:rPr>
          <w:b w:val="0"/>
          <w:i w:val="0"/>
          <w:smallCaps w:val="0"/>
          <w:strike w:val="0"/>
          <w:sz w:val="14"/>
          <w:u w:val="none"/>
        </w:rPr>
        <w:t xml:space="preserve"> </w:t>
      </w:r>
      <w:r>
        <w:rPr>
          <w:b w:val="0"/>
          <w:i w:val="0"/>
          <w:smallCaps w:val="0"/>
          <w:strike w:val="0"/>
          <w:sz w:val="20"/>
          <w:u w:val="single"/>
        </w:rPr>
        <w:t>great</w:t>
      </w:r>
      <w:r>
        <w:rPr>
          <w:b w:val="0"/>
          <w:i w:val="0"/>
          <w:smallCaps w:val="0"/>
          <w:strike w:val="0"/>
          <w:sz w:val="14"/>
          <w:u w:val="none"/>
        </w:rPr>
        <w:t xml:space="preserve"> </w:t>
      </w:r>
      <w:r>
        <w:rPr>
          <w:b w:val="0"/>
          <w:i w:val="0"/>
          <w:smallCaps w:val="0"/>
          <w:strike w:val="0"/>
          <w:sz w:val="20"/>
          <w:u w:val="single"/>
        </w:rPr>
        <w:t>powers who face each other in combat are unlikely to avoid using tactical nuclear weapons</w:t>
      </w:r>
      <w:r>
        <w:rPr>
          <w:b w:val="0"/>
          <w:i w:val="0"/>
          <w:smallCaps w:val="0"/>
          <w:strike w:val="0"/>
          <w:sz w:val="14"/>
          <w:u w:val="none"/>
        </w:rPr>
        <w:t xml:space="preserve">, at least at sea. </w:t>
      </w:r>
      <w:r>
        <w:rPr>
          <w:b w:val="0"/>
          <w:i w:val="0"/>
          <w:smallCaps w:val="0"/>
          <w:strike w:val="0"/>
          <w:sz w:val="20"/>
          <w:highlight w:val="cyan"/>
          <w:u w:val="single"/>
        </w:rPr>
        <w:t xml:space="preserve">Once that </w:t>
      </w:r>
      <w:r>
        <w:rPr>
          <w:b w:val="0"/>
          <w:i w:val="0"/>
          <w:smallCaps w:val="0"/>
          <w:strike w:val="0"/>
          <w:sz w:val="20"/>
          <w:highlight w:val="cyan"/>
          <w:u w:val="single"/>
        </w:rPr>
        <w:t>threshold</w:t>
      </w:r>
      <w:r>
        <w:rPr>
          <w:b w:val="0"/>
          <w:i w:val="0"/>
          <w:smallCaps w:val="0"/>
          <w:strike w:val="0"/>
          <w:sz w:val="20"/>
          <w:highlight w:val="cyan"/>
          <w:u w:val="single"/>
        </w:rPr>
        <w:t xml:space="preserve"> is </w:t>
      </w:r>
      <w:r>
        <w:rPr>
          <w:b w:val="0"/>
          <w:i w:val="0"/>
          <w:smallCaps w:val="0"/>
          <w:strike w:val="0"/>
          <w:sz w:val="20"/>
          <w:highlight w:val="cyan"/>
          <w:u w:val="single"/>
        </w:rPr>
        <w:t>crossed</w:t>
      </w:r>
      <w:r>
        <w:rPr>
          <w:b w:val="0"/>
          <w:i w:val="0"/>
          <w:smallCaps w:val="0"/>
          <w:strike w:val="0"/>
          <w:sz w:val="20"/>
          <w:u w:val="single"/>
        </w:rPr>
        <w:t xml:space="preserve">, it is but a short step to a much broader nuclear conflict. </w:t>
      </w:r>
      <w:r>
        <w:rPr>
          <w:b w:val="0"/>
          <w:i w:val="0"/>
          <w:smallCaps w:val="0"/>
          <w:strike w:val="0"/>
          <w:sz w:val="20"/>
          <w:highlight w:val="cyan"/>
          <w:u w:val="single"/>
        </w:rPr>
        <w:t xml:space="preserve">Think 1914 with nuclear weapons </w:t>
      </w:r>
      <w:r>
        <w:rPr>
          <w:b w:val="0"/>
          <w:i w:val="0"/>
          <w:smallCaps w:val="0"/>
          <w:strike w:val="0"/>
          <w:sz w:val="20"/>
          <w:u w:val="single"/>
        </w:rPr>
        <w:t xml:space="preserve">at the </w:t>
      </w:r>
      <w:r>
        <w:rPr>
          <w:b w:val="0"/>
          <w:i w:val="0"/>
          <w:smallCaps w:val="0"/>
          <w:strike w:val="0"/>
          <w:sz w:val="20"/>
          <w:highlight w:val="cyan"/>
          <w:u w:val="single"/>
        </w:rPr>
        <w:t>ready</w:t>
      </w:r>
      <w:r>
        <w:rPr>
          <w:b w:val="0"/>
          <w:i w:val="0"/>
          <w:smallCaps w:val="0"/>
          <w:strike w:val="0"/>
          <w:sz w:val="20"/>
          <w:u w:val="single"/>
        </w:rPr>
        <w:t>.”</w:t>
      </w:r>
    </w:p>
    <w:p>
      <w:pPr>
        <w:spacing w:after="60"/>
      </w:pPr>
      <w:r>
        <w:rPr>
          <w:b w:val="0"/>
          <w:i w:val="0"/>
          <w:smallCaps w:val="0"/>
          <w:strike w:val="0"/>
          <w:sz w:val="14"/>
          <w:u w:val="none"/>
        </w:rPr>
        <w:t xml:space="preserve">1914 with nuclear weapons? Now </w:t>
      </w:r>
      <w:r>
        <w:rPr>
          <w:b w:val="0"/>
          <w:i w:val="0"/>
          <w:smallCaps w:val="0"/>
          <w:strike w:val="0"/>
          <w:sz w:val="20"/>
          <w:highlight w:val="cyan"/>
          <w:u w:val="single"/>
        </w:rPr>
        <w:t>that’s an existential danger</w:t>
      </w:r>
      <w:r>
        <w:rPr>
          <w:b w:val="0"/>
          <w:i w:val="0"/>
          <w:smallCaps w:val="0"/>
          <w:strike w:val="0"/>
          <w:sz w:val="14"/>
          <w:u w:val="none"/>
        </w:rPr>
        <w:t>.</w:t>
      </w:r>
    </w:p>
    <w:p>
      <w:pPr>
        <w:spacing w:after="60"/>
      </w:pPr>
      <w:r>
        <w:rPr>
          <w:b w:val="0"/>
          <w:i w:val="0"/>
          <w:smallCaps w:val="0"/>
          <w:strike w:val="0"/>
          <w:sz w:val="14"/>
          <w:u w:val="none"/>
        </w:rPr>
        <w:t xml:space="preserve">This is not an argument for </w:t>
      </w:r>
      <w:r>
        <w:rPr>
          <w:b w:val="0"/>
          <w:i w:val="0"/>
          <w:smallCaps w:val="0"/>
          <w:strike w:val="0"/>
          <w:sz w:val="14"/>
          <w:u w:val="none"/>
        </w:rPr>
        <w:t>kowtowing to</w:t>
      </w:r>
      <w:r>
        <w:rPr>
          <w:b w:val="0"/>
          <w:i w:val="0"/>
          <w:smallCaps w:val="0"/>
          <w:strike w:val="0"/>
          <w:sz w:val="14"/>
          <w:u w:val="none"/>
        </w:rPr>
        <w:t xml:space="preserve"> Beijing or abandoning Taiwan. </w:t>
      </w:r>
      <w:r>
        <w:rPr>
          <w:b w:val="0"/>
          <w:i w:val="0"/>
          <w:smallCaps w:val="0"/>
          <w:strike w:val="0"/>
          <w:sz w:val="20"/>
          <w:u w:val="single"/>
        </w:rPr>
        <w:t>It is, however, a potent warning about the dangers of blundering into war with China</w:t>
      </w:r>
      <w:r>
        <w:rPr>
          <w:b w:val="0"/>
          <w:i w:val="0"/>
          <w:smallCaps w:val="0"/>
          <w:strike w:val="0"/>
          <w:sz w:val="14"/>
          <w:u w:val="none"/>
        </w:rPr>
        <w:t xml:space="preserve">. </w:t>
      </w:r>
      <w:r>
        <w:rPr>
          <w:b w:val="0"/>
          <w:i w:val="0"/>
          <w:smallCaps w:val="0"/>
          <w:strike w:val="0"/>
          <w:sz w:val="20"/>
          <w:u w:val="single"/>
        </w:rPr>
        <w:t xml:space="preserve">The United States should continue to support Taiwan and to deter </w:t>
      </w:r>
      <w:r>
        <w:rPr>
          <w:b w:val="0"/>
          <w:i w:val="0"/>
          <w:smallCaps w:val="0"/>
          <w:strike w:val="0"/>
          <w:sz w:val="20"/>
          <w:u w:val="single"/>
        </w:rPr>
        <w:t>China, but</w:t>
      </w:r>
      <w:r>
        <w:rPr>
          <w:b w:val="0"/>
          <w:i w:val="0"/>
          <w:smallCaps w:val="0"/>
          <w:strike w:val="0"/>
          <w:sz w:val="20"/>
          <w:u w:val="single"/>
        </w:rPr>
        <w:t xml:space="preserve"> should also keep lines of communication open and avoid needless provocations such as recognizing Taiwan’s independence</w:t>
      </w:r>
      <w:r>
        <w:rPr>
          <w:b w:val="0"/>
          <w:i w:val="0"/>
          <w:smallCaps w:val="0"/>
          <w:strike w:val="0"/>
          <w:sz w:val="14"/>
          <w:u w:val="none"/>
        </w:rPr>
        <w:t xml:space="preserve"> — as has been rashly suggested in the past year by former secretary of state Mike Pompeo and 19 House members. That’s a fast-track to World War III. Maintaining the fiction that Taiwan is a renegade province of China is a small price to pay for avoiding nuclear annihilation.</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