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Bottom-up regulatory innovation’s key to adapt </w:t>
      </w:r>
      <w:r>
        <w:rPr>
          <w:b/>
          <w:i w:val="0"/>
          <w:smallCaps w:val="0"/>
          <w:strike w:val="0"/>
          <w:sz w:val="24"/>
          <w:u w:val="single"/>
        </w:rPr>
        <w:t>ossified</w:t>
      </w:r>
      <w:r>
        <w:rPr>
          <w:b/>
          <w:i w:val="0"/>
          <w:smallCaps w:val="0"/>
          <w:strike w:val="0"/>
          <w:sz w:val="24"/>
          <w:u w:val="none"/>
        </w:rPr>
        <w:t xml:space="preserve"> international structures to </w:t>
      </w:r>
      <w:r>
        <w:rPr>
          <w:b/>
          <w:i w:val="0"/>
          <w:smallCaps w:val="0"/>
          <w:strike w:val="0"/>
          <w:sz w:val="24"/>
          <w:u w:val="single"/>
        </w:rPr>
        <w:t>evolving</w:t>
      </w:r>
      <w:r>
        <w:rPr>
          <w:b/>
          <w:i w:val="0"/>
          <w:smallCaps w:val="0"/>
          <w:strike w:val="0"/>
          <w:sz w:val="24"/>
          <w:u w:val="none"/>
        </w:rPr>
        <w:t xml:space="preserve"> existential risks. </w:t>
      </w:r>
    </w:p>
    <w:p>
      <w:pPr>
        <w:spacing w:after="80"/>
      </w:pPr>
      <w:r>
        <w:rPr>
          <w:b w:val="0"/>
          <w:i w:val="0"/>
          <w:smallCaps w:val="0"/>
          <w:strike w:val="0"/>
          <w:sz w:val="20"/>
          <w:u w:val="none"/>
        </w:rPr>
        <w:t xml:space="preserve">Charles </w:t>
      </w:r>
      <w:r>
        <w:rPr>
          <w:b/>
          <w:i w:val="0"/>
          <w:smallCaps w:val="0"/>
          <w:strike w:val="0"/>
          <w:sz w:val="24"/>
          <w:u w:val="none"/>
        </w:rPr>
        <w:t>Weiss 22</w:t>
      </w:r>
      <w:r>
        <w:rPr>
          <w:b w:val="0"/>
          <w:i w:val="0"/>
          <w:smallCaps w:val="0"/>
          <w:strike w:val="0"/>
          <w:sz w:val="20"/>
          <w:u w:val="none"/>
        </w:rPr>
        <w:t>, the first Science and Technology Adviser to the World Bank, serving in that position from 1971-86, became Distinguished Professor of Science, Technology and International Affairs (STIA) at the Georgetown University School of Foreign Service in 1997, was the director of the STIA program from 1997-2006, now Distinguished Professor Emeritus, and a Visiting Scholar at the American Association for the Advancement of Science, “13 Playing with Fire,” Survival Nexus: Science, Technology, and World Affairs, Oxford University Press, 2022, pp. 251-266</w:t>
      </w:r>
    </w:p>
    <w:p>
      <w:pPr>
        <w:spacing w:after="60"/>
      </w:pPr>
      <w:r>
        <w:rPr>
          <w:b w:val="0"/>
          <w:i w:val="0"/>
          <w:smallCaps w:val="0"/>
          <w:strike w:val="0"/>
          <w:sz w:val="20"/>
          <w:u w:val="single"/>
        </w:rPr>
        <w:t>We are</w:t>
      </w:r>
      <w:r>
        <w:rPr>
          <w:b w:val="0"/>
          <w:i w:val="0"/>
          <w:smallCaps w:val="0"/>
          <w:strike w:val="0"/>
          <w:sz w:val="16"/>
          <w:u w:val="none"/>
        </w:rPr>
        <w:t xml:space="preserve"> needlessly </w:t>
      </w:r>
      <w:r>
        <w:rPr>
          <w:b w:val="0"/>
          <w:i w:val="0"/>
          <w:smallCaps w:val="0"/>
          <w:strike w:val="0"/>
          <w:sz w:val="20"/>
          <w:u w:val="single"/>
        </w:rPr>
        <w:t xml:space="preserve">allowing </w:t>
      </w:r>
      <w:r>
        <w:rPr>
          <w:b w:val="0"/>
          <w:i w:val="0"/>
          <w:smallCaps w:val="0"/>
          <w:strike w:val="0"/>
          <w:sz w:val="20"/>
          <w:highlight w:val="cyan"/>
          <w:u w:val="single"/>
        </w:rPr>
        <w:t>tech</w:t>
      </w:r>
      <w:r>
        <w:rPr>
          <w:b w:val="0"/>
          <w:i w:val="0"/>
          <w:smallCaps w:val="0"/>
          <w:strike w:val="0"/>
          <w:sz w:val="16"/>
          <w:u w:val="none"/>
        </w:rPr>
        <w:t xml:space="preserve">nology </w:t>
      </w:r>
      <w:r>
        <w:rPr>
          <w:b w:val="0"/>
          <w:i w:val="0"/>
          <w:smallCaps w:val="0"/>
          <w:strike w:val="0"/>
          <w:sz w:val="20"/>
          <w:u w:val="single"/>
        </w:rPr>
        <w:t xml:space="preserve">to </w:t>
      </w:r>
      <w:r>
        <w:rPr>
          <w:b w:val="0"/>
          <w:i w:val="0"/>
          <w:smallCaps w:val="0"/>
          <w:strike w:val="0"/>
          <w:sz w:val="20"/>
          <w:highlight w:val="cyan"/>
          <w:u w:val="single"/>
        </w:rPr>
        <w:t>take the world to</w:t>
      </w:r>
      <w:r>
        <w:rPr>
          <w:b w:val="0"/>
          <w:i w:val="0"/>
          <w:smallCaps w:val="0"/>
          <w:strike w:val="0"/>
          <w:sz w:val="20"/>
          <w:u w:val="single"/>
        </w:rPr>
        <w:t xml:space="preserve"> the</w:t>
      </w:r>
      <w:r>
        <w:rPr>
          <w:b w:val="0"/>
          <w:i w:val="0"/>
          <w:smallCaps w:val="0"/>
          <w:strike w:val="0"/>
          <w:sz w:val="20"/>
          <w:u w:val="single"/>
        </w:rPr>
        <w:t xml:space="preserve"> </w:t>
      </w:r>
      <w:r>
        <w:rPr>
          <w:b w:val="0"/>
          <w:i w:val="0"/>
          <w:smallCaps w:val="0"/>
          <w:strike w:val="0"/>
          <w:sz w:val="20"/>
          <w:u w:val="single"/>
        </w:rPr>
        <w:t xml:space="preserve">brink of </w:t>
      </w:r>
      <w:r>
        <w:rPr>
          <w:b w:val="0"/>
          <w:i w:val="0"/>
          <w:smallCaps w:val="0"/>
          <w:strike w:val="0"/>
          <w:sz w:val="20"/>
          <w:highlight w:val="cyan"/>
          <w:u w:val="single"/>
        </w:rPr>
        <w:t>disasters</w:t>
      </w:r>
      <w:r>
        <w:rPr>
          <w:b w:val="0"/>
          <w:i w:val="0"/>
          <w:smallCaps w:val="0"/>
          <w:strike w:val="0"/>
          <w:sz w:val="20"/>
          <w:highlight w:val="cyan"/>
          <w:u w:val="single"/>
        </w:rPr>
        <w:t xml:space="preserve"> from</w:t>
      </w:r>
      <w:r>
        <w:rPr>
          <w:b w:val="0"/>
          <w:i w:val="0"/>
          <w:smallCaps w:val="0"/>
          <w:strike w:val="0"/>
          <w:sz w:val="16"/>
          <w:u w:val="none"/>
        </w:rPr>
        <w:t xml:space="preserve"> accidental </w:t>
      </w:r>
      <w:r>
        <w:rPr>
          <w:b w:val="0"/>
          <w:i w:val="0"/>
          <w:smallCaps w:val="0"/>
          <w:strike w:val="0"/>
          <w:sz w:val="20"/>
          <w:highlight w:val="cyan"/>
          <w:u w:val="single"/>
        </w:rPr>
        <w:t>climate</w:t>
      </w:r>
      <w:r>
        <w:rPr>
          <w:b w:val="0"/>
          <w:i w:val="0"/>
          <w:smallCaps w:val="0"/>
          <w:strike w:val="0"/>
          <w:sz w:val="16"/>
          <w:u w:val="none"/>
        </w:rPr>
        <w:t xml:space="preserve"> disruption, </w:t>
      </w:r>
      <w:r>
        <w:rPr>
          <w:b w:val="0"/>
          <w:i w:val="0"/>
          <w:smallCaps w:val="0"/>
          <w:strike w:val="0"/>
          <w:sz w:val="20"/>
          <w:highlight w:val="cyan"/>
          <w:u w:val="single"/>
        </w:rPr>
        <w:t>nuclear war</w:t>
      </w:r>
      <w:r>
        <w:rPr>
          <w:b w:val="0"/>
          <w:i w:val="0"/>
          <w:smallCaps w:val="0"/>
          <w:strike w:val="0"/>
          <w:sz w:val="20"/>
          <w:highlight w:val="cyan"/>
          <w:u w:val="single"/>
        </w:rPr>
        <w:t xml:space="preserve">, and </w:t>
      </w:r>
      <w:r>
        <w:rPr>
          <w:b w:val="0"/>
          <w:i w:val="0"/>
          <w:smallCaps w:val="0"/>
          <w:strike w:val="0"/>
          <w:sz w:val="20"/>
          <w:highlight w:val="cyan"/>
          <w:u w:val="single"/>
        </w:rPr>
        <w:t>pandemics</w:t>
      </w:r>
      <w:r>
        <w:rPr>
          <w:b w:val="0"/>
          <w:i w:val="0"/>
          <w:smallCaps w:val="0"/>
          <w:strike w:val="0"/>
          <w:sz w:val="20"/>
          <w:u w:val="single"/>
        </w:rPr>
        <w:t xml:space="preserve">— </w:t>
      </w:r>
      <w:r>
        <w:rPr>
          <w:b w:val="0"/>
          <w:i w:val="0"/>
          <w:smallCaps w:val="0"/>
          <w:strike w:val="0"/>
          <w:sz w:val="20"/>
          <w:u w:val="single"/>
        </w:rPr>
        <w:t>at the same time that</w:t>
      </w:r>
      <w:r>
        <w:rPr>
          <w:b w:val="0"/>
          <w:i w:val="0"/>
          <w:smallCaps w:val="0"/>
          <w:strike w:val="0"/>
          <w:sz w:val="20"/>
          <w:u w:val="single"/>
        </w:rPr>
        <w:t xml:space="preserve"> we are</w:t>
      </w:r>
      <w:r>
        <w:rPr>
          <w:b w:val="0"/>
          <w:i w:val="0"/>
          <w:smallCaps w:val="0"/>
          <w:strike w:val="0"/>
          <w:sz w:val="16"/>
          <w:u w:val="none"/>
        </w:rPr>
        <w:t xml:space="preserve"> </w:t>
      </w:r>
      <w:r>
        <w:rPr>
          <w:b w:val="0"/>
          <w:i w:val="0"/>
          <w:smallCaps w:val="0"/>
          <w:strike w:val="0"/>
          <w:sz w:val="20"/>
          <w:u w:val="single"/>
        </w:rPr>
        <w:t xml:space="preserve">allowing </w:t>
      </w:r>
      <w:r>
        <w:rPr>
          <w:b w:val="0"/>
          <w:i w:val="0"/>
          <w:smallCaps w:val="0"/>
          <w:strike w:val="0"/>
          <w:sz w:val="20"/>
          <w:highlight w:val="cyan"/>
          <w:u w:val="single"/>
        </w:rPr>
        <w:t xml:space="preserve">the </w:t>
      </w:r>
      <w:r>
        <w:rPr>
          <w:b w:val="0"/>
          <w:i w:val="0"/>
          <w:smallCaps w:val="0"/>
          <w:strike w:val="0"/>
          <w:sz w:val="20"/>
          <w:highlight w:val="cyan"/>
          <w:u w:val="single"/>
        </w:rPr>
        <w:t>means</w:t>
      </w:r>
      <w:r>
        <w:rPr>
          <w:b w:val="0"/>
          <w:i w:val="0"/>
          <w:smallCaps w:val="0"/>
          <w:strike w:val="0"/>
          <w:sz w:val="20"/>
          <w:highlight w:val="cyan"/>
          <w:u w:val="single"/>
        </w:rPr>
        <w:t xml:space="preserve"> for </w:t>
      </w:r>
      <w:r>
        <w:rPr>
          <w:b w:val="0"/>
          <w:i w:val="0"/>
          <w:smallCaps w:val="0"/>
          <w:strike w:val="0"/>
          <w:sz w:val="20"/>
          <w:highlight w:val="cyan"/>
          <w:u w:val="single"/>
        </w:rPr>
        <w:t>controlling</w:t>
      </w:r>
      <w:r>
        <w:rPr>
          <w:b w:val="0"/>
          <w:i w:val="0"/>
          <w:smallCaps w:val="0"/>
          <w:strike w:val="0"/>
          <w:sz w:val="20"/>
          <w:highlight w:val="cyan"/>
          <w:u w:val="single"/>
        </w:rPr>
        <w:t xml:space="preserve"> these</w:t>
      </w:r>
      <w:r>
        <w:rPr>
          <w:b w:val="0"/>
          <w:i w:val="0"/>
          <w:smallCaps w:val="0"/>
          <w:strike w:val="0"/>
          <w:sz w:val="16"/>
          <w:u w:val="none"/>
        </w:rPr>
        <w:t xml:space="preserve"> technologies </w:t>
      </w:r>
      <w:r>
        <w:rPr>
          <w:b w:val="0"/>
          <w:i w:val="0"/>
          <w:smallCaps w:val="0"/>
          <w:strike w:val="0"/>
          <w:sz w:val="20"/>
          <w:u w:val="single"/>
        </w:rPr>
        <w:t>to</w:t>
      </w:r>
      <w:r>
        <w:rPr>
          <w:b w:val="0"/>
          <w:i w:val="0"/>
          <w:smallCaps w:val="0"/>
          <w:strike w:val="0"/>
          <w:sz w:val="16"/>
          <w:u w:val="none"/>
        </w:rPr>
        <w:t xml:space="preserve"> </w:t>
      </w:r>
      <w:r>
        <w:rPr>
          <w:b w:val="0"/>
          <w:i w:val="0"/>
          <w:smallCaps w:val="0"/>
          <w:strike w:val="0"/>
          <w:sz w:val="20"/>
          <w:highlight w:val="cyan"/>
          <w:u w:val="single"/>
        </w:rPr>
        <w:t>erode</w:t>
      </w:r>
      <w:r>
        <w:rPr>
          <w:b w:val="0"/>
          <w:i w:val="0"/>
          <w:smallCaps w:val="0"/>
          <w:strike w:val="0"/>
          <w:sz w:val="16"/>
          <w:u w:val="none"/>
        </w:rPr>
        <w:t xml:space="preserve">. In effect, </w:t>
      </w:r>
      <w:r>
        <w:rPr>
          <w:b w:val="0"/>
          <w:i w:val="0"/>
          <w:smallCaps w:val="0"/>
          <w:strike w:val="0"/>
          <w:sz w:val="20"/>
          <w:u w:val="single"/>
        </w:rPr>
        <w:t>we are edging</w:t>
      </w:r>
      <w:r>
        <w:rPr>
          <w:b w:val="0"/>
          <w:i w:val="0"/>
          <w:smallCaps w:val="0"/>
          <w:strike w:val="0"/>
          <w:sz w:val="16"/>
          <w:u w:val="none"/>
        </w:rPr>
        <w:t xml:space="preserve"> </w:t>
      </w:r>
      <w:r>
        <w:rPr>
          <w:b w:val="0"/>
          <w:i w:val="0"/>
          <w:smallCaps w:val="0"/>
          <w:strike w:val="0"/>
          <w:sz w:val="20"/>
          <w:u w:val="single"/>
        </w:rPr>
        <w:t>closer and closer</w:t>
      </w:r>
      <w:r>
        <w:rPr>
          <w:b w:val="0"/>
          <w:i w:val="0"/>
          <w:smallCaps w:val="0"/>
          <w:strike w:val="0"/>
          <w:sz w:val="16"/>
          <w:u w:val="none"/>
        </w:rPr>
        <w:t xml:space="preserve"> </w:t>
      </w:r>
      <w:r>
        <w:rPr>
          <w:b w:val="0"/>
          <w:i w:val="0"/>
          <w:smallCaps w:val="0"/>
          <w:strike w:val="0"/>
          <w:sz w:val="20"/>
          <w:u w:val="single"/>
        </w:rPr>
        <w:t xml:space="preserve">to </w:t>
      </w:r>
      <w:r>
        <w:rPr>
          <w:b w:val="0"/>
          <w:i w:val="0"/>
          <w:smallCaps w:val="0"/>
          <w:strike w:val="0"/>
          <w:sz w:val="20"/>
          <w:u w:val="single"/>
        </w:rPr>
        <w:t>cliffs</w:t>
      </w:r>
      <w:r>
        <w:rPr>
          <w:b w:val="0"/>
          <w:i w:val="0"/>
          <w:smallCaps w:val="0"/>
          <w:strike w:val="0"/>
          <w:sz w:val="20"/>
          <w:u w:val="single"/>
        </w:rPr>
        <w:t xml:space="preserve"> from which </w:t>
      </w:r>
      <w:r>
        <w:rPr>
          <w:b w:val="0"/>
          <w:i w:val="0"/>
          <w:smallCaps w:val="0"/>
          <w:strike w:val="0"/>
          <w:sz w:val="20"/>
          <w:highlight w:val="cyan"/>
          <w:u w:val="single"/>
        </w:rPr>
        <w:t>we have</w:t>
      </w:r>
      <w:r>
        <w:rPr>
          <w:b w:val="0"/>
          <w:i w:val="0"/>
          <w:smallCaps w:val="0"/>
          <w:strike w:val="0"/>
          <w:sz w:val="16"/>
          <w:highlight w:val="cyan"/>
          <w:u w:val="none"/>
        </w:rPr>
        <w:t xml:space="preserve"> </w:t>
      </w:r>
      <w:r>
        <w:rPr>
          <w:b w:val="0"/>
          <w:i w:val="0"/>
          <w:smallCaps w:val="0"/>
          <w:strike w:val="0"/>
          <w:sz w:val="20"/>
          <w:highlight w:val="cyan"/>
          <w:u w:val="single"/>
        </w:rPr>
        <w:t>removed</w:t>
      </w:r>
      <w:r>
        <w:rPr>
          <w:b w:val="0"/>
          <w:i w:val="0"/>
          <w:smallCaps w:val="0"/>
          <w:strike w:val="0"/>
          <w:sz w:val="16"/>
          <w:u w:val="none"/>
        </w:rPr>
        <w:t xml:space="preserve"> the </w:t>
      </w:r>
      <w:r>
        <w:rPr>
          <w:b w:val="0"/>
          <w:i w:val="0"/>
          <w:smallCaps w:val="0"/>
          <w:strike w:val="0"/>
          <w:sz w:val="20"/>
          <w:highlight w:val="cyan"/>
          <w:u w:val="single"/>
        </w:rPr>
        <w:t>guardrails</w:t>
      </w:r>
      <w:r>
        <w:rPr>
          <w:b w:val="0"/>
          <w:i w:val="0"/>
          <w:smallCaps w:val="0"/>
          <w:strike w:val="0"/>
          <w:sz w:val="20"/>
          <w:highlight w:val="cyan"/>
          <w:u w:val="single"/>
        </w:rPr>
        <w:t>. Fortunately, people</w:t>
      </w:r>
      <w:r>
        <w:rPr>
          <w:b w:val="0"/>
          <w:i w:val="0"/>
          <w:smallCaps w:val="0"/>
          <w:strike w:val="0"/>
          <w:sz w:val="20"/>
          <w:u w:val="single"/>
        </w:rPr>
        <w:t xml:space="preserve"> are beginning to</w:t>
      </w:r>
      <w:r>
        <w:rPr>
          <w:b w:val="0"/>
          <w:i w:val="0"/>
          <w:smallCaps w:val="0"/>
          <w:strike w:val="0"/>
          <w:sz w:val="16"/>
          <w:u w:val="none"/>
        </w:rPr>
        <w:t xml:space="preserve"> develop— or at least to </w:t>
      </w:r>
      <w:r>
        <w:rPr>
          <w:b w:val="0"/>
          <w:i w:val="0"/>
          <w:smallCaps w:val="0"/>
          <w:strike w:val="0"/>
          <w:sz w:val="20"/>
          <w:highlight w:val="cyan"/>
          <w:u w:val="single"/>
        </w:rPr>
        <w:t>think about</w:t>
      </w:r>
      <w:r>
        <w:rPr>
          <w:b w:val="0"/>
          <w:i w:val="0"/>
          <w:smallCaps w:val="0"/>
          <w:strike w:val="0"/>
          <w:sz w:val="20"/>
          <w:highlight w:val="cyan"/>
          <w:u w:val="single"/>
        </w:rPr>
        <w:t xml:space="preserve">— </w:t>
      </w:r>
      <w:r>
        <w:rPr>
          <w:b w:val="0"/>
          <w:i w:val="0"/>
          <w:smallCaps w:val="0"/>
          <w:strike w:val="0"/>
          <w:sz w:val="20"/>
          <w:highlight w:val="cyan"/>
          <w:u w:val="single"/>
        </w:rPr>
        <w:t>protections</w:t>
      </w:r>
      <w:r>
        <w:rPr>
          <w:b w:val="0"/>
          <w:i w:val="0"/>
          <w:smallCaps w:val="0"/>
          <w:strike w:val="0"/>
          <w:sz w:val="16"/>
          <w:u w:val="none"/>
        </w:rPr>
        <w:t xml:space="preserve"> </w:t>
      </w:r>
      <w:r>
        <w:rPr>
          <w:b w:val="0"/>
          <w:i w:val="0"/>
          <w:smallCaps w:val="0"/>
          <w:strike w:val="0"/>
          <w:sz w:val="20"/>
          <w:u w:val="single"/>
        </w:rPr>
        <w:t>against some of these dangers</w:t>
      </w:r>
      <w:r>
        <w:rPr>
          <w:b w:val="0"/>
          <w:i w:val="0"/>
          <w:smallCaps w:val="0"/>
          <w:strike w:val="0"/>
          <w:sz w:val="16"/>
          <w:u w:val="none"/>
        </w:rPr>
        <w:t>.</w:t>
      </w:r>
    </w:p>
    <w:p>
      <w:pPr>
        <w:spacing w:after="60"/>
      </w:pPr>
      <w:r>
        <w:rPr>
          <w:b w:val="0"/>
          <w:i w:val="0"/>
          <w:smallCaps w:val="0"/>
          <w:strike w:val="0"/>
          <w:sz w:val="16"/>
          <w:u w:val="none"/>
        </w:rPr>
        <w:t>A technology-based model of authoritarian government is being promoted and exported as a technological, economic, and political challenge to Western liberal democracies. The Internet and social media, conceived as vehicles for free exchange of information and platforms for untrammeled innovation, in some countries have become instruments of repression. At the same time, a systematic, worldwide campaign of misinformation and disinformation, spread via social and mass media, has deliberately sown distrust in the democratic process, in government, in international institutions, in science, in expertise of all kinds, and in the very idea that there is such a thing as truth. In the United States, the scientific consensus concerning climate change has been overwhelmed by misinformation and disinformation spread by political and business interests that it threatens, while public messaging regarding the CO VID-19 pandemic has been at best mixed. All this has made it difficult for people to understand the complex and dangerous new threats to the environment, to their health, to their security, and to democratic government.</w:t>
      </w:r>
    </w:p>
    <w:p>
      <w:pPr>
        <w:spacing w:after="60"/>
      </w:pPr>
      <w:r>
        <w:rPr>
          <w:b w:val="0"/>
          <w:i w:val="0"/>
          <w:smallCaps w:val="0"/>
          <w:strike w:val="0"/>
          <w:sz w:val="16"/>
          <w:u w:val="none"/>
        </w:rPr>
        <w:t>Stimulating and Guiding Technological Change</w:t>
      </w:r>
    </w:p>
    <w:p>
      <w:pPr>
        <w:spacing w:after="60"/>
      </w:pPr>
      <w:r>
        <w:rPr>
          <w:b w:val="0"/>
          <w:i w:val="0"/>
          <w:smallCaps w:val="0"/>
          <w:strike w:val="0"/>
          <w:sz w:val="20"/>
          <w:u w:val="single"/>
        </w:rPr>
        <w:t>Science</w:t>
      </w:r>
      <w:r>
        <w:rPr>
          <w:b w:val="0"/>
          <w:i w:val="0"/>
          <w:smallCaps w:val="0"/>
          <w:strike w:val="0"/>
          <w:sz w:val="20"/>
          <w:u w:val="single"/>
        </w:rPr>
        <w:t xml:space="preserve"> and</w:t>
      </w:r>
      <w:r>
        <w:rPr>
          <w:b w:val="0"/>
          <w:i w:val="0"/>
          <w:smallCaps w:val="0"/>
          <w:strike w:val="0"/>
          <w:sz w:val="16"/>
          <w:u w:val="none"/>
        </w:rPr>
        <w:t xml:space="preserve"> </w:t>
      </w:r>
      <w:r>
        <w:rPr>
          <w:b w:val="0"/>
          <w:i w:val="0"/>
          <w:smallCaps w:val="0"/>
          <w:strike w:val="0"/>
          <w:sz w:val="20"/>
          <w:u w:val="single"/>
        </w:rPr>
        <w:t>tech</w:t>
      </w:r>
      <w:r>
        <w:rPr>
          <w:b w:val="0"/>
          <w:i w:val="0"/>
          <w:smallCaps w:val="0"/>
          <w:strike w:val="0"/>
          <w:sz w:val="16"/>
          <w:u w:val="none"/>
        </w:rPr>
        <w:t xml:space="preserve">nology </w:t>
      </w:r>
      <w:r>
        <w:rPr>
          <w:b w:val="0"/>
          <w:i w:val="0"/>
          <w:smallCaps w:val="0"/>
          <w:strike w:val="0"/>
          <w:sz w:val="20"/>
          <w:u w:val="single"/>
        </w:rPr>
        <w:t>have</w:t>
      </w:r>
      <w:r>
        <w:rPr>
          <w:b w:val="0"/>
          <w:i w:val="0"/>
          <w:smallCaps w:val="0"/>
          <w:strike w:val="0"/>
          <w:sz w:val="16"/>
          <w:u w:val="none"/>
        </w:rPr>
        <w:t xml:space="preserve"> </w:t>
      </w:r>
      <w:r>
        <w:rPr>
          <w:b w:val="0"/>
          <w:i w:val="0"/>
          <w:smallCaps w:val="0"/>
          <w:strike w:val="0"/>
          <w:sz w:val="20"/>
          <w:u w:val="single"/>
        </w:rPr>
        <w:t>much to contribute</w:t>
      </w:r>
      <w:r>
        <w:rPr>
          <w:b w:val="0"/>
          <w:i w:val="0"/>
          <w:smallCaps w:val="0"/>
          <w:strike w:val="0"/>
          <w:sz w:val="16"/>
          <w:u w:val="none"/>
        </w:rPr>
        <w:t xml:space="preserve"> </w:t>
      </w:r>
      <w:r>
        <w:rPr>
          <w:b w:val="0"/>
          <w:i w:val="0"/>
          <w:smallCaps w:val="0"/>
          <w:strike w:val="0"/>
          <w:sz w:val="20"/>
          <w:u w:val="single"/>
        </w:rPr>
        <w:t>to the resolution of all these issues. We need better scientific understanding</w:t>
      </w:r>
      <w:r>
        <w:rPr>
          <w:b w:val="0"/>
          <w:i w:val="0"/>
          <w:smallCaps w:val="0"/>
          <w:strike w:val="0"/>
          <w:sz w:val="16"/>
          <w:u w:val="none"/>
        </w:rPr>
        <w:t xml:space="preserve"> of the climate, of the ways in which diseases spread, and of the likely impact of gene drivers and geoengineering. </w:t>
      </w:r>
      <w:r>
        <w:rPr>
          <w:b w:val="0"/>
          <w:i w:val="0"/>
          <w:smallCaps w:val="0"/>
          <w:strike w:val="0"/>
          <w:sz w:val="20"/>
          <w:highlight w:val="cyan"/>
          <w:u w:val="single"/>
        </w:rPr>
        <w:t xml:space="preserve">We </w:t>
      </w:r>
      <w:r>
        <w:rPr>
          <w:b w:val="0"/>
          <w:i w:val="0"/>
          <w:smallCaps w:val="0"/>
          <w:strike w:val="0"/>
          <w:sz w:val="20"/>
          <w:highlight w:val="cyan"/>
          <w:u w:val="single"/>
        </w:rPr>
        <w:t>need</w:t>
      </w:r>
      <w:r>
        <w:rPr>
          <w:b w:val="0"/>
          <w:i w:val="0"/>
          <w:smallCaps w:val="0"/>
          <w:strike w:val="0"/>
          <w:sz w:val="16"/>
          <w:u w:val="none"/>
        </w:rPr>
        <w:t xml:space="preserve"> technological </w:t>
      </w:r>
      <w:r>
        <w:rPr>
          <w:b w:val="0"/>
          <w:i w:val="0"/>
          <w:smallCaps w:val="0"/>
          <w:strike w:val="0"/>
          <w:sz w:val="20"/>
          <w:highlight w:val="cyan"/>
          <w:u w:val="single"/>
        </w:rPr>
        <w:t>innovations</w:t>
      </w:r>
      <w:r>
        <w:rPr>
          <w:b w:val="0"/>
          <w:i w:val="0"/>
          <w:smallCaps w:val="0"/>
          <w:strike w:val="0"/>
          <w:sz w:val="16"/>
          <w:u w:val="none"/>
        </w:rPr>
        <w:t xml:space="preserve"> to prevent or cure non- communicable diseases, alleviate malnutrition, conserve resources, defend against cyberattack, and restructure our economies along more sustainable and equitable lines.</w:t>
      </w:r>
    </w:p>
    <w:p>
      <w:pPr>
        <w:spacing w:after="60"/>
      </w:pPr>
      <w:r>
        <w:rPr>
          <w:b w:val="0"/>
          <w:i w:val="0"/>
          <w:smallCaps w:val="0"/>
          <w:strike w:val="0"/>
          <w:sz w:val="20"/>
          <w:highlight w:val="cyan"/>
          <w:u w:val="single"/>
        </w:rPr>
        <w:t>But</w:t>
      </w:r>
      <w:r>
        <w:rPr>
          <w:b w:val="0"/>
          <w:i w:val="0"/>
          <w:smallCaps w:val="0"/>
          <w:strike w:val="0"/>
          <w:sz w:val="20"/>
          <w:u w:val="single"/>
        </w:rPr>
        <w:t xml:space="preserve"> we </w:t>
      </w:r>
      <w:r>
        <w:rPr>
          <w:b w:val="0"/>
          <w:i w:val="0"/>
          <w:smallCaps w:val="0"/>
          <w:strike w:val="0"/>
          <w:sz w:val="20"/>
          <w:u w:val="single"/>
        </w:rPr>
        <w:t>can</w:t>
      </w:r>
      <w:r>
        <w:rPr>
          <w:b w:val="0"/>
          <w:i w:val="0"/>
          <w:smallCaps w:val="0"/>
          <w:strike w:val="0"/>
          <w:sz w:val="20"/>
          <w:highlight w:val="cyan"/>
          <w:u w:val="single"/>
        </w:rPr>
        <w:t>not</w:t>
      </w:r>
      <w:r>
        <w:rPr>
          <w:b w:val="0"/>
          <w:i w:val="0"/>
          <w:smallCaps w:val="0"/>
          <w:strike w:val="0"/>
          <w:sz w:val="20"/>
          <w:u w:val="single"/>
        </w:rPr>
        <w:t xml:space="preserve"> depend on</w:t>
      </w:r>
      <w:r>
        <w:rPr>
          <w:b w:val="0"/>
          <w:i w:val="0"/>
          <w:smallCaps w:val="0"/>
          <w:strike w:val="0"/>
          <w:sz w:val="16"/>
          <w:u w:val="none"/>
        </w:rPr>
        <w:t xml:space="preserve"> science and </w:t>
      </w:r>
      <w:r>
        <w:rPr>
          <w:b w:val="0"/>
          <w:i w:val="0"/>
          <w:smallCaps w:val="0"/>
          <w:strike w:val="0"/>
          <w:sz w:val="20"/>
          <w:u w:val="single"/>
        </w:rPr>
        <w:t>tech</w:t>
      </w:r>
      <w:r>
        <w:rPr>
          <w:b w:val="0"/>
          <w:i w:val="0"/>
          <w:smallCaps w:val="0"/>
          <w:strike w:val="0"/>
          <w:sz w:val="16"/>
          <w:u w:val="none"/>
        </w:rPr>
        <w:t>nology</w:t>
      </w:r>
      <w:r>
        <w:rPr>
          <w:b w:val="0"/>
          <w:i w:val="0"/>
          <w:smallCaps w:val="0"/>
          <w:strike w:val="0"/>
          <w:sz w:val="16"/>
          <w:u w:val="none"/>
        </w:rPr>
        <w:t xml:space="preserve"> to address these issues </w:t>
      </w:r>
      <w:r>
        <w:rPr>
          <w:b w:val="0"/>
          <w:i w:val="0"/>
          <w:smallCaps w:val="0"/>
          <w:strike w:val="0"/>
          <w:sz w:val="20"/>
          <w:highlight w:val="cyan"/>
          <w:u w:val="single"/>
        </w:rPr>
        <w:t>on their</w:t>
      </w:r>
      <w:r>
        <w:rPr>
          <w:b w:val="0"/>
          <w:i w:val="0"/>
          <w:smallCaps w:val="0"/>
          <w:strike w:val="0"/>
          <w:sz w:val="16"/>
          <w:highlight w:val="cyan"/>
          <w:u w:val="none"/>
        </w:rPr>
        <w:t xml:space="preserve"> </w:t>
      </w:r>
      <w:r>
        <w:rPr>
          <w:b w:val="0"/>
          <w:i w:val="0"/>
          <w:smallCaps w:val="0"/>
          <w:strike w:val="0"/>
          <w:sz w:val="20"/>
          <w:highlight w:val="cyan"/>
          <w:u w:val="single"/>
        </w:rPr>
        <w:t>own</w:t>
      </w:r>
      <w:r>
        <w:rPr>
          <w:b w:val="0"/>
          <w:i w:val="0"/>
          <w:smallCaps w:val="0"/>
          <w:strike w:val="0"/>
          <w:sz w:val="20"/>
          <w:u w:val="single"/>
        </w:rPr>
        <w:t xml:space="preserve">. We </w:t>
      </w:r>
      <w:r>
        <w:rPr>
          <w:b w:val="0"/>
          <w:i w:val="0"/>
          <w:smallCaps w:val="0"/>
          <w:strike w:val="0"/>
          <w:sz w:val="20"/>
          <w:highlight w:val="cyan"/>
          <w:u w:val="single"/>
        </w:rPr>
        <w:t>also need</w:t>
      </w:r>
      <w:r>
        <w:rPr>
          <w:b w:val="0"/>
          <w:i w:val="0"/>
          <w:smallCaps w:val="0"/>
          <w:strike w:val="0"/>
          <w:sz w:val="16"/>
          <w:u w:val="none"/>
        </w:rPr>
        <w:t xml:space="preserve"> policies and </w:t>
      </w:r>
      <w:r>
        <w:rPr>
          <w:b w:val="0"/>
          <w:i w:val="0"/>
          <w:smallCaps w:val="0"/>
          <w:strike w:val="0"/>
          <w:sz w:val="20"/>
          <w:highlight w:val="cyan"/>
          <w:u w:val="single"/>
        </w:rPr>
        <w:t>institutions</w:t>
      </w:r>
      <w:r>
        <w:rPr>
          <w:b w:val="0"/>
          <w:i w:val="0"/>
          <w:smallCaps w:val="0"/>
          <w:strike w:val="0"/>
          <w:sz w:val="16"/>
          <w:u w:val="none"/>
        </w:rPr>
        <w:t xml:space="preserve"> </w:t>
      </w:r>
      <w:r>
        <w:rPr>
          <w:b w:val="0"/>
          <w:i w:val="0"/>
          <w:smallCaps w:val="0"/>
          <w:strike w:val="0"/>
          <w:sz w:val="20"/>
          <w:u w:val="single"/>
        </w:rPr>
        <w:t>that not only support research and encourage</w:t>
      </w:r>
      <w:r>
        <w:rPr>
          <w:b w:val="0"/>
          <w:i w:val="0"/>
          <w:smallCaps w:val="0"/>
          <w:strike w:val="0"/>
          <w:sz w:val="16"/>
          <w:u w:val="none"/>
        </w:rPr>
        <w:t xml:space="preserve"> technological </w:t>
      </w:r>
      <w:r>
        <w:rPr>
          <w:b w:val="0"/>
          <w:i w:val="0"/>
          <w:smallCaps w:val="0"/>
          <w:strike w:val="0"/>
          <w:sz w:val="20"/>
          <w:u w:val="single"/>
        </w:rPr>
        <w:t>innovation but also</w:t>
      </w:r>
      <w:r>
        <w:rPr>
          <w:b w:val="0"/>
          <w:i w:val="0"/>
          <w:smallCaps w:val="0"/>
          <w:strike w:val="0"/>
          <w:sz w:val="16"/>
          <w:u w:val="none"/>
        </w:rPr>
        <w:t xml:space="preserve"> </w:t>
      </w:r>
      <w:r>
        <w:rPr>
          <w:b w:val="0"/>
          <w:i w:val="0"/>
          <w:smallCaps w:val="0"/>
          <w:strike w:val="0"/>
          <w:sz w:val="20"/>
          <w:u w:val="single"/>
        </w:rPr>
        <w:t>guide</w:t>
      </w:r>
      <w:r>
        <w:rPr>
          <w:b w:val="0"/>
          <w:i w:val="0"/>
          <w:smallCaps w:val="0"/>
          <w:strike w:val="0"/>
          <w:sz w:val="16"/>
          <w:u w:val="none"/>
        </w:rPr>
        <w:t xml:space="preserve"> scientific research and technological </w:t>
      </w:r>
      <w:r>
        <w:rPr>
          <w:b w:val="0"/>
          <w:i w:val="0"/>
          <w:smallCaps w:val="0"/>
          <w:strike w:val="0"/>
          <w:sz w:val="20"/>
          <w:u w:val="single"/>
        </w:rPr>
        <w:t>change in</w:t>
      </w:r>
      <w:r>
        <w:rPr>
          <w:b w:val="0"/>
          <w:i w:val="0"/>
          <w:smallCaps w:val="0"/>
          <w:strike w:val="0"/>
          <w:sz w:val="16"/>
          <w:u w:val="none"/>
        </w:rPr>
        <w:t xml:space="preserve"> </w:t>
      </w:r>
      <w:r>
        <w:rPr>
          <w:b w:val="0"/>
          <w:i w:val="0"/>
          <w:smallCaps w:val="0"/>
          <w:strike w:val="0"/>
          <w:sz w:val="20"/>
          <w:u w:val="single"/>
        </w:rPr>
        <w:t>responsible directions</w:t>
      </w:r>
      <w:r>
        <w:rPr>
          <w:b w:val="0"/>
          <w:i w:val="0"/>
          <w:smallCaps w:val="0"/>
          <w:strike w:val="0"/>
          <w:sz w:val="20"/>
          <w:u w:val="single"/>
        </w:rPr>
        <w:t xml:space="preserve">. This will require </w:t>
      </w:r>
      <w:r>
        <w:rPr>
          <w:b w:val="0"/>
          <w:i w:val="0"/>
          <w:smallCaps w:val="0"/>
          <w:strike w:val="0"/>
          <w:sz w:val="20"/>
          <w:highlight w:val="cyan"/>
          <w:u w:val="single"/>
        </w:rPr>
        <w:t>both</w:t>
      </w:r>
      <w:r>
        <w:rPr>
          <w:b w:val="0"/>
          <w:i w:val="0"/>
          <w:smallCaps w:val="0"/>
          <w:strike w:val="0"/>
          <w:sz w:val="16"/>
          <w:highlight w:val="cyan"/>
          <w:u w:val="none"/>
        </w:rPr>
        <w:t xml:space="preserve"> </w:t>
      </w:r>
      <w:r>
        <w:rPr>
          <w:b w:val="0"/>
          <w:i w:val="0"/>
          <w:smallCaps w:val="0"/>
          <w:strike w:val="0"/>
          <w:sz w:val="20"/>
          <w:highlight w:val="cyan"/>
          <w:u w:val="single"/>
        </w:rPr>
        <w:t>“top-down”</w:t>
      </w:r>
      <w:r>
        <w:rPr>
          <w:b w:val="0"/>
          <w:i w:val="0"/>
          <w:smallCaps w:val="0"/>
          <w:strike w:val="0"/>
          <w:sz w:val="16"/>
          <w:u w:val="none"/>
        </w:rPr>
        <w:t xml:space="preserve"> </w:t>
      </w:r>
      <w:r>
        <w:rPr>
          <w:b w:val="0"/>
          <w:i w:val="0"/>
          <w:smallCaps w:val="0"/>
          <w:strike w:val="0"/>
          <w:sz w:val="20"/>
          <w:u w:val="single"/>
        </w:rPr>
        <w:t>measures</w:t>
      </w:r>
      <w:r>
        <w:rPr>
          <w:b w:val="0"/>
          <w:i w:val="0"/>
          <w:smallCaps w:val="0"/>
          <w:strike w:val="0"/>
          <w:sz w:val="16"/>
          <w:u w:val="none"/>
        </w:rPr>
        <w:t xml:space="preserve"> by national governments </w:t>
      </w:r>
      <w:r>
        <w:rPr>
          <w:b w:val="0"/>
          <w:i w:val="0"/>
          <w:smallCaps w:val="0"/>
          <w:strike w:val="0"/>
          <w:sz w:val="20"/>
          <w:highlight w:val="cyan"/>
          <w:u w:val="single"/>
        </w:rPr>
        <w:t>and “bottom-up”</w:t>
      </w:r>
      <w:r>
        <w:rPr>
          <w:b w:val="0"/>
          <w:i w:val="0"/>
          <w:smallCaps w:val="0"/>
          <w:strike w:val="0"/>
          <w:sz w:val="20"/>
          <w:u w:val="single"/>
        </w:rPr>
        <w:t xml:space="preserve"> pressures </w:t>
      </w:r>
      <w:r>
        <w:rPr>
          <w:b w:val="0"/>
          <w:i w:val="0"/>
          <w:smallCaps w:val="0"/>
          <w:strike w:val="0"/>
          <w:sz w:val="20"/>
          <w:highlight w:val="cyan"/>
          <w:u w:val="single"/>
        </w:rPr>
        <w:t>from</w:t>
      </w:r>
      <w:r>
        <w:rPr>
          <w:b w:val="0"/>
          <w:i w:val="0"/>
          <w:smallCaps w:val="0"/>
          <w:strike w:val="0"/>
          <w:sz w:val="16"/>
          <w:u w:val="none"/>
        </w:rPr>
        <w:t xml:space="preserve"> public opinion, from nongovernmental organizations (NGOs) and from </w:t>
      </w:r>
      <w:r>
        <w:rPr>
          <w:b w:val="0"/>
          <w:i w:val="0"/>
          <w:smallCaps w:val="0"/>
          <w:strike w:val="0"/>
          <w:sz w:val="20"/>
          <w:highlight w:val="cyan"/>
          <w:u w:val="single"/>
        </w:rPr>
        <w:t>state and local governments</w:t>
      </w:r>
      <w:r>
        <w:rPr>
          <w:b w:val="0"/>
          <w:i w:val="0"/>
          <w:smallCaps w:val="0"/>
          <w:strike w:val="0"/>
          <w:sz w:val="20"/>
          <w:u w:val="single"/>
        </w:rPr>
        <w:t xml:space="preserve"> that are</w:t>
      </w:r>
      <w:r>
        <w:rPr>
          <w:b w:val="0"/>
          <w:i w:val="0"/>
          <w:smallCaps w:val="0"/>
          <w:strike w:val="0"/>
          <w:sz w:val="16"/>
          <w:u w:val="none"/>
        </w:rPr>
        <w:t xml:space="preserve"> often more </w:t>
      </w:r>
      <w:r>
        <w:rPr>
          <w:b w:val="0"/>
          <w:i w:val="0"/>
          <w:smallCaps w:val="0"/>
          <w:strike w:val="0"/>
          <w:sz w:val="20"/>
          <w:highlight w:val="cyan"/>
          <w:u w:val="single"/>
        </w:rPr>
        <w:t>directly responsive to public pressure</w:t>
      </w:r>
      <w:r>
        <w:rPr>
          <w:b w:val="0"/>
          <w:i w:val="0"/>
          <w:smallCaps w:val="0"/>
          <w:strike w:val="0"/>
          <w:sz w:val="16"/>
          <w:u w:val="none"/>
        </w:rPr>
        <w:t xml:space="preserve">. It will need </w:t>
      </w:r>
      <w:r>
        <w:rPr>
          <w:b w:val="0"/>
          <w:i w:val="0"/>
          <w:smallCaps w:val="0"/>
          <w:strike w:val="0"/>
          <w:sz w:val="20"/>
          <w:highlight w:val="cyan"/>
          <w:u w:val="single"/>
        </w:rPr>
        <w:t>ideas</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val="0"/>
          <w:i w:val="0"/>
          <w:smallCaps w:val="0"/>
          <w:strike w:val="0"/>
          <w:sz w:val="20"/>
          <w:highlight w:val="cyan"/>
          <w:u w:val="single"/>
        </w:rPr>
        <w:t>inspiration</w:t>
      </w:r>
      <w:r>
        <w:rPr>
          <w:b w:val="0"/>
          <w:i w:val="0"/>
          <w:smallCaps w:val="0"/>
          <w:strike w:val="0"/>
          <w:sz w:val="16"/>
          <w:u w:val="none"/>
        </w:rPr>
        <w:t xml:space="preserve"> from businesses, universities, research institutes, individual inventors, and ordinary citizens, and support </w:t>
      </w:r>
      <w:r>
        <w:rPr>
          <w:b w:val="0"/>
          <w:i w:val="0"/>
          <w:smallCaps w:val="0"/>
          <w:strike w:val="0"/>
          <w:sz w:val="20"/>
          <w:highlight w:val="cyan"/>
          <w:u w:val="single"/>
        </w:rPr>
        <w:t>from</w:t>
      </w:r>
      <w:r>
        <w:rPr>
          <w:b w:val="0"/>
          <w:i w:val="0"/>
          <w:smallCaps w:val="0"/>
          <w:strike w:val="0"/>
          <w:sz w:val="16"/>
          <w:highlight w:val="cyan"/>
          <w:u w:val="none"/>
        </w:rPr>
        <w:t xml:space="preserve"> </w:t>
      </w:r>
      <w:r>
        <w:rPr>
          <w:b w:val="0"/>
          <w:i w:val="0"/>
          <w:smallCaps w:val="0"/>
          <w:strike w:val="0"/>
          <w:sz w:val="20"/>
          <w:highlight w:val="cyan"/>
          <w:u w:val="single"/>
        </w:rPr>
        <w:t>public opinion</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20"/>
          <w:u w:val="single"/>
        </w:rPr>
        <w:t xml:space="preserve"> from the</w:t>
      </w:r>
      <w:r>
        <w:rPr>
          <w:b w:val="0"/>
          <w:i w:val="0"/>
          <w:smallCaps w:val="0"/>
          <w:strike w:val="0"/>
          <w:sz w:val="16"/>
          <w:u w:val="none"/>
        </w:rPr>
        <w:t xml:space="preserve"> actions and </w:t>
      </w:r>
      <w:r>
        <w:rPr>
          <w:b w:val="0"/>
          <w:i w:val="0"/>
          <w:smallCaps w:val="0"/>
          <w:strike w:val="0"/>
          <w:sz w:val="20"/>
          <w:highlight w:val="cyan"/>
          <w:u w:val="single"/>
        </w:rPr>
        <w:t>advocacy</w:t>
      </w:r>
      <w:r>
        <w:rPr>
          <w:b w:val="0"/>
          <w:i w:val="0"/>
          <w:smallCaps w:val="0"/>
          <w:strike w:val="0"/>
          <w:sz w:val="16"/>
          <w:highlight w:val="cyan"/>
          <w:u w:val="none"/>
        </w:rPr>
        <w:t xml:space="preserve"> </w:t>
      </w:r>
      <w:r>
        <w:rPr>
          <w:b w:val="0"/>
          <w:i w:val="0"/>
          <w:smallCaps w:val="0"/>
          <w:strike w:val="0"/>
          <w:sz w:val="20"/>
          <w:highlight w:val="cyan"/>
          <w:u w:val="single"/>
        </w:rPr>
        <w:t>of</w:t>
      </w:r>
      <w:r>
        <w:rPr>
          <w:b w:val="0"/>
          <w:i w:val="0"/>
          <w:smallCaps w:val="0"/>
          <w:strike w:val="0"/>
          <w:sz w:val="16"/>
          <w:highlight w:val="cyan"/>
          <w:u w:val="none"/>
        </w:rPr>
        <w:t xml:space="preserve"> </w:t>
      </w:r>
      <w:r>
        <w:rPr>
          <w:b w:val="0"/>
          <w:i w:val="0"/>
          <w:smallCaps w:val="0"/>
          <w:strike w:val="0"/>
          <w:sz w:val="20"/>
          <w:highlight w:val="cyan"/>
          <w:u w:val="single"/>
        </w:rPr>
        <w:t>individuals</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communities</w:t>
      </w:r>
      <w:r>
        <w:rPr>
          <w:b w:val="0"/>
          <w:i w:val="0"/>
          <w:smallCaps w:val="0"/>
          <w:strike w:val="0"/>
          <w:sz w:val="16"/>
          <w:u w:val="none"/>
        </w:rPr>
        <w:t xml:space="preserve">. In some cases, it will require sustained effort to resist commercial, political, and military pressures to ignore broader social and environmental problems when investing in research and innovation and to deploy technologies before at least some of their consequences are understood and anticipated. The response to the COVID-19 pandemic and the denial of the reality of climate change in </w:t>
      </w:r>
      <w:r>
        <w:rPr>
          <w:b w:val="0"/>
          <w:i w:val="0"/>
          <w:smallCaps w:val="0"/>
          <w:strike w:val="0"/>
          <w:sz w:val="16"/>
          <w:u w:val="none"/>
        </w:rPr>
        <w:t>a number of</w:t>
      </w:r>
      <w:r>
        <w:rPr>
          <w:b w:val="0"/>
          <w:i w:val="0"/>
          <w:smallCaps w:val="0"/>
          <w:strike w:val="0"/>
          <w:sz w:val="16"/>
          <w:u w:val="none"/>
        </w:rPr>
        <w:t xml:space="preserve"> countries show how even the best scientific advice can be undercut by the words and actions of shortsighted, self-interested political leaders.</w:t>
      </w:r>
    </w:p>
    <w:p>
      <w:pPr>
        <w:spacing w:after="60"/>
      </w:pPr>
      <w:r>
        <w:rPr>
          <w:b w:val="0"/>
          <w:i w:val="0"/>
          <w:smallCaps w:val="0"/>
          <w:strike w:val="0"/>
          <w:sz w:val="20"/>
          <w:highlight w:val="cyan"/>
          <w:u w:val="single"/>
        </w:rPr>
        <w:t>We need</w:t>
      </w:r>
      <w:r>
        <w:rPr>
          <w:b w:val="0"/>
          <w:i w:val="0"/>
          <w:smallCaps w:val="0"/>
          <w:strike w:val="0"/>
          <w:sz w:val="20"/>
          <w:u w:val="single"/>
        </w:rPr>
        <w:t xml:space="preserve"> to</w:t>
      </w:r>
      <w:r>
        <w:rPr>
          <w:b w:val="0"/>
          <w:i w:val="0"/>
          <w:smallCaps w:val="0"/>
          <w:strike w:val="0"/>
          <w:sz w:val="16"/>
          <w:u w:val="none"/>
        </w:rPr>
        <w:t xml:space="preserve"> </w:t>
      </w:r>
      <w:r>
        <w:rPr>
          <w:b w:val="0"/>
          <w:i w:val="0"/>
          <w:smallCaps w:val="0"/>
          <w:strike w:val="0"/>
          <w:sz w:val="20"/>
          <w:u w:val="single"/>
        </w:rPr>
        <w:t xml:space="preserve">devise </w:t>
      </w:r>
      <w:r>
        <w:rPr>
          <w:b w:val="0"/>
          <w:i w:val="0"/>
          <w:smallCaps w:val="0"/>
          <w:strike w:val="0"/>
          <w:sz w:val="20"/>
          <w:highlight w:val="cyan"/>
          <w:u w:val="single"/>
        </w:rPr>
        <w:t>limits</w:t>
      </w:r>
      <w:r>
        <w:rPr>
          <w:b w:val="0"/>
          <w:i w:val="0"/>
          <w:smallCaps w:val="0"/>
          <w:strike w:val="0"/>
          <w:sz w:val="16"/>
          <w:highlight w:val="cyan"/>
          <w:u w:val="none"/>
        </w:rPr>
        <w:t xml:space="preserve"> </w:t>
      </w:r>
      <w:r>
        <w:rPr>
          <w:b w:val="0"/>
          <w:i w:val="0"/>
          <w:smallCaps w:val="0"/>
          <w:strike w:val="0"/>
          <w:sz w:val="20"/>
          <w:highlight w:val="cyan"/>
          <w:u w:val="single"/>
        </w:rPr>
        <w:t>on</w:t>
      </w:r>
      <w:r>
        <w:rPr>
          <w:b w:val="0"/>
          <w:i w:val="0"/>
          <w:smallCaps w:val="0"/>
          <w:strike w:val="0"/>
          <w:sz w:val="16"/>
          <w:u w:val="none"/>
        </w:rPr>
        <w:t xml:space="preserve"> technological </w:t>
      </w:r>
      <w:r>
        <w:rPr>
          <w:b w:val="0"/>
          <w:i w:val="0"/>
          <w:smallCaps w:val="0"/>
          <w:strike w:val="0"/>
          <w:sz w:val="20"/>
          <w:highlight w:val="cyan"/>
          <w:u w:val="single"/>
        </w:rPr>
        <w:t>innovations</w:t>
      </w:r>
      <w:r>
        <w:rPr>
          <w:b w:val="0"/>
          <w:i w:val="0"/>
          <w:smallCaps w:val="0"/>
          <w:strike w:val="0"/>
          <w:sz w:val="16"/>
          <w:u w:val="none"/>
        </w:rPr>
        <w:t xml:space="preserve"> like autonomous weapons and hypersonic missiles </w:t>
      </w:r>
      <w:r>
        <w:rPr>
          <w:b w:val="0"/>
          <w:i w:val="0"/>
          <w:smallCaps w:val="0"/>
          <w:strike w:val="0"/>
          <w:sz w:val="20"/>
          <w:highlight w:val="cyan"/>
          <w:u w:val="single"/>
        </w:rPr>
        <w:t>that</w:t>
      </w:r>
      <w:r>
        <w:rPr>
          <w:b w:val="0"/>
          <w:i w:val="0"/>
          <w:smallCaps w:val="0"/>
          <w:strike w:val="0"/>
          <w:sz w:val="16"/>
          <w:u w:val="none"/>
        </w:rPr>
        <w:t xml:space="preserve"> can </w:t>
      </w:r>
      <w:r>
        <w:rPr>
          <w:b w:val="0"/>
          <w:i w:val="0"/>
          <w:smallCaps w:val="0"/>
          <w:strike w:val="0"/>
          <w:sz w:val="20"/>
          <w:highlight w:val="cyan"/>
          <w:u w:val="single"/>
        </w:rPr>
        <w:t>lead to</w:t>
      </w:r>
      <w:r>
        <w:rPr>
          <w:b w:val="0"/>
          <w:i w:val="0"/>
          <w:smallCaps w:val="0"/>
          <w:strike w:val="0"/>
          <w:sz w:val="16"/>
          <w:u w:val="none"/>
        </w:rPr>
        <w:t xml:space="preserve"> </w:t>
      </w:r>
      <w:r>
        <w:rPr>
          <w:b w:val="0"/>
          <w:i w:val="0"/>
          <w:smallCaps w:val="0"/>
          <w:strike w:val="0"/>
          <w:sz w:val="20"/>
          <w:u w:val="single"/>
        </w:rPr>
        <w:t xml:space="preserve">unintended </w:t>
      </w:r>
      <w:r>
        <w:rPr>
          <w:b w:val="0"/>
          <w:i w:val="0"/>
          <w:smallCaps w:val="0"/>
          <w:strike w:val="0"/>
          <w:sz w:val="20"/>
          <w:highlight w:val="cyan"/>
          <w:u w:val="single"/>
        </w:rPr>
        <w:t>nuclear war</w:t>
      </w:r>
      <w:r>
        <w:rPr>
          <w:b w:val="0"/>
          <w:i w:val="0"/>
          <w:smallCaps w:val="0"/>
          <w:strike w:val="0"/>
          <w:sz w:val="20"/>
          <w:u w:val="single"/>
        </w:rPr>
        <w:t xml:space="preserve">. We need </w:t>
      </w:r>
      <w:r>
        <w:rPr>
          <w:b w:val="0"/>
          <w:i w:val="0"/>
          <w:smallCaps w:val="0"/>
          <w:strike w:val="0"/>
          <w:sz w:val="20"/>
          <w:highlight w:val="cyan"/>
          <w:u w:val="single"/>
        </w:rPr>
        <w:t>to</w:t>
      </w:r>
      <w:r>
        <w:rPr>
          <w:b w:val="0"/>
          <w:i w:val="0"/>
          <w:smallCaps w:val="0"/>
          <w:strike w:val="0"/>
          <w:sz w:val="16"/>
          <w:u w:val="none"/>
        </w:rPr>
        <w:t xml:space="preserve"> restructure our economy and redesign our cities to end, or at least to limit the use of fossil fuels and to increase the efficiency of our use of energy and materials. We need </w:t>
      </w:r>
      <w:r>
        <w:rPr>
          <w:b w:val="0"/>
          <w:i w:val="0"/>
          <w:smallCaps w:val="0"/>
          <w:strike w:val="0"/>
          <w:sz w:val="20"/>
          <w:highlight w:val="cyan"/>
          <w:u w:val="single"/>
        </w:rPr>
        <w:t>control</w:t>
      </w:r>
      <w:r>
        <w:rPr>
          <w:b w:val="0"/>
          <w:i w:val="0"/>
          <w:smallCaps w:val="0"/>
          <w:strike w:val="0"/>
          <w:sz w:val="16"/>
          <w:u w:val="none"/>
        </w:rPr>
        <w:t xml:space="preserve">s on </w:t>
      </w:r>
      <w:r>
        <w:rPr>
          <w:b w:val="0"/>
          <w:i w:val="0"/>
          <w:smallCaps w:val="0"/>
          <w:strike w:val="0"/>
          <w:sz w:val="20"/>
          <w:u w:val="single"/>
        </w:rPr>
        <w:t>technologies like</w:t>
      </w:r>
      <w:r>
        <w:rPr>
          <w:b w:val="0"/>
          <w:i w:val="0"/>
          <w:smallCaps w:val="0"/>
          <w:strike w:val="0"/>
          <w:sz w:val="16"/>
          <w:u w:val="none"/>
        </w:rPr>
        <w:t xml:space="preserve"> </w:t>
      </w:r>
      <w:r>
        <w:rPr>
          <w:b w:val="0"/>
          <w:i w:val="0"/>
          <w:smallCaps w:val="0"/>
          <w:strike w:val="0"/>
          <w:sz w:val="20"/>
          <w:highlight w:val="cyan"/>
          <w:u w:val="single"/>
        </w:rPr>
        <w:t>a</w:t>
      </w:r>
      <w:r>
        <w:rPr>
          <w:b w:val="0"/>
          <w:i w:val="0"/>
          <w:smallCaps w:val="0"/>
          <w:strike w:val="0"/>
          <w:sz w:val="16"/>
          <w:u w:val="none"/>
        </w:rPr>
        <w:t xml:space="preserve">rtificial </w:t>
      </w:r>
      <w:r>
        <w:rPr>
          <w:b w:val="0"/>
          <w:i w:val="0"/>
          <w:smallCaps w:val="0"/>
          <w:strike w:val="0"/>
          <w:sz w:val="20"/>
          <w:highlight w:val="cyan"/>
          <w:u w:val="single"/>
        </w:rPr>
        <w:t>i</w:t>
      </w:r>
      <w:r>
        <w:rPr>
          <w:b w:val="0"/>
          <w:i w:val="0"/>
          <w:smallCaps w:val="0"/>
          <w:strike w:val="0"/>
          <w:sz w:val="16"/>
          <w:u w:val="none"/>
        </w:rPr>
        <w:t xml:space="preserve">ntelligence, </w:t>
      </w:r>
      <w:r>
        <w:rPr>
          <w:b w:val="0"/>
          <w:i w:val="0"/>
          <w:smallCaps w:val="0"/>
          <w:strike w:val="0"/>
          <w:sz w:val="20"/>
          <w:highlight w:val="cyan"/>
          <w:u w:val="single"/>
        </w:rPr>
        <w:t>gene drivers</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val="0"/>
          <w:i w:val="0"/>
          <w:smallCaps w:val="0"/>
          <w:strike w:val="0"/>
          <w:sz w:val="20"/>
          <w:highlight w:val="cyan"/>
          <w:u w:val="single"/>
        </w:rPr>
        <w:t>geoengineering</w:t>
      </w:r>
      <w:r>
        <w:rPr>
          <w:b w:val="0"/>
          <w:i w:val="0"/>
          <w:smallCaps w:val="0"/>
          <w:strike w:val="0"/>
          <w:sz w:val="16"/>
          <w:u w:val="none"/>
        </w:rPr>
        <w:t xml:space="preserve">, </w:t>
      </w:r>
      <w:r>
        <w:rPr>
          <w:b w:val="0"/>
          <w:i w:val="0"/>
          <w:smallCaps w:val="0"/>
          <w:strike w:val="0"/>
          <w:sz w:val="20"/>
          <w:u w:val="single"/>
        </w:rPr>
        <w:t xml:space="preserve">all of </w:t>
      </w:r>
      <w:r>
        <w:rPr>
          <w:b w:val="0"/>
          <w:i w:val="0"/>
          <w:smallCaps w:val="0"/>
          <w:strike w:val="0"/>
          <w:sz w:val="20"/>
          <w:highlight w:val="cyan"/>
          <w:u w:val="single"/>
        </w:rPr>
        <w:t>which</w:t>
      </w:r>
      <w:r>
        <w:rPr>
          <w:b w:val="0"/>
          <w:i w:val="0"/>
          <w:smallCaps w:val="0"/>
          <w:strike w:val="0"/>
          <w:sz w:val="16"/>
          <w:u w:val="none"/>
        </w:rPr>
        <w:t xml:space="preserve"> both promise major benefits and </w:t>
      </w:r>
      <w:r>
        <w:rPr>
          <w:b w:val="0"/>
          <w:i w:val="0"/>
          <w:smallCaps w:val="0"/>
          <w:strike w:val="0"/>
          <w:sz w:val="20"/>
          <w:highlight w:val="cyan"/>
          <w:u w:val="single"/>
        </w:rPr>
        <w:t>involve</w:t>
      </w:r>
      <w:r>
        <w:rPr>
          <w:b w:val="0"/>
          <w:i w:val="0"/>
          <w:smallCaps w:val="0"/>
          <w:strike w:val="0"/>
          <w:sz w:val="16"/>
          <w:highlight w:val="cyan"/>
          <w:u w:val="none"/>
        </w:rPr>
        <w:t xml:space="preserve"> </w:t>
      </w:r>
      <w:r>
        <w:rPr>
          <w:b w:val="0"/>
          <w:i w:val="0"/>
          <w:smallCaps w:val="0"/>
          <w:strike w:val="0"/>
          <w:sz w:val="20"/>
          <w:highlight w:val="cyan"/>
          <w:u w:val="single"/>
        </w:rPr>
        <w:t>great risks</w:t>
      </w:r>
      <w:r>
        <w:rPr>
          <w:b w:val="0"/>
          <w:i w:val="0"/>
          <w:smallCaps w:val="0"/>
          <w:strike w:val="0"/>
          <w:sz w:val="20"/>
          <w:u w:val="single"/>
        </w:rPr>
        <w:t>. We need to defend ourselves</w:t>
      </w:r>
      <w:r>
        <w:rPr>
          <w:b w:val="0"/>
          <w:i w:val="0"/>
          <w:smallCaps w:val="0"/>
          <w:strike w:val="0"/>
          <w:sz w:val="16"/>
          <w:u w:val="none"/>
        </w:rPr>
        <w:t xml:space="preserve"> against </w:t>
      </w:r>
      <w:r>
        <w:rPr>
          <w:b w:val="0"/>
          <w:i w:val="0"/>
          <w:smallCaps w:val="0"/>
          <w:strike w:val="0"/>
          <w:sz w:val="20"/>
          <w:u w:val="single"/>
        </w:rPr>
        <w:t>tech</w:t>
      </w:r>
      <w:r>
        <w:rPr>
          <w:b w:val="0"/>
          <w:i w:val="0"/>
          <w:smallCaps w:val="0"/>
          <w:strike w:val="0"/>
          <w:sz w:val="16"/>
          <w:u w:val="none"/>
        </w:rPr>
        <w:t>nology</w:t>
      </w:r>
      <w:r>
        <w:rPr>
          <w:b w:val="0"/>
          <w:i w:val="0"/>
          <w:smallCaps w:val="0"/>
          <w:strike w:val="0"/>
          <w:sz w:val="20"/>
          <w:u w:val="single"/>
        </w:rPr>
        <w:t>-based attacks</w:t>
      </w:r>
      <w:r>
        <w:rPr>
          <w:b w:val="0"/>
          <w:i w:val="0"/>
          <w:smallCaps w:val="0"/>
          <w:strike w:val="0"/>
          <w:sz w:val="16"/>
          <w:u w:val="none"/>
        </w:rPr>
        <w:t xml:space="preserve"> </w:t>
      </w:r>
      <w:r>
        <w:rPr>
          <w:b w:val="0"/>
          <w:i w:val="0"/>
          <w:smallCaps w:val="0"/>
          <w:strike w:val="0"/>
          <w:sz w:val="20"/>
          <w:u w:val="single"/>
        </w:rPr>
        <w:t>on</w:t>
      </w:r>
      <w:r>
        <w:rPr>
          <w:b w:val="0"/>
          <w:i w:val="0"/>
          <w:smallCaps w:val="0"/>
          <w:strike w:val="0"/>
          <w:sz w:val="16"/>
          <w:u w:val="none"/>
        </w:rPr>
        <w:t xml:space="preserve"> the </w:t>
      </w:r>
      <w:r>
        <w:rPr>
          <w:b w:val="0"/>
          <w:i w:val="0"/>
          <w:smallCaps w:val="0"/>
          <w:strike w:val="0"/>
          <w:sz w:val="20"/>
          <w:u w:val="single"/>
        </w:rPr>
        <w:t>values</w:t>
      </w:r>
      <w:r>
        <w:rPr>
          <w:b w:val="0"/>
          <w:i w:val="0"/>
          <w:smallCaps w:val="0"/>
          <w:strike w:val="0"/>
          <w:sz w:val="16"/>
          <w:u w:val="none"/>
        </w:rPr>
        <w:t xml:space="preserve"> of freedom of thought, communication, innovation, and access to information that were embodied in the original design of the Internet and social media but are now under attack.</w:t>
      </w:r>
    </w:p>
    <w:p>
      <w:pPr>
        <w:spacing w:after="60"/>
      </w:pPr>
      <w:r>
        <w:rPr>
          <w:b w:val="0"/>
          <w:i w:val="0"/>
          <w:smallCaps w:val="0"/>
          <w:strike w:val="0"/>
          <w:sz w:val="20"/>
          <w:u w:val="single"/>
        </w:rPr>
        <w:t xml:space="preserve">At the same time, we need </w:t>
      </w:r>
      <w:r>
        <w:rPr>
          <w:b w:val="0"/>
          <w:i w:val="0"/>
          <w:smallCaps w:val="0"/>
          <w:strike w:val="0"/>
          <w:sz w:val="20"/>
          <w:u w:val="single"/>
        </w:rPr>
        <w:t>new</w:t>
      </w:r>
      <w:r>
        <w:rPr>
          <w:b w:val="0"/>
          <w:i w:val="0"/>
          <w:smallCaps w:val="0"/>
          <w:strike w:val="0"/>
          <w:sz w:val="16"/>
          <w:u w:val="none"/>
        </w:rPr>
        <w:t xml:space="preserve"> science and </w:t>
      </w:r>
      <w:r>
        <w:rPr>
          <w:b w:val="0"/>
          <w:i w:val="0"/>
          <w:smallCaps w:val="0"/>
          <w:strike w:val="0"/>
          <w:sz w:val="20"/>
          <w:u w:val="single"/>
        </w:rPr>
        <w:t>tech</w:t>
      </w:r>
      <w:r>
        <w:rPr>
          <w:b w:val="0"/>
          <w:i w:val="0"/>
          <w:smallCaps w:val="0"/>
          <w:strike w:val="0"/>
          <w:sz w:val="16"/>
          <w:u w:val="none"/>
        </w:rPr>
        <w:t xml:space="preserve">nology </w:t>
      </w:r>
      <w:r>
        <w:rPr>
          <w:b w:val="0"/>
          <w:i w:val="0"/>
          <w:smallCaps w:val="0"/>
          <w:strike w:val="0"/>
          <w:sz w:val="20"/>
          <w:u w:val="single"/>
        </w:rPr>
        <w:t>to develop novel approaches to</w:t>
      </w:r>
      <w:r>
        <w:rPr>
          <w:b w:val="0"/>
          <w:i w:val="0"/>
          <w:smallCaps w:val="0"/>
          <w:strike w:val="0"/>
          <w:sz w:val="16"/>
          <w:u w:val="none"/>
        </w:rPr>
        <w:t xml:space="preserve"> environmental </w:t>
      </w:r>
      <w:r>
        <w:rPr>
          <w:b w:val="0"/>
          <w:i w:val="0"/>
          <w:smallCaps w:val="0"/>
          <w:strike w:val="0"/>
          <w:sz w:val="20"/>
          <w:u w:val="single"/>
        </w:rPr>
        <w:t>sustainability</w:t>
      </w:r>
      <w:r>
        <w:rPr>
          <w:b w:val="0"/>
          <w:i w:val="0"/>
          <w:smallCaps w:val="0"/>
          <w:strike w:val="0"/>
          <w:sz w:val="16"/>
          <w:u w:val="none"/>
        </w:rPr>
        <w:t xml:space="preserve">: improved sources of renewable energy and innovative approaches to efficient energy use. We need both to expand and to restructure our electric energy grids to electrify our economy and to improve their efficiency, reliability, and security. We need to restructure our agricultural economy, our </w:t>
      </w:r>
      <w:r>
        <w:rPr>
          <w:b w:val="0"/>
          <w:i w:val="0"/>
          <w:smallCaps w:val="0"/>
          <w:strike w:val="0"/>
          <w:sz w:val="16"/>
          <w:u w:val="none"/>
        </w:rPr>
        <w:t>urban infrastructure and our transportation systems. We need explicit measures to ensure that everyone can participate in the benefits of technological change. We need research and development on orphan technologies, and vaccines and cures for the diseases that mainly affect people in low- income countries. Not a small menu.</w:t>
      </w:r>
    </w:p>
    <w:p>
      <w:pPr>
        <w:spacing w:after="60"/>
      </w:pPr>
      <w:r>
        <w:rPr>
          <w:b w:val="0"/>
          <w:i w:val="0"/>
          <w:smallCaps w:val="0"/>
          <w:strike w:val="0"/>
          <w:sz w:val="16"/>
          <w:u w:val="none"/>
        </w:rPr>
        <w:t xml:space="preserve">Some of these </w:t>
      </w:r>
      <w:r>
        <w:rPr>
          <w:b w:val="0"/>
          <w:i w:val="0"/>
          <w:smallCaps w:val="0"/>
          <w:strike w:val="0"/>
          <w:sz w:val="20"/>
          <w:u w:val="single"/>
        </w:rPr>
        <w:t>issues, like</w:t>
      </w:r>
      <w:r>
        <w:rPr>
          <w:b w:val="0"/>
          <w:i w:val="0"/>
          <w:smallCaps w:val="0"/>
          <w:strike w:val="0"/>
          <w:sz w:val="16"/>
          <w:u w:val="none"/>
        </w:rPr>
        <w:t xml:space="preserve"> </w:t>
      </w:r>
      <w:r>
        <w:rPr>
          <w:b w:val="0"/>
          <w:i w:val="0"/>
          <w:smallCaps w:val="0"/>
          <w:strike w:val="0"/>
          <w:sz w:val="20"/>
          <w:u w:val="single"/>
        </w:rPr>
        <w:t>climate change</w:t>
      </w:r>
      <w:r>
        <w:rPr>
          <w:b w:val="0"/>
          <w:i w:val="0"/>
          <w:smallCaps w:val="0"/>
          <w:strike w:val="0"/>
          <w:sz w:val="20"/>
          <w:u w:val="single"/>
        </w:rPr>
        <w:t xml:space="preserve">, </w:t>
      </w:r>
      <w:r>
        <w:rPr>
          <w:b w:val="0"/>
          <w:i w:val="0"/>
          <w:smallCaps w:val="0"/>
          <w:strike w:val="0"/>
          <w:sz w:val="20"/>
          <w:u w:val="single"/>
        </w:rPr>
        <w:t>nuclear weapons</w:t>
      </w:r>
      <w:r>
        <w:rPr>
          <w:b w:val="0"/>
          <w:i w:val="0"/>
          <w:smallCaps w:val="0"/>
          <w:strike w:val="0"/>
          <w:sz w:val="20"/>
          <w:u w:val="single"/>
        </w:rPr>
        <w:t>, and</w:t>
      </w:r>
      <w:r>
        <w:rPr>
          <w:b w:val="0"/>
          <w:i w:val="0"/>
          <w:smallCaps w:val="0"/>
          <w:strike w:val="0"/>
          <w:sz w:val="16"/>
          <w:u w:val="none"/>
        </w:rPr>
        <w:t xml:space="preserve"> global </w:t>
      </w:r>
      <w:r>
        <w:rPr>
          <w:b w:val="0"/>
          <w:i w:val="0"/>
          <w:smallCaps w:val="0"/>
          <w:strike w:val="0"/>
          <w:sz w:val="20"/>
          <w:u w:val="single"/>
        </w:rPr>
        <w:t>health</w:t>
      </w:r>
      <w:r>
        <w:rPr>
          <w:b w:val="0"/>
          <w:i w:val="0"/>
          <w:smallCaps w:val="0"/>
          <w:strike w:val="0"/>
          <w:sz w:val="20"/>
          <w:u w:val="single"/>
        </w:rPr>
        <w:t>, are governed by</w:t>
      </w:r>
      <w:r>
        <w:rPr>
          <w:b w:val="0"/>
          <w:i w:val="0"/>
          <w:smallCaps w:val="0"/>
          <w:strike w:val="0"/>
          <w:sz w:val="16"/>
          <w:u w:val="none"/>
        </w:rPr>
        <w:t xml:space="preserve"> </w:t>
      </w:r>
      <w:r>
        <w:rPr>
          <w:b w:val="0"/>
          <w:i w:val="0"/>
          <w:smallCaps w:val="0"/>
          <w:strike w:val="0"/>
          <w:sz w:val="20"/>
          <w:u w:val="single"/>
        </w:rPr>
        <w:t>long</w:t>
      </w:r>
      <w:r>
        <w:rPr>
          <w:b w:val="0"/>
          <w:i w:val="0"/>
          <w:smallCaps w:val="0"/>
          <w:strike w:val="0"/>
          <w:sz w:val="20"/>
          <w:u w:val="single"/>
        </w:rPr>
        <w:t>-standing</w:t>
      </w:r>
      <w:r>
        <w:rPr>
          <w:b w:val="0"/>
          <w:i w:val="0"/>
          <w:smallCaps w:val="0"/>
          <w:strike w:val="0"/>
          <w:sz w:val="16"/>
          <w:u w:val="none"/>
        </w:rPr>
        <w:t xml:space="preserve"> regimes, </w:t>
      </w:r>
      <w:r>
        <w:rPr>
          <w:b w:val="0"/>
          <w:i w:val="0"/>
          <w:smallCaps w:val="0"/>
          <w:strike w:val="0"/>
          <w:sz w:val="20"/>
          <w:u w:val="single"/>
        </w:rPr>
        <w:t>norms</w:t>
      </w:r>
      <w:r>
        <w:rPr>
          <w:b w:val="0"/>
          <w:i w:val="0"/>
          <w:smallCaps w:val="0"/>
          <w:strike w:val="0"/>
          <w:sz w:val="20"/>
          <w:u w:val="single"/>
        </w:rPr>
        <w:t>, and</w:t>
      </w:r>
      <w:r>
        <w:rPr>
          <w:b w:val="0"/>
          <w:i w:val="0"/>
          <w:smallCaps w:val="0"/>
          <w:strike w:val="0"/>
          <w:sz w:val="16"/>
          <w:u w:val="none"/>
        </w:rPr>
        <w:t xml:space="preserve"> </w:t>
      </w:r>
      <w:r>
        <w:rPr>
          <w:b w:val="0"/>
          <w:i w:val="0"/>
          <w:smallCaps w:val="0"/>
          <w:strike w:val="0"/>
          <w:sz w:val="20"/>
          <w:highlight w:val="cyan"/>
          <w:u w:val="single"/>
        </w:rPr>
        <w:t>institutions</w:t>
      </w:r>
      <w:r>
        <w:rPr>
          <w:b w:val="0"/>
          <w:i w:val="0"/>
          <w:smallCaps w:val="0"/>
          <w:strike w:val="0"/>
          <w:sz w:val="16"/>
          <w:u w:val="none"/>
        </w:rPr>
        <w:t xml:space="preserve"> </w:t>
      </w:r>
      <w:r>
        <w:rPr>
          <w:b w:val="0"/>
          <w:i w:val="0"/>
          <w:smallCaps w:val="0"/>
          <w:strike w:val="0"/>
          <w:sz w:val="20"/>
          <w:u w:val="single"/>
        </w:rPr>
        <w:t>that</w:t>
      </w:r>
      <w:r>
        <w:rPr>
          <w:b w:val="0"/>
          <w:i w:val="0"/>
          <w:smallCaps w:val="0"/>
          <w:strike w:val="0"/>
          <w:sz w:val="16"/>
          <w:u w:val="none"/>
        </w:rPr>
        <w:t xml:space="preserve"> </w:t>
      </w:r>
      <w:r>
        <w:rPr>
          <w:b w:val="0"/>
          <w:i w:val="0"/>
          <w:smallCaps w:val="0"/>
          <w:strike w:val="0"/>
          <w:sz w:val="20"/>
          <w:u w:val="single"/>
        </w:rPr>
        <w:t xml:space="preserve">now </w:t>
      </w:r>
      <w:r>
        <w:rPr>
          <w:b w:val="0"/>
          <w:i w:val="0"/>
          <w:smallCaps w:val="0"/>
          <w:strike w:val="0"/>
          <w:sz w:val="20"/>
          <w:highlight w:val="cyan"/>
          <w:u w:val="single"/>
        </w:rPr>
        <w:t>need strengthening</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refurbishing</w:t>
      </w:r>
      <w:r>
        <w:rPr>
          <w:b w:val="0"/>
          <w:i w:val="0"/>
          <w:smallCaps w:val="0"/>
          <w:strike w:val="0"/>
          <w:sz w:val="16"/>
          <w:u w:val="none"/>
        </w:rPr>
        <w:t xml:space="preserve"> to meet new political, economic, and techno­ logical challenges. Nonproliferation and anti-missile agreements need to be restored and extended to limit or ban development and deployment of hyper­ sonic missiles, destabilizing weapons that are now under rapid development in many countries. Voluntary national limits on greenhouse gas emissions need to be urgently increased. Time is running out, and costs will be much greater the longer we </w:t>
      </w:r>
      <w:r>
        <w:rPr>
          <w:b w:val="0"/>
          <w:i w:val="0"/>
          <w:smallCaps w:val="0"/>
          <w:strike w:val="0"/>
          <w:sz w:val="16"/>
          <w:u w:val="none"/>
        </w:rPr>
        <w:t>take for</w:t>
      </w:r>
      <w:r>
        <w:rPr>
          <w:b w:val="0"/>
          <w:i w:val="0"/>
          <w:smallCaps w:val="0"/>
          <w:strike w:val="0"/>
          <w:sz w:val="16"/>
          <w:u w:val="none"/>
        </w:rPr>
        <w:t xml:space="preserve"> effective action to mitigate and adapt to climate disruption. In the global health sphere, the system for emergency preparedness and pandemic control needs increased and sustained political and financial support to replace the long-standing pattern of crisis-to-crisis, feast-or-famine funding. Most low- income countries still need basic health infrastructure, both to provide health services to their population and to identify and control epidemic disease that could spread beyond their borders.</w:t>
      </w:r>
    </w:p>
    <w:p>
      <w:pPr>
        <w:spacing w:after="60"/>
      </w:pPr>
      <w:r>
        <w:rPr>
          <w:b w:val="0"/>
          <w:i w:val="0"/>
          <w:smallCaps w:val="0"/>
          <w:strike w:val="0"/>
          <w:sz w:val="16"/>
          <w:u w:val="none"/>
        </w:rPr>
        <w:t xml:space="preserve">Cyberweapons, too, can quickly get out of control and wreak enormous damage on critical infrastructure, including the systems of command-and- control on which we would depend to prevent accidental escalation of a localized conflict to full-scale war. Like hypersonic missiles, the response to these weapons depends on artificial intelligence. Unlike hypersonic missiles, cyberweapons do not lend themselves to the type of verifiable arms control regime that has so far been successful for nuclear weapons. What is more, many governments op­ pose any limits on the use of cyberweapons, despite the risk they pose of </w:t>
      </w:r>
      <w:r>
        <w:rPr>
          <w:b w:val="0"/>
          <w:i w:val="0"/>
          <w:smallCaps w:val="0"/>
          <w:strike w:val="0"/>
          <w:sz w:val="16"/>
          <w:u w:val="none"/>
        </w:rPr>
        <w:t>acci</w:t>
      </w:r>
      <w:r>
        <w:rPr>
          <w:b w:val="0"/>
          <w:i w:val="0"/>
          <w:smallCaps w:val="0"/>
          <w:strike w:val="0"/>
          <w:sz w:val="16"/>
          <w:u w:val="none"/>
        </w:rPr>
        <w:t>­ dental escalation. Continued research and international discussion on how these weapons can be controlled are urgent priorities.</w:t>
      </w:r>
    </w:p>
    <w:p>
      <w:pPr>
        <w:spacing w:after="60"/>
      </w:pPr>
      <w:r>
        <w:rPr>
          <w:b w:val="0"/>
          <w:i w:val="0"/>
          <w:smallCaps w:val="0"/>
          <w:strike w:val="0"/>
          <w:sz w:val="16"/>
          <w:u w:val="none"/>
        </w:rPr>
        <w:t xml:space="preserve">Geoengineering and gene drivers also take the world into uncharted </w:t>
      </w:r>
      <w:r>
        <w:rPr>
          <w:b w:val="0"/>
          <w:i w:val="0"/>
          <w:smallCaps w:val="0"/>
          <w:strike w:val="0"/>
          <w:sz w:val="16"/>
          <w:u w:val="none"/>
        </w:rPr>
        <w:t>terri­</w:t>
      </w:r>
      <w:r>
        <w:rPr>
          <w:b w:val="0"/>
          <w:i w:val="0"/>
          <w:smallCaps w:val="0"/>
          <w:strike w:val="0"/>
          <w:sz w:val="16"/>
          <w:u w:val="none"/>
        </w:rPr>
        <w:t xml:space="preserve"> tory. Their </w:t>
      </w:r>
      <w:r>
        <w:rPr>
          <w:b w:val="0"/>
          <w:i w:val="0"/>
          <w:smallCaps w:val="0"/>
          <w:strike w:val="0"/>
          <w:sz w:val="20"/>
          <w:u w:val="single"/>
        </w:rPr>
        <w:t xml:space="preserve">governance is </w:t>
      </w:r>
      <w:r>
        <w:rPr>
          <w:b w:val="0"/>
          <w:i w:val="0"/>
          <w:smallCaps w:val="0"/>
          <w:strike w:val="0"/>
          <w:sz w:val="20"/>
          <w:u w:val="single"/>
        </w:rPr>
        <w:t>complicated</w:t>
      </w:r>
      <w:r>
        <w:rPr>
          <w:b w:val="0"/>
          <w:i w:val="0"/>
          <w:smallCaps w:val="0"/>
          <w:strike w:val="0"/>
          <w:sz w:val="16"/>
          <w:u w:val="none"/>
        </w:rPr>
        <w:t xml:space="preserve"> </w:t>
      </w:r>
      <w:r>
        <w:rPr>
          <w:b w:val="0"/>
          <w:i w:val="0"/>
          <w:smallCaps w:val="0"/>
          <w:strike w:val="0"/>
          <w:sz w:val="20"/>
          <w:u w:val="single"/>
        </w:rPr>
        <w:t>by</w:t>
      </w:r>
      <w:r>
        <w:rPr>
          <w:b w:val="0"/>
          <w:i w:val="0"/>
          <w:smallCaps w:val="0"/>
          <w:strike w:val="0"/>
          <w:sz w:val="16"/>
          <w:u w:val="none"/>
        </w:rPr>
        <w:t xml:space="preserve"> the fact that they are accessible not only to governments, but also to </w:t>
      </w:r>
      <w:r>
        <w:rPr>
          <w:b w:val="0"/>
          <w:i w:val="0"/>
          <w:smallCaps w:val="0"/>
          <w:strike w:val="0"/>
          <w:sz w:val="20"/>
          <w:u w:val="single"/>
        </w:rPr>
        <w:t>private businesses</w:t>
      </w:r>
      <w:r>
        <w:rPr>
          <w:b w:val="0"/>
          <w:i w:val="0"/>
          <w:smallCaps w:val="0"/>
          <w:strike w:val="0"/>
          <w:sz w:val="16"/>
          <w:u w:val="none"/>
        </w:rPr>
        <w:t xml:space="preserve">, </w:t>
      </w:r>
      <w:r>
        <w:rPr>
          <w:b w:val="0"/>
          <w:i w:val="0"/>
          <w:smallCaps w:val="0"/>
          <w:strike w:val="0"/>
          <w:sz w:val="20"/>
          <w:u w:val="single"/>
        </w:rPr>
        <w:t>NGOs</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individuals</w:t>
      </w:r>
      <w:r>
        <w:rPr>
          <w:b w:val="0"/>
          <w:i w:val="0"/>
          <w:smallCaps w:val="0"/>
          <w:strike w:val="0"/>
          <w:sz w:val="16"/>
          <w:u w:val="none"/>
        </w:rPr>
        <w:t xml:space="preserve">. </w:t>
      </w:r>
      <w:r>
        <w:rPr>
          <w:b w:val="0"/>
          <w:i w:val="0"/>
          <w:smallCaps w:val="0"/>
          <w:strike w:val="0"/>
          <w:sz w:val="20"/>
          <w:u w:val="single"/>
        </w:rPr>
        <w:t xml:space="preserve">It is </w:t>
      </w:r>
      <w:r>
        <w:rPr>
          <w:b w:val="0"/>
          <w:i w:val="0"/>
          <w:smallCaps w:val="0"/>
          <w:strike w:val="0"/>
          <w:sz w:val="20"/>
          <w:u w:val="single"/>
        </w:rPr>
        <w:t>far from clear</w:t>
      </w:r>
      <w:r>
        <w:rPr>
          <w:b w:val="0"/>
          <w:i w:val="0"/>
          <w:smallCaps w:val="0"/>
          <w:strike w:val="0"/>
          <w:sz w:val="16"/>
          <w:u w:val="none"/>
        </w:rPr>
        <w:t xml:space="preserve"> </w:t>
      </w:r>
      <w:r>
        <w:rPr>
          <w:b w:val="0"/>
          <w:i w:val="0"/>
          <w:smallCaps w:val="0"/>
          <w:strike w:val="0"/>
          <w:sz w:val="20"/>
          <w:u w:val="single"/>
        </w:rPr>
        <w:t>how decisions should be made</w:t>
      </w:r>
      <w:r>
        <w:rPr>
          <w:b w:val="0"/>
          <w:i w:val="0"/>
          <w:smallCaps w:val="0"/>
          <w:strike w:val="0"/>
          <w:sz w:val="16"/>
          <w:u w:val="none"/>
        </w:rPr>
        <w:t xml:space="preserve"> as to whether and under what circumstances these technologies should be developed, and what criteria should govern any such decisions. Advocates for these technologies have developed roadmaps for deploying them in a way that minimizes risks. Still, there are fundamental disagreements over whether geoengineering and gene drivers should be developed and implemented at all, and there is substantial support for the idea that one or both should be banned outright. Critics have called for moratoriums until the broader questions can be explored by a broad range of worldwide stakeholders, disciplines, and cultures. However, the disagreements we have outlined will probably never be totally resolved to everyone’s satisfaction, and deployment decisions will eventually have to be made one way or the other.</w:t>
      </w:r>
    </w:p>
    <w:p>
      <w:pPr>
        <w:spacing w:after="60"/>
      </w:pPr>
      <w:r>
        <w:rPr>
          <w:b w:val="0"/>
          <w:i w:val="0"/>
          <w:smallCaps w:val="0"/>
          <w:strike w:val="0"/>
          <w:sz w:val="16"/>
          <w:u w:val="none"/>
        </w:rPr>
        <w:t xml:space="preserve">The governance of the Internet and social media involves measures to pre­ serve the global Internet and to address those issues of cybersecurity that are of common concern to countries with very different political systems and very different ideas concerning civil liberties and human rights. The competition be­ tween authoritarian and democratic governments over freedom of information and innovation is likely to go on for a long time, but both sides have a strong in­ </w:t>
      </w:r>
      <w:r>
        <w:rPr>
          <w:b w:val="0"/>
          <w:i w:val="0"/>
          <w:smallCaps w:val="0"/>
          <w:strike w:val="0"/>
          <w:sz w:val="16"/>
          <w:u w:val="none"/>
        </w:rPr>
        <w:t>terest</w:t>
      </w:r>
      <w:r>
        <w:rPr>
          <w:b w:val="0"/>
          <w:i w:val="0"/>
          <w:smallCaps w:val="0"/>
          <w:strike w:val="0"/>
          <w:sz w:val="16"/>
          <w:u w:val="none"/>
        </w:rPr>
        <w:t xml:space="preserve"> in maintaining a functioning global Internet and in avoiding catastrophic damage to information and telecommunication systems.</w:t>
      </w:r>
    </w:p>
    <w:p>
      <w:pPr>
        <w:spacing w:after="60"/>
      </w:pPr>
      <w:r>
        <w:rPr>
          <w:b w:val="0"/>
          <w:i w:val="0"/>
          <w:smallCaps w:val="0"/>
          <w:strike w:val="0"/>
          <w:sz w:val="16"/>
          <w:u w:val="none"/>
        </w:rPr>
        <w:t xml:space="preserve">Several academies of science, research institutes, NGOs, and religious organ­ </w:t>
      </w:r>
      <w:r>
        <w:rPr>
          <w:b w:val="0"/>
          <w:i w:val="0"/>
          <w:smallCaps w:val="0"/>
          <w:strike w:val="0"/>
          <w:sz w:val="16"/>
          <w:u w:val="none"/>
        </w:rPr>
        <w:t>izations</w:t>
      </w:r>
      <w:r>
        <w:rPr>
          <w:b w:val="0"/>
          <w:i w:val="0"/>
          <w:smallCaps w:val="0"/>
          <w:strike w:val="0"/>
          <w:sz w:val="16"/>
          <w:u w:val="none"/>
        </w:rPr>
        <w:t xml:space="preserve"> have proposed codes of conduct and declarations of principle to deal with the difficult philosophical, ethical, and practical issues involved in all these issues. These represent a useful beginning, and one may hope that they will reach the level of consensus that would allow them to be codified into national </w:t>
      </w:r>
      <w:r>
        <w:rPr>
          <w:b w:val="0"/>
          <w:i w:val="0"/>
          <w:smallCaps w:val="0"/>
          <w:strike w:val="0"/>
          <w:sz w:val="16"/>
          <w:u w:val="none"/>
        </w:rPr>
        <w:t>legisla</w:t>
      </w:r>
      <w:r>
        <w:rPr>
          <w:b w:val="0"/>
          <w:i w:val="0"/>
          <w:smallCaps w:val="0"/>
          <w:strike w:val="0"/>
          <w:sz w:val="16"/>
          <w:u w:val="none"/>
        </w:rPr>
        <w:t xml:space="preserve">­ </w:t>
      </w:r>
      <w:r>
        <w:rPr>
          <w:b w:val="0"/>
          <w:i w:val="0"/>
          <w:smallCaps w:val="0"/>
          <w:strike w:val="0"/>
          <w:sz w:val="16"/>
          <w:u w:val="none"/>
        </w:rPr>
        <w:t>tion</w:t>
      </w:r>
      <w:r>
        <w:rPr>
          <w:b w:val="0"/>
          <w:i w:val="0"/>
          <w:smallCaps w:val="0"/>
          <w:strike w:val="0"/>
          <w:sz w:val="16"/>
          <w:u w:val="none"/>
        </w:rPr>
        <w:t xml:space="preserve"> or international agreements.</w:t>
      </w:r>
    </w:p>
    <w:p>
      <w:pPr>
        <w:spacing w:after="60"/>
      </w:pPr>
      <w:r>
        <w:rPr>
          <w:b w:val="0"/>
          <w:i w:val="0"/>
          <w:smallCaps w:val="0"/>
          <w:strike w:val="0"/>
          <w:sz w:val="16"/>
          <w:u w:val="none"/>
        </w:rPr>
        <w:t xml:space="preserve">Dealing with these issues will require respect for expertise in the fields to which we have often referred: science, technology, politics, economics, business, law, and culture. We will need to incorporate scientific advice into decision­ making processes, and to acknowledge and manage the risks and uncertainties in our understanding of the science and the technology we are trying to manage, as well as in their ramifications for the larger society. There is also a need to </w:t>
      </w:r>
      <w:r>
        <w:rPr>
          <w:b w:val="0"/>
          <w:i w:val="0"/>
          <w:smallCaps w:val="0"/>
          <w:strike w:val="0"/>
          <w:sz w:val="16"/>
          <w:u w:val="none"/>
        </w:rPr>
        <w:t>edu­</w:t>
      </w:r>
      <w:r>
        <w:rPr>
          <w:b w:val="0"/>
          <w:i w:val="0"/>
          <w:smallCaps w:val="0"/>
          <w:strike w:val="0"/>
          <w:sz w:val="16"/>
          <w:u w:val="none"/>
        </w:rPr>
        <w:t xml:space="preserve"> cate governments and the public, both on the underlying science and technology and on their links to the broader context. Finally, I would urge that there is a need for an international obligation to identify areas for scientific research and technological innovation that can help to resolve these issues and to support this research with adequate financial, human and institutional resources. This last re­ </w:t>
      </w:r>
      <w:r>
        <w:rPr>
          <w:b w:val="0"/>
          <w:i w:val="0"/>
          <w:smallCaps w:val="0"/>
          <w:strike w:val="0"/>
          <w:sz w:val="16"/>
          <w:u w:val="none"/>
        </w:rPr>
        <w:t>quirement</w:t>
      </w:r>
      <w:r>
        <w:rPr>
          <w:b w:val="0"/>
          <w:i w:val="0"/>
          <w:smallCaps w:val="0"/>
          <w:strike w:val="0"/>
          <w:sz w:val="16"/>
          <w:u w:val="none"/>
        </w:rPr>
        <w:t xml:space="preserve"> should become a general principle that should become part of the ac­ </w:t>
      </w:r>
      <w:r>
        <w:rPr>
          <w:b w:val="0"/>
          <w:i w:val="0"/>
          <w:smallCaps w:val="0"/>
          <w:strike w:val="0"/>
          <w:sz w:val="16"/>
          <w:u w:val="none"/>
        </w:rPr>
        <w:t>cepted</w:t>
      </w:r>
      <w:r>
        <w:rPr>
          <w:b w:val="0"/>
          <w:i w:val="0"/>
          <w:smallCaps w:val="0"/>
          <w:strike w:val="0"/>
          <w:sz w:val="16"/>
          <w:u w:val="none"/>
        </w:rPr>
        <w:t xml:space="preserve"> framework for thinking about global issues and incorporated into formal agreements on these matters as a matter of usual practice.</w:t>
      </w:r>
    </w:p>
    <w:p>
      <w:pPr>
        <w:spacing w:after="60"/>
      </w:pPr>
      <w:r>
        <w:rPr>
          <w:b w:val="0"/>
          <w:i w:val="0"/>
          <w:smallCaps w:val="0"/>
          <w:strike w:val="0"/>
          <w:sz w:val="20"/>
          <w:u w:val="single"/>
        </w:rPr>
        <w:t xml:space="preserve">Dealing with complex global, technology-intensive issues like these is </w:t>
      </w:r>
      <w:r>
        <w:rPr>
          <w:b w:val="0"/>
          <w:i w:val="0"/>
          <w:smallCaps w:val="0"/>
          <w:strike w:val="0"/>
          <w:sz w:val="20"/>
          <w:highlight w:val="cyan"/>
          <w:u w:val="single"/>
        </w:rPr>
        <w:t xml:space="preserve">a </w:t>
      </w:r>
      <w:r>
        <w:rPr>
          <w:b w:val="0"/>
          <w:i w:val="0"/>
          <w:smallCaps w:val="0"/>
          <w:strike w:val="0"/>
          <w:sz w:val="20"/>
          <w:highlight w:val="cyan"/>
          <w:u w:val="single"/>
        </w:rPr>
        <w:t>tall order</w:t>
      </w:r>
      <w:r>
        <w:rPr>
          <w:b w:val="0"/>
          <w:i w:val="0"/>
          <w:smallCaps w:val="0"/>
          <w:strike w:val="0"/>
          <w:sz w:val="16"/>
          <w:u w:val="none"/>
        </w:rPr>
        <w:t>, especially when they require democratic countries to find</w:t>
      </w:r>
      <w:r>
        <w:rPr>
          <w:b w:val="0"/>
          <w:i w:val="0"/>
          <w:smallCaps w:val="0"/>
          <w:strike w:val="0"/>
          <w:sz w:val="20"/>
          <w:u w:val="single"/>
        </w:rPr>
        <w:t xml:space="preserve"> </w:t>
      </w:r>
      <w:r>
        <w:rPr>
          <w:b w:val="0"/>
          <w:i w:val="0"/>
          <w:smallCaps w:val="0"/>
          <w:strike w:val="0"/>
          <w:sz w:val="16"/>
          <w:u w:val="none"/>
        </w:rPr>
        <w:t xml:space="preserve">common in­ </w:t>
      </w:r>
      <w:r>
        <w:rPr>
          <w:b w:val="0"/>
          <w:i w:val="0"/>
          <w:smallCaps w:val="0"/>
          <w:strike w:val="0"/>
          <w:sz w:val="16"/>
          <w:u w:val="none"/>
        </w:rPr>
        <w:t>terest</w:t>
      </w:r>
      <w:r>
        <w:rPr>
          <w:b w:val="0"/>
          <w:i w:val="0"/>
          <w:smallCaps w:val="0"/>
          <w:strike w:val="0"/>
          <w:sz w:val="16"/>
          <w:u w:val="none"/>
        </w:rPr>
        <w:t xml:space="preserve"> with countries with whose governments they are otherwise deeply at odds. </w:t>
      </w:r>
      <w:r>
        <w:rPr>
          <w:b w:val="0"/>
          <w:i w:val="0"/>
          <w:smallCaps w:val="0"/>
          <w:strike w:val="0"/>
          <w:sz w:val="20"/>
          <w:highlight w:val="cyan"/>
          <w:u w:val="single"/>
        </w:rPr>
        <w:t>Nevertheless</w:t>
      </w:r>
      <w:r>
        <w:rPr>
          <w:b w:val="0"/>
          <w:i w:val="0"/>
          <w:smallCaps w:val="0"/>
          <w:strike w:val="0"/>
          <w:sz w:val="20"/>
          <w:u w:val="single"/>
        </w:rPr>
        <w:t xml:space="preserve">, the world has </w:t>
      </w:r>
      <w:r>
        <w:rPr>
          <w:b w:val="0"/>
          <w:i w:val="0"/>
          <w:smallCaps w:val="0"/>
          <w:strike w:val="0"/>
          <w:sz w:val="20"/>
          <w:highlight w:val="cyan"/>
          <w:u w:val="single"/>
        </w:rPr>
        <w:t>faced</w:t>
      </w:r>
      <w:r>
        <w:rPr>
          <w:b w:val="0"/>
          <w:i w:val="0"/>
          <w:smallCaps w:val="0"/>
          <w:strike w:val="0"/>
          <w:sz w:val="20"/>
          <w:u w:val="single"/>
        </w:rPr>
        <w:t xml:space="preserve"> such issues </w:t>
      </w:r>
      <w:r>
        <w:rPr>
          <w:b w:val="0"/>
          <w:i w:val="0"/>
          <w:smallCaps w:val="0"/>
          <w:strike w:val="0"/>
          <w:sz w:val="20"/>
          <w:highlight w:val="cyan"/>
          <w:u w:val="single"/>
        </w:rPr>
        <w:t xml:space="preserve">successfully </w:t>
      </w:r>
      <w:r>
        <w:rPr>
          <w:b w:val="0"/>
          <w:i w:val="0"/>
          <w:smallCaps w:val="0"/>
          <w:strike w:val="0"/>
          <w:sz w:val="20"/>
          <w:highlight w:val="cyan"/>
          <w:u w:val="single"/>
        </w:rPr>
        <w:t>before</w:t>
      </w:r>
      <w:r>
        <w:rPr>
          <w:b w:val="0"/>
          <w:i w:val="0"/>
          <w:smallCaps w:val="0"/>
          <w:strike w:val="0"/>
          <w:sz w:val="20"/>
          <w:highlight w:val="cyan"/>
          <w:u w:val="single"/>
        </w:rPr>
        <w:t xml:space="preserve"> under</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arguably </w:t>
      </w:r>
      <w:r>
        <w:rPr>
          <w:b w:val="0"/>
          <w:i w:val="0"/>
          <w:smallCaps w:val="0"/>
          <w:strike w:val="0"/>
          <w:sz w:val="20"/>
          <w:u w:val="single"/>
        </w:rPr>
        <w:t>more difficult conditions</w:t>
      </w:r>
      <w:r>
        <w:rPr>
          <w:b w:val="0"/>
          <w:i w:val="0"/>
          <w:smallCaps w:val="0"/>
          <w:strike w:val="0"/>
          <w:sz w:val="16"/>
          <w:u w:val="none"/>
        </w:rPr>
        <w:t xml:space="preserve"> </w:t>
      </w:r>
      <w:r>
        <w:rPr>
          <w:b w:val="0"/>
          <w:i w:val="0"/>
          <w:smallCaps w:val="0"/>
          <w:strike w:val="0"/>
          <w:sz w:val="20"/>
          <w:u w:val="single"/>
        </w:rPr>
        <w:t xml:space="preserve">of </w:t>
      </w:r>
      <w:r>
        <w:rPr>
          <w:b w:val="0"/>
          <w:i w:val="0"/>
          <w:smallCaps w:val="0"/>
          <w:strike w:val="0"/>
          <w:sz w:val="20"/>
          <w:highlight w:val="cyan"/>
          <w:u w:val="single"/>
        </w:rPr>
        <w:t xml:space="preserve">the </w:t>
      </w:r>
      <w:r>
        <w:rPr>
          <w:b w:val="0"/>
          <w:i w:val="0"/>
          <w:smallCaps w:val="0"/>
          <w:strike w:val="0"/>
          <w:sz w:val="20"/>
          <w:highlight w:val="cyan"/>
          <w:u w:val="single"/>
        </w:rPr>
        <w:t>Cold War</w:t>
      </w:r>
      <w:r>
        <w:rPr>
          <w:b w:val="0"/>
          <w:i w:val="0"/>
          <w:smallCaps w:val="0"/>
          <w:strike w:val="0"/>
          <w:sz w:val="20"/>
          <w:u w:val="single"/>
        </w:rPr>
        <w:t>,</w:t>
      </w:r>
      <w:r>
        <w:rPr>
          <w:b w:val="0"/>
          <w:i w:val="0"/>
          <w:smallCaps w:val="0"/>
          <w:strike w:val="0"/>
          <w:sz w:val="20"/>
          <w:u w:val="single"/>
        </w:rPr>
        <w:t xml:space="preserve"> which pitted two </w:t>
      </w:r>
      <w:r>
        <w:rPr>
          <w:b w:val="0"/>
          <w:i w:val="0"/>
          <w:smallCaps w:val="0"/>
          <w:strike w:val="0"/>
          <w:sz w:val="20"/>
          <w:u w:val="single"/>
        </w:rPr>
        <w:t>ideologically opposed superpowers</w:t>
      </w:r>
      <w:r>
        <w:rPr>
          <w:b w:val="0"/>
          <w:i w:val="0"/>
          <w:smallCaps w:val="0"/>
          <w:strike w:val="0"/>
          <w:sz w:val="16"/>
          <w:u w:val="none"/>
        </w:rPr>
        <w:t xml:space="preserve"> </w:t>
      </w:r>
      <w:r>
        <w:rPr>
          <w:b w:val="0"/>
          <w:i w:val="0"/>
          <w:smallCaps w:val="0"/>
          <w:strike w:val="0"/>
          <w:sz w:val="20"/>
          <w:u w:val="single"/>
        </w:rPr>
        <w:t xml:space="preserve">against each other that nevertheless managed to </w:t>
      </w:r>
      <w:r>
        <w:rPr>
          <w:b w:val="0"/>
          <w:i w:val="0"/>
          <w:smallCaps w:val="0"/>
          <w:strike w:val="0"/>
          <w:sz w:val="20"/>
          <w:u w:val="single"/>
        </w:rPr>
        <w:t>agree</w:t>
      </w:r>
      <w:r>
        <w:rPr>
          <w:b w:val="0"/>
          <w:i w:val="0"/>
          <w:smallCaps w:val="0"/>
          <w:strike w:val="0"/>
          <w:sz w:val="20"/>
          <w:u w:val="single"/>
        </w:rPr>
        <w:t xml:space="preserve"> </w:t>
      </w:r>
      <w:r>
        <w:rPr>
          <w:b w:val="0"/>
          <w:i w:val="0"/>
          <w:smallCaps w:val="0"/>
          <w:strike w:val="0"/>
          <w:sz w:val="16"/>
          <w:u w:val="none"/>
        </w:rPr>
        <w:t xml:space="preserve">on elaborate and technically demanding measures </w:t>
      </w:r>
      <w:r>
        <w:rPr>
          <w:b w:val="0"/>
          <w:i w:val="0"/>
          <w:smallCaps w:val="0"/>
          <w:strike w:val="0"/>
          <w:sz w:val="20"/>
          <w:u w:val="single"/>
        </w:rPr>
        <w:t xml:space="preserve">to </w:t>
      </w:r>
      <w:r>
        <w:rPr>
          <w:b w:val="0"/>
          <w:i w:val="0"/>
          <w:smallCaps w:val="0"/>
          <w:strike w:val="0"/>
          <w:sz w:val="20"/>
          <w:u w:val="single"/>
        </w:rPr>
        <w:t>avoid nuclear holocaust</w:t>
      </w:r>
      <w:r>
        <w:rPr>
          <w:b w:val="0"/>
          <w:i w:val="0"/>
          <w:smallCaps w:val="0"/>
          <w:strike w:val="0"/>
          <w:sz w:val="16"/>
          <w:u w:val="none"/>
        </w:rPr>
        <w:t>.</w:t>
      </w:r>
    </w:p>
    <w:p>
      <w:pPr>
        <w:spacing w:after="60"/>
      </w:pPr>
      <w:r>
        <w:rPr>
          <w:b w:val="0"/>
          <w:i w:val="0"/>
          <w:smallCaps w:val="0"/>
          <w:strike w:val="0"/>
          <w:sz w:val="16"/>
          <w:u w:val="none"/>
        </w:rPr>
        <w:t xml:space="preserve">There have been </w:t>
      </w:r>
      <w:r>
        <w:rPr>
          <w:b w:val="0"/>
          <w:i w:val="0"/>
          <w:smallCaps w:val="0"/>
          <w:strike w:val="0"/>
          <w:sz w:val="20"/>
          <w:highlight w:val="cyan"/>
          <w:u w:val="single"/>
        </w:rPr>
        <w:t>major innovations</w:t>
      </w:r>
      <w:r>
        <w:rPr>
          <w:b w:val="0"/>
          <w:i w:val="0"/>
          <w:smallCaps w:val="0"/>
          <w:strike w:val="0"/>
          <w:sz w:val="16"/>
          <w:u w:val="none"/>
        </w:rPr>
        <w:t xml:space="preserve"> </w:t>
      </w:r>
      <w:r>
        <w:rPr>
          <w:b w:val="0"/>
          <w:i w:val="0"/>
          <w:smallCaps w:val="0"/>
          <w:strike w:val="0"/>
          <w:sz w:val="20"/>
          <w:u w:val="single"/>
        </w:rPr>
        <w:t>since the</w:t>
      </w:r>
      <w:r>
        <w:rPr>
          <w:b w:val="0"/>
          <w:i w:val="0"/>
          <w:smallCaps w:val="0"/>
          <w:strike w:val="0"/>
          <w:sz w:val="16"/>
          <w:u w:val="none"/>
        </w:rPr>
        <w:t xml:space="preserve"> days of the </w:t>
      </w:r>
      <w:r>
        <w:rPr>
          <w:b w:val="0"/>
          <w:i w:val="0"/>
          <w:smallCaps w:val="0"/>
          <w:strike w:val="0"/>
          <w:sz w:val="20"/>
          <w:u w:val="single"/>
        </w:rPr>
        <w:t>Cold War</w:t>
      </w:r>
      <w:r>
        <w:rPr>
          <w:b w:val="0"/>
          <w:i w:val="0"/>
          <w:smallCaps w:val="0"/>
          <w:strike w:val="0"/>
          <w:sz w:val="16"/>
          <w:u w:val="none"/>
        </w:rPr>
        <w:t xml:space="preserve"> that </w:t>
      </w:r>
      <w:r>
        <w:rPr>
          <w:b w:val="0"/>
          <w:i w:val="0"/>
          <w:smallCaps w:val="0"/>
          <w:strike w:val="0"/>
          <w:sz w:val="20"/>
          <w:highlight w:val="cyan"/>
          <w:u w:val="single"/>
        </w:rPr>
        <w:t>will</w:t>
      </w:r>
      <w:r>
        <w:rPr>
          <w:b w:val="0"/>
          <w:i w:val="0"/>
          <w:smallCaps w:val="0"/>
          <w:strike w:val="0"/>
          <w:sz w:val="16"/>
          <w:highlight w:val="cyan"/>
          <w:u w:val="none"/>
        </w:rPr>
        <w:t xml:space="preserve"> </w:t>
      </w:r>
      <w:r>
        <w:rPr>
          <w:b w:val="0"/>
          <w:i w:val="0"/>
          <w:smallCaps w:val="0"/>
          <w:strike w:val="0"/>
          <w:sz w:val="20"/>
          <w:highlight w:val="cyan"/>
          <w:u w:val="single"/>
        </w:rPr>
        <w:t>help</w:t>
      </w:r>
      <w:r>
        <w:rPr>
          <w:b w:val="0"/>
          <w:i w:val="0"/>
          <w:smallCaps w:val="0"/>
          <w:strike w:val="0"/>
          <w:sz w:val="20"/>
          <w:u w:val="single"/>
        </w:rPr>
        <w:t xml:space="preserve"> with these new challenges</w:t>
      </w:r>
      <w:r>
        <w:rPr>
          <w:b w:val="0"/>
          <w:i w:val="0"/>
          <w:smallCaps w:val="0"/>
          <w:strike w:val="0"/>
          <w:sz w:val="16"/>
          <w:u w:val="none"/>
        </w:rPr>
        <w:t xml:space="preserve">. Civil society is a source for new ideas and new institutional arrangements. The Intergovernmental Panel on Climate Change (IPCC) and epistemic communities provide scientific advice and education on climate to international negotiators and to the public. Multi-stakeholder meetings develop </w:t>
      </w:r>
      <w:r>
        <w:rPr>
          <w:b w:val="0"/>
          <w:i w:val="0"/>
          <w:smallCaps w:val="0"/>
          <w:strike w:val="0"/>
          <w:sz w:val="20"/>
          <w:highlight w:val="cyan"/>
          <w:u w:val="single"/>
        </w:rPr>
        <w:t>“bottom-up”</w:t>
      </w:r>
      <w:r>
        <w:rPr>
          <w:b w:val="0"/>
          <w:i w:val="0"/>
          <w:smallCaps w:val="0"/>
          <w:strike w:val="0"/>
          <w:sz w:val="16"/>
          <w:highlight w:val="cyan"/>
          <w:u w:val="none"/>
        </w:rPr>
        <w:t xml:space="preserve"> </w:t>
      </w:r>
      <w:r>
        <w:rPr>
          <w:b w:val="0"/>
          <w:i w:val="0"/>
          <w:smallCaps w:val="0"/>
          <w:strike w:val="0"/>
          <w:sz w:val="20"/>
          <w:highlight w:val="cyan"/>
          <w:u w:val="single"/>
        </w:rPr>
        <w:t>codes</w:t>
      </w:r>
      <w:r>
        <w:rPr>
          <w:b w:val="0"/>
          <w:i w:val="0"/>
          <w:smallCaps w:val="0"/>
          <w:strike w:val="0"/>
          <w:sz w:val="16"/>
          <w:u w:val="none"/>
        </w:rPr>
        <w:t xml:space="preserve"> of conduct, </w:t>
      </w:r>
      <w:r>
        <w:rPr>
          <w:b w:val="0"/>
          <w:i w:val="0"/>
          <w:smallCaps w:val="0"/>
          <w:strike w:val="0"/>
          <w:sz w:val="20"/>
          <w:highlight w:val="cyan"/>
          <w:u w:val="single"/>
        </w:rPr>
        <w:t>norms</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val="0"/>
          <w:i w:val="0"/>
          <w:smallCaps w:val="0"/>
          <w:strike w:val="0"/>
          <w:sz w:val="20"/>
          <w:highlight w:val="cyan"/>
          <w:u w:val="single"/>
        </w:rPr>
        <w:t>standards</w:t>
      </w:r>
      <w:r>
        <w:rPr>
          <w:b w:val="0"/>
          <w:i w:val="0"/>
          <w:smallCaps w:val="0"/>
          <w:strike w:val="0"/>
          <w:sz w:val="16"/>
          <w:u w:val="none"/>
        </w:rPr>
        <w:t xml:space="preserve"> that sometimes </w:t>
      </w:r>
      <w:r>
        <w:rPr>
          <w:b w:val="0"/>
          <w:i w:val="0"/>
          <w:smallCaps w:val="0"/>
          <w:strike w:val="0"/>
          <w:sz w:val="20"/>
          <w:highlight w:val="cyan"/>
          <w:u w:val="single"/>
        </w:rPr>
        <w:t xml:space="preserve">make their way </w:t>
      </w:r>
      <w:r>
        <w:rPr>
          <w:b w:val="0"/>
          <w:i w:val="0"/>
          <w:smallCaps w:val="0"/>
          <w:strike w:val="0"/>
          <w:sz w:val="20"/>
          <w:highlight w:val="cyan"/>
          <w:u w:val="single"/>
        </w:rPr>
        <w:t>into</w:t>
      </w:r>
      <w:r>
        <w:rPr>
          <w:b w:val="0"/>
          <w:i w:val="0"/>
          <w:smallCaps w:val="0"/>
          <w:strike w:val="0"/>
          <w:sz w:val="20"/>
          <w:u w:val="single"/>
        </w:rPr>
        <w:t xml:space="preserve"> more</w:t>
      </w:r>
      <w:r>
        <w:rPr>
          <w:b w:val="0"/>
          <w:i w:val="0"/>
          <w:smallCaps w:val="0"/>
          <w:strike w:val="0"/>
          <w:sz w:val="16"/>
          <w:u w:val="none"/>
        </w:rPr>
        <w:t xml:space="preserve"> </w:t>
      </w:r>
      <w:r>
        <w:rPr>
          <w:b w:val="0"/>
          <w:i w:val="0"/>
          <w:smallCaps w:val="0"/>
          <w:strike w:val="0"/>
          <w:sz w:val="20"/>
          <w:highlight w:val="cyan"/>
          <w:u w:val="single"/>
        </w:rPr>
        <w:t>formal</w:t>
      </w:r>
      <w:r>
        <w:rPr>
          <w:b w:val="0"/>
          <w:i w:val="0"/>
          <w:smallCaps w:val="0"/>
          <w:strike w:val="0"/>
          <w:sz w:val="16"/>
          <w:u w:val="none"/>
        </w:rPr>
        <w:t xml:space="preserve"> </w:t>
      </w:r>
      <w:r>
        <w:rPr>
          <w:b w:val="0"/>
          <w:i w:val="0"/>
          <w:smallCaps w:val="0"/>
          <w:strike w:val="0"/>
          <w:sz w:val="20"/>
          <w:u w:val="single"/>
        </w:rPr>
        <w:t xml:space="preserve">government and international declarations and eventually into </w:t>
      </w:r>
      <w:r>
        <w:rPr>
          <w:b w:val="0"/>
          <w:i w:val="0"/>
          <w:smallCaps w:val="0"/>
          <w:strike w:val="0"/>
          <w:sz w:val="20"/>
          <w:u w:val="single"/>
        </w:rPr>
        <w:t xml:space="preserve">national </w:t>
      </w:r>
      <w:r>
        <w:rPr>
          <w:b w:val="0"/>
          <w:i w:val="0"/>
          <w:smallCaps w:val="0"/>
          <w:strike w:val="0"/>
          <w:sz w:val="20"/>
          <w:highlight w:val="cyan"/>
          <w:u w:val="single"/>
        </w:rPr>
        <w:t>legislation</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international </w:t>
      </w:r>
      <w:r>
        <w:rPr>
          <w:b w:val="0"/>
          <w:i w:val="0"/>
          <w:smallCaps w:val="0"/>
          <w:strike w:val="0"/>
          <w:sz w:val="20"/>
          <w:u w:val="single"/>
        </w:rPr>
        <w:t>agreements</w:t>
      </w:r>
      <w:r>
        <w:rPr>
          <w:b w:val="0"/>
          <w:i w:val="0"/>
          <w:smallCaps w:val="0"/>
          <w:strike w:val="0"/>
          <w:sz w:val="16"/>
          <w:u w:val="none"/>
        </w:rPr>
        <w:t xml:space="preserve">. </w:t>
      </w:r>
      <w:r>
        <w:rPr>
          <w:b w:val="0"/>
          <w:i w:val="0"/>
          <w:smallCaps w:val="0"/>
          <w:strike w:val="0"/>
          <w:sz w:val="20"/>
          <w:highlight w:val="cyan"/>
          <w:u w:val="single"/>
        </w:rPr>
        <w:t>State</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val="0"/>
          <w:i w:val="0"/>
          <w:smallCaps w:val="0"/>
          <w:strike w:val="0"/>
          <w:sz w:val="20"/>
          <w:highlight w:val="cyan"/>
          <w:u w:val="single"/>
        </w:rPr>
        <w:t>city governments</w:t>
      </w:r>
      <w:r>
        <w:rPr>
          <w:b w:val="0"/>
          <w:i w:val="0"/>
          <w:smallCaps w:val="0"/>
          <w:strike w:val="0"/>
          <w:sz w:val="16"/>
          <w:highlight w:val="cyan"/>
          <w:u w:val="none"/>
        </w:rPr>
        <w:t xml:space="preserve"> </w:t>
      </w:r>
      <w:r>
        <w:rPr>
          <w:b w:val="0"/>
          <w:i w:val="0"/>
          <w:smallCaps w:val="0"/>
          <w:strike w:val="0"/>
          <w:sz w:val="20"/>
          <w:highlight w:val="cyan"/>
          <w:u w:val="single"/>
        </w:rPr>
        <w:t xml:space="preserve">combine forces </w:t>
      </w:r>
      <w:r>
        <w:rPr>
          <w:b w:val="0"/>
          <w:i w:val="0"/>
          <w:smallCaps w:val="0"/>
          <w:strike w:val="0"/>
          <w:sz w:val="20"/>
          <w:highlight w:val="cyan"/>
          <w:u w:val="single"/>
        </w:rPr>
        <w:t>across borders</w:t>
      </w:r>
      <w:r>
        <w:rPr>
          <w:b w:val="0"/>
          <w:i w:val="0"/>
          <w:smallCaps w:val="0"/>
          <w:strike w:val="0"/>
          <w:sz w:val="20"/>
          <w:highlight w:val="cyan"/>
          <w:u w:val="single"/>
        </w:rPr>
        <w:t xml:space="preserve"> to </w:t>
      </w:r>
      <w:r>
        <w:rPr>
          <w:b w:val="0"/>
          <w:i w:val="0"/>
          <w:smallCaps w:val="0"/>
          <w:strike w:val="0"/>
          <w:sz w:val="20"/>
          <w:highlight w:val="cyan"/>
          <w:u w:val="single"/>
        </w:rPr>
        <w:t>deal with issues</w:t>
      </w:r>
      <w:r>
        <w:rPr>
          <w:b w:val="0"/>
          <w:i w:val="0"/>
          <w:smallCaps w:val="0"/>
          <w:strike w:val="0"/>
          <w:sz w:val="16"/>
          <w:highlight w:val="cyan"/>
          <w:u w:val="none"/>
        </w:rPr>
        <w:t xml:space="preserve"> </w:t>
      </w:r>
      <w:r>
        <w:rPr>
          <w:b w:val="0"/>
          <w:i w:val="0"/>
          <w:smallCaps w:val="0"/>
          <w:strike w:val="0"/>
          <w:sz w:val="20"/>
          <w:highlight w:val="cyan"/>
          <w:u w:val="single"/>
        </w:rPr>
        <w:t>when</w:t>
      </w:r>
      <w:r>
        <w:rPr>
          <w:b w:val="0"/>
          <w:i w:val="0"/>
          <w:smallCaps w:val="0"/>
          <w:strike w:val="0"/>
          <w:sz w:val="16"/>
          <w:u w:val="none"/>
        </w:rPr>
        <w:t xml:space="preserve"> their </w:t>
      </w:r>
      <w:r>
        <w:rPr>
          <w:b w:val="0"/>
          <w:i w:val="0"/>
          <w:smallCaps w:val="0"/>
          <w:strike w:val="0"/>
          <w:sz w:val="20"/>
          <w:highlight w:val="cyan"/>
          <w:u w:val="single"/>
        </w:rPr>
        <w:t>national</w:t>
      </w:r>
      <w:r>
        <w:rPr>
          <w:b w:val="0"/>
          <w:i w:val="0"/>
          <w:smallCaps w:val="0"/>
          <w:strike w:val="0"/>
          <w:sz w:val="16"/>
          <w:highlight w:val="cyan"/>
          <w:u w:val="none"/>
        </w:rPr>
        <w:t xml:space="preserve"> </w:t>
      </w:r>
      <w:r>
        <w:rPr>
          <w:b w:val="0"/>
          <w:i w:val="0"/>
          <w:smallCaps w:val="0"/>
          <w:strike w:val="0"/>
          <w:sz w:val="20"/>
          <w:highlight w:val="cyan"/>
          <w:u w:val="single"/>
        </w:rPr>
        <w:t>governments</w:t>
      </w:r>
      <w:r>
        <w:rPr>
          <w:b w:val="0"/>
          <w:i w:val="0"/>
          <w:smallCaps w:val="0"/>
          <w:strike w:val="0"/>
          <w:sz w:val="16"/>
          <w:highlight w:val="cyan"/>
          <w:u w:val="none"/>
        </w:rPr>
        <w:t xml:space="preserve"> </w:t>
      </w:r>
      <w:r>
        <w:rPr>
          <w:b w:val="0"/>
          <w:i w:val="0"/>
          <w:smallCaps w:val="0"/>
          <w:strike w:val="0"/>
          <w:sz w:val="20"/>
          <w:highlight w:val="cyan"/>
          <w:u w:val="single"/>
        </w:rPr>
        <w:t>shrink</w:t>
      </w:r>
      <w:r>
        <w:rPr>
          <w:b w:val="0"/>
          <w:i w:val="0"/>
          <w:smallCaps w:val="0"/>
          <w:strike w:val="0"/>
          <w:sz w:val="16"/>
          <w:u w:val="none"/>
        </w:rPr>
        <w:t xml:space="preserve"> from action. Flexible, informal, or voluntary </w:t>
      </w:r>
      <w:r>
        <w:rPr>
          <w:b w:val="0"/>
          <w:i w:val="0"/>
          <w:smallCaps w:val="0"/>
          <w:strike w:val="0"/>
          <w:sz w:val="20"/>
          <w:u w:val="single"/>
        </w:rPr>
        <w:t>arrangements</w:t>
      </w:r>
      <w:r>
        <w:rPr>
          <w:b w:val="0"/>
          <w:i w:val="0"/>
          <w:smallCaps w:val="0"/>
          <w:strike w:val="0"/>
          <w:sz w:val="16"/>
          <w:u w:val="none"/>
        </w:rPr>
        <w:t xml:space="preserve"> </w:t>
      </w:r>
      <w:r>
        <w:rPr>
          <w:b w:val="0"/>
          <w:i w:val="0"/>
          <w:smallCaps w:val="0"/>
          <w:strike w:val="0"/>
          <w:sz w:val="20"/>
          <w:highlight w:val="cyan"/>
          <w:u w:val="single"/>
        </w:rPr>
        <w:t>facilitate</w:t>
      </w:r>
      <w:r>
        <w:rPr>
          <w:b w:val="0"/>
          <w:i w:val="0"/>
          <w:smallCaps w:val="0"/>
          <w:strike w:val="0"/>
          <w:sz w:val="16"/>
          <w:u w:val="none"/>
        </w:rPr>
        <w:t xml:space="preserve"> international </w:t>
      </w:r>
      <w:r>
        <w:rPr>
          <w:b w:val="0"/>
          <w:i w:val="0"/>
          <w:smallCaps w:val="0"/>
          <w:strike w:val="0"/>
          <w:sz w:val="20"/>
          <w:highlight w:val="cyan"/>
          <w:u w:val="single"/>
        </w:rPr>
        <w:t>coop</w:t>
      </w:r>
      <w:r>
        <w:rPr>
          <w:b w:val="0"/>
          <w:i w:val="0"/>
          <w:smallCaps w:val="0"/>
          <w:strike w:val="0"/>
          <w:sz w:val="16"/>
          <w:u w:val="none"/>
        </w:rPr>
        <w:t xml:space="preserve">eration </w:t>
      </w:r>
      <w:r>
        <w:rPr>
          <w:b w:val="0"/>
          <w:i w:val="0"/>
          <w:smallCaps w:val="0"/>
          <w:strike w:val="0"/>
          <w:sz w:val="20"/>
          <w:u w:val="single"/>
        </w:rPr>
        <w:t xml:space="preserve">in situations </w:t>
      </w:r>
      <w:r>
        <w:rPr>
          <w:b w:val="0"/>
          <w:i w:val="0"/>
          <w:smallCaps w:val="0"/>
          <w:strike w:val="0"/>
          <w:sz w:val="20"/>
          <w:highlight w:val="cyan"/>
          <w:u w:val="single"/>
        </w:rPr>
        <w:t xml:space="preserve">where </w:t>
      </w:r>
      <w:r>
        <w:rPr>
          <w:b w:val="0"/>
          <w:i w:val="0"/>
          <w:smallCaps w:val="0"/>
          <w:strike w:val="0"/>
          <w:sz w:val="20"/>
          <w:highlight w:val="cyan"/>
          <w:u w:val="single"/>
        </w:rPr>
        <w:t>binding</w:t>
      </w:r>
      <w:r>
        <w:rPr>
          <w:b w:val="0"/>
          <w:i w:val="0"/>
          <w:smallCaps w:val="0"/>
          <w:strike w:val="0"/>
          <w:sz w:val="20"/>
          <w:highlight w:val="cyan"/>
          <w:u w:val="single"/>
        </w:rPr>
        <w:t xml:space="preserve"> obligations</w:t>
      </w:r>
      <w:r>
        <w:rPr>
          <w:b w:val="0"/>
          <w:i w:val="0"/>
          <w:smallCaps w:val="0"/>
          <w:strike w:val="0"/>
          <w:sz w:val="20"/>
          <w:u w:val="single"/>
        </w:rPr>
        <w:t xml:space="preserve"> and formal agreements </w:t>
      </w:r>
      <w:r>
        <w:rPr>
          <w:b w:val="0"/>
          <w:i w:val="0"/>
          <w:smallCaps w:val="0"/>
          <w:strike w:val="0"/>
          <w:sz w:val="20"/>
          <w:highlight w:val="cyan"/>
          <w:u w:val="single"/>
        </w:rPr>
        <w:t xml:space="preserve">would be </w:t>
      </w:r>
      <w:r>
        <w:rPr>
          <w:b w:val="0"/>
          <w:i w:val="0"/>
          <w:smallCaps w:val="0"/>
          <w:strike w:val="0"/>
          <w:sz w:val="20"/>
          <w:highlight w:val="cyan"/>
          <w:u w:val="single"/>
        </w:rPr>
        <w:t>cumbersome</w:t>
      </w:r>
      <w:r>
        <w:rPr>
          <w:b w:val="0"/>
          <w:i w:val="0"/>
          <w:smallCaps w:val="0"/>
          <w:strike w:val="0"/>
          <w:sz w:val="20"/>
          <w:u w:val="single"/>
        </w:rPr>
        <w:t xml:space="preserve"> or </w:t>
      </w:r>
      <w:r>
        <w:rPr>
          <w:b w:val="0"/>
          <w:i w:val="0"/>
          <w:smallCaps w:val="0"/>
          <w:strike w:val="0"/>
          <w:sz w:val="20"/>
          <w:highlight w:val="cyan"/>
          <w:u w:val="single"/>
        </w:rPr>
        <w:t>slow</w:t>
      </w:r>
      <w:r>
        <w:rPr>
          <w:b w:val="0"/>
          <w:i w:val="0"/>
          <w:smallCaps w:val="0"/>
          <w:strike w:val="0"/>
          <w:sz w:val="20"/>
          <w:u w:val="single"/>
        </w:rPr>
        <w:t xml:space="preserve"> moving. Pragmatic, informal institutional arrangements arise to </w:t>
      </w:r>
      <w:r>
        <w:rPr>
          <w:b w:val="0"/>
          <w:i w:val="0"/>
          <w:smallCaps w:val="0"/>
          <w:strike w:val="0"/>
          <w:sz w:val="20"/>
          <w:u w:val="single"/>
        </w:rPr>
        <w:t>manage international resources</w:t>
      </w:r>
      <w:r>
        <w:rPr>
          <w:b w:val="0"/>
          <w:i w:val="0"/>
          <w:smallCaps w:val="0"/>
          <w:strike w:val="0"/>
          <w:sz w:val="20"/>
          <w:u w:val="single"/>
        </w:rPr>
        <w:t xml:space="preserve"> when more formal institutions or agreements would be </w:t>
      </w:r>
      <w:r>
        <w:rPr>
          <w:b w:val="0"/>
          <w:i w:val="0"/>
          <w:smallCaps w:val="0"/>
          <w:strike w:val="0"/>
          <w:sz w:val="20"/>
          <w:u w:val="single"/>
        </w:rPr>
        <w:t>cumbersome</w:t>
      </w:r>
      <w:r>
        <w:rPr>
          <w:b w:val="0"/>
          <w:i w:val="0"/>
          <w:smallCaps w:val="0"/>
          <w:strike w:val="0"/>
          <w:sz w:val="20"/>
          <w:u w:val="single"/>
        </w:rPr>
        <w:t xml:space="preserve"> </w:t>
      </w:r>
      <w:r>
        <w:rPr>
          <w:b w:val="0"/>
          <w:i w:val="0"/>
          <w:smallCaps w:val="0"/>
          <w:strike w:val="0"/>
          <w:sz w:val="20"/>
          <w:highlight w:val="cyan"/>
          <w:u w:val="single"/>
        </w:rPr>
        <w:t xml:space="preserve">or </w:t>
      </w:r>
      <w:r>
        <w:rPr>
          <w:b w:val="0"/>
          <w:i w:val="0"/>
          <w:smallCaps w:val="0"/>
          <w:strike w:val="0"/>
          <w:sz w:val="20"/>
          <w:highlight w:val="cyan"/>
          <w:u w:val="single"/>
        </w:rPr>
        <w:t>impractical</w:t>
      </w:r>
      <w:r>
        <w:rPr>
          <w:b w:val="0"/>
          <w:i w:val="0"/>
          <w:smallCaps w:val="0"/>
          <w:strike w:val="0"/>
          <w:sz w:val="16"/>
          <w:u w:val="none"/>
        </w:rPr>
        <w:t>. Private foundations support research in areas neglected by governments and intergovernmental organizations. “Innovative developing countries” like India and China develop and market profitable products for low- income people. Multinational corporations and NGOs support innovations to meet the needs of people without market power. And a billion-dollar network of agricultural laboratories develops improved technology for small-scale farmers in low-income countries.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