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val="0"/>
          <w:i w:val="0"/>
          <w:smallCaps w:val="0"/>
          <w:strike w:val="0"/>
          <w:sz w:val="26"/>
          <w:u w:val="none"/>
        </w:rPr>
        <w:t xml:space="preserve">They have a </w:t>
      </w:r>
      <w:r>
        <w:rPr>
          <w:b w:val="0"/>
          <w:i w:val="0"/>
          <w:smallCaps w:val="0"/>
          <w:strike w:val="0"/>
          <w:sz w:val="26"/>
          <w:u w:val="single"/>
        </w:rPr>
        <w:t>ludicrous</w:t>
      </w:r>
      <w:r>
        <w:rPr>
          <w:b w:val="0"/>
          <w:i w:val="0"/>
          <w:smallCaps w:val="0"/>
          <w:strike w:val="0"/>
          <w:sz w:val="26"/>
          <w:u w:val="none"/>
        </w:rPr>
        <w:t xml:space="preserve"> amount of warheads</w:t>
      </w:r>
    </w:p>
    <w:p>
      <w:pPr>
        <w:spacing w:after="80"/>
      </w:pPr>
      <w:r>
        <w:rPr>
          <w:b w:val="0"/>
          <w:i w:val="0"/>
          <w:smallCaps w:val="0"/>
          <w:strike w:val="0"/>
          <w:sz w:val="20"/>
          <w:u w:val="none"/>
        </w:rPr>
        <w:t xml:space="preserve">Emily </w:t>
      </w:r>
      <w:r>
        <w:rPr>
          <w:b/>
          <w:i w:val="0"/>
          <w:smallCaps w:val="0"/>
          <w:strike w:val="0"/>
          <w:sz w:val="24"/>
          <w:u w:val="none"/>
        </w:rPr>
        <w:t xml:space="preserve">Feng </w:t>
      </w:r>
      <w:r>
        <w:rPr>
          <w:b w:val="0"/>
          <w:i w:val="0"/>
          <w:smallCaps w:val="0"/>
          <w:strike w:val="0"/>
          <w:sz w:val="20"/>
          <w:u w:val="none"/>
        </w:rPr>
        <w:t>20</w:t>
      </w:r>
      <w:r>
        <w:rPr>
          <w:b/>
          <w:i w:val="0"/>
          <w:smallCaps w:val="0"/>
          <w:strike w:val="0"/>
          <w:sz w:val="24"/>
          <w:u w:val="none"/>
        </w:rPr>
        <w:t>23</w:t>
      </w:r>
      <w:r>
        <w:rPr>
          <w:b w:val="0"/>
          <w:i w:val="0"/>
          <w:smallCaps w:val="0"/>
          <w:strike w:val="0"/>
          <w:sz w:val="20"/>
          <w:u w:val="none"/>
        </w:rPr>
        <w:t xml:space="preserve"> (</w:t>
      </w:r>
      <w:r>
        <w:rPr>
          <w:b w:val="0"/>
          <w:i w:val="0"/>
          <w:smallCaps w:val="0"/>
          <w:strike w:val="0"/>
          <w:sz w:val="20"/>
          <w:u w:val="none"/>
        </w:rPr>
        <w:t>Emily Feng is an international correspondent for NPR covering China, Taiwan and beyond</w:t>
      </w:r>
      <w:r>
        <w:rPr>
          <w:b w:val="0"/>
          <w:i w:val="0"/>
          <w:smallCaps w:val="0"/>
          <w:strike w:val="0"/>
          <w:sz w:val="20"/>
          <w:u w:val="none"/>
        </w:rPr>
        <w:t>, October 19</w:t>
      </w:r>
      <w:r>
        <w:rPr>
          <w:b w:val="0"/>
          <w:i w:val="0"/>
          <w:smallCaps w:val="0"/>
          <w:strike w:val="0"/>
          <w:sz w:val="20"/>
          <w:u w:val="none"/>
        </w:rPr>
        <w:t xml:space="preserve"> 2023</w:t>
      </w:r>
      <w:r>
        <w:rPr>
          <w:b w:val="0"/>
          <w:i w:val="0"/>
          <w:smallCaps w:val="0"/>
          <w:strike w:val="0"/>
          <w:sz w:val="20"/>
          <w:u w:val="none"/>
        </w:rPr>
        <w:t>, "</w:t>
      </w:r>
      <w:r>
        <w:rPr>
          <w:b w:val="0"/>
          <w:i w:val="0"/>
          <w:smallCaps w:val="0"/>
          <w:strike w:val="0"/>
          <w:sz w:val="20"/>
          <w:u w:val="none"/>
        </w:rPr>
        <w:t>New Pentagon report claims China now has over 500 operational nuclear warheads</w:t>
      </w:r>
      <w:r>
        <w:rPr>
          <w:b w:val="0"/>
          <w:i w:val="0"/>
          <w:smallCaps w:val="0"/>
          <w:strike w:val="0"/>
          <w:sz w:val="20"/>
          <w:u w:val="none"/>
        </w:rPr>
        <w:t xml:space="preserve">", </w:t>
      </w:r>
      <w:r>
        <w:rPr>
          <w:b w:val="0"/>
          <w:i w:val="0"/>
          <w:smallCaps w:val="0"/>
          <w:strike w:val="0"/>
          <w:sz w:val="20"/>
          <w:u w:val="none"/>
        </w:rPr>
        <w:t>https://www.npr.org/2023/10/19/1207156597/new-pentagon-report-claims-china-now-has-over-500-operational-nuclear-warheads</w:t>
      </w:r>
      <w:r>
        <w:rPr>
          <w:b w:val="0"/>
          <w:i w:val="0"/>
          <w:smallCaps w:val="0"/>
          <w:strike w:val="0"/>
          <w:sz w:val="20"/>
          <w:u w:val="none"/>
        </w:rPr>
        <w:t>)//rohan</w:t>
      </w:r>
    </w:p>
    <w:p>
      <w:pPr>
        <w:spacing w:after="60"/>
      </w:pPr>
      <w:r>
        <w:rPr>
          <w:b w:val="0"/>
          <w:i w:val="0"/>
          <w:smallCaps w:val="0"/>
          <w:strike w:val="0"/>
          <w:sz w:val="20"/>
          <w:highlight w:val="cyan"/>
          <w:u w:val="single"/>
        </w:rPr>
        <w:t>China</w:t>
      </w:r>
      <w:r>
        <w:rPr>
          <w:b w:val="0"/>
          <w:i w:val="0"/>
          <w:smallCaps w:val="0"/>
          <w:strike w:val="0"/>
          <w:sz w:val="14"/>
          <w:highlight w:val="cyan"/>
          <w:u w:val="none"/>
        </w:rPr>
        <w:t xml:space="preserve"> </w:t>
      </w:r>
      <w:r>
        <w:rPr>
          <w:b w:val="0"/>
          <w:i w:val="0"/>
          <w:smallCaps w:val="0"/>
          <w:strike w:val="0"/>
          <w:sz w:val="14"/>
          <w:u w:val="none"/>
        </w:rPr>
        <w:t xml:space="preserve">may be </w:t>
      </w:r>
      <w:r>
        <w:rPr>
          <w:b w:val="0"/>
          <w:i w:val="0"/>
          <w:smallCaps w:val="0"/>
          <w:strike w:val="0"/>
          <w:sz w:val="20"/>
          <w:highlight w:val="cyan"/>
          <w:u w:val="single"/>
        </w:rPr>
        <w:t>accelerating</w:t>
      </w:r>
      <w:r>
        <w:rPr>
          <w:b w:val="0"/>
          <w:i w:val="0"/>
          <w:smallCaps w:val="0"/>
          <w:strike w:val="0"/>
          <w:sz w:val="20"/>
          <w:highlight w:val="cyan"/>
          <w:u w:val="single"/>
        </w:rPr>
        <w:t xml:space="preserve"> </w:t>
      </w:r>
      <w:r>
        <w:rPr>
          <w:b w:val="0"/>
          <w:i w:val="0"/>
          <w:smallCaps w:val="0"/>
          <w:strike w:val="0"/>
          <w:sz w:val="20"/>
          <w:u w:val="single"/>
        </w:rPr>
        <w:t xml:space="preserve">its </w:t>
      </w:r>
      <w:r>
        <w:rPr>
          <w:b w:val="0"/>
          <w:i w:val="0"/>
          <w:smallCaps w:val="0"/>
          <w:strike w:val="0"/>
          <w:sz w:val="20"/>
          <w:highlight w:val="cyan"/>
          <w:u w:val="single"/>
        </w:rPr>
        <w:t>efforts</w:t>
      </w:r>
      <w:r>
        <w:rPr>
          <w:b w:val="0"/>
          <w:i w:val="0"/>
          <w:smallCaps w:val="0"/>
          <w:strike w:val="0"/>
          <w:sz w:val="20"/>
          <w:highlight w:val="cyan"/>
          <w:u w:val="single"/>
        </w:rPr>
        <w:t xml:space="preserve"> to </w:t>
      </w:r>
      <w:r>
        <w:rPr>
          <w:b w:val="0"/>
          <w:i w:val="0"/>
          <w:smallCaps w:val="0"/>
          <w:strike w:val="0"/>
          <w:sz w:val="20"/>
          <w:highlight w:val="cyan"/>
          <w:u w:val="single"/>
        </w:rPr>
        <w:t>develop</w:t>
      </w:r>
      <w:r>
        <w:rPr>
          <w:b w:val="0"/>
          <w:i w:val="0"/>
          <w:smallCaps w:val="0"/>
          <w:strike w:val="0"/>
          <w:sz w:val="20"/>
          <w:highlight w:val="cyan"/>
          <w:u w:val="single"/>
        </w:rPr>
        <w:t xml:space="preserve"> a </w:t>
      </w:r>
      <w:r>
        <w:rPr>
          <w:b w:val="0"/>
          <w:i w:val="0"/>
          <w:smallCaps w:val="0"/>
          <w:strike w:val="0"/>
          <w:sz w:val="20"/>
          <w:highlight w:val="cyan"/>
          <w:u w:val="single"/>
        </w:rPr>
        <w:t>nuclear</w:t>
      </w:r>
      <w:r>
        <w:rPr>
          <w:b w:val="0"/>
          <w:i w:val="0"/>
          <w:smallCaps w:val="0"/>
          <w:strike w:val="0"/>
          <w:sz w:val="14"/>
          <w:u w:val="none"/>
        </w:rPr>
        <w:t xml:space="preserve"> </w:t>
      </w:r>
      <w:r>
        <w:rPr>
          <w:b w:val="0"/>
          <w:i w:val="0"/>
          <w:smallCaps w:val="0"/>
          <w:strike w:val="0"/>
          <w:sz w:val="20"/>
          <w:highlight w:val="cyan"/>
          <w:u w:val="single"/>
        </w:rPr>
        <w:t>arsenal</w:t>
      </w:r>
      <w:r>
        <w:rPr>
          <w:b w:val="0"/>
          <w:i w:val="0"/>
          <w:smallCaps w:val="0"/>
          <w:strike w:val="0"/>
          <w:sz w:val="14"/>
          <w:u w:val="none"/>
        </w:rPr>
        <w:t xml:space="preserve">, according to a new report from the Pentagon, </w:t>
      </w:r>
      <w:r>
        <w:rPr>
          <w:b w:val="0"/>
          <w:i w:val="0"/>
          <w:smallCaps w:val="0"/>
          <w:strike w:val="0"/>
          <w:sz w:val="20"/>
          <w:u w:val="single"/>
        </w:rPr>
        <w:t xml:space="preserve">as part of its </w:t>
      </w:r>
      <w:r>
        <w:rPr>
          <w:b w:val="0"/>
          <w:i w:val="0"/>
          <w:smallCaps w:val="0"/>
          <w:strike w:val="0"/>
          <w:sz w:val="20"/>
          <w:u w:val="single"/>
        </w:rPr>
        <w:t>ongoing</w:t>
      </w:r>
      <w:r>
        <w:rPr>
          <w:b w:val="0"/>
          <w:i w:val="0"/>
          <w:smallCaps w:val="0"/>
          <w:strike w:val="0"/>
          <w:sz w:val="20"/>
          <w:u w:val="single"/>
        </w:rPr>
        <w:t xml:space="preserve"> </w:t>
      </w:r>
      <w:r>
        <w:rPr>
          <w:b w:val="0"/>
          <w:i w:val="0"/>
          <w:smallCaps w:val="0"/>
          <w:strike w:val="0"/>
          <w:sz w:val="20"/>
          <w:highlight w:val="cyan"/>
          <w:u w:val="single"/>
        </w:rPr>
        <w:t>efforts</w:t>
      </w:r>
      <w:r>
        <w:rPr>
          <w:b w:val="0"/>
          <w:i w:val="0"/>
          <w:smallCaps w:val="0"/>
          <w:strike w:val="0"/>
          <w:sz w:val="20"/>
          <w:highlight w:val="cyan"/>
          <w:u w:val="single"/>
        </w:rPr>
        <w:t xml:space="preserve"> to </w:t>
      </w:r>
      <w:r>
        <w:rPr>
          <w:b w:val="0"/>
          <w:i w:val="0"/>
          <w:smallCaps w:val="0"/>
          <w:strike w:val="0"/>
          <w:sz w:val="20"/>
          <w:highlight w:val="cyan"/>
          <w:u w:val="single"/>
        </w:rPr>
        <w:t>modernize</w:t>
      </w:r>
      <w:r>
        <w:rPr>
          <w:b w:val="0"/>
          <w:i w:val="0"/>
          <w:smallCaps w:val="0"/>
          <w:strike w:val="0"/>
          <w:sz w:val="20"/>
          <w:highlight w:val="cyan"/>
          <w:u w:val="single"/>
        </w:rPr>
        <w:t xml:space="preserve"> and </w:t>
      </w:r>
      <w:r>
        <w:rPr>
          <w:b w:val="0"/>
          <w:i w:val="0"/>
          <w:smallCaps w:val="0"/>
          <w:strike w:val="0"/>
          <w:sz w:val="20"/>
          <w:highlight w:val="cyan"/>
          <w:u w:val="single"/>
        </w:rPr>
        <w:t>revamp</w:t>
      </w:r>
      <w:r>
        <w:rPr>
          <w:b w:val="0"/>
          <w:i w:val="0"/>
          <w:smallCaps w:val="0"/>
          <w:strike w:val="0"/>
          <w:sz w:val="20"/>
          <w:highlight w:val="cyan"/>
          <w:u w:val="single"/>
        </w:rPr>
        <w:t xml:space="preserve"> </w:t>
      </w:r>
      <w:r>
        <w:rPr>
          <w:b w:val="0"/>
          <w:i w:val="0"/>
          <w:smallCaps w:val="0"/>
          <w:strike w:val="0"/>
          <w:sz w:val="20"/>
          <w:u w:val="single"/>
        </w:rPr>
        <w:t xml:space="preserve">its </w:t>
      </w:r>
      <w:r>
        <w:rPr>
          <w:b w:val="0"/>
          <w:i w:val="0"/>
          <w:smallCaps w:val="0"/>
          <w:strike w:val="0"/>
          <w:sz w:val="20"/>
          <w:u w:val="single"/>
        </w:rPr>
        <w:t xml:space="preserve">fighting </w:t>
      </w:r>
      <w:r>
        <w:rPr>
          <w:b w:val="0"/>
          <w:i w:val="0"/>
          <w:smallCaps w:val="0"/>
          <w:strike w:val="0"/>
          <w:sz w:val="20"/>
          <w:highlight w:val="cyan"/>
          <w:u w:val="single"/>
        </w:rPr>
        <w:t>forces</w:t>
      </w:r>
      <w:r>
        <w:rPr>
          <w:b w:val="0"/>
          <w:i w:val="0"/>
          <w:smallCaps w:val="0"/>
          <w:strike w:val="0"/>
          <w:sz w:val="20"/>
          <w:highlight w:val="cyan"/>
          <w:u w:val="single"/>
        </w:rPr>
        <w:t xml:space="preserve"> </w:t>
      </w:r>
      <w:r>
        <w:rPr>
          <w:b w:val="0"/>
          <w:i w:val="0"/>
          <w:smallCaps w:val="0"/>
          <w:strike w:val="0"/>
          <w:sz w:val="20"/>
          <w:u w:val="single"/>
        </w:rPr>
        <w:t xml:space="preserve">in order </w:t>
      </w:r>
      <w:r>
        <w:rPr>
          <w:b w:val="0"/>
          <w:i w:val="0"/>
          <w:smallCaps w:val="0"/>
          <w:strike w:val="0"/>
          <w:sz w:val="20"/>
          <w:highlight w:val="cyan"/>
          <w:u w:val="single"/>
        </w:rPr>
        <w:t>to</w:t>
      </w:r>
      <w:r>
        <w:rPr>
          <w:b w:val="0"/>
          <w:i w:val="0"/>
          <w:smallCaps w:val="0"/>
          <w:strike w:val="0"/>
          <w:sz w:val="20"/>
          <w:highlight w:val="cyan"/>
          <w:u w:val="single"/>
        </w:rPr>
        <w:t xml:space="preserve"> </w:t>
      </w:r>
      <w:r>
        <w:rPr>
          <w:b w:val="0"/>
          <w:i w:val="0"/>
          <w:smallCaps w:val="0"/>
          <w:strike w:val="0"/>
          <w:sz w:val="20"/>
          <w:highlight w:val="cyan"/>
          <w:u w:val="single"/>
        </w:rPr>
        <w:t>match</w:t>
      </w:r>
      <w:r>
        <w:rPr>
          <w:b w:val="0"/>
          <w:i w:val="0"/>
          <w:smallCaps w:val="0"/>
          <w:strike w:val="0"/>
          <w:sz w:val="20"/>
          <w:highlight w:val="cyan"/>
          <w:u w:val="single"/>
        </w:rPr>
        <w:t xml:space="preserve"> U.S. military capabilities</w:t>
      </w:r>
      <w:r>
        <w:rPr>
          <w:b w:val="0"/>
          <w:i w:val="0"/>
          <w:smallCaps w:val="0"/>
          <w:strike w:val="0"/>
          <w:sz w:val="20"/>
          <w:u w:val="single"/>
        </w:rPr>
        <w:t>.</w:t>
      </w:r>
    </w:p>
    <w:p>
      <w:pPr>
        <w:spacing w:after="60"/>
      </w:pPr>
      <w:r>
        <w:rPr>
          <w:b w:val="0"/>
          <w:i w:val="0"/>
          <w:smallCaps w:val="0"/>
          <w:strike w:val="0"/>
          <w:sz w:val="14"/>
          <w:u w:val="none"/>
        </w:rPr>
        <w:t>The latest assessment from the Defense Department said China had increased its arsenal of operational nuclear warheads from an estimated 400 in 2021 to more than 500 as of May this year.</w:t>
      </w:r>
    </w:p>
    <w:p>
      <w:pPr>
        <w:spacing w:after="60"/>
      </w:pPr>
      <w:r>
        <w:rPr>
          <w:b w:val="0"/>
          <w:i w:val="0"/>
          <w:smallCaps w:val="0"/>
          <w:strike w:val="0"/>
          <w:sz w:val="14"/>
          <w:u w:val="none"/>
        </w:rPr>
        <w:t xml:space="preserve">That </w:t>
      </w:r>
      <w:r>
        <w:rPr>
          <w:b w:val="0"/>
          <w:i w:val="0"/>
          <w:smallCaps w:val="0"/>
          <w:strike w:val="0"/>
          <w:sz w:val="20"/>
          <w:u w:val="single"/>
        </w:rPr>
        <w:t>figure</w:t>
      </w:r>
      <w:r>
        <w:rPr>
          <w:b w:val="0"/>
          <w:i w:val="0"/>
          <w:smallCaps w:val="0"/>
          <w:strike w:val="0"/>
          <w:sz w:val="14"/>
          <w:u w:val="none"/>
        </w:rPr>
        <w:t xml:space="preserve"> is </w:t>
      </w:r>
      <w:r>
        <w:rPr>
          <w:b w:val="0"/>
          <w:i w:val="0"/>
          <w:smallCaps w:val="0"/>
          <w:strike w:val="0"/>
          <w:sz w:val="20"/>
          <w:u w:val="single"/>
        </w:rPr>
        <w:t xml:space="preserve">still a </w:t>
      </w:r>
      <w:r>
        <w:rPr>
          <w:b w:val="0"/>
          <w:i w:val="0"/>
          <w:smallCaps w:val="0"/>
          <w:strike w:val="0"/>
          <w:sz w:val="20"/>
          <w:u w:val="single"/>
        </w:rPr>
        <w:t>fraction</w:t>
      </w:r>
      <w:r>
        <w:rPr>
          <w:b w:val="0"/>
          <w:i w:val="0"/>
          <w:smallCaps w:val="0"/>
          <w:strike w:val="0"/>
          <w:sz w:val="20"/>
          <w:u w:val="single"/>
        </w:rPr>
        <w:t xml:space="preserve"> of the more-than </w:t>
      </w:r>
      <w:r>
        <w:rPr>
          <w:b w:val="0"/>
          <w:i w:val="0"/>
          <w:smallCaps w:val="0"/>
          <w:strike w:val="0"/>
          <w:sz w:val="20"/>
          <w:u w:val="single"/>
        </w:rPr>
        <w:t>5,000 warheads</w:t>
      </w:r>
      <w:r>
        <w:rPr>
          <w:b w:val="0"/>
          <w:i w:val="0"/>
          <w:smallCaps w:val="0"/>
          <w:strike w:val="0"/>
          <w:sz w:val="14"/>
          <w:u w:val="none"/>
        </w:rPr>
        <w:t xml:space="preserve"> the</w:t>
      </w:r>
      <w:r>
        <w:rPr>
          <w:b w:val="0"/>
          <w:i w:val="0"/>
          <w:smallCaps w:val="0"/>
          <w:strike w:val="0"/>
          <w:sz w:val="20"/>
          <w:u w:val="single"/>
        </w:rPr>
        <w:t xml:space="preserve"> </w:t>
      </w:r>
      <w:r>
        <w:rPr>
          <w:b w:val="0"/>
          <w:i w:val="0"/>
          <w:smallCaps w:val="0"/>
          <w:strike w:val="0"/>
          <w:sz w:val="20"/>
          <w:u w:val="single"/>
        </w:rPr>
        <w:t>United</w:t>
      </w:r>
      <w:r>
        <w:rPr>
          <w:b w:val="0"/>
          <w:i w:val="0"/>
          <w:smallCaps w:val="0"/>
          <w:strike w:val="0"/>
          <w:sz w:val="14"/>
          <w:u w:val="none"/>
        </w:rPr>
        <w:t xml:space="preserve"> </w:t>
      </w:r>
      <w:r>
        <w:rPr>
          <w:b w:val="0"/>
          <w:i w:val="0"/>
          <w:smallCaps w:val="0"/>
          <w:strike w:val="0"/>
          <w:sz w:val="20"/>
          <w:u w:val="single"/>
        </w:rPr>
        <w:t>States</w:t>
      </w:r>
      <w:r>
        <w:rPr>
          <w:b w:val="0"/>
          <w:i w:val="0"/>
          <w:smallCaps w:val="0"/>
          <w:strike w:val="0"/>
          <w:sz w:val="14"/>
          <w:u w:val="none"/>
        </w:rPr>
        <w:t xml:space="preserve"> </w:t>
      </w:r>
      <w:r>
        <w:rPr>
          <w:b w:val="0"/>
          <w:i w:val="0"/>
          <w:smallCaps w:val="0"/>
          <w:strike w:val="0"/>
          <w:sz w:val="20"/>
          <w:u w:val="single"/>
        </w:rPr>
        <w:t xml:space="preserve">and the </w:t>
      </w:r>
      <w:r>
        <w:rPr>
          <w:b w:val="0"/>
          <w:i w:val="0"/>
          <w:smallCaps w:val="0"/>
          <w:strike w:val="0"/>
          <w:sz w:val="20"/>
          <w:u w:val="single"/>
        </w:rPr>
        <w:t>Russian</w:t>
      </w:r>
      <w:r>
        <w:rPr>
          <w:b w:val="0"/>
          <w:i w:val="0"/>
          <w:smallCaps w:val="0"/>
          <w:strike w:val="0"/>
          <w:sz w:val="20"/>
          <w:u w:val="single"/>
        </w:rPr>
        <w:t xml:space="preserve"> </w:t>
      </w:r>
      <w:r>
        <w:rPr>
          <w:b w:val="0"/>
          <w:i w:val="0"/>
          <w:smallCaps w:val="0"/>
          <w:strike w:val="0"/>
          <w:sz w:val="20"/>
          <w:u w:val="single"/>
        </w:rPr>
        <w:t>Federation</w:t>
      </w:r>
      <w:r>
        <w:rPr>
          <w:b w:val="0"/>
          <w:i w:val="0"/>
          <w:smallCaps w:val="0"/>
          <w:strike w:val="0"/>
          <w:sz w:val="14"/>
          <w:u w:val="none"/>
        </w:rPr>
        <w:t xml:space="preserve"> </w:t>
      </w:r>
      <w:r>
        <w:rPr>
          <w:b w:val="0"/>
          <w:i w:val="0"/>
          <w:smallCaps w:val="0"/>
          <w:strike w:val="0"/>
          <w:sz w:val="20"/>
          <w:u w:val="single"/>
        </w:rPr>
        <w:t xml:space="preserve">say they each </w:t>
      </w:r>
      <w:r>
        <w:rPr>
          <w:b w:val="0"/>
          <w:i w:val="0"/>
          <w:smallCaps w:val="0"/>
          <w:strike w:val="0"/>
          <w:sz w:val="20"/>
          <w:u w:val="single"/>
        </w:rPr>
        <w:t>possess</w:t>
      </w:r>
      <w:r>
        <w:rPr>
          <w:b w:val="0"/>
          <w:i w:val="0"/>
          <w:smallCaps w:val="0"/>
          <w:strike w:val="0"/>
          <w:sz w:val="20"/>
          <w:u w:val="single"/>
        </w:rPr>
        <w:t xml:space="preserve"> in their </w:t>
      </w:r>
      <w:r>
        <w:rPr>
          <w:b w:val="0"/>
          <w:i w:val="0"/>
          <w:smallCaps w:val="0"/>
          <w:strike w:val="0"/>
          <w:sz w:val="20"/>
          <w:u w:val="single"/>
        </w:rPr>
        <w:t>nuclear stockpiles</w:t>
      </w:r>
      <w:r>
        <w:rPr>
          <w:b w:val="0"/>
          <w:i w:val="0"/>
          <w:smallCaps w:val="0"/>
          <w:strike w:val="0"/>
          <w:sz w:val="14"/>
          <w:u w:val="none"/>
        </w:rPr>
        <w:t xml:space="preserve"> (of which under 1,500 warheads are ready to be launched at any time). The Pentagon estimates that China is aiming for about 1,500 total nuclear warheads in their arsenal by 2035.</w:t>
      </w:r>
    </w:p>
    <w:p>
      <w:pPr>
        <w:spacing w:after="60"/>
      </w:pPr>
      <w:r>
        <w:rPr>
          <w:b w:val="0"/>
          <w:i w:val="0"/>
          <w:smallCaps w:val="0"/>
          <w:strike w:val="0"/>
          <w:sz w:val="14"/>
          <w:u w:val="none"/>
        </w:rPr>
        <w:t>"</w:t>
      </w:r>
      <w:r>
        <w:rPr>
          <w:b w:val="0"/>
          <w:i w:val="0"/>
          <w:smallCaps w:val="0"/>
          <w:strike w:val="0"/>
          <w:sz w:val="20"/>
          <w:u w:val="single"/>
        </w:rPr>
        <w:t>And</w:t>
      </w:r>
      <w:r>
        <w:rPr>
          <w:b w:val="0"/>
          <w:i w:val="0"/>
          <w:smallCaps w:val="0"/>
          <w:strike w:val="0"/>
          <w:sz w:val="14"/>
          <w:u w:val="none"/>
        </w:rPr>
        <w:t xml:space="preserve"> </w:t>
      </w:r>
      <w:r>
        <w:rPr>
          <w:b w:val="0"/>
          <w:i w:val="0"/>
          <w:smallCaps w:val="0"/>
          <w:strike w:val="0"/>
          <w:sz w:val="20"/>
          <w:u w:val="single"/>
        </w:rPr>
        <w:t xml:space="preserve">so, that's </w:t>
      </w:r>
      <w:r>
        <w:rPr>
          <w:b w:val="0"/>
          <w:i w:val="0"/>
          <w:smallCaps w:val="0"/>
          <w:strike w:val="0"/>
          <w:sz w:val="20"/>
          <w:highlight w:val="cyan"/>
          <w:u w:val="single"/>
        </w:rPr>
        <w:t xml:space="preserve">on </w:t>
      </w:r>
      <w:r>
        <w:rPr>
          <w:b w:val="0"/>
          <w:i w:val="0"/>
          <w:smallCaps w:val="0"/>
          <w:strike w:val="0"/>
          <w:sz w:val="20"/>
          <w:highlight w:val="cyan"/>
          <w:u w:val="single"/>
        </w:rPr>
        <w:t>track</w:t>
      </w:r>
      <w:r>
        <w:rPr>
          <w:b w:val="0"/>
          <w:i w:val="0"/>
          <w:smallCaps w:val="0"/>
          <w:strike w:val="0"/>
          <w:sz w:val="20"/>
          <w:highlight w:val="cyan"/>
          <w:u w:val="single"/>
        </w:rPr>
        <w:t xml:space="preserve"> to </w:t>
      </w:r>
      <w:r>
        <w:rPr>
          <w:b w:val="0"/>
          <w:i w:val="0"/>
          <w:smallCaps w:val="0"/>
          <w:strike w:val="0"/>
          <w:sz w:val="20"/>
          <w:highlight w:val="cyan"/>
          <w:u w:val="single"/>
        </w:rPr>
        <w:t>exceed</w:t>
      </w:r>
      <w:r>
        <w:rPr>
          <w:b w:val="0"/>
          <w:i w:val="0"/>
          <w:smallCaps w:val="0"/>
          <w:strike w:val="0"/>
          <w:sz w:val="20"/>
          <w:highlight w:val="cyan"/>
          <w:u w:val="single"/>
        </w:rPr>
        <w:t xml:space="preserve"> </w:t>
      </w:r>
      <w:r>
        <w:rPr>
          <w:b w:val="0"/>
          <w:i w:val="0"/>
          <w:smallCaps w:val="0"/>
          <w:strike w:val="0"/>
          <w:sz w:val="20"/>
          <w:u w:val="single"/>
        </w:rPr>
        <w:t xml:space="preserve">some of our </w:t>
      </w:r>
      <w:r>
        <w:rPr>
          <w:b w:val="0"/>
          <w:i w:val="0"/>
          <w:smallCaps w:val="0"/>
          <w:strike w:val="0"/>
          <w:sz w:val="20"/>
          <w:highlight w:val="cyan"/>
          <w:u w:val="single"/>
        </w:rPr>
        <w:t>previous</w:t>
      </w:r>
      <w:r>
        <w:rPr>
          <w:b w:val="0"/>
          <w:i w:val="0"/>
          <w:smallCaps w:val="0"/>
          <w:strike w:val="0"/>
          <w:sz w:val="20"/>
          <w:highlight w:val="cyan"/>
          <w:u w:val="single"/>
        </w:rPr>
        <w:t xml:space="preserve"> </w:t>
      </w:r>
      <w:r>
        <w:rPr>
          <w:b w:val="0"/>
          <w:i w:val="0"/>
          <w:smallCaps w:val="0"/>
          <w:strike w:val="0"/>
          <w:sz w:val="20"/>
          <w:highlight w:val="cyan"/>
          <w:u w:val="single"/>
        </w:rPr>
        <w:t>projections</w:t>
      </w:r>
      <w:r>
        <w:rPr>
          <w:b w:val="0"/>
          <w:i w:val="0"/>
          <w:smallCaps w:val="0"/>
          <w:strike w:val="0"/>
          <w:sz w:val="20"/>
          <w:u w:val="single"/>
        </w:rPr>
        <w:t>,"</w:t>
      </w:r>
      <w:r>
        <w:rPr>
          <w:b w:val="0"/>
          <w:i w:val="0"/>
          <w:smallCaps w:val="0"/>
          <w:strike w:val="0"/>
          <w:sz w:val="14"/>
          <w:u w:val="none"/>
        </w:rPr>
        <w:t xml:space="preserve"> said a senior defense official briefing journalists this week. The report projects that China will reach 1,000 operational nuclear warheads by 2030 and may also be developing non-nuclear warheads that could reach parts of the continental United States.</w:t>
      </w:r>
    </w:p>
    <w:p>
      <w:pPr>
        <w:spacing w:after="60"/>
      </w:pPr>
      <w:r>
        <w:rPr>
          <w:b w:val="0"/>
          <w:i w:val="0"/>
          <w:smallCaps w:val="0"/>
          <w:strike w:val="0"/>
          <w:sz w:val="14"/>
          <w:u w:val="none"/>
        </w:rPr>
        <w:t xml:space="preserve">In 2020, </w:t>
      </w:r>
      <w:r>
        <w:rPr>
          <w:b w:val="0"/>
          <w:i w:val="0"/>
          <w:smallCaps w:val="0"/>
          <w:strike w:val="0"/>
          <w:sz w:val="20"/>
          <w:u w:val="single"/>
        </w:rPr>
        <w:t>China</w:t>
      </w:r>
      <w:r>
        <w:rPr>
          <w:b w:val="0"/>
          <w:i w:val="0"/>
          <w:smallCaps w:val="0"/>
          <w:strike w:val="0"/>
          <w:sz w:val="14"/>
          <w:u w:val="none"/>
        </w:rPr>
        <w:t xml:space="preserve"> </w:t>
      </w:r>
      <w:r>
        <w:rPr>
          <w:b w:val="0"/>
          <w:i w:val="0"/>
          <w:smallCaps w:val="0"/>
          <w:strike w:val="0"/>
          <w:sz w:val="20"/>
          <w:u w:val="single"/>
        </w:rPr>
        <w:t xml:space="preserve">started </w:t>
      </w:r>
      <w:r>
        <w:rPr>
          <w:b w:val="0"/>
          <w:i w:val="0"/>
          <w:smallCaps w:val="0"/>
          <w:strike w:val="0"/>
          <w:sz w:val="20"/>
          <w:highlight w:val="cyan"/>
          <w:u w:val="single"/>
        </w:rPr>
        <w:t>intensifying</w:t>
      </w:r>
      <w:r>
        <w:rPr>
          <w:b w:val="0"/>
          <w:i w:val="0"/>
          <w:smallCaps w:val="0"/>
          <w:strike w:val="0"/>
          <w:sz w:val="20"/>
          <w:highlight w:val="cyan"/>
          <w:u w:val="single"/>
        </w:rPr>
        <w:t xml:space="preserve"> </w:t>
      </w:r>
      <w:r>
        <w:rPr>
          <w:b w:val="0"/>
          <w:i w:val="0"/>
          <w:smallCaps w:val="0"/>
          <w:strike w:val="0"/>
          <w:sz w:val="20"/>
          <w:u w:val="single"/>
        </w:rPr>
        <w:t xml:space="preserve">its </w:t>
      </w:r>
      <w:r>
        <w:rPr>
          <w:b w:val="0"/>
          <w:i w:val="0"/>
          <w:smallCaps w:val="0"/>
          <w:strike w:val="0"/>
          <w:sz w:val="20"/>
          <w:highlight w:val="cyan"/>
          <w:u w:val="single"/>
        </w:rPr>
        <w:t xml:space="preserve">nuclear weapons </w:t>
      </w:r>
      <w:r>
        <w:rPr>
          <w:b w:val="0"/>
          <w:i w:val="0"/>
          <w:smallCaps w:val="0"/>
          <w:strike w:val="0"/>
          <w:sz w:val="20"/>
          <w:highlight w:val="cyan"/>
          <w:u w:val="single"/>
        </w:rPr>
        <w:t>program</w:t>
      </w:r>
      <w:r>
        <w:rPr>
          <w:b w:val="0"/>
          <w:i w:val="0"/>
          <w:smallCaps w:val="0"/>
          <w:strike w:val="0"/>
          <w:sz w:val="20"/>
          <w:u w:val="single"/>
        </w:rPr>
        <w:t>,</w:t>
      </w:r>
      <w:r>
        <w:rPr>
          <w:b w:val="0"/>
          <w:i w:val="0"/>
          <w:smallCaps w:val="0"/>
          <w:strike w:val="0"/>
          <w:sz w:val="14"/>
          <w:u w:val="none"/>
        </w:rPr>
        <w:t xml:space="preserve"> </w:t>
      </w:r>
      <w:r>
        <w:rPr>
          <w:b w:val="0"/>
          <w:i w:val="0"/>
          <w:smallCaps w:val="0"/>
          <w:strike w:val="0"/>
          <w:sz w:val="20"/>
          <w:highlight w:val="cyan"/>
          <w:u w:val="single"/>
        </w:rPr>
        <w:t xml:space="preserve">constructing </w:t>
      </w:r>
      <w:r>
        <w:rPr>
          <w:b w:val="0"/>
          <w:i w:val="0"/>
          <w:smallCaps w:val="0"/>
          <w:strike w:val="0"/>
          <w:sz w:val="20"/>
          <w:highlight w:val="cyan"/>
          <w:u w:val="single"/>
        </w:rPr>
        <w:t>hundreds</w:t>
      </w:r>
      <w:r>
        <w:rPr>
          <w:b w:val="0"/>
          <w:i w:val="0"/>
          <w:smallCaps w:val="0"/>
          <w:strike w:val="0"/>
          <w:sz w:val="20"/>
          <w:highlight w:val="cyan"/>
          <w:u w:val="single"/>
        </w:rPr>
        <w:t xml:space="preserve"> of </w:t>
      </w:r>
      <w:r>
        <w:rPr>
          <w:b w:val="0"/>
          <w:i w:val="0"/>
          <w:smallCaps w:val="0"/>
          <w:strike w:val="0"/>
          <w:sz w:val="20"/>
          <w:u w:val="single"/>
        </w:rPr>
        <w:t xml:space="preserve">nuclear </w:t>
      </w:r>
      <w:r>
        <w:rPr>
          <w:b w:val="0"/>
          <w:i w:val="0"/>
          <w:smallCaps w:val="0"/>
          <w:strike w:val="0"/>
          <w:sz w:val="20"/>
          <w:highlight w:val="cyan"/>
          <w:u w:val="single"/>
        </w:rPr>
        <w:t xml:space="preserve">silos </w:t>
      </w:r>
      <w:r>
        <w:rPr>
          <w:b w:val="0"/>
          <w:i w:val="0"/>
          <w:smallCaps w:val="0"/>
          <w:strike w:val="0"/>
          <w:sz w:val="20"/>
          <w:u w:val="single"/>
        </w:rPr>
        <w:t>across</w:t>
      </w:r>
      <w:r>
        <w:rPr>
          <w:b w:val="0"/>
          <w:i w:val="0"/>
          <w:smallCaps w:val="0"/>
          <w:strike w:val="0"/>
          <w:sz w:val="14"/>
          <w:u w:val="none"/>
        </w:rPr>
        <w:t xml:space="preserve"> its </w:t>
      </w:r>
      <w:r>
        <w:rPr>
          <w:b w:val="0"/>
          <w:i w:val="0"/>
          <w:smallCaps w:val="0"/>
          <w:strike w:val="0"/>
          <w:sz w:val="20"/>
          <w:u w:val="single"/>
        </w:rPr>
        <w:t>northwestern</w:t>
      </w:r>
      <w:r>
        <w:rPr>
          <w:b w:val="0"/>
          <w:i w:val="0"/>
          <w:smallCaps w:val="0"/>
          <w:strike w:val="0"/>
          <w:sz w:val="14"/>
          <w:u w:val="none"/>
        </w:rPr>
        <w:t xml:space="preserve"> </w:t>
      </w:r>
      <w:r>
        <w:rPr>
          <w:b w:val="0"/>
          <w:i w:val="0"/>
          <w:smallCaps w:val="0"/>
          <w:strike w:val="0"/>
          <w:sz w:val="20"/>
          <w:u w:val="single"/>
        </w:rPr>
        <w:t>region</w:t>
      </w:r>
      <w:r>
        <w:rPr>
          <w:b w:val="0"/>
          <w:i w:val="0"/>
          <w:smallCaps w:val="0"/>
          <w:strike w:val="0"/>
          <w:sz w:val="14"/>
          <w:u w:val="none"/>
        </w:rPr>
        <w:t xml:space="preserve"> </w:t>
      </w:r>
      <w:r>
        <w:rPr>
          <w:b w:val="0"/>
          <w:i w:val="0"/>
          <w:smallCaps w:val="0"/>
          <w:strike w:val="0"/>
          <w:sz w:val="20"/>
          <w:u w:val="single"/>
        </w:rPr>
        <w:t xml:space="preserve">and </w:t>
      </w:r>
      <w:r>
        <w:rPr>
          <w:b w:val="0"/>
          <w:i w:val="0"/>
          <w:smallCaps w:val="0"/>
          <w:strike w:val="0"/>
          <w:sz w:val="20"/>
          <w:u w:val="single"/>
        </w:rPr>
        <w:t>speeding up</w:t>
      </w:r>
      <w:r>
        <w:rPr>
          <w:b w:val="0"/>
          <w:i w:val="0"/>
          <w:smallCaps w:val="0"/>
          <w:strike w:val="0"/>
          <w:sz w:val="14"/>
          <w:u w:val="none"/>
        </w:rPr>
        <w:t xml:space="preserve"> its development of new warheads and launchers.</w:t>
      </w:r>
    </w:p>
    <w:p>
      <w:pPr>
        <w:spacing w:after="60"/>
      </w:pPr>
      <w:r>
        <w:rPr>
          <w:b w:val="0"/>
          <w:i w:val="0"/>
          <w:smallCaps w:val="0"/>
          <w:strike w:val="0"/>
          <w:sz w:val="14"/>
          <w:u w:val="none"/>
        </w:rPr>
        <w:t>"</w:t>
      </w:r>
      <w:r>
        <w:rPr>
          <w:b w:val="0"/>
          <w:i w:val="0"/>
          <w:smallCaps w:val="0"/>
          <w:strike w:val="0"/>
          <w:sz w:val="20"/>
          <w:u w:val="single"/>
        </w:rPr>
        <w:t>It</w:t>
      </w:r>
      <w:r>
        <w:rPr>
          <w:b w:val="0"/>
          <w:i w:val="0"/>
          <w:smallCaps w:val="0"/>
          <w:strike w:val="0"/>
          <w:sz w:val="14"/>
          <w:u w:val="none"/>
        </w:rPr>
        <w:t xml:space="preserve"> </w:t>
      </w:r>
      <w:r>
        <w:rPr>
          <w:b w:val="0"/>
          <w:i w:val="0"/>
          <w:smallCaps w:val="0"/>
          <w:strike w:val="0"/>
          <w:sz w:val="20"/>
          <w:u w:val="single"/>
        </w:rPr>
        <w:t xml:space="preserve">is a </w:t>
      </w:r>
      <w:r>
        <w:rPr>
          <w:b w:val="0"/>
          <w:i w:val="0"/>
          <w:smallCaps w:val="0"/>
          <w:strike w:val="0"/>
          <w:sz w:val="20"/>
          <w:highlight w:val="cyan"/>
          <w:u w:val="single"/>
        </w:rPr>
        <w:t>complete transformation</w:t>
      </w:r>
      <w:r>
        <w:rPr>
          <w:b w:val="0"/>
          <w:i w:val="0"/>
          <w:smallCaps w:val="0"/>
          <w:strike w:val="0"/>
          <w:sz w:val="20"/>
          <w:highlight w:val="cyan"/>
          <w:u w:val="single"/>
        </w:rPr>
        <w:t xml:space="preserve"> of </w:t>
      </w:r>
      <w:r>
        <w:rPr>
          <w:b w:val="0"/>
          <w:i w:val="0"/>
          <w:smallCaps w:val="0"/>
          <w:strike w:val="0"/>
          <w:sz w:val="20"/>
          <w:u w:val="single"/>
        </w:rPr>
        <w:t xml:space="preserve">China's approach to </w:t>
      </w:r>
      <w:r>
        <w:rPr>
          <w:b w:val="0"/>
          <w:i w:val="0"/>
          <w:smallCaps w:val="0"/>
          <w:strike w:val="0"/>
          <w:sz w:val="20"/>
          <w:highlight w:val="cyan"/>
          <w:u w:val="single"/>
        </w:rPr>
        <w:t>nuclear weapons</w:t>
      </w:r>
      <w:r>
        <w:rPr>
          <w:b w:val="0"/>
          <w:i w:val="0"/>
          <w:smallCaps w:val="0"/>
          <w:strike w:val="0"/>
          <w:sz w:val="20"/>
          <w:u w:val="single"/>
        </w:rPr>
        <w:t xml:space="preserve">," says M. Taylor Fravel, a professor of political science who specializes in security studies at the Massachusetts Institute of Technology. </w:t>
      </w:r>
      <w:r>
        <w:rPr>
          <w:b w:val="0"/>
          <w:i w:val="0"/>
          <w:smallCaps w:val="0"/>
          <w:strike w:val="0"/>
          <w:sz w:val="20"/>
          <w:highlight w:val="cyan"/>
          <w:u w:val="single"/>
        </w:rPr>
        <w:t xml:space="preserve">China has </w:t>
      </w:r>
      <w:r>
        <w:rPr>
          <w:b w:val="0"/>
          <w:i w:val="0"/>
          <w:smallCaps w:val="0"/>
          <w:strike w:val="0"/>
          <w:sz w:val="20"/>
          <w:u w:val="single"/>
        </w:rPr>
        <w:t xml:space="preserve">since more than </w:t>
      </w:r>
      <w:r>
        <w:rPr>
          <w:b w:val="0"/>
          <w:i w:val="0"/>
          <w:smallCaps w:val="0"/>
          <w:strike w:val="0"/>
          <w:sz w:val="20"/>
          <w:highlight w:val="cyan"/>
          <w:u w:val="single"/>
        </w:rPr>
        <w:t xml:space="preserve">doubled the </w:t>
      </w:r>
      <w:r>
        <w:rPr>
          <w:b w:val="0"/>
          <w:i w:val="0"/>
          <w:smallCaps w:val="0"/>
          <w:strike w:val="0"/>
          <w:sz w:val="20"/>
          <w:u w:val="single"/>
        </w:rPr>
        <w:t xml:space="preserve">number of </w:t>
      </w:r>
      <w:r>
        <w:rPr>
          <w:b w:val="0"/>
          <w:i w:val="0"/>
          <w:smallCaps w:val="0"/>
          <w:strike w:val="0"/>
          <w:sz w:val="20"/>
          <w:highlight w:val="cyan"/>
          <w:u w:val="single"/>
        </w:rPr>
        <w:t>warheads</w:t>
      </w:r>
      <w:r>
        <w:rPr>
          <w:b w:val="0"/>
          <w:i w:val="0"/>
          <w:smallCaps w:val="0"/>
          <w:strike w:val="0"/>
          <w:sz w:val="20"/>
          <w:highlight w:val="cyan"/>
          <w:u w:val="single"/>
        </w:rPr>
        <w:t xml:space="preserve"> in its arsenal</w:t>
      </w:r>
      <w:r>
        <w:rPr>
          <w:b w:val="0"/>
          <w:i w:val="0"/>
          <w:smallCaps w:val="0"/>
          <w:strike w:val="0"/>
          <w:sz w:val="20"/>
          <w:u w:val="single"/>
        </w:rPr>
        <w:t xml:space="preserve">, according to the latest Pentagon report, "confirming that the </w:t>
      </w:r>
      <w:r>
        <w:rPr>
          <w:b w:val="0"/>
          <w:i w:val="0"/>
          <w:smallCaps w:val="0"/>
          <w:strike w:val="0"/>
          <w:sz w:val="20"/>
          <w:u w:val="single"/>
        </w:rPr>
        <w:t>rapid modernization</w:t>
      </w:r>
      <w:r>
        <w:rPr>
          <w:b w:val="0"/>
          <w:i w:val="0"/>
          <w:smallCaps w:val="0"/>
          <w:strike w:val="0"/>
          <w:sz w:val="20"/>
          <w:u w:val="single"/>
        </w:rPr>
        <w:t xml:space="preserve"> foreshadowed </w:t>
      </w:r>
      <w:r>
        <w:rPr>
          <w:b w:val="0"/>
          <w:i w:val="0"/>
          <w:smallCaps w:val="0"/>
          <w:strike w:val="0"/>
          <w:sz w:val="20"/>
          <w:u w:val="single"/>
        </w:rPr>
        <w:t>several</w:t>
      </w:r>
      <w:r>
        <w:rPr>
          <w:b w:val="0"/>
          <w:i w:val="0"/>
          <w:smallCaps w:val="0"/>
          <w:strike w:val="0"/>
          <w:sz w:val="20"/>
          <w:u w:val="single"/>
        </w:rPr>
        <w:t xml:space="preserve"> </w:t>
      </w:r>
      <w:r>
        <w:rPr>
          <w:b w:val="0"/>
          <w:i w:val="0"/>
          <w:smallCaps w:val="0"/>
          <w:strike w:val="0"/>
          <w:sz w:val="20"/>
          <w:u w:val="single"/>
        </w:rPr>
        <w:t>years</w:t>
      </w:r>
      <w:r>
        <w:rPr>
          <w:b w:val="0"/>
          <w:i w:val="0"/>
          <w:smallCaps w:val="0"/>
          <w:strike w:val="0"/>
          <w:sz w:val="20"/>
          <w:u w:val="single"/>
        </w:rPr>
        <w:t xml:space="preserve"> ago is </w:t>
      </w:r>
      <w:r>
        <w:rPr>
          <w:b w:val="0"/>
          <w:i w:val="0"/>
          <w:smallCaps w:val="0"/>
          <w:strike w:val="0"/>
          <w:sz w:val="20"/>
          <w:u w:val="single"/>
        </w:rPr>
        <w:t>on track</w:t>
      </w:r>
      <w:r>
        <w:rPr>
          <w:b w:val="0"/>
          <w:i w:val="0"/>
          <w:smallCaps w:val="0"/>
          <w:strike w:val="0"/>
          <w:sz w:val="20"/>
          <w:u w:val="single"/>
        </w:rPr>
        <w:t>," in China, says Fravel.</w:t>
      </w:r>
    </w:p>
    <w:p>
      <w:pPr>
        <w:spacing w:after="60"/>
      </w:pPr>
      <w:r>
        <w:rPr>
          <w:b w:val="0"/>
          <w:i w:val="0"/>
          <w:smallCaps w:val="0"/>
          <w:strike w:val="0"/>
          <w:sz w:val="14"/>
          <w:u w:val="none"/>
        </w:rPr>
        <w:t>The Pentagon's annual report on China began in 2000, and despite current hot wars in both Ukraine and now the Middle East, the Pentagon assessment is closely watched as national security concerns on China continue to drive U.S. defense budgets and training priorities.</w:t>
      </w:r>
    </w:p>
    <w:p>
      <w:pPr>
        <w:spacing w:after="60"/>
      </w:pPr>
      <w:r>
        <w:rPr>
          <w:b w:val="0"/>
          <w:i w:val="0"/>
          <w:smallCaps w:val="0"/>
          <w:strike w:val="0"/>
          <w:sz w:val="14"/>
          <w:u w:val="none"/>
        </w:rPr>
        <w:t>The report comes after a year of mounting tensions in the Taiwan Strait. China claims the self-governed island as its breakaway province and has vowed to take it one day.</w:t>
      </w:r>
    </w:p>
    <w:p>
      <w:pPr>
        <w:spacing w:after="60"/>
      </w:pPr>
      <w:r>
        <w:rPr>
          <w:b w:val="0"/>
          <w:i w:val="0"/>
          <w:smallCaps w:val="0"/>
          <w:strike w:val="0"/>
          <w:sz w:val="14"/>
          <w:u w:val="none"/>
        </w:rPr>
        <w:t>Last August, following former House speaker Nancy Pelosi's high-profile visit to the island democracy, China held large-scale military exercises that encircled Taiwan's main island. Analysts said the move demonstrated how Beijing's military might blockade Taiwan and cut it off from critical energy supplies in the future.</w:t>
      </w:r>
    </w:p>
    <w:p>
      <w:pPr>
        <w:spacing w:after="60"/>
      </w:pPr>
      <w:r>
        <w:rPr>
          <w:b w:val="0"/>
          <w:i w:val="0"/>
          <w:smallCaps w:val="0"/>
          <w:strike w:val="0"/>
          <w:sz w:val="14"/>
          <w:u w:val="none"/>
        </w:rPr>
        <w:t>Since the exercises, China's military, the People's Liberation Army or PLA, has also flown more regular sorties of military planes and deployed naval vessels around Taiwan.</w:t>
      </w:r>
    </w:p>
    <w:p>
      <w:pPr>
        <w:spacing w:after="60"/>
      </w:pPr>
      <w:r>
        <w:rPr>
          <w:b w:val="0"/>
          <w:i w:val="0"/>
          <w:smallCaps w:val="0"/>
          <w:strike w:val="0"/>
          <w:sz w:val="14"/>
          <w:u w:val="none"/>
        </w:rPr>
        <w:t>The Pentagon report noted that "the PLA is preparing for a contingency to unify Taiwan with the PRC by force if perceived as necessary by Beijing," using an acronym for the People's Republic of China.</w:t>
      </w:r>
    </w:p>
    <w:p>
      <w:pPr>
        <w:spacing w:after="60"/>
      </w:pPr>
      <w:r>
        <w:rPr>
          <w:b w:val="0"/>
          <w:i w:val="0"/>
          <w:smallCaps w:val="0"/>
          <w:strike w:val="0"/>
          <w:sz w:val="14"/>
          <w:u w:val="none"/>
        </w:rPr>
        <w:t>"We definitely see improvements in their capabilities. Those were demonstrated in certain respects during their response to the then-Speaker Pelosi's visit to Taiwan, to President Tsai [Ing-wen]'s transit of the United States," the senior defense official said, but also noted that the "PRC still perceives that they have some shortcomings that they have yet to fully address."</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