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w:t>
      </w:r>
      <w:r>
        <w:rPr>
          <w:b/>
          <w:i w:val="0"/>
          <w:smallCaps w:val="0"/>
          <w:strike w:val="0"/>
          <w:sz w:val="24"/>
          <w:u w:val="single"/>
        </w:rPr>
        <w:t>exploitation</w:t>
      </w:r>
      <w:r>
        <w:rPr>
          <w:b/>
          <w:i w:val="0"/>
          <w:smallCaps w:val="0"/>
          <w:strike w:val="0"/>
          <w:sz w:val="24"/>
          <w:u w:val="none"/>
        </w:rPr>
        <w:t xml:space="preserve"> of the U.S patent</w:t>
      </w:r>
      <w:r>
        <w:rPr>
          <w:b/>
          <w:i w:val="0"/>
          <w:smallCaps w:val="0"/>
          <w:strike w:val="0"/>
          <w:sz w:val="24"/>
          <w:u w:val="none"/>
        </w:rPr>
        <w:t xml:space="preserve"> system</w:t>
      </w:r>
      <w:r>
        <w:rPr>
          <w:b/>
          <w:i w:val="0"/>
          <w:smallCaps w:val="0"/>
          <w:strike w:val="0"/>
          <w:sz w:val="24"/>
          <w:u w:val="none"/>
        </w:rPr>
        <w:t xml:space="preserve"> </w:t>
      </w:r>
      <w:r>
        <w:rPr>
          <w:b/>
          <w:i w:val="0"/>
          <w:smallCaps w:val="0"/>
          <w:strike w:val="0"/>
          <w:sz w:val="24"/>
          <w:u w:val="single"/>
        </w:rPr>
        <w:t>decks leadership</w:t>
      </w:r>
      <w:r>
        <w:rPr>
          <w:b/>
          <w:i w:val="0"/>
          <w:smallCaps w:val="0"/>
          <w:strike w:val="0"/>
          <w:sz w:val="24"/>
          <w:u w:val="none"/>
        </w:rPr>
        <w:t>.</w:t>
      </w:r>
    </w:p>
    <w:p>
      <w:pPr>
        <w:spacing w:after="80"/>
      </w:pPr>
      <w:r>
        <w:rPr>
          <w:b w:val="0"/>
          <w:i w:val="0"/>
          <w:smallCaps w:val="0"/>
          <w:strike w:val="0"/>
          <w:sz w:val="20"/>
          <w:u w:val="none"/>
        </w:rPr>
        <w:t xml:space="preserve">[Josh </w:t>
      </w:r>
      <w:r>
        <w:rPr>
          <w:b/>
          <w:i w:val="0"/>
          <w:smallCaps w:val="0"/>
          <w:strike w:val="0"/>
          <w:sz w:val="24"/>
          <w:u w:val="none"/>
        </w:rPr>
        <w:t>Malone</w:t>
      </w:r>
      <w:r>
        <w:rPr>
          <w:b w:val="0"/>
          <w:i w:val="0"/>
          <w:smallCaps w:val="0"/>
          <w:strike w:val="0"/>
          <w:sz w:val="20"/>
          <w:u w:val="none"/>
        </w:rPr>
        <w:t xml:space="preserve">; </w:t>
      </w:r>
      <w:r>
        <w:rPr>
          <w:b w:val="0"/>
          <w:i w:val="0"/>
          <w:smallCaps w:val="0"/>
          <w:strike w:val="0"/>
          <w:sz w:val="20"/>
          <w:u w:val="none"/>
        </w:rPr>
        <w:t>JULY 26, 20</w:t>
      </w:r>
      <w:r>
        <w:rPr>
          <w:b/>
          <w:i w:val="0"/>
          <w:smallCaps w:val="0"/>
          <w:strike w:val="0"/>
          <w:sz w:val="24"/>
          <w:u w:val="none"/>
        </w:rPr>
        <w:t>23</w:t>
      </w:r>
      <w:r>
        <w:rPr>
          <w:b w:val="0"/>
          <w:i w:val="0"/>
          <w:smallCaps w:val="0"/>
          <w:strike w:val="0"/>
          <w:sz w:val="20"/>
          <w:u w:val="none"/>
        </w:rPr>
        <w:t>; US Inventor; Colorado School of Mines; “</w:t>
      </w:r>
      <w:r>
        <w:rPr>
          <w:b w:val="0"/>
          <w:i w:val="0"/>
          <w:smallCaps w:val="0"/>
          <w:strike w:val="0"/>
          <w:sz w:val="20"/>
          <w:u w:val="none"/>
        </w:rPr>
        <w:t>The PTAB: China’s Silent but Deadly Weapon in Its Economic War Against America</w:t>
      </w:r>
      <w:r>
        <w:rPr>
          <w:b w:val="0"/>
          <w:i w:val="0"/>
          <w:smallCaps w:val="0"/>
          <w:strike w:val="0"/>
          <w:sz w:val="20"/>
          <w:u w:val="none"/>
        </w:rPr>
        <w:t xml:space="preserve">” </w:t>
      </w:r>
      <w:r>
        <w:rPr>
          <w:b w:val="0"/>
          <w:i w:val="0"/>
          <w:smallCaps w:val="0"/>
          <w:strike w:val="0"/>
          <w:sz w:val="20"/>
          <w:u w:val="none"/>
        </w:rPr>
        <w:t>https://ipwatchdog.com/2023/07/26/ptab-chinas-silent-deadly-weapon-economic-war-america/id=164145/#</w:t>
      </w:r>
      <w:r>
        <w:rPr>
          <w:b w:val="0"/>
          <w:i w:val="0"/>
          <w:smallCaps w:val="0"/>
          <w:strike w:val="0"/>
          <w:sz w:val="20"/>
          <w:u w:val="none"/>
        </w:rPr>
        <w:t>] NP]</w:t>
      </w:r>
    </w:p>
    <w:p>
      <w:pPr>
        <w:spacing w:after="60"/>
      </w:pPr>
      <w:r>
        <w:rPr>
          <w:b w:val="0"/>
          <w:i w:val="0"/>
          <w:smallCaps w:val="0"/>
          <w:strike w:val="0"/>
          <w:sz w:val="16"/>
          <w:u w:val="none"/>
        </w:rPr>
        <w:t xml:space="preserve">Of the many ways that the </w:t>
      </w:r>
      <w:r>
        <w:rPr>
          <w:b w:val="0"/>
          <w:i w:val="0"/>
          <w:smallCaps w:val="0"/>
          <w:strike w:val="0"/>
          <w:sz w:val="20"/>
          <w:u w:val="single"/>
        </w:rPr>
        <w:t>Patent Trial and Appeal Board (</w:t>
      </w:r>
      <w:r>
        <w:rPr>
          <w:b w:val="0"/>
          <w:i w:val="0"/>
          <w:smallCaps w:val="0"/>
          <w:strike w:val="0"/>
          <w:sz w:val="20"/>
          <w:highlight w:val="cyan"/>
          <w:u w:val="single"/>
        </w:rPr>
        <w:t>PTAB</w:t>
      </w:r>
      <w:r>
        <w:rPr>
          <w:b w:val="0"/>
          <w:i w:val="0"/>
          <w:smallCaps w:val="0"/>
          <w:strike w:val="0"/>
          <w:sz w:val="16"/>
          <w:highlight w:val="cyan"/>
          <w:u w:val="none"/>
        </w:rPr>
        <w:t xml:space="preserve">) </w:t>
      </w:r>
      <w:r>
        <w:rPr>
          <w:b w:val="0"/>
          <w:i w:val="0"/>
          <w:smallCaps w:val="0"/>
          <w:strike w:val="0"/>
          <w:sz w:val="20"/>
          <w:highlight w:val="cyan"/>
          <w:u w:val="single"/>
        </w:rPr>
        <w:t>works</w:t>
      </w:r>
      <w:r>
        <w:rPr>
          <w:b w:val="0"/>
          <w:i w:val="0"/>
          <w:smallCaps w:val="0"/>
          <w:strike w:val="0"/>
          <w:sz w:val="16"/>
          <w:u w:val="none"/>
        </w:rPr>
        <w:t xml:space="preserve"> to the </w:t>
      </w:r>
      <w:r>
        <w:rPr>
          <w:b w:val="0"/>
          <w:i w:val="0"/>
          <w:smallCaps w:val="0"/>
          <w:strike w:val="0"/>
          <w:sz w:val="20"/>
          <w:highlight w:val="cyan"/>
          <w:u w:val="single"/>
        </w:rPr>
        <w:t>detriment</w:t>
      </w:r>
      <w:r>
        <w:rPr>
          <w:b w:val="0"/>
          <w:i w:val="0"/>
          <w:smallCaps w:val="0"/>
          <w:strike w:val="0"/>
          <w:sz w:val="20"/>
          <w:highlight w:val="cyan"/>
          <w:u w:val="single"/>
        </w:rPr>
        <w:t xml:space="preserve"> </w:t>
      </w:r>
      <w:r>
        <w:rPr>
          <w:b w:val="0"/>
          <w:i w:val="0"/>
          <w:smallCaps w:val="0"/>
          <w:strike w:val="0"/>
          <w:sz w:val="20"/>
          <w:highlight w:val="cyan"/>
          <w:u w:val="single"/>
        </w:rPr>
        <w:t>of</w:t>
      </w:r>
      <w:r>
        <w:rPr>
          <w:b w:val="0"/>
          <w:i w:val="0"/>
          <w:smallCaps w:val="0"/>
          <w:strike w:val="0"/>
          <w:sz w:val="20"/>
          <w:u w:val="single"/>
        </w:rPr>
        <w:t xml:space="preserve"> the </w:t>
      </w:r>
      <w:r>
        <w:rPr>
          <w:b w:val="0"/>
          <w:i w:val="0"/>
          <w:smallCaps w:val="0"/>
          <w:strike w:val="0"/>
          <w:sz w:val="20"/>
          <w:highlight w:val="cyan"/>
          <w:u w:val="single"/>
        </w:rPr>
        <w:t>U.S.</w:t>
      </w:r>
      <w:r>
        <w:rPr>
          <w:b w:val="0"/>
          <w:i w:val="0"/>
          <w:smallCaps w:val="0"/>
          <w:strike w:val="0"/>
          <w:sz w:val="20"/>
          <w:u w:val="single"/>
        </w:rPr>
        <w:t xml:space="preserve"> </w:t>
      </w:r>
      <w:r>
        <w:rPr>
          <w:b w:val="0"/>
          <w:i w:val="0"/>
          <w:smallCaps w:val="0"/>
          <w:strike w:val="0"/>
          <w:sz w:val="20"/>
          <w:highlight w:val="cyan"/>
          <w:u w:val="single"/>
        </w:rPr>
        <w:t>innovation</w:t>
      </w:r>
      <w:r>
        <w:rPr>
          <w:b w:val="0"/>
          <w:i w:val="0"/>
          <w:smallCaps w:val="0"/>
          <w:strike w:val="0"/>
          <w:sz w:val="20"/>
          <w:highlight w:val="cyan"/>
          <w:u w:val="single"/>
        </w:rPr>
        <w:t xml:space="preserve"> </w:t>
      </w:r>
      <w:r>
        <w:rPr>
          <w:b w:val="0"/>
          <w:i w:val="0"/>
          <w:smallCaps w:val="0"/>
          <w:strike w:val="0"/>
          <w:sz w:val="20"/>
          <w:highlight w:val="cyan"/>
          <w:u w:val="single"/>
        </w:rPr>
        <w:t>economy</w:t>
      </w:r>
      <w:r>
        <w:rPr>
          <w:b w:val="0"/>
          <w:i w:val="0"/>
          <w:smallCaps w:val="0"/>
          <w:strike w:val="0"/>
          <w:sz w:val="16"/>
          <w:u w:val="none"/>
        </w:rPr>
        <w:t xml:space="preserve">, one of the </w:t>
      </w:r>
      <w:r>
        <w:rPr>
          <w:b w:val="0"/>
          <w:i w:val="0"/>
          <w:smallCaps w:val="0"/>
          <w:strike w:val="0"/>
          <w:sz w:val="20"/>
          <w:highlight w:val="cyan"/>
          <w:u w:val="single"/>
        </w:rPr>
        <w:t xml:space="preserve">most </w:t>
      </w:r>
      <w:r>
        <w:rPr>
          <w:b w:val="0"/>
          <w:i w:val="0"/>
          <w:smallCaps w:val="0"/>
          <w:strike w:val="0"/>
          <w:sz w:val="20"/>
          <w:highlight w:val="cyan"/>
          <w:u w:val="single"/>
        </w:rPr>
        <w:t>nefarious</w:t>
      </w:r>
      <w:r>
        <w:rPr>
          <w:b w:val="0"/>
          <w:i w:val="0"/>
          <w:smallCaps w:val="0"/>
          <w:strike w:val="0"/>
          <w:sz w:val="20"/>
          <w:highlight w:val="cyan"/>
          <w:u w:val="single"/>
        </w:rPr>
        <w:t xml:space="preserve"> is</w:t>
      </w:r>
      <w:r>
        <w:rPr>
          <w:b w:val="0"/>
          <w:i w:val="0"/>
          <w:smallCaps w:val="0"/>
          <w:strike w:val="0"/>
          <w:sz w:val="16"/>
          <w:u w:val="none"/>
        </w:rPr>
        <w:t xml:space="preserve"> the </w:t>
      </w:r>
      <w:r>
        <w:rPr>
          <w:b w:val="0"/>
          <w:i w:val="0"/>
          <w:smallCaps w:val="0"/>
          <w:strike w:val="0"/>
          <w:sz w:val="20"/>
          <w:highlight w:val="cyan"/>
          <w:u w:val="single"/>
        </w:rPr>
        <w:t>Chinese</w:t>
      </w:r>
      <w:r>
        <w:rPr>
          <w:b w:val="0"/>
          <w:i w:val="0"/>
          <w:smallCaps w:val="0"/>
          <w:strike w:val="0"/>
          <w:sz w:val="20"/>
          <w:highlight w:val="cyan"/>
          <w:u w:val="single"/>
        </w:rPr>
        <w:t xml:space="preserve"> </w:t>
      </w:r>
      <w:r>
        <w:rPr>
          <w:b w:val="0"/>
          <w:i w:val="0"/>
          <w:smallCaps w:val="0"/>
          <w:strike w:val="0"/>
          <w:sz w:val="20"/>
          <w:highlight w:val="cyan"/>
          <w:u w:val="single"/>
        </w:rPr>
        <w:t>government’s</w:t>
      </w:r>
      <w:r>
        <w:rPr>
          <w:b w:val="0"/>
          <w:i w:val="0"/>
          <w:smallCaps w:val="0"/>
          <w:strike w:val="0"/>
          <w:sz w:val="16"/>
          <w:u w:val="none"/>
        </w:rPr>
        <w:t xml:space="preserve"> </w:t>
      </w:r>
      <w:r>
        <w:rPr>
          <w:b w:val="0"/>
          <w:i w:val="0"/>
          <w:smallCaps w:val="0"/>
          <w:strike w:val="0"/>
          <w:sz w:val="20"/>
          <w:highlight w:val="cyan"/>
          <w:u w:val="single"/>
        </w:rPr>
        <w:t>use</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val="0"/>
          <w:i w:val="0"/>
          <w:smallCaps w:val="0"/>
          <w:strike w:val="0"/>
          <w:sz w:val="20"/>
          <w:highlight w:val="cyan"/>
          <w:u w:val="single"/>
        </w:rPr>
        <w:t>patent</w:t>
      </w:r>
      <w:r>
        <w:rPr>
          <w:b w:val="0"/>
          <w:i w:val="0"/>
          <w:smallCaps w:val="0"/>
          <w:strike w:val="0"/>
          <w:sz w:val="16"/>
          <w:u w:val="none"/>
        </w:rPr>
        <w:t xml:space="preserve"> </w:t>
      </w:r>
      <w:r>
        <w:rPr>
          <w:b w:val="0"/>
          <w:i w:val="0"/>
          <w:smallCaps w:val="0"/>
          <w:strike w:val="0"/>
          <w:sz w:val="20"/>
          <w:u w:val="single"/>
        </w:rPr>
        <w:t>validity</w:t>
      </w:r>
      <w:r>
        <w:rPr>
          <w:b w:val="0"/>
          <w:i w:val="0"/>
          <w:smallCaps w:val="0"/>
          <w:strike w:val="0"/>
          <w:sz w:val="16"/>
          <w:u w:val="none"/>
        </w:rPr>
        <w:t xml:space="preserve"> </w:t>
      </w:r>
      <w:r>
        <w:rPr>
          <w:b w:val="0"/>
          <w:i w:val="0"/>
          <w:smallCaps w:val="0"/>
          <w:strike w:val="0"/>
          <w:sz w:val="20"/>
          <w:highlight w:val="cyan"/>
          <w:u w:val="single"/>
        </w:rPr>
        <w:t>review</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16"/>
          <w:highlight w:val="cyan"/>
          <w:u w:val="none"/>
        </w:rPr>
        <w:t xml:space="preserve"> </w:t>
      </w:r>
      <w:r>
        <w:rPr>
          <w:b w:val="0"/>
          <w:i w:val="0"/>
          <w:smallCaps w:val="0"/>
          <w:strike w:val="0"/>
          <w:sz w:val="20"/>
          <w:highlight w:val="cyan"/>
          <w:u w:val="single"/>
        </w:rPr>
        <w:t>advance</w:t>
      </w:r>
      <w:r>
        <w:rPr>
          <w:b w:val="0"/>
          <w:i w:val="0"/>
          <w:smallCaps w:val="0"/>
          <w:strike w:val="0"/>
          <w:sz w:val="16"/>
          <w:u w:val="none"/>
        </w:rPr>
        <w:t xml:space="preserve"> its </w:t>
      </w:r>
      <w:r>
        <w:rPr>
          <w:b w:val="0"/>
          <w:i w:val="0"/>
          <w:smallCaps w:val="0"/>
          <w:strike w:val="0"/>
          <w:sz w:val="20"/>
          <w:highlight w:val="cyan"/>
          <w:u w:val="single"/>
        </w:rPr>
        <w:t>national</w:t>
      </w:r>
      <w:r>
        <w:rPr>
          <w:b w:val="0"/>
          <w:i w:val="0"/>
          <w:smallCaps w:val="0"/>
          <w:strike w:val="0"/>
          <w:sz w:val="20"/>
          <w:highlight w:val="cyan"/>
          <w:u w:val="single"/>
        </w:rPr>
        <w:t xml:space="preserve"> </w:t>
      </w:r>
      <w:r>
        <w:rPr>
          <w:b w:val="0"/>
          <w:i w:val="0"/>
          <w:smallCaps w:val="0"/>
          <w:strike w:val="0"/>
          <w:sz w:val="20"/>
          <w:highlight w:val="cyan"/>
          <w:u w:val="single"/>
        </w:rPr>
        <w:t>interests</w:t>
      </w:r>
      <w:r>
        <w:rPr>
          <w:b w:val="0"/>
          <w:i w:val="0"/>
          <w:smallCaps w:val="0"/>
          <w:strike w:val="0"/>
          <w:sz w:val="16"/>
          <w:u w:val="none"/>
        </w:rPr>
        <w:t xml:space="preserve">. </w:t>
      </w:r>
      <w:r>
        <w:rPr>
          <w:b w:val="0"/>
          <w:i w:val="0"/>
          <w:smallCaps w:val="0"/>
          <w:strike w:val="0"/>
          <w:sz w:val="20"/>
          <w:u w:val="single"/>
        </w:rPr>
        <w:t>Recent</w:t>
      </w:r>
      <w:r>
        <w:rPr>
          <w:b w:val="0"/>
          <w:i w:val="0"/>
          <w:smallCaps w:val="0"/>
          <w:strike w:val="0"/>
          <w:sz w:val="16"/>
          <w:u w:val="none"/>
        </w:rPr>
        <w:t xml:space="preserve"> </w:t>
      </w:r>
      <w:r>
        <w:rPr>
          <w:b w:val="0"/>
          <w:i w:val="0"/>
          <w:smallCaps w:val="0"/>
          <w:strike w:val="0"/>
          <w:sz w:val="20"/>
          <w:u w:val="single"/>
        </w:rPr>
        <w:t>briefing</w:t>
      </w:r>
      <w:r>
        <w:rPr>
          <w:b w:val="0"/>
          <w:i w:val="0"/>
          <w:smallCaps w:val="0"/>
          <w:strike w:val="0"/>
          <w:sz w:val="16"/>
          <w:u w:val="none"/>
        </w:rPr>
        <w:t xml:space="preserve"> filed at the PTAB </w:t>
      </w:r>
      <w:r>
        <w:rPr>
          <w:b w:val="0"/>
          <w:i w:val="0"/>
          <w:smallCaps w:val="0"/>
          <w:strike w:val="0"/>
          <w:sz w:val="20"/>
          <w:u w:val="single"/>
        </w:rPr>
        <w:t>suggests</w:t>
      </w:r>
      <w:r>
        <w:rPr>
          <w:b w:val="0"/>
          <w:i w:val="0"/>
          <w:smallCaps w:val="0"/>
          <w:strike w:val="0"/>
          <w:sz w:val="16"/>
          <w:u w:val="none"/>
        </w:rPr>
        <w:t xml:space="preserve"> that </w:t>
      </w:r>
      <w:r>
        <w:rPr>
          <w:b w:val="0"/>
          <w:i w:val="0"/>
          <w:smallCaps w:val="0"/>
          <w:strike w:val="0"/>
          <w:sz w:val="20"/>
          <w:u w:val="single"/>
        </w:rPr>
        <w:t xml:space="preserve">the </w:t>
      </w:r>
      <w:r>
        <w:rPr>
          <w:b w:val="0"/>
          <w:i w:val="0"/>
          <w:smallCaps w:val="0"/>
          <w:strike w:val="0"/>
          <w:sz w:val="20"/>
          <w:highlight w:val="cyan"/>
          <w:u w:val="single"/>
        </w:rPr>
        <w:t>Board</w:t>
      </w:r>
      <w:r>
        <w:rPr>
          <w:b w:val="0"/>
          <w:i w:val="0"/>
          <w:smallCaps w:val="0"/>
          <w:strike w:val="0"/>
          <w:sz w:val="16"/>
          <w:highlight w:val="cyan"/>
          <w:u w:val="none"/>
        </w:rPr>
        <w:t xml:space="preserve"> </w:t>
      </w:r>
      <w:r>
        <w:rPr>
          <w:b w:val="0"/>
          <w:i w:val="0"/>
          <w:smallCaps w:val="0"/>
          <w:strike w:val="0"/>
          <w:sz w:val="20"/>
          <w:highlight w:val="cyan"/>
          <w:u w:val="single"/>
        </w:rPr>
        <w:t>is</w:t>
      </w:r>
      <w:r>
        <w:rPr>
          <w:b w:val="0"/>
          <w:i w:val="0"/>
          <w:smallCaps w:val="0"/>
          <w:strike w:val="0"/>
          <w:sz w:val="20"/>
          <w:u w:val="single"/>
        </w:rPr>
        <w:t xml:space="preserve"> </w:t>
      </w:r>
      <w:r>
        <w:rPr>
          <w:b w:val="0"/>
          <w:i w:val="0"/>
          <w:smallCaps w:val="0"/>
          <w:strike w:val="0"/>
          <w:sz w:val="20"/>
          <w:highlight w:val="cyan"/>
          <w:u w:val="single"/>
        </w:rPr>
        <w:t xml:space="preserve">quietly </w:t>
      </w:r>
      <w:r>
        <w:rPr>
          <w:b w:val="0"/>
          <w:i w:val="0"/>
          <w:smallCaps w:val="0"/>
          <w:strike w:val="0"/>
          <w:sz w:val="20"/>
          <w:highlight w:val="cyan"/>
          <w:u w:val="single"/>
        </w:rPr>
        <w:t>helping China</w:t>
      </w:r>
      <w:r>
        <w:rPr>
          <w:b w:val="0"/>
          <w:i w:val="0"/>
          <w:smallCaps w:val="0"/>
          <w:strike w:val="0"/>
          <w:sz w:val="16"/>
          <w:u w:val="none"/>
        </w:rPr>
        <w:t xml:space="preserve"> win the war for technological supremacy during the 21st century, mainly </w:t>
      </w:r>
      <w:r>
        <w:rPr>
          <w:b w:val="0"/>
          <w:i w:val="0"/>
          <w:smallCaps w:val="0"/>
          <w:strike w:val="0"/>
          <w:sz w:val="20"/>
          <w:u w:val="single"/>
        </w:rPr>
        <w:t>by</w:t>
      </w:r>
      <w:r>
        <w:rPr>
          <w:b w:val="0"/>
          <w:i w:val="0"/>
          <w:smallCaps w:val="0"/>
          <w:strike w:val="0"/>
          <w:sz w:val="16"/>
          <w:u w:val="none"/>
        </w:rPr>
        <w:t xml:space="preserve"> </w:t>
      </w:r>
      <w:r>
        <w:rPr>
          <w:b w:val="0"/>
          <w:i w:val="0"/>
          <w:smallCaps w:val="0"/>
          <w:strike w:val="0"/>
          <w:sz w:val="20"/>
          <w:highlight w:val="cyan"/>
          <w:u w:val="single"/>
        </w:rPr>
        <w:t>destroying</w:t>
      </w:r>
      <w:r>
        <w:rPr>
          <w:b w:val="0"/>
          <w:i w:val="0"/>
          <w:smallCaps w:val="0"/>
          <w:strike w:val="0"/>
          <w:sz w:val="16"/>
          <w:u w:val="none"/>
        </w:rPr>
        <w:t xml:space="preserve"> the </w:t>
      </w:r>
      <w:r>
        <w:rPr>
          <w:b w:val="0"/>
          <w:i w:val="0"/>
          <w:smallCaps w:val="0"/>
          <w:strike w:val="0"/>
          <w:sz w:val="20"/>
          <w:highlight w:val="cyan"/>
          <w:u w:val="single"/>
        </w:rPr>
        <w:t>economic</w:t>
      </w:r>
      <w:r>
        <w:rPr>
          <w:b w:val="0"/>
          <w:i w:val="0"/>
          <w:smallCaps w:val="0"/>
          <w:strike w:val="0"/>
          <w:sz w:val="20"/>
          <w:highlight w:val="cyan"/>
          <w:u w:val="single"/>
        </w:rPr>
        <w:t xml:space="preserve"> </w:t>
      </w:r>
      <w:r>
        <w:rPr>
          <w:b w:val="0"/>
          <w:i w:val="0"/>
          <w:smallCaps w:val="0"/>
          <w:strike w:val="0"/>
          <w:sz w:val="20"/>
          <w:highlight w:val="cyan"/>
          <w:u w:val="single"/>
        </w:rPr>
        <w:t>interests</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u w:val="none"/>
        </w:rPr>
        <w:t xml:space="preserve"> American </w:t>
      </w:r>
      <w:r>
        <w:rPr>
          <w:b w:val="0"/>
          <w:i w:val="0"/>
          <w:smallCaps w:val="0"/>
          <w:strike w:val="0"/>
          <w:sz w:val="20"/>
          <w:u w:val="single"/>
        </w:rPr>
        <w:t>small</w:t>
      </w:r>
      <w:r>
        <w:rPr>
          <w:b w:val="0"/>
          <w:i w:val="0"/>
          <w:smallCaps w:val="0"/>
          <w:strike w:val="0"/>
          <w:sz w:val="20"/>
          <w:u w:val="single"/>
        </w:rPr>
        <w:t xml:space="preserve"> </w:t>
      </w:r>
      <w:r>
        <w:rPr>
          <w:b w:val="0"/>
          <w:i w:val="0"/>
          <w:smallCaps w:val="0"/>
          <w:strike w:val="0"/>
          <w:sz w:val="20"/>
          <w:u w:val="single"/>
        </w:rPr>
        <w:t>businesses</w:t>
      </w:r>
      <w:r>
        <w:rPr>
          <w:b w:val="0"/>
          <w:i w:val="0"/>
          <w:smallCaps w:val="0"/>
          <w:strike w:val="0"/>
          <w:sz w:val="20"/>
          <w:u w:val="single"/>
        </w:rPr>
        <w:t xml:space="preserve"> innovating</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industrial </w:t>
      </w:r>
      <w:r>
        <w:rPr>
          <w:b w:val="0"/>
          <w:i w:val="0"/>
          <w:smallCaps w:val="0"/>
          <w:strike w:val="0"/>
          <w:sz w:val="20"/>
          <w:highlight w:val="cyan"/>
          <w:u w:val="single"/>
        </w:rPr>
        <w:t>sectors</w:t>
      </w:r>
      <w:r>
        <w:rPr>
          <w:b w:val="0"/>
          <w:i w:val="0"/>
          <w:smallCaps w:val="0"/>
          <w:strike w:val="0"/>
          <w:sz w:val="16"/>
          <w:highlight w:val="cyan"/>
          <w:u w:val="none"/>
        </w:rPr>
        <w:t xml:space="preserve"> </w:t>
      </w:r>
      <w:r>
        <w:rPr>
          <w:b w:val="0"/>
          <w:i w:val="0"/>
          <w:smallCaps w:val="0"/>
          <w:strike w:val="0"/>
          <w:sz w:val="20"/>
          <w:highlight w:val="cyan"/>
          <w:u w:val="single"/>
        </w:rPr>
        <w:t>critical</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16"/>
          <w:u w:val="none"/>
        </w:rPr>
        <w:t xml:space="preserve">American </w:t>
      </w:r>
      <w:r>
        <w:rPr>
          <w:b w:val="0"/>
          <w:i w:val="0"/>
          <w:smallCaps w:val="0"/>
          <w:strike w:val="0"/>
          <w:sz w:val="20"/>
          <w:highlight w:val="cyan"/>
          <w:u w:val="single"/>
        </w:rPr>
        <w:t>national</w:t>
      </w:r>
      <w:r>
        <w:rPr>
          <w:b w:val="0"/>
          <w:i w:val="0"/>
          <w:smallCaps w:val="0"/>
          <w:strike w:val="0"/>
          <w:sz w:val="20"/>
          <w:u w:val="single"/>
        </w:rPr>
        <w:t xml:space="preserve"> </w:t>
      </w:r>
      <w:r>
        <w:rPr>
          <w:b w:val="0"/>
          <w:i w:val="0"/>
          <w:smallCaps w:val="0"/>
          <w:strike w:val="0"/>
          <w:sz w:val="20"/>
          <w:highlight w:val="cyan"/>
          <w:u w:val="single"/>
        </w:rPr>
        <w:t>security</w:t>
      </w:r>
      <w:r>
        <w:rPr>
          <w:b w:val="0"/>
          <w:i w:val="0"/>
          <w:smallCaps w:val="0"/>
          <w:strike w:val="0"/>
          <w:sz w:val="20"/>
          <w:u w:val="single"/>
        </w:rPr>
        <w:t>.</w:t>
      </w:r>
    </w:p>
    <w:p>
      <w:pPr>
        <w:spacing w:after="60"/>
      </w:pPr>
      <w:r>
        <w:rPr>
          <w:b w:val="0"/>
          <w:i w:val="0"/>
          <w:smallCaps w:val="0"/>
          <w:strike w:val="0"/>
          <w:sz w:val="16"/>
          <w:u w:val="none"/>
        </w:rPr>
        <w:t xml:space="preserve">The </w:t>
      </w:r>
      <w:r>
        <w:rPr>
          <w:b w:val="0"/>
          <w:i w:val="0"/>
          <w:smallCaps w:val="0"/>
          <w:strike w:val="0"/>
          <w:sz w:val="20"/>
          <w:highlight w:val="cyan"/>
          <w:u w:val="single"/>
        </w:rPr>
        <w:t>PTAB</w:t>
      </w:r>
      <w:r>
        <w:rPr>
          <w:b w:val="0"/>
          <w:i w:val="0"/>
          <w:smallCaps w:val="0"/>
          <w:strike w:val="0"/>
          <w:sz w:val="20"/>
          <w:highlight w:val="cyan"/>
          <w:u w:val="single"/>
        </w:rPr>
        <w:t xml:space="preserve"> Helps </w:t>
      </w:r>
      <w:r>
        <w:rPr>
          <w:b w:val="0"/>
          <w:i w:val="0"/>
          <w:smallCaps w:val="0"/>
          <w:strike w:val="0"/>
          <w:sz w:val="20"/>
          <w:highlight w:val="cyan"/>
          <w:u w:val="single"/>
        </w:rPr>
        <w:t>China</w:t>
      </w:r>
      <w:r>
        <w:rPr>
          <w:b w:val="0"/>
          <w:i w:val="0"/>
          <w:smallCaps w:val="0"/>
          <w:strike w:val="0"/>
          <w:sz w:val="20"/>
          <w:u w:val="single"/>
        </w:rPr>
        <w:t xml:space="preserve"> </w:t>
      </w:r>
      <w:r>
        <w:rPr>
          <w:b w:val="0"/>
          <w:i w:val="0"/>
          <w:smallCaps w:val="0"/>
          <w:strike w:val="0"/>
          <w:sz w:val="20"/>
          <w:highlight w:val="cyan"/>
          <w:u w:val="single"/>
        </w:rPr>
        <w:t>Destroy</w:t>
      </w:r>
      <w:r>
        <w:rPr>
          <w:b w:val="0"/>
          <w:i w:val="0"/>
          <w:smallCaps w:val="0"/>
          <w:strike w:val="0"/>
          <w:sz w:val="20"/>
          <w:highlight w:val="cyan"/>
          <w:u w:val="single"/>
        </w:rPr>
        <w:t xml:space="preserve"> </w:t>
      </w:r>
      <w:r>
        <w:rPr>
          <w:b w:val="0"/>
          <w:i w:val="0"/>
          <w:smallCaps w:val="0"/>
          <w:strike w:val="0"/>
          <w:sz w:val="20"/>
          <w:highlight w:val="cyan"/>
          <w:u w:val="single"/>
        </w:rPr>
        <w:t>Patent Rights</w:t>
      </w:r>
      <w:r>
        <w:rPr>
          <w:b w:val="0"/>
          <w:i w:val="0"/>
          <w:smallCaps w:val="0"/>
          <w:strike w:val="0"/>
          <w:sz w:val="16"/>
          <w:u w:val="none"/>
        </w:rPr>
        <w:t xml:space="preserve"> in ‘Made in China 2025’ Critical Sectors</w:t>
      </w:r>
    </w:p>
    <w:p>
      <w:pPr>
        <w:spacing w:after="60"/>
      </w:pPr>
      <w:r>
        <w:rPr>
          <w:b w:val="0"/>
          <w:i w:val="0"/>
          <w:smallCaps w:val="0"/>
          <w:strike w:val="0"/>
          <w:sz w:val="16"/>
          <w:u w:val="none"/>
        </w:rPr>
        <w:t xml:space="preserve">The </w:t>
      </w:r>
      <w:r>
        <w:rPr>
          <w:b w:val="0"/>
          <w:i w:val="0"/>
          <w:smallCaps w:val="0"/>
          <w:strike w:val="0"/>
          <w:sz w:val="20"/>
          <w:highlight w:val="cyan"/>
          <w:u w:val="single"/>
        </w:rPr>
        <w:t>Chinese</w:t>
      </w:r>
      <w:r>
        <w:rPr>
          <w:b w:val="0"/>
          <w:i w:val="0"/>
          <w:smallCaps w:val="0"/>
          <w:strike w:val="0"/>
          <w:sz w:val="20"/>
          <w:u w:val="single"/>
        </w:rPr>
        <w:t xml:space="preserve"> government’s</w:t>
      </w:r>
      <w:r>
        <w:rPr>
          <w:b w:val="0"/>
          <w:i w:val="0"/>
          <w:smallCaps w:val="0"/>
          <w:strike w:val="0"/>
          <w:sz w:val="16"/>
          <w:u w:val="none"/>
        </w:rPr>
        <w:t xml:space="preserve"> </w:t>
      </w:r>
      <w:r>
        <w:rPr>
          <w:b w:val="0"/>
          <w:i w:val="0"/>
          <w:smallCaps w:val="0"/>
          <w:strike w:val="0"/>
          <w:sz w:val="20"/>
          <w:highlight w:val="cyan"/>
          <w:u w:val="single"/>
        </w:rPr>
        <w:t>aspirations</w:t>
      </w:r>
      <w:r>
        <w:rPr>
          <w:b w:val="0"/>
          <w:i w:val="0"/>
          <w:smallCaps w:val="0"/>
          <w:strike w:val="0"/>
          <w:sz w:val="16"/>
          <w:u w:val="none"/>
        </w:rPr>
        <w:t xml:space="preserve"> to </w:t>
      </w:r>
      <w:r>
        <w:rPr>
          <w:b w:val="0"/>
          <w:i w:val="0"/>
          <w:smallCaps w:val="0"/>
          <w:strike w:val="0"/>
          <w:sz w:val="20"/>
          <w:highlight w:val="cyan"/>
          <w:u w:val="single"/>
        </w:rPr>
        <w:t>lead</w:t>
      </w:r>
      <w:r>
        <w:rPr>
          <w:b w:val="0"/>
          <w:i w:val="0"/>
          <w:smallCaps w:val="0"/>
          <w:strike w:val="0"/>
          <w:sz w:val="16"/>
          <w:u w:val="none"/>
        </w:rPr>
        <w:t xml:space="preserve"> the </w:t>
      </w:r>
      <w:r>
        <w:rPr>
          <w:b w:val="0"/>
          <w:i w:val="0"/>
          <w:smallCaps w:val="0"/>
          <w:strike w:val="0"/>
          <w:sz w:val="20"/>
          <w:highlight w:val="cyan"/>
          <w:u w:val="single"/>
        </w:rPr>
        <w:t>world</w:t>
      </w:r>
      <w:r>
        <w:rPr>
          <w:b w:val="0"/>
          <w:i w:val="0"/>
          <w:smallCaps w:val="0"/>
          <w:strike w:val="0"/>
          <w:sz w:val="16"/>
          <w:u w:val="none"/>
        </w:rPr>
        <w:t xml:space="preserve"> in </w:t>
      </w:r>
      <w:r>
        <w:rPr>
          <w:b w:val="0"/>
          <w:i w:val="0"/>
          <w:smallCaps w:val="0"/>
          <w:strike w:val="0"/>
          <w:sz w:val="20"/>
          <w:highlight w:val="cyan"/>
          <w:u w:val="single"/>
        </w:rPr>
        <w:t>several</w:t>
      </w:r>
      <w:r>
        <w:rPr>
          <w:b w:val="0"/>
          <w:i w:val="0"/>
          <w:smallCaps w:val="0"/>
          <w:strike w:val="0"/>
          <w:sz w:val="16"/>
          <w:u w:val="none"/>
        </w:rPr>
        <w:t xml:space="preserve"> important </w:t>
      </w:r>
      <w:r>
        <w:rPr>
          <w:b w:val="0"/>
          <w:i w:val="0"/>
          <w:smallCaps w:val="0"/>
          <w:strike w:val="0"/>
          <w:sz w:val="20"/>
          <w:highlight w:val="cyan"/>
          <w:u w:val="single"/>
        </w:rPr>
        <w:t>sectors of</w:t>
      </w:r>
      <w:r>
        <w:rPr>
          <w:b w:val="0"/>
          <w:i w:val="0"/>
          <w:smallCaps w:val="0"/>
          <w:strike w:val="0"/>
          <w:sz w:val="16"/>
          <w:highlight w:val="cyan"/>
          <w:u w:val="none"/>
        </w:rPr>
        <w:t xml:space="preserve"> </w:t>
      </w:r>
      <w:r>
        <w:rPr>
          <w:b w:val="0"/>
          <w:i w:val="0"/>
          <w:smallCaps w:val="0"/>
          <w:strike w:val="0"/>
          <w:sz w:val="20"/>
          <w:highlight w:val="cyan"/>
          <w:u w:val="single"/>
        </w:rPr>
        <w:t>tech</w:t>
      </w:r>
      <w:r>
        <w:rPr>
          <w:b w:val="0"/>
          <w:i w:val="0"/>
          <w:smallCaps w:val="0"/>
          <w:strike w:val="0"/>
          <w:sz w:val="20"/>
          <w:u w:val="single"/>
        </w:rPr>
        <w:t>nology</w:t>
      </w:r>
      <w:r>
        <w:rPr>
          <w:b w:val="0"/>
          <w:i w:val="0"/>
          <w:smallCaps w:val="0"/>
          <w:strike w:val="0"/>
          <w:sz w:val="16"/>
          <w:u w:val="none"/>
        </w:rPr>
        <w:t xml:space="preserve"> </w:t>
      </w:r>
      <w:r>
        <w:rPr>
          <w:b w:val="0"/>
          <w:i w:val="0"/>
          <w:smallCaps w:val="0"/>
          <w:strike w:val="0"/>
          <w:sz w:val="20"/>
          <w:u w:val="single"/>
        </w:rPr>
        <w:t>development</w:t>
      </w:r>
      <w:r>
        <w:rPr>
          <w:b w:val="0"/>
          <w:i w:val="0"/>
          <w:smallCaps w:val="0"/>
          <w:strike w:val="0"/>
          <w:sz w:val="16"/>
          <w:u w:val="none"/>
        </w:rPr>
        <w:t xml:space="preserve"> are no secret. For </w:t>
      </w:r>
      <w:r>
        <w:rPr>
          <w:b w:val="0"/>
          <w:i w:val="0"/>
          <w:smallCaps w:val="0"/>
          <w:strike w:val="0"/>
          <w:sz w:val="20"/>
          <w:u w:val="single"/>
        </w:rPr>
        <w:t>several years,</w:t>
      </w:r>
      <w:r>
        <w:rPr>
          <w:b w:val="0"/>
          <w:i w:val="0"/>
          <w:smallCaps w:val="0"/>
          <w:strike w:val="0"/>
          <w:sz w:val="16"/>
          <w:u w:val="none"/>
        </w:rPr>
        <w:t xml:space="preserve"> the </w:t>
      </w:r>
      <w:r>
        <w:rPr>
          <w:b w:val="0"/>
          <w:i w:val="0"/>
          <w:smallCaps w:val="0"/>
          <w:strike w:val="0"/>
          <w:sz w:val="20"/>
          <w:u w:val="single"/>
        </w:rPr>
        <w:t>nation’s</w:t>
      </w:r>
      <w:r>
        <w:rPr>
          <w:b w:val="0"/>
          <w:i w:val="0"/>
          <w:smallCaps w:val="0"/>
          <w:strike w:val="0"/>
          <w:sz w:val="16"/>
          <w:u w:val="none"/>
        </w:rPr>
        <w:t xml:space="preserve"> communist </w:t>
      </w:r>
      <w:r>
        <w:rPr>
          <w:b w:val="0"/>
          <w:i w:val="0"/>
          <w:smallCaps w:val="0"/>
          <w:strike w:val="0"/>
          <w:sz w:val="20"/>
          <w:highlight w:val="cyan"/>
          <w:u w:val="single"/>
        </w:rPr>
        <w:t>government</w:t>
      </w:r>
      <w:r>
        <w:rPr>
          <w:b w:val="0"/>
          <w:i w:val="0"/>
          <w:smallCaps w:val="0"/>
          <w:strike w:val="0"/>
          <w:sz w:val="16"/>
          <w:u w:val="none"/>
        </w:rPr>
        <w:t xml:space="preserve"> has been </w:t>
      </w:r>
      <w:r>
        <w:rPr>
          <w:b w:val="0"/>
          <w:i w:val="0"/>
          <w:smallCaps w:val="0"/>
          <w:strike w:val="0"/>
          <w:sz w:val="20"/>
          <w:highlight w:val="cyan"/>
          <w:u w:val="single"/>
        </w:rPr>
        <w:t>implement</w:t>
      </w:r>
      <w:r>
        <w:rPr>
          <w:b w:val="0"/>
          <w:i w:val="0"/>
          <w:smallCaps w:val="0"/>
          <w:strike w:val="0"/>
          <w:sz w:val="20"/>
          <w:u w:val="none"/>
        </w:rPr>
        <w:t>i</w:t>
      </w:r>
      <w:r>
        <w:rPr>
          <w:b w:val="0"/>
          <w:i w:val="0"/>
          <w:smallCaps w:val="0"/>
          <w:strike w:val="0"/>
          <w:sz w:val="16"/>
          <w:u w:val="none"/>
        </w:rPr>
        <w:t xml:space="preserve">ng </w:t>
      </w:r>
      <w:r>
        <w:rPr>
          <w:b w:val="0"/>
          <w:i w:val="0"/>
          <w:smallCaps w:val="0"/>
          <w:strike w:val="0"/>
          <w:sz w:val="20"/>
          <w:u w:val="single"/>
        </w:rPr>
        <w:t>an</w:t>
      </w:r>
      <w:r>
        <w:rPr>
          <w:b w:val="0"/>
          <w:i w:val="0"/>
          <w:smallCaps w:val="0"/>
          <w:strike w:val="0"/>
          <w:sz w:val="16"/>
          <w:u w:val="none"/>
        </w:rPr>
        <w:t xml:space="preserve"> industrial </w:t>
      </w:r>
      <w:r>
        <w:rPr>
          <w:b w:val="0"/>
          <w:i w:val="0"/>
          <w:smallCaps w:val="0"/>
          <w:strike w:val="0"/>
          <w:sz w:val="20"/>
          <w:highlight w:val="cyan"/>
          <w:u w:val="single"/>
        </w:rPr>
        <w:t>policy</w:t>
      </w:r>
      <w:r>
        <w:rPr>
          <w:b w:val="0"/>
          <w:i w:val="0"/>
          <w:smallCaps w:val="0"/>
          <w:strike w:val="0"/>
          <w:sz w:val="20"/>
          <w:highlight w:val="cyan"/>
          <w:u w:val="single"/>
        </w:rPr>
        <w:t xml:space="preserve"> known as</w:t>
      </w:r>
      <w:r>
        <w:rPr>
          <w:b w:val="0"/>
          <w:i w:val="0"/>
          <w:smallCaps w:val="0"/>
          <w:strike w:val="0"/>
          <w:sz w:val="20"/>
          <w:u w:val="single"/>
        </w:rPr>
        <w:t xml:space="preserve"> “</w:t>
      </w:r>
      <w:r>
        <w:rPr>
          <w:b w:val="0"/>
          <w:i w:val="0"/>
          <w:smallCaps w:val="0"/>
          <w:strike w:val="0"/>
          <w:sz w:val="20"/>
          <w:highlight w:val="cyan"/>
          <w:u w:val="single"/>
        </w:rPr>
        <w:t>Made in China 2025</w:t>
      </w:r>
      <w:r>
        <w:rPr>
          <w:b w:val="0"/>
          <w:i w:val="0"/>
          <w:smallCaps w:val="0"/>
          <w:strike w:val="0"/>
          <w:sz w:val="16"/>
          <w:u w:val="none"/>
        </w:rPr>
        <w:t xml:space="preserve">” to </w:t>
      </w:r>
      <w:r>
        <w:rPr>
          <w:b w:val="0"/>
          <w:i w:val="0"/>
          <w:smallCaps w:val="0"/>
          <w:strike w:val="0"/>
          <w:sz w:val="20"/>
          <w:highlight w:val="cyan"/>
          <w:u w:val="single"/>
        </w:rPr>
        <w:t>advance</w:t>
      </w:r>
      <w:r>
        <w:rPr>
          <w:b w:val="0"/>
          <w:i w:val="0"/>
          <w:smallCaps w:val="0"/>
          <w:strike w:val="0"/>
          <w:sz w:val="16"/>
          <w:highlight w:val="cyan"/>
          <w:u w:val="none"/>
        </w:rPr>
        <w:t xml:space="preserve"> </w:t>
      </w:r>
      <w:r>
        <w:rPr>
          <w:b w:val="0"/>
          <w:i w:val="0"/>
          <w:smallCaps w:val="0"/>
          <w:strike w:val="0"/>
          <w:sz w:val="20"/>
          <w:highlight w:val="cyan"/>
          <w:u w:val="single"/>
        </w:rPr>
        <w:t>domestic</w:t>
      </w:r>
      <w:r>
        <w:rPr>
          <w:b w:val="0"/>
          <w:i w:val="0"/>
          <w:smallCaps w:val="0"/>
          <w:strike w:val="0"/>
          <w:sz w:val="16"/>
          <w:highlight w:val="cyan"/>
          <w:u w:val="none"/>
        </w:rPr>
        <w:t xml:space="preserve"> </w:t>
      </w:r>
      <w:r>
        <w:rPr>
          <w:b w:val="0"/>
          <w:i w:val="0"/>
          <w:smallCaps w:val="0"/>
          <w:strike w:val="0"/>
          <w:sz w:val="20"/>
          <w:highlight w:val="cyan"/>
          <w:u w:val="single"/>
        </w:rPr>
        <w:t>manufacturing</w:t>
      </w:r>
      <w:r>
        <w:rPr>
          <w:b w:val="0"/>
          <w:i w:val="0"/>
          <w:smallCaps w:val="0"/>
          <w:strike w:val="0"/>
          <w:sz w:val="20"/>
          <w:u w:val="single"/>
        </w:rPr>
        <w:t xml:space="preserve"> and </w:t>
      </w:r>
      <w:r>
        <w:rPr>
          <w:b w:val="0"/>
          <w:i w:val="0"/>
          <w:smallCaps w:val="0"/>
          <w:strike w:val="0"/>
          <w:sz w:val="20"/>
          <w:u w:val="single"/>
        </w:rPr>
        <w:t>R&amp;D</w:t>
      </w:r>
      <w:r>
        <w:rPr>
          <w:b w:val="0"/>
          <w:i w:val="0"/>
          <w:smallCaps w:val="0"/>
          <w:strike w:val="0"/>
          <w:sz w:val="16"/>
          <w:u w:val="none"/>
        </w:rPr>
        <w:t xml:space="preserve"> in several key areas like artificial intelligence, robotics and aerospace. While the Chinese economy long thrived on the production of cheap products, including many counterfeits and knockoffs, the leadership in that country has recently learned the hard truth that advancing domestic innovation creates a much stronger national economy.</w:t>
      </w:r>
    </w:p>
    <w:p>
      <w:pPr>
        <w:spacing w:after="60"/>
      </w:pPr>
      <w:r>
        <w:rPr>
          <w:b w:val="0"/>
          <w:i w:val="0"/>
          <w:smallCaps w:val="0"/>
          <w:strike w:val="0"/>
          <w:sz w:val="16"/>
          <w:u w:val="none"/>
        </w:rPr>
        <w:t xml:space="preserve">Given the international tensions between Communist China and the United States’ free market philosophies, it would be bad enough if China sought to best the U.S. on even footing. But the world has long known that </w:t>
      </w:r>
      <w:r>
        <w:rPr>
          <w:b w:val="0"/>
          <w:i w:val="0"/>
          <w:smallCaps w:val="0"/>
          <w:strike w:val="0"/>
          <w:sz w:val="20"/>
          <w:highlight w:val="cyan"/>
          <w:u w:val="single"/>
        </w:rPr>
        <w:t>Chinese</w:t>
      </w:r>
      <w:r>
        <w:rPr>
          <w:b w:val="0"/>
          <w:i w:val="0"/>
          <w:smallCaps w:val="0"/>
          <w:strike w:val="0"/>
          <w:sz w:val="20"/>
          <w:u w:val="single"/>
        </w:rPr>
        <w:t xml:space="preserve"> industrial </w:t>
      </w:r>
      <w:r>
        <w:rPr>
          <w:b w:val="0"/>
          <w:i w:val="0"/>
          <w:smallCaps w:val="0"/>
          <w:strike w:val="0"/>
          <w:sz w:val="20"/>
          <w:highlight w:val="cyan"/>
          <w:u w:val="single"/>
        </w:rPr>
        <w:t>policy</w:t>
      </w:r>
      <w:r>
        <w:rPr>
          <w:b w:val="0"/>
          <w:i w:val="0"/>
          <w:smallCaps w:val="0"/>
          <w:strike w:val="0"/>
          <w:sz w:val="16"/>
          <w:highlight w:val="cyan"/>
          <w:u w:val="none"/>
        </w:rPr>
        <w:t xml:space="preserve"> </w:t>
      </w:r>
      <w:r>
        <w:rPr>
          <w:b w:val="0"/>
          <w:i w:val="0"/>
          <w:smallCaps w:val="0"/>
          <w:strike w:val="0"/>
          <w:sz w:val="20"/>
          <w:highlight w:val="cyan"/>
          <w:u w:val="single"/>
        </w:rPr>
        <w:t>seeks</w:t>
      </w:r>
      <w:r>
        <w:rPr>
          <w:b w:val="0"/>
          <w:i w:val="0"/>
          <w:smallCaps w:val="0"/>
          <w:strike w:val="0"/>
          <w:sz w:val="16"/>
          <w:u w:val="none"/>
        </w:rPr>
        <w:t xml:space="preserve"> to gain </w:t>
      </w:r>
      <w:r>
        <w:rPr>
          <w:b w:val="0"/>
          <w:i w:val="0"/>
          <w:smallCaps w:val="0"/>
          <w:strike w:val="0"/>
          <w:sz w:val="20"/>
          <w:u w:val="single"/>
        </w:rPr>
        <w:t xml:space="preserve">an </w:t>
      </w:r>
      <w:r>
        <w:rPr>
          <w:b w:val="0"/>
          <w:i w:val="0"/>
          <w:smallCaps w:val="0"/>
          <w:strike w:val="0"/>
          <w:sz w:val="20"/>
          <w:highlight w:val="cyan"/>
          <w:u w:val="single"/>
        </w:rPr>
        <w:t>unfair</w:t>
      </w:r>
      <w:r>
        <w:rPr>
          <w:b w:val="0"/>
          <w:i w:val="0"/>
          <w:smallCaps w:val="0"/>
          <w:strike w:val="0"/>
          <w:sz w:val="20"/>
          <w:highlight w:val="cyan"/>
          <w:u w:val="single"/>
        </w:rPr>
        <w:t xml:space="preserve"> </w:t>
      </w:r>
      <w:r>
        <w:rPr>
          <w:b w:val="0"/>
          <w:i w:val="0"/>
          <w:smallCaps w:val="0"/>
          <w:strike w:val="0"/>
          <w:sz w:val="20"/>
          <w:highlight w:val="cyan"/>
          <w:u w:val="single"/>
        </w:rPr>
        <w:t>advantage</w:t>
      </w:r>
      <w:r>
        <w:rPr>
          <w:b w:val="0"/>
          <w:i w:val="0"/>
          <w:smallCaps w:val="0"/>
          <w:strike w:val="0"/>
          <w:sz w:val="16"/>
          <w:highlight w:val="cyan"/>
          <w:u w:val="none"/>
        </w:rPr>
        <w:t xml:space="preserve"> </w:t>
      </w:r>
      <w:r>
        <w:rPr>
          <w:b w:val="0"/>
          <w:i w:val="0"/>
          <w:smallCaps w:val="0"/>
          <w:strike w:val="0"/>
          <w:sz w:val="20"/>
          <w:highlight w:val="cyan"/>
          <w:u w:val="single"/>
        </w:rPr>
        <w:t>over</w:t>
      </w:r>
      <w:r>
        <w:rPr>
          <w:b w:val="0"/>
          <w:i w:val="0"/>
          <w:smallCaps w:val="0"/>
          <w:strike w:val="0"/>
          <w:sz w:val="16"/>
          <w:highlight w:val="cyan"/>
          <w:u w:val="none"/>
        </w:rPr>
        <w:t xml:space="preserve"> </w:t>
      </w:r>
      <w:r>
        <w:rPr>
          <w:b w:val="0"/>
          <w:i w:val="0"/>
          <w:smallCaps w:val="0"/>
          <w:strike w:val="0"/>
          <w:sz w:val="20"/>
          <w:highlight w:val="cyan"/>
          <w:u w:val="single"/>
        </w:rPr>
        <w:t>foreign</w:t>
      </w:r>
      <w:r>
        <w:rPr>
          <w:b w:val="0"/>
          <w:i w:val="0"/>
          <w:smallCaps w:val="0"/>
          <w:strike w:val="0"/>
          <w:sz w:val="16"/>
          <w:highlight w:val="cyan"/>
          <w:u w:val="none"/>
        </w:rPr>
        <w:t xml:space="preserve"> </w:t>
      </w:r>
      <w:r>
        <w:rPr>
          <w:b w:val="0"/>
          <w:i w:val="0"/>
          <w:smallCaps w:val="0"/>
          <w:strike w:val="0"/>
          <w:sz w:val="20"/>
          <w:highlight w:val="cyan"/>
          <w:u w:val="single"/>
        </w:rPr>
        <w:t>firms</w:t>
      </w:r>
      <w:r>
        <w:rPr>
          <w:b w:val="0"/>
          <w:i w:val="0"/>
          <w:smallCaps w:val="0"/>
          <w:strike w:val="0"/>
          <w:sz w:val="16"/>
          <w:u w:val="none"/>
        </w:rPr>
        <w:t xml:space="preserve"> operating within the Chinese domestic market. Chinese economic policy typically requires foreign companies to enter into joint ventures with Chinese domestic firms or strict licensing agreements that require extensive disclosures of confidential information. Many times, information gained in this way is widely disseminated across entire industries in China, helping the nation unfairly increase its rate of technological advance.</w:t>
      </w:r>
    </w:p>
    <w:p>
      <w:pPr>
        <w:spacing w:after="60"/>
      </w:pPr>
      <w:r>
        <w:rPr>
          <w:b w:val="0"/>
          <w:i w:val="0"/>
          <w:smallCaps w:val="0"/>
          <w:strike w:val="0"/>
          <w:sz w:val="16"/>
          <w:u w:val="none"/>
        </w:rPr>
        <w:t xml:space="preserve">Thanks to the America Invents Act (AIA) of 2011, the </w:t>
      </w:r>
      <w:r>
        <w:rPr>
          <w:b w:val="0"/>
          <w:i w:val="0"/>
          <w:smallCaps w:val="0"/>
          <w:strike w:val="0"/>
          <w:sz w:val="20"/>
          <w:u w:val="single"/>
        </w:rPr>
        <w:t>Chinese</w:t>
      </w:r>
      <w:r>
        <w:rPr>
          <w:b w:val="0"/>
          <w:i w:val="0"/>
          <w:smallCaps w:val="0"/>
          <w:strike w:val="0"/>
          <w:sz w:val="16"/>
          <w:u w:val="none"/>
        </w:rPr>
        <w:t xml:space="preserve"> </w:t>
      </w:r>
      <w:r>
        <w:rPr>
          <w:b w:val="0"/>
          <w:i w:val="0"/>
          <w:smallCaps w:val="0"/>
          <w:strike w:val="0"/>
          <w:sz w:val="20"/>
          <w:u w:val="single"/>
        </w:rPr>
        <w:t>government</w:t>
      </w:r>
      <w:r>
        <w:rPr>
          <w:b w:val="0"/>
          <w:i w:val="0"/>
          <w:smallCaps w:val="0"/>
          <w:strike w:val="0"/>
          <w:sz w:val="16"/>
          <w:u w:val="none"/>
        </w:rPr>
        <w:t xml:space="preserve"> has a </w:t>
      </w:r>
      <w:r>
        <w:rPr>
          <w:b w:val="0"/>
          <w:i w:val="0"/>
          <w:smallCaps w:val="0"/>
          <w:strike w:val="0"/>
          <w:sz w:val="20"/>
          <w:highlight w:val="cyan"/>
          <w:u w:val="single"/>
        </w:rPr>
        <w:t xml:space="preserve">lethal tool </w:t>
      </w:r>
      <w:r>
        <w:rPr>
          <w:b w:val="0"/>
          <w:i w:val="0"/>
          <w:smallCaps w:val="0"/>
          <w:strike w:val="0"/>
          <w:sz w:val="20"/>
          <w:highlight w:val="cyan"/>
          <w:u w:val="single"/>
        </w:rPr>
        <w:t>for</w:t>
      </w:r>
      <w:r>
        <w:rPr>
          <w:b w:val="0"/>
          <w:i w:val="0"/>
          <w:smallCaps w:val="0"/>
          <w:strike w:val="0"/>
          <w:sz w:val="16"/>
          <w:highlight w:val="cyan"/>
          <w:u w:val="none"/>
        </w:rPr>
        <w:t xml:space="preserve"> </w:t>
      </w:r>
      <w:r>
        <w:rPr>
          <w:b w:val="0"/>
          <w:i w:val="0"/>
          <w:smallCaps w:val="0"/>
          <w:strike w:val="0"/>
          <w:sz w:val="20"/>
          <w:highlight w:val="cyan"/>
          <w:u w:val="single"/>
        </w:rPr>
        <w:t>snuffing</w:t>
      </w:r>
      <w:r>
        <w:rPr>
          <w:b w:val="0"/>
          <w:i w:val="0"/>
          <w:smallCaps w:val="0"/>
          <w:strike w:val="0"/>
          <w:sz w:val="16"/>
          <w:u w:val="none"/>
        </w:rPr>
        <w:t xml:space="preserve"> out the </w:t>
      </w:r>
      <w:r>
        <w:rPr>
          <w:b w:val="0"/>
          <w:i w:val="0"/>
          <w:smallCaps w:val="0"/>
          <w:strike w:val="0"/>
          <w:sz w:val="20"/>
          <w:u w:val="single"/>
        </w:rPr>
        <w:t>business</w:t>
      </w:r>
      <w:r>
        <w:rPr>
          <w:b w:val="0"/>
          <w:i w:val="0"/>
          <w:smallCaps w:val="0"/>
          <w:strike w:val="0"/>
          <w:sz w:val="20"/>
          <w:u w:val="single"/>
        </w:rPr>
        <w:t xml:space="preserve"> interests of</w:t>
      </w:r>
      <w:r>
        <w:rPr>
          <w:b w:val="0"/>
          <w:i w:val="0"/>
          <w:smallCaps w:val="0"/>
          <w:strike w:val="0"/>
          <w:sz w:val="16"/>
          <w:u w:val="none"/>
        </w:rPr>
        <w:t xml:space="preserve"> </w:t>
      </w:r>
      <w:r>
        <w:rPr>
          <w:b w:val="0"/>
          <w:i w:val="0"/>
          <w:smallCaps w:val="0"/>
          <w:strike w:val="0"/>
          <w:sz w:val="20"/>
          <w:highlight w:val="cyan"/>
          <w:u w:val="single"/>
        </w:rPr>
        <w:t>competitive</w:t>
      </w:r>
      <w:r>
        <w:rPr>
          <w:b w:val="0"/>
          <w:i w:val="0"/>
          <w:smallCaps w:val="0"/>
          <w:strike w:val="0"/>
          <w:sz w:val="20"/>
          <w:highlight w:val="cyan"/>
          <w:u w:val="single"/>
        </w:rPr>
        <w:t xml:space="preserve"> American</w:t>
      </w:r>
      <w:r>
        <w:rPr>
          <w:b w:val="0"/>
          <w:i w:val="0"/>
          <w:smallCaps w:val="0"/>
          <w:strike w:val="0"/>
          <w:sz w:val="16"/>
          <w:highlight w:val="cyan"/>
          <w:u w:val="none"/>
        </w:rPr>
        <w:t xml:space="preserve"> </w:t>
      </w:r>
      <w:r>
        <w:rPr>
          <w:b w:val="0"/>
          <w:i w:val="0"/>
          <w:smallCaps w:val="0"/>
          <w:strike w:val="0"/>
          <w:sz w:val="20"/>
          <w:highlight w:val="cyan"/>
          <w:u w:val="single"/>
        </w:rPr>
        <w:t>firms</w:t>
      </w:r>
      <w:r>
        <w:rPr>
          <w:b w:val="0"/>
          <w:i w:val="0"/>
          <w:smallCaps w:val="0"/>
          <w:strike w:val="0"/>
          <w:sz w:val="16"/>
          <w:u w:val="none"/>
        </w:rPr>
        <w:t xml:space="preserve">, </w:t>
      </w:r>
      <w:r>
        <w:rPr>
          <w:b w:val="0"/>
          <w:i w:val="0"/>
          <w:smallCaps w:val="0"/>
          <w:strike w:val="0"/>
          <w:sz w:val="20"/>
          <w:u w:val="single"/>
        </w:rPr>
        <w:t>helping</w:t>
      </w:r>
      <w:r>
        <w:rPr>
          <w:b w:val="0"/>
          <w:i w:val="0"/>
          <w:smallCaps w:val="0"/>
          <w:strike w:val="0"/>
          <w:sz w:val="16"/>
          <w:u w:val="none"/>
        </w:rPr>
        <w:t xml:space="preserve"> </w:t>
      </w:r>
      <w:r>
        <w:rPr>
          <w:b w:val="0"/>
          <w:i w:val="0"/>
          <w:smallCaps w:val="0"/>
          <w:strike w:val="0"/>
          <w:sz w:val="20"/>
          <w:u w:val="single"/>
        </w:rPr>
        <w:t>China</w:t>
      </w:r>
      <w:r>
        <w:rPr>
          <w:b w:val="0"/>
          <w:i w:val="0"/>
          <w:smallCaps w:val="0"/>
          <w:strike w:val="0"/>
          <w:sz w:val="20"/>
          <w:u w:val="single"/>
        </w:rPr>
        <w:t xml:space="preserve"> </w:t>
      </w:r>
      <w:r>
        <w:rPr>
          <w:b w:val="0"/>
          <w:i w:val="0"/>
          <w:smallCaps w:val="0"/>
          <w:strike w:val="0"/>
          <w:sz w:val="20"/>
          <w:highlight w:val="cyan"/>
          <w:u w:val="single"/>
        </w:rPr>
        <w:t>slow</w:t>
      </w:r>
      <w:r>
        <w:rPr>
          <w:b w:val="0"/>
          <w:i w:val="0"/>
          <w:smallCaps w:val="0"/>
          <w:strike w:val="0"/>
          <w:sz w:val="16"/>
          <w:u w:val="none"/>
        </w:rPr>
        <w:t xml:space="preserve"> our own </w:t>
      </w:r>
      <w:r>
        <w:rPr>
          <w:b w:val="0"/>
          <w:i w:val="0"/>
          <w:smallCaps w:val="0"/>
          <w:strike w:val="0"/>
          <w:sz w:val="20"/>
          <w:highlight w:val="cyan"/>
          <w:u w:val="single"/>
        </w:rPr>
        <w:t>domestic</w:t>
      </w:r>
      <w:r>
        <w:rPr>
          <w:b w:val="0"/>
          <w:i w:val="0"/>
          <w:smallCaps w:val="0"/>
          <w:strike w:val="0"/>
          <w:sz w:val="20"/>
          <w:highlight w:val="cyan"/>
          <w:u w:val="single"/>
        </w:rPr>
        <w:t xml:space="preserve"> </w:t>
      </w:r>
      <w:r>
        <w:rPr>
          <w:b w:val="0"/>
          <w:i w:val="0"/>
          <w:smallCaps w:val="0"/>
          <w:strike w:val="0"/>
          <w:sz w:val="20"/>
          <w:highlight w:val="cyan"/>
          <w:u w:val="single"/>
        </w:rPr>
        <w:t>industries</w:t>
      </w:r>
      <w:r>
        <w:rPr>
          <w:b w:val="0"/>
          <w:i w:val="0"/>
          <w:smallCaps w:val="0"/>
          <w:strike w:val="0"/>
          <w:sz w:val="16"/>
          <w:u w:val="none"/>
        </w:rPr>
        <w:t xml:space="preserve"> </w:t>
      </w:r>
      <w:r>
        <w:rPr>
          <w:b w:val="0"/>
          <w:i w:val="0"/>
          <w:smallCaps w:val="0"/>
          <w:strike w:val="0"/>
          <w:sz w:val="20"/>
          <w:u w:val="single"/>
        </w:rPr>
        <w:t>at the same time</w:t>
      </w:r>
      <w:r>
        <w:rPr>
          <w:b w:val="0"/>
          <w:i w:val="0"/>
          <w:smallCaps w:val="0"/>
          <w:strike w:val="0"/>
          <w:sz w:val="16"/>
          <w:u w:val="none"/>
        </w:rPr>
        <w:t xml:space="preserve"> that</w:t>
      </w:r>
      <w:r>
        <w:rPr>
          <w:b w:val="0"/>
          <w:i w:val="0"/>
          <w:smallCaps w:val="0"/>
          <w:strike w:val="0"/>
          <w:sz w:val="16"/>
          <w:u w:val="none"/>
        </w:rPr>
        <w:t xml:space="preserve"> nation bends international rules to help state-owned entities. </w:t>
      </w:r>
      <w:r>
        <w:rPr>
          <w:b w:val="0"/>
          <w:i w:val="0"/>
          <w:smallCaps w:val="0"/>
          <w:strike w:val="0"/>
          <w:sz w:val="20"/>
          <w:highlight w:val="cyan"/>
          <w:u w:val="single"/>
        </w:rPr>
        <w:t>Inter partes review</w:t>
      </w:r>
      <w:r>
        <w:rPr>
          <w:b w:val="0"/>
          <w:i w:val="0"/>
          <w:smallCaps w:val="0"/>
          <w:strike w:val="0"/>
          <w:sz w:val="16"/>
          <w:u w:val="none"/>
        </w:rPr>
        <w:t xml:space="preserve"> (IPR) </w:t>
      </w:r>
      <w:r>
        <w:rPr>
          <w:b w:val="0"/>
          <w:i w:val="0"/>
          <w:smallCaps w:val="0"/>
          <w:strike w:val="0"/>
          <w:sz w:val="20"/>
          <w:u w:val="single"/>
        </w:rPr>
        <w:t>proceedings</w:t>
      </w:r>
      <w:r>
        <w:rPr>
          <w:b w:val="0"/>
          <w:i w:val="0"/>
          <w:smallCaps w:val="0"/>
          <w:strike w:val="0"/>
          <w:sz w:val="16"/>
          <w:u w:val="none"/>
        </w:rPr>
        <w:t xml:space="preserve"> at </w:t>
      </w:r>
      <w:r>
        <w:rPr>
          <w:b w:val="0"/>
          <w:i w:val="0"/>
          <w:smallCaps w:val="0"/>
          <w:strike w:val="0"/>
          <w:sz w:val="20"/>
          <w:u w:val="single"/>
        </w:rPr>
        <w:t>the PTAB</w:t>
      </w:r>
      <w:r>
        <w:rPr>
          <w:b w:val="0"/>
          <w:i w:val="0"/>
          <w:smallCaps w:val="0"/>
          <w:strike w:val="0"/>
          <w:sz w:val="16"/>
          <w:u w:val="none"/>
        </w:rPr>
        <w:t xml:space="preserve"> has all but </w:t>
      </w:r>
      <w:r>
        <w:rPr>
          <w:b w:val="0"/>
          <w:i w:val="0"/>
          <w:smallCaps w:val="0"/>
          <w:strike w:val="0"/>
          <w:sz w:val="20"/>
          <w:highlight w:val="cyan"/>
          <w:u w:val="single"/>
        </w:rPr>
        <w:t>handed</w:t>
      </w:r>
      <w:r>
        <w:rPr>
          <w:b w:val="0"/>
          <w:i w:val="0"/>
          <w:smallCaps w:val="0"/>
          <w:strike w:val="0"/>
          <w:sz w:val="16"/>
          <w:u w:val="none"/>
        </w:rPr>
        <w:t xml:space="preserve"> the </w:t>
      </w:r>
      <w:r>
        <w:rPr>
          <w:b w:val="0"/>
          <w:i w:val="0"/>
          <w:smallCaps w:val="0"/>
          <w:strike w:val="0"/>
          <w:sz w:val="20"/>
          <w:highlight w:val="cyan"/>
          <w:u w:val="single"/>
        </w:rPr>
        <w:t>nation’s</w:t>
      </w:r>
      <w:r>
        <w:rPr>
          <w:b w:val="0"/>
          <w:i w:val="0"/>
          <w:smallCaps w:val="0"/>
          <w:strike w:val="0"/>
          <w:sz w:val="16"/>
          <w:highlight w:val="cyan"/>
          <w:u w:val="none"/>
        </w:rPr>
        <w:t xml:space="preserve"> </w:t>
      </w:r>
      <w:r>
        <w:rPr>
          <w:b w:val="0"/>
          <w:i w:val="0"/>
          <w:smallCaps w:val="0"/>
          <w:strike w:val="0"/>
          <w:sz w:val="20"/>
          <w:highlight w:val="cyan"/>
          <w:u w:val="single"/>
        </w:rPr>
        <w:t>innovation</w:t>
      </w:r>
      <w:r>
        <w:rPr>
          <w:b w:val="0"/>
          <w:i w:val="0"/>
          <w:smallCaps w:val="0"/>
          <w:strike w:val="0"/>
          <w:sz w:val="16"/>
          <w:highlight w:val="cyan"/>
          <w:u w:val="none"/>
        </w:rPr>
        <w:t xml:space="preserve"> </w:t>
      </w:r>
      <w:r>
        <w:rPr>
          <w:b w:val="0"/>
          <w:i w:val="0"/>
          <w:smallCaps w:val="0"/>
          <w:strike w:val="0"/>
          <w:sz w:val="20"/>
          <w:highlight w:val="cyan"/>
          <w:u w:val="single"/>
        </w:rPr>
        <w:t>economy</w:t>
      </w:r>
      <w:r>
        <w:rPr>
          <w:b w:val="0"/>
          <w:i w:val="0"/>
          <w:smallCaps w:val="0"/>
          <w:strike w:val="0"/>
          <w:sz w:val="16"/>
          <w:u w:val="none"/>
        </w:rPr>
        <w:t xml:space="preserve"> to Big Tech and other major corporations that are able to squelch smaller competitors by destroying the </w:t>
      </w:r>
      <w:r>
        <w:rPr>
          <w:b w:val="0"/>
          <w:i w:val="0"/>
          <w:smallCaps w:val="0"/>
          <w:strike w:val="0"/>
          <w:sz w:val="20"/>
          <w:u w:val="single"/>
        </w:rPr>
        <w:t>market</w:t>
      </w:r>
      <w:r>
        <w:rPr>
          <w:b w:val="0"/>
          <w:i w:val="0"/>
          <w:smallCaps w:val="0"/>
          <w:strike w:val="0"/>
          <w:sz w:val="16"/>
          <w:u w:val="none"/>
        </w:rPr>
        <w:t xml:space="preserve"> advantage offered by patent rights. Now, </w:t>
      </w:r>
      <w:r>
        <w:rPr>
          <w:b w:val="0"/>
          <w:i w:val="0"/>
          <w:smallCaps w:val="0"/>
          <w:strike w:val="0"/>
          <w:sz w:val="20"/>
          <w:highlight w:val="cyan"/>
          <w:u w:val="single"/>
        </w:rPr>
        <w:t>Chinese</w:t>
      </w:r>
      <w:r>
        <w:rPr>
          <w:b w:val="0"/>
          <w:i w:val="0"/>
          <w:smallCaps w:val="0"/>
          <w:strike w:val="0"/>
          <w:sz w:val="16"/>
          <w:highlight w:val="cyan"/>
          <w:u w:val="none"/>
        </w:rPr>
        <w:t xml:space="preserve"> </w:t>
      </w:r>
      <w:r>
        <w:rPr>
          <w:b w:val="0"/>
          <w:i w:val="0"/>
          <w:smallCaps w:val="0"/>
          <w:strike w:val="0"/>
          <w:sz w:val="20"/>
          <w:highlight w:val="cyan"/>
          <w:u w:val="single"/>
        </w:rPr>
        <w:t>companies</w:t>
      </w:r>
      <w:r>
        <w:rPr>
          <w:b w:val="0"/>
          <w:i w:val="0"/>
          <w:smallCaps w:val="0"/>
          <w:strike w:val="0"/>
          <w:sz w:val="16"/>
          <w:u w:val="none"/>
        </w:rPr>
        <w:t xml:space="preserve"> are </w:t>
      </w:r>
      <w:r>
        <w:rPr>
          <w:b w:val="0"/>
          <w:i w:val="0"/>
          <w:smallCaps w:val="0"/>
          <w:strike w:val="0"/>
          <w:sz w:val="20"/>
          <w:highlight w:val="cyan"/>
          <w:u w:val="single"/>
        </w:rPr>
        <w:t>filing</w:t>
      </w:r>
      <w:r>
        <w:rPr>
          <w:b w:val="0"/>
          <w:i w:val="0"/>
          <w:smallCaps w:val="0"/>
          <w:strike w:val="0"/>
          <w:sz w:val="20"/>
          <w:u w:val="single"/>
        </w:rPr>
        <w:t xml:space="preserve"> </w:t>
      </w:r>
      <w:r>
        <w:rPr>
          <w:b w:val="0"/>
          <w:i w:val="0"/>
          <w:smallCaps w:val="0"/>
          <w:strike w:val="0"/>
          <w:sz w:val="20"/>
          <w:highlight w:val="cyan"/>
          <w:u w:val="single"/>
        </w:rPr>
        <w:t>hundreds</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val="0"/>
          <w:i w:val="0"/>
          <w:smallCaps w:val="0"/>
          <w:strike w:val="0"/>
          <w:sz w:val="20"/>
          <w:highlight w:val="cyan"/>
          <w:u w:val="single"/>
        </w:rPr>
        <w:t xml:space="preserve">IPR </w:t>
      </w:r>
      <w:r>
        <w:rPr>
          <w:b w:val="0"/>
          <w:i w:val="0"/>
          <w:smallCaps w:val="0"/>
          <w:strike w:val="0"/>
          <w:sz w:val="20"/>
          <w:highlight w:val="cyan"/>
          <w:u w:val="single"/>
        </w:rPr>
        <w:t>petitions</w:t>
      </w:r>
      <w:r>
        <w:rPr>
          <w:b w:val="0"/>
          <w:i w:val="0"/>
          <w:smallCaps w:val="0"/>
          <w:strike w:val="0"/>
          <w:sz w:val="20"/>
          <w:u w:val="single"/>
        </w:rPr>
        <w:t xml:space="preserve"> at the PTAB </w:t>
      </w:r>
      <w:r>
        <w:rPr>
          <w:b w:val="0"/>
          <w:i w:val="0"/>
          <w:smallCaps w:val="0"/>
          <w:strike w:val="0"/>
          <w:sz w:val="20"/>
          <w:highlight w:val="cyan"/>
          <w:u w:val="single"/>
        </w:rPr>
        <w:t xml:space="preserve">to </w:t>
      </w:r>
      <w:r>
        <w:rPr>
          <w:b w:val="0"/>
          <w:i w:val="0"/>
          <w:smallCaps w:val="0"/>
          <w:strike w:val="0"/>
          <w:sz w:val="20"/>
          <w:highlight w:val="cyan"/>
          <w:u w:val="single"/>
        </w:rPr>
        <w:t>invalidate</w:t>
      </w:r>
      <w:r>
        <w:rPr>
          <w:b w:val="0"/>
          <w:i w:val="0"/>
          <w:smallCaps w:val="0"/>
          <w:strike w:val="0"/>
          <w:sz w:val="16"/>
          <w:u w:val="none"/>
        </w:rPr>
        <w:t xml:space="preserve"> the </w:t>
      </w:r>
      <w:r>
        <w:rPr>
          <w:b w:val="0"/>
          <w:i w:val="0"/>
          <w:smallCaps w:val="0"/>
          <w:strike w:val="0"/>
          <w:sz w:val="20"/>
          <w:highlight w:val="cyan"/>
          <w:u w:val="single"/>
        </w:rPr>
        <w:t>patent rights</w:t>
      </w:r>
      <w:r>
        <w:rPr>
          <w:b w:val="0"/>
          <w:i w:val="0"/>
          <w:smallCaps w:val="0"/>
          <w:strike w:val="0"/>
          <w:sz w:val="20"/>
          <w:u w:val="single"/>
        </w:rPr>
        <w:t xml:space="preserve"> of</w:t>
      </w:r>
      <w:r>
        <w:rPr>
          <w:b w:val="0"/>
          <w:i w:val="0"/>
          <w:smallCaps w:val="0"/>
          <w:strike w:val="0"/>
          <w:sz w:val="16"/>
          <w:u w:val="none"/>
        </w:rPr>
        <w:t xml:space="preserve"> American </w:t>
      </w:r>
      <w:r>
        <w:rPr>
          <w:b w:val="0"/>
          <w:i w:val="0"/>
          <w:smallCaps w:val="0"/>
          <w:strike w:val="0"/>
          <w:sz w:val="20"/>
          <w:u w:val="single"/>
        </w:rPr>
        <w:t>small businesses</w:t>
      </w:r>
      <w:r>
        <w:rPr>
          <w:b w:val="0"/>
          <w:i w:val="0"/>
          <w:smallCaps w:val="0"/>
          <w:strike w:val="0"/>
          <w:sz w:val="16"/>
          <w:u w:val="none"/>
        </w:rPr>
        <w:t xml:space="preserve"> that are </w:t>
      </w:r>
      <w:r>
        <w:rPr>
          <w:b w:val="0"/>
          <w:i w:val="0"/>
          <w:smallCaps w:val="0"/>
          <w:strike w:val="0"/>
          <w:sz w:val="20"/>
          <w:u w:val="single"/>
        </w:rPr>
        <w:t>among</w:t>
      </w:r>
      <w:r>
        <w:rPr>
          <w:b w:val="0"/>
          <w:i w:val="0"/>
          <w:smallCaps w:val="0"/>
          <w:strike w:val="0"/>
          <w:sz w:val="16"/>
          <w:u w:val="none"/>
        </w:rPr>
        <w:t xml:space="preserve"> the </w:t>
      </w:r>
      <w:r>
        <w:rPr>
          <w:b w:val="0"/>
          <w:i w:val="0"/>
          <w:smallCaps w:val="0"/>
          <w:strike w:val="0"/>
          <w:sz w:val="20"/>
          <w:u w:val="single"/>
        </w:rPr>
        <w:t>leaders</w:t>
      </w:r>
      <w:r>
        <w:rPr>
          <w:b w:val="0"/>
          <w:i w:val="0"/>
          <w:smallCaps w:val="0"/>
          <w:strike w:val="0"/>
          <w:sz w:val="20"/>
          <w:u w:val="single"/>
        </w:rPr>
        <w:t xml:space="preserve"> </w:t>
      </w:r>
      <w:r>
        <w:rPr>
          <w:b w:val="0"/>
          <w:i w:val="0"/>
          <w:smallCaps w:val="0"/>
          <w:strike w:val="0"/>
          <w:sz w:val="20"/>
          <w:u w:val="single"/>
        </w:rPr>
        <w:t>in</w:t>
      </w:r>
      <w:r>
        <w:rPr>
          <w:b w:val="0"/>
          <w:i w:val="0"/>
          <w:smallCaps w:val="0"/>
          <w:strike w:val="0"/>
          <w:sz w:val="20"/>
          <w:u w:val="single"/>
        </w:rPr>
        <w:t xml:space="preserve"> their </w:t>
      </w:r>
      <w:r>
        <w:rPr>
          <w:b w:val="0"/>
          <w:i w:val="0"/>
          <w:smallCaps w:val="0"/>
          <w:strike w:val="0"/>
          <w:sz w:val="20"/>
          <w:u w:val="single"/>
        </w:rPr>
        <w:t>technological fields.</w:t>
      </w:r>
    </w:p>
    <w:p>
      <w:pPr>
        <w:spacing w:after="60"/>
      </w:pPr>
      <w:r>
        <w:rPr>
          <w:b w:val="0"/>
          <w:i w:val="0"/>
          <w:smallCaps w:val="0"/>
          <w:strike w:val="0"/>
          <w:sz w:val="16"/>
          <w:u w:val="none"/>
        </w:rPr>
        <w:t xml:space="preserve">Invalidating </w:t>
      </w:r>
      <w:r>
        <w:rPr>
          <w:b w:val="0"/>
          <w:i w:val="0"/>
          <w:smallCaps w:val="0"/>
          <w:strike w:val="0"/>
          <w:sz w:val="16"/>
          <w:u w:val="none"/>
        </w:rPr>
        <w:t>Terves</w:t>
      </w:r>
      <w:r>
        <w:rPr>
          <w:b w:val="0"/>
          <w:i w:val="0"/>
          <w:smallCaps w:val="0"/>
          <w:strike w:val="0"/>
          <w:sz w:val="16"/>
          <w:u w:val="none"/>
        </w:rPr>
        <w:t>’ Magnesium Alloy Patent Rights Would Violate Executive Order</w:t>
      </w:r>
    </w:p>
    <w:p>
      <w:pPr>
        <w:spacing w:after="60"/>
      </w:pPr>
      <w:r>
        <w:rPr>
          <w:b w:val="0"/>
          <w:i w:val="0"/>
          <w:smallCaps w:val="0"/>
          <w:strike w:val="0"/>
          <w:sz w:val="20"/>
          <w:highlight w:val="cyan"/>
          <w:u w:val="single"/>
        </w:rPr>
        <w:t>Recent</w:t>
      </w:r>
      <w:r>
        <w:rPr>
          <w:b w:val="0"/>
          <w:i w:val="0"/>
          <w:smallCaps w:val="0"/>
          <w:strike w:val="0"/>
          <w:sz w:val="20"/>
          <w:highlight w:val="cyan"/>
          <w:u w:val="single"/>
        </w:rPr>
        <w:t xml:space="preserve"> </w:t>
      </w:r>
      <w:r>
        <w:rPr>
          <w:b w:val="0"/>
          <w:i w:val="0"/>
          <w:smallCaps w:val="0"/>
          <w:strike w:val="0"/>
          <w:sz w:val="20"/>
          <w:highlight w:val="cyan"/>
          <w:u w:val="single"/>
        </w:rPr>
        <w:t>briefing</w:t>
      </w:r>
      <w:r>
        <w:rPr>
          <w:b w:val="0"/>
          <w:i w:val="0"/>
          <w:smallCaps w:val="0"/>
          <w:strike w:val="0"/>
          <w:sz w:val="20"/>
          <w:highlight w:val="cyan"/>
          <w:u w:val="single"/>
        </w:rPr>
        <w:t xml:space="preserve"> </w:t>
      </w:r>
      <w:r>
        <w:rPr>
          <w:b w:val="0"/>
          <w:i w:val="0"/>
          <w:smallCaps w:val="0"/>
          <w:strike w:val="0"/>
          <w:sz w:val="20"/>
          <w:highlight w:val="cyan"/>
          <w:u w:val="single"/>
        </w:rPr>
        <w:t>filed</w:t>
      </w:r>
      <w:r>
        <w:rPr>
          <w:b w:val="0"/>
          <w:i w:val="0"/>
          <w:smallCaps w:val="0"/>
          <w:strike w:val="0"/>
          <w:sz w:val="20"/>
          <w:u w:val="single"/>
        </w:rPr>
        <w:t xml:space="preserve"> in</w:t>
      </w:r>
      <w:r>
        <w:rPr>
          <w:b w:val="0"/>
          <w:i w:val="0"/>
          <w:smallCaps w:val="0"/>
          <w:strike w:val="0"/>
          <w:sz w:val="16"/>
          <w:u w:val="none"/>
        </w:rPr>
        <w:t xml:space="preserve"> </w:t>
      </w:r>
      <w:r>
        <w:rPr>
          <w:b w:val="0"/>
          <w:i w:val="0"/>
          <w:smallCaps w:val="0"/>
          <w:strike w:val="0"/>
          <w:sz w:val="20"/>
          <w:u w:val="single"/>
        </w:rPr>
        <w:t xml:space="preserve">an IPR </w:t>
      </w:r>
      <w:r>
        <w:rPr>
          <w:b w:val="0"/>
          <w:i w:val="0"/>
          <w:smallCaps w:val="0"/>
          <w:strike w:val="0"/>
          <w:sz w:val="20"/>
          <w:highlight w:val="cyan"/>
          <w:u w:val="single"/>
        </w:rPr>
        <w:t>proceeding</w:t>
      </w:r>
      <w:r>
        <w:rPr>
          <w:b w:val="0"/>
          <w:i w:val="0"/>
          <w:smallCaps w:val="0"/>
          <w:strike w:val="0"/>
          <w:sz w:val="20"/>
          <w:highlight w:val="cyan"/>
          <w:u w:val="single"/>
        </w:rPr>
        <w:t xml:space="preserve"> brought </w:t>
      </w:r>
      <w:r>
        <w:rPr>
          <w:b w:val="0"/>
          <w:i w:val="0"/>
          <w:smallCaps w:val="0"/>
          <w:strike w:val="0"/>
          <w:sz w:val="20"/>
          <w:highlight w:val="cyan"/>
          <w:u w:val="single"/>
        </w:rPr>
        <w:t>by</w:t>
      </w:r>
      <w:r>
        <w:rPr>
          <w:b w:val="0"/>
          <w:i w:val="0"/>
          <w:smallCaps w:val="0"/>
          <w:strike w:val="0"/>
          <w:sz w:val="20"/>
          <w:highlight w:val="cyan"/>
          <w:u w:val="single"/>
        </w:rPr>
        <w:t xml:space="preserve"> </w:t>
      </w:r>
      <w:r>
        <w:rPr>
          <w:b w:val="0"/>
          <w:i w:val="0"/>
          <w:smallCaps w:val="0"/>
          <w:strike w:val="0"/>
          <w:sz w:val="20"/>
          <w:highlight w:val="cyan"/>
          <w:u w:val="single"/>
        </w:rPr>
        <w:t>Chinese</w:t>
      </w:r>
      <w:r>
        <w:rPr>
          <w:b w:val="0"/>
          <w:i w:val="0"/>
          <w:smallCaps w:val="0"/>
          <w:strike w:val="0"/>
          <w:sz w:val="20"/>
          <w:highlight w:val="cyan"/>
          <w:u w:val="single"/>
        </w:rPr>
        <w:t xml:space="preserve"> </w:t>
      </w:r>
      <w:r>
        <w:rPr>
          <w:b w:val="0"/>
          <w:i w:val="0"/>
          <w:smallCaps w:val="0"/>
          <w:strike w:val="0"/>
          <w:sz w:val="20"/>
          <w:highlight w:val="cyan"/>
          <w:u w:val="single"/>
        </w:rPr>
        <w:t>entity</w:t>
      </w:r>
      <w:r>
        <w:rPr>
          <w:b w:val="0"/>
          <w:i w:val="0"/>
          <w:smallCaps w:val="0"/>
          <w:strike w:val="0"/>
          <w:sz w:val="16"/>
          <w:u w:val="none"/>
        </w:rPr>
        <w:t xml:space="preserve"> Chongqing </w:t>
      </w:r>
      <w:r>
        <w:rPr>
          <w:b w:val="0"/>
          <w:i w:val="0"/>
          <w:smallCaps w:val="0"/>
          <w:strike w:val="0"/>
          <w:sz w:val="16"/>
          <w:u w:val="none"/>
        </w:rPr>
        <w:t>Yanmai</w:t>
      </w:r>
      <w:r>
        <w:rPr>
          <w:b w:val="0"/>
          <w:i w:val="0"/>
          <w:smallCaps w:val="0"/>
          <w:strike w:val="0"/>
          <w:sz w:val="16"/>
          <w:u w:val="none"/>
        </w:rPr>
        <w:t xml:space="preserve"> Technology Co., </w:t>
      </w:r>
      <w:r>
        <w:rPr>
          <w:b w:val="0"/>
          <w:i w:val="0"/>
          <w:smallCaps w:val="0"/>
          <w:strike w:val="0"/>
          <w:sz w:val="20"/>
          <w:u w:val="single"/>
        </w:rPr>
        <w:t>challenging</w:t>
      </w:r>
      <w:r>
        <w:rPr>
          <w:b w:val="0"/>
          <w:i w:val="0"/>
          <w:smallCaps w:val="0"/>
          <w:strike w:val="0"/>
          <w:sz w:val="16"/>
          <w:u w:val="none"/>
        </w:rPr>
        <w:t xml:space="preserve"> </w:t>
      </w:r>
      <w:r>
        <w:rPr>
          <w:b w:val="0"/>
          <w:i w:val="0"/>
          <w:smallCaps w:val="0"/>
          <w:strike w:val="0"/>
          <w:sz w:val="20"/>
          <w:u w:val="single"/>
        </w:rPr>
        <w:t>patent rights</w:t>
      </w:r>
      <w:r>
        <w:rPr>
          <w:b w:val="0"/>
          <w:i w:val="0"/>
          <w:smallCaps w:val="0"/>
          <w:strike w:val="0"/>
          <w:sz w:val="16"/>
          <w:u w:val="none"/>
        </w:rPr>
        <w:t xml:space="preserve"> held by American dissolvable alloy developer </w:t>
      </w:r>
      <w:r>
        <w:rPr>
          <w:b w:val="0"/>
          <w:i w:val="0"/>
          <w:smallCaps w:val="0"/>
          <w:strike w:val="0"/>
          <w:sz w:val="16"/>
          <w:u w:val="none"/>
        </w:rPr>
        <w:t>Terves</w:t>
      </w:r>
      <w:r>
        <w:rPr>
          <w:b w:val="0"/>
          <w:i w:val="0"/>
          <w:smallCaps w:val="0"/>
          <w:strike w:val="0"/>
          <w:sz w:val="16"/>
          <w:u w:val="none"/>
        </w:rPr>
        <w:t xml:space="preserve">, LLC, underscores how the Chinese government is acting through state-controlled entities to weaponize the PTAB against American companies. As a preliminary response recently filed by </w:t>
      </w:r>
      <w:r>
        <w:rPr>
          <w:b w:val="0"/>
          <w:i w:val="0"/>
          <w:smallCaps w:val="0"/>
          <w:strike w:val="0"/>
          <w:sz w:val="16"/>
          <w:u w:val="none"/>
        </w:rPr>
        <w:t>Terves</w:t>
      </w:r>
      <w:r>
        <w:rPr>
          <w:b w:val="0"/>
          <w:i w:val="0"/>
          <w:smallCaps w:val="0"/>
          <w:strike w:val="0"/>
          <w:sz w:val="16"/>
          <w:u w:val="none"/>
        </w:rPr>
        <w:t xml:space="preserve"> reflects, the patent owner is a small business located in Euclid, OH, employing a total of 45 people. Although small, “</w:t>
      </w:r>
      <w:r>
        <w:rPr>
          <w:b w:val="0"/>
          <w:i w:val="0"/>
          <w:smallCaps w:val="0"/>
          <w:strike w:val="0"/>
          <w:sz w:val="16"/>
          <w:u w:val="none"/>
        </w:rPr>
        <w:t>Terves</w:t>
      </w:r>
      <w:r>
        <w:rPr>
          <w:b w:val="0"/>
          <w:i w:val="0"/>
          <w:smallCaps w:val="0"/>
          <w:strike w:val="0"/>
          <w:sz w:val="16"/>
          <w:u w:val="none"/>
        </w:rPr>
        <w:t xml:space="preserve"> turned the fracking industry on its head in 2014,” according to the preliminary response, thanks to its novel magnesium alloys, the first in the world to use a magnesium alloy that was dissolvable in situ to overcome the dangers of working with magnesium powders. </w:t>
      </w:r>
      <w:r>
        <w:rPr>
          <w:b w:val="0"/>
          <w:i w:val="0"/>
          <w:smallCaps w:val="0"/>
          <w:strike w:val="0"/>
          <w:sz w:val="16"/>
          <w:u w:val="none"/>
        </w:rPr>
        <w:t>Terves</w:t>
      </w:r>
      <w:r>
        <w:rPr>
          <w:b w:val="0"/>
          <w:i w:val="0"/>
          <w:smallCaps w:val="0"/>
          <w:strike w:val="0"/>
          <w:sz w:val="16"/>
          <w:u w:val="none"/>
        </w:rPr>
        <w:t xml:space="preserve">’ patent rights challenged by Chongqing </w:t>
      </w:r>
      <w:r>
        <w:rPr>
          <w:b w:val="0"/>
          <w:i w:val="0"/>
          <w:smallCaps w:val="0"/>
          <w:strike w:val="0"/>
          <w:sz w:val="16"/>
          <w:u w:val="none"/>
        </w:rPr>
        <w:t>Yanmai</w:t>
      </w:r>
      <w:r>
        <w:rPr>
          <w:b w:val="0"/>
          <w:i w:val="0"/>
          <w:smallCaps w:val="0"/>
          <w:strike w:val="0"/>
          <w:sz w:val="16"/>
          <w:u w:val="none"/>
        </w:rPr>
        <w:t xml:space="preserve"> claim the novel magnesium composite used as a dissolvable component for oil drilling.</w:t>
      </w:r>
    </w:p>
    <w:p>
      <w:pPr>
        <w:spacing w:after="60"/>
      </w:pPr>
      <w:r>
        <w:rPr>
          <w:b w:val="0"/>
          <w:i w:val="0"/>
          <w:smallCaps w:val="0"/>
          <w:strike w:val="0"/>
          <w:sz w:val="16"/>
          <w:u w:val="none"/>
        </w:rPr>
        <w:t xml:space="preserve">For years, </w:t>
      </w:r>
      <w:r>
        <w:rPr>
          <w:b w:val="0"/>
          <w:i w:val="0"/>
          <w:smallCaps w:val="0"/>
          <w:strike w:val="0"/>
          <w:sz w:val="20"/>
          <w:u w:val="single"/>
        </w:rPr>
        <w:t>Big Tech</w:t>
      </w:r>
      <w:r>
        <w:rPr>
          <w:b w:val="0"/>
          <w:i w:val="0"/>
          <w:smallCaps w:val="0"/>
          <w:strike w:val="0"/>
          <w:sz w:val="16"/>
          <w:u w:val="none"/>
        </w:rPr>
        <w:t xml:space="preserve"> and its </w:t>
      </w:r>
      <w:r>
        <w:rPr>
          <w:b w:val="0"/>
          <w:i w:val="0"/>
          <w:smallCaps w:val="0"/>
          <w:strike w:val="0"/>
          <w:sz w:val="20"/>
          <w:u w:val="single"/>
        </w:rPr>
        <w:t>supporters</w:t>
      </w:r>
      <w:r>
        <w:rPr>
          <w:b w:val="0"/>
          <w:i w:val="0"/>
          <w:smallCaps w:val="0"/>
          <w:strike w:val="0"/>
          <w:sz w:val="16"/>
          <w:u w:val="none"/>
        </w:rPr>
        <w:t xml:space="preserve"> have </w:t>
      </w:r>
      <w:r>
        <w:rPr>
          <w:b w:val="0"/>
          <w:i w:val="0"/>
          <w:smallCaps w:val="0"/>
          <w:strike w:val="0"/>
          <w:sz w:val="20"/>
          <w:u w:val="single"/>
        </w:rPr>
        <w:t>carried</w:t>
      </w:r>
      <w:r>
        <w:rPr>
          <w:b w:val="0"/>
          <w:i w:val="0"/>
          <w:smallCaps w:val="0"/>
          <w:strike w:val="0"/>
          <w:sz w:val="20"/>
          <w:u w:val="single"/>
        </w:rPr>
        <w:t xml:space="preserve"> on </w:t>
      </w:r>
      <w:r>
        <w:rPr>
          <w:b w:val="0"/>
          <w:i w:val="0"/>
          <w:smallCaps w:val="0"/>
          <w:strike w:val="0"/>
          <w:sz w:val="16"/>
          <w:u w:val="none"/>
        </w:rPr>
        <w:t xml:space="preserve">their </w:t>
      </w:r>
      <w:r>
        <w:rPr>
          <w:b w:val="0"/>
          <w:i w:val="0"/>
          <w:smallCaps w:val="0"/>
          <w:strike w:val="0"/>
          <w:sz w:val="20"/>
          <w:u w:val="single"/>
        </w:rPr>
        <w:t>uncomfortable</w:t>
      </w:r>
      <w:r>
        <w:rPr>
          <w:b w:val="0"/>
          <w:i w:val="0"/>
          <w:smallCaps w:val="0"/>
          <w:strike w:val="0"/>
          <w:sz w:val="20"/>
          <w:u w:val="single"/>
        </w:rPr>
        <w:t xml:space="preserve"> </w:t>
      </w:r>
      <w:r>
        <w:rPr>
          <w:b w:val="0"/>
          <w:i w:val="0"/>
          <w:smallCaps w:val="0"/>
          <w:strike w:val="0"/>
          <w:sz w:val="20"/>
          <w:u w:val="single"/>
        </w:rPr>
        <w:t>shadow</w:t>
      </w:r>
      <w:r>
        <w:rPr>
          <w:b w:val="0"/>
          <w:i w:val="0"/>
          <w:smallCaps w:val="0"/>
          <w:strike w:val="0"/>
          <w:sz w:val="20"/>
          <w:u w:val="single"/>
        </w:rPr>
        <w:t xml:space="preserve"> </w:t>
      </w:r>
      <w:r>
        <w:rPr>
          <w:b w:val="0"/>
          <w:i w:val="0"/>
          <w:smallCaps w:val="0"/>
          <w:strike w:val="0"/>
          <w:sz w:val="20"/>
          <w:u w:val="single"/>
        </w:rPr>
        <w:t>play</w:t>
      </w:r>
      <w:r>
        <w:rPr>
          <w:b w:val="0"/>
          <w:i w:val="0"/>
          <w:smallCaps w:val="0"/>
          <w:strike w:val="0"/>
          <w:sz w:val="16"/>
          <w:u w:val="none"/>
        </w:rPr>
        <w:t xml:space="preserve"> </w:t>
      </w:r>
      <w:r>
        <w:rPr>
          <w:b w:val="0"/>
          <w:i w:val="0"/>
          <w:smallCaps w:val="0"/>
          <w:strike w:val="0"/>
          <w:sz w:val="20"/>
          <w:u w:val="single"/>
        </w:rPr>
        <w:t>to make</w:t>
      </w:r>
      <w:r>
        <w:rPr>
          <w:b w:val="0"/>
          <w:i w:val="0"/>
          <w:smallCaps w:val="0"/>
          <w:strike w:val="0"/>
          <w:sz w:val="16"/>
          <w:u w:val="none"/>
        </w:rPr>
        <w:t xml:space="preserve"> the </w:t>
      </w:r>
      <w:r>
        <w:rPr>
          <w:b w:val="0"/>
          <w:i w:val="0"/>
          <w:smallCaps w:val="0"/>
          <w:strike w:val="0"/>
          <w:sz w:val="20"/>
          <w:u w:val="single"/>
        </w:rPr>
        <w:t>PTAB look</w:t>
      </w:r>
      <w:r>
        <w:rPr>
          <w:b w:val="0"/>
          <w:i w:val="0"/>
          <w:smallCaps w:val="0"/>
          <w:strike w:val="0"/>
          <w:sz w:val="16"/>
          <w:u w:val="none"/>
        </w:rPr>
        <w:t xml:space="preserve"> </w:t>
      </w:r>
      <w:r>
        <w:rPr>
          <w:b w:val="0"/>
          <w:i w:val="0"/>
          <w:smallCaps w:val="0"/>
          <w:strike w:val="0"/>
          <w:sz w:val="20"/>
          <w:u w:val="single"/>
        </w:rPr>
        <w:t>like a boon to the American economy</w:t>
      </w:r>
      <w:r>
        <w:rPr>
          <w:b w:val="0"/>
          <w:i w:val="0"/>
          <w:smallCaps w:val="0"/>
          <w:strike w:val="0"/>
          <w:sz w:val="16"/>
          <w:u w:val="none"/>
        </w:rPr>
        <w:t xml:space="preserve"> when </w:t>
      </w:r>
      <w:r>
        <w:rPr>
          <w:b w:val="0"/>
          <w:i w:val="0"/>
          <w:smallCaps w:val="0"/>
          <w:strike w:val="0"/>
          <w:sz w:val="20"/>
          <w:u w:val="single"/>
        </w:rPr>
        <w:t>they themselves</w:t>
      </w:r>
      <w:r>
        <w:rPr>
          <w:b w:val="0"/>
          <w:i w:val="0"/>
          <w:smallCaps w:val="0"/>
          <w:strike w:val="0"/>
          <w:sz w:val="16"/>
          <w:u w:val="none"/>
        </w:rPr>
        <w:t xml:space="preserve"> </w:t>
      </w:r>
      <w:r>
        <w:rPr>
          <w:b w:val="0"/>
          <w:i w:val="0"/>
          <w:smallCaps w:val="0"/>
          <w:strike w:val="0"/>
          <w:sz w:val="20"/>
          <w:u w:val="single"/>
        </w:rPr>
        <w:t>have weaponized</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platform to take out</w:t>
      </w:r>
      <w:r>
        <w:rPr>
          <w:b w:val="0"/>
          <w:i w:val="0"/>
          <w:smallCaps w:val="0"/>
          <w:strike w:val="0"/>
          <w:sz w:val="16"/>
          <w:u w:val="none"/>
        </w:rPr>
        <w:t xml:space="preserve"> </w:t>
      </w:r>
      <w:r>
        <w:rPr>
          <w:b w:val="0"/>
          <w:i w:val="0"/>
          <w:smallCaps w:val="0"/>
          <w:strike w:val="0"/>
          <w:sz w:val="20"/>
          <w:u w:val="single"/>
        </w:rPr>
        <w:t>competitive</w:t>
      </w:r>
      <w:r>
        <w:rPr>
          <w:b w:val="0"/>
          <w:i w:val="0"/>
          <w:smallCaps w:val="0"/>
          <w:strike w:val="0"/>
          <w:sz w:val="16"/>
          <w:u w:val="none"/>
        </w:rPr>
        <w:t xml:space="preserve"> </w:t>
      </w:r>
      <w:r>
        <w:rPr>
          <w:b w:val="0"/>
          <w:i w:val="0"/>
          <w:smallCaps w:val="0"/>
          <w:strike w:val="0"/>
          <w:sz w:val="20"/>
          <w:u w:val="single"/>
        </w:rPr>
        <w:t>interests</w:t>
      </w:r>
      <w:r>
        <w:rPr>
          <w:b w:val="0"/>
          <w:i w:val="0"/>
          <w:smallCaps w:val="0"/>
          <w:strike w:val="0"/>
          <w:sz w:val="16"/>
          <w:u w:val="none"/>
        </w:rPr>
        <w:t xml:space="preserve">. Now, </w:t>
      </w:r>
      <w:r>
        <w:rPr>
          <w:b w:val="0"/>
          <w:i w:val="0"/>
          <w:smallCaps w:val="0"/>
          <w:strike w:val="0"/>
          <w:sz w:val="20"/>
          <w:u w:val="single"/>
        </w:rPr>
        <w:t>China</w:t>
      </w:r>
      <w:r>
        <w:rPr>
          <w:b w:val="0"/>
          <w:i w:val="0"/>
          <w:smallCaps w:val="0"/>
          <w:strike w:val="0"/>
          <w:sz w:val="16"/>
          <w:u w:val="none"/>
        </w:rPr>
        <w:t xml:space="preserve"> </w:t>
      </w:r>
      <w:r>
        <w:rPr>
          <w:b w:val="0"/>
          <w:i w:val="0"/>
          <w:smallCaps w:val="0"/>
          <w:strike w:val="0"/>
          <w:sz w:val="20"/>
          <w:u w:val="single"/>
        </w:rPr>
        <w:t xml:space="preserve">has </w:t>
      </w:r>
      <w:r>
        <w:rPr>
          <w:b w:val="0"/>
          <w:i w:val="0"/>
          <w:smallCaps w:val="0"/>
          <w:strike w:val="0"/>
          <w:sz w:val="20"/>
          <w:u w:val="single"/>
        </w:rPr>
        <w:t>learned</w:t>
      </w:r>
      <w:r>
        <w:rPr>
          <w:b w:val="0"/>
          <w:i w:val="0"/>
          <w:smallCaps w:val="0"/>
          <w:strike w:val="0"/>
          <w:sz w:val="20"/>
          <w:u w:val="single"/>
        </w:rPr>
        <w:t xml:space="preserve"> their </w:t>
      </w:r>
      <w:r>
        <w:rPr>
          <w:b w:val="0"/>
          <w:i w:val="0"/>
          <w:smallCaps w:val="0"/>
          <w:strike w:val="0"/>
          <w:sz w:val="20"/>
          <w:u w:val="single"/>
        </w:rPr>
        <w:t>playbook</w:t>
      </w:r>
      <w:r>
        <w:rPr>
          <w:b w:val="0"/>
          <w:i w:val="0"/>
          <w:smallCaps w:val="0"/>
          <w:strike w:val="0"/>
          <w:sz w:val="16"/>
          <w:u w:val="none"/>
        </w:rPr>
        <w:t xml:space="preserve">, and what’s at </w:t>
      </w:r>
      <w:r>
        <w:rPr>
          <w:b w:val="0"/>
          <w:i w:val="0"/>
          <w:smallCaps w:val="0"/>
          <w:strike w:val="0"/>
          <w:sz w:val="20"/>
          <w:u w:val="single"/>
        </w:rPr>
        <w:t>stake</w:t>
      </w:r>
      <w:r>
        <w:rPr>
          <w:b w:val="0"/>
          <w:i w:val="0"/>
          <w:smallCaps w:val="0"/>
          <w:strike w:val="0"/>
          <w:sz w:val="20"/>
          <w:u w:val="single"/>
        </w:rPr>
        <w:t xml:space="preserve"> </w:t>
      </w:r>
      <w:r>
        <w:rPr>
          <w:b w:val="0"/>
          <w:i w:val="0"/>
          <w:smallCaps w:val="0"/>
          <w:strike w:val="0"/>
          <w:sz w:val="20"/>
          <w:u w:val="single"/>
        </w:rPr>
        <w:t>is America’s</w:t>
      </w:r>
      <w:r>
        <w:rPr>
          <w:b w:val="0"/>
          <w:i w:val="0"/>
          <w:smallCaps w:val="0"/>
          <w:strike w:val="0"/>
          <w:sz w:val="20"/>
          <w:u w:val="single"/>
        </w:rPr>
        <w:t xml:space="preserve"> </w:t>
      </w:r>
      <w:r>
        <w:rPr>
          <w:b w:val="0"/>
          <w:i w:val="0"/>
          <w:smallCaps w:val="0"/>
          <w:strike w:val="0"/>
          <w:sz w:val="20"/>
          <w:u w:val="single"/>
        </w:rPr>
        <w:t>entire competitive advantage</w:t>
      </w:r>
      <w:r>
        <w:rPr>
          <w:b w:val="0"/>
          <w:i w:val="0"/>
          <w:smallCaps w:val="0"/>
          <w:strike w:val="0"/>
          <w:sz w:val="20"/>
          <w:u w:val="single"/>
        </w:rPr>
        <w:t xml:space="preserve"> against its</w:t>
      </w:r>
      <w:r>
        <w:rPr>
          <w:b w:val="0"/>
          <w:i w:val="0"/>
          <w:smallCaps w:val="0"/>
          <w:strike w:val="0"/>
          <w:sz w:val="16"/>
          <w:u w:val="none"/>
        </w:rPr>
        <w:t xml:space="preserve"> </w:t>
      </w:r>
      <w:r>
        <w:rPr>
          <w:b w:val="0"/>
          <w:i w:val="0"/>
          <w:smallCaps w:val="0"/>
          <w:strike w:val="0"/>
          <w:sz w:val="20"/>
          <w:u w:val="single"/>
        </w:rPr>
        <w:t>biggest</w:t>
      </w:r>
      <w:r>
        <w:rPr>
          <w:b w:val="0"/>
          <w:i w:val="0"/>
          <w:smallCaps w:val="0"/>
          <w:strike w:val="0"/>
          <w:sz w:val="16"/>
          <w:u w:val="none"/>
        </w:rPr>
        <w:t xml:space="preserve"> </w:t>
      </w:r>
      <w:r>
        <w:rPr>
          <w:b w:val="0"/>
          <w:i w:val="0"/>
          <w:smallCaps w:val="0"/>
          <w:strike w:val="0"/>
          <w:sz w:val="20"/>
          <w:u w:val="single"/>
        </w:rPr>
        <w:t>foreign</w:t>
      </w:r>
      <w:r>
        <w:rPr>
          <w:b w:val="0"/>
          <w:i w:val="0"/>
          <w:smallCaps w:val="0"/>
          <w:strike w:val="0"/>
          <w:sz w:val="16"/>
          <w:u w:val="none"/>
        </w:rPr>
        <w:t xml:space="preserve"> </w:t>
      </w:r>
      <w:r>
        <w:rPr>
          <w:b w:val="0"/>
          <w:i w:val="0"/>
          <w:smallCaps w:val="0"/>
          <w:strike w:val="0"/>
          <w:sz w:val="20"/>
          <w:u w:val="single"/>
        </w:rPr>
        <w:t>rival</w:t>
      </w:r>
      <w:r>
        <w:rPr>
          <w:b w:val="0"/>
          <w:i w:val="0"/>
          <w:smallCaps w:val="0"/>
          <w:strike w:val="0"/>
          <w:sz w:val="16"/>
          <w:u w:val="none"/>
        </w:rPr>
        <w:t xml:space="preserve">. Without question, the </w:t>
      </w:r>
      <w:r>
        <w:rPr>
          <w:b w:val="0"/>
          <w:i w:val="0"/>
          <w:smallCaps w:val="0"/>
          <w:strike w:val="0"/>
          <w:sz w:val="20"/>
          <w:u w:val="single"/>
        </w:rPr>
        <w:t>patent</w:t>
      </w:r>
      <w:r>
        <w:rPr>
          <w:b w:val="0"/>
          <w:i w:val="0"/>
          <w:smallCaps w:val="0"/>
          <w:strike w:val="0"/>
          <w:sz w:val="20"/>
          <w:u w:val="single"/>
        </w:rPr>
        <w:t xml:space="preserve"> </w:t>
      </w:r>
      <w:r>
        <w:rPr>
          <w:b w:val="0"/>
          <w:i w:val="0"/>
          <w:smallCaps w:val="0"/>
          <w:strike w:val="0"/>
          <w:sz w:val="20"/>
          <w:u w:val="single"/>
        </w:rPr>
        <w:t>rights</w:t>
      </w:r>
      <w:r>
        <w:rPr>
          <w:b w:val="0"/>
          <w:i w:val="0"/>
          <w:smallCaps w:val="0"/>
          <w:strike w:val="0"/>
          <w:sz w:val="20"/>
          <w:u w:val="single"/>
        </w:rPr>
        <w:t xml:space="preserve"> at </w:t>
      </w:r>
      <w:r>
        <w:rPr>
          <w:b w:val="0"/>
          <w:i w:val="0"/>
          <w:smallCaps w:val="0"/>
          <w:strike w:val="0"/>
          <w:sz w:val="20"/>
          <w:u w:val="single"/>
        </w:rPr>
        <w:t>issue</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this </w:t>
      </w:r>
      <w:r>
        <w:rPr>
          <w:b w:val="0"/>
          <w:i w:val="0"/>
          <w:smallCaps w:val="0"/>
          <w:strike w:val="0"/>
          <w:sz w:val="20"/>
          <w:u w:val="single"/>
        </w:rPr>
        <w:t>IPR</w:t>
      </w:r>
      <w:r>
        <w:rPr>
          <w:b w:val="0"/>
          <w:i w:val="0"/>
          <w:smallCaps w:val="0"/>
          <w:strike w:val="0"/>
          <w:sz w:val="16"/>
          <w:u w:val="none"/>
        </w:rPr>
        <w:t xml:space="preserve"> </w:t>
      </w:r>
      <w:r>
        <w:rPr>
          <w:b w:val="0"/>
          <w:i w:val="0"/>
          <w:smallCaps w:val="0"/>
          <w:strike w:val="0"/>
          <w:sz w:val="20"/>
          <w:u w:val="single"/>
        </w:rPr>
        <w:t>support</w:t>
      </w:r>
      <w:r>
        <w:rPr>
          <w:b w:val="0"/>
          <w:i w:val="0"/>
          <w:smallCaps w:val="0"/>
          <w:strike w:val="0"/>
          <w:sz w:val="20"/>
          <w:u w:val="single"/>
        </w:rPr>
        <w:t xml:space="preserve"> a </w:t>
      </w:r>
      <w:r>
        <w:rPr>
          <w:b w:val="0"/>
          <w:i w:val="0"/>
          <w:smallCaps w:val="0"/>
          <w:strike w:val="0"/>
          <w:sz w:val="20"/>
          <w:u w:val="single"/>
        </w:rPr>
        <w:t>domestic</w:t>
      </w:r>
      <w:r>
        <w:rPr>
          <w:b w:val="0"/>
          <w:i w:val="0"/>
          <w:smallCaps w:val="0"/>
          <w:strike w:val="0"/>
          <w:sz w:val="20"/>
          <w:u w:val="single"/>
        </w:rPr>
        <w:t xml:space="preserve"> </w:t>
      </w:r>
      <w:r>
        <w:rPr>
          <w:b w:val="0"/>
          <w:i w:val="0"/>
          <w:smallCaps w:val="0"/>
          <w:strike w:val="0"/>
          <w:sz w:val="20"/>
          <w:u w:val="single"/>
        </w:rPr>
        <w:t>industry</w:t>
      </w:r>
      <w:r>
        <w:rPr>
          <w:b w:val="0"/>
          <w:i w:val="0"/>
          <w:smallCaps w:val="0"/>
          <w:strike w:val="0"/>
          <w:sz w:val="20"/>
          <w:u w:val="single"/>
        </w:rPr>
        <w:t xml:space="preserve"> </w:t>
      </w:r>
      <w:r>
        <w:rPr>
          <w:b w:val="0"/>
          <w:i w:val="0"/>
          <w:smallCaps w:val="0"/>
          <w:strike w:val="0"/>
          <w:sz w:val="20"/>
          <w:u w:val="single"/>
        </w:rPr>
        <w:t>critical</w:t>
      </w:r>
      <w:r>
        <w:rPr>
          <w:b w:val="0"/>
          <w:i w:val="0"/>
          <w:smallCaps w:val="0"/>
          <w:strike w:val="0"/>
          <w:sz w:val="20"/>
          <w:u w:val="single"/>
        </w:rPr>
        <w:t xml:space="preserve"> to </w:t>
      </w:r>
      <w:r>
        <w:rPr>
          <w:b w:val="0"/>
          <w:i w:val="0"/>
          <w:smallCaps w:val="0"/>
          <w:strike w:val="0"/>
          <w:sz w:val="20"/>
          <w:u w:val="single"/>
        </w:rPr>
        <w:t>U.S. interests</w:t>
      </w:r>
      <w:r>
        <w:rPr>
          <w:b w:val="0"/>
          <w:i w:val="0"/>
          <w:smallCaps w:val="0"/>
          <w:strike w:val="0"/>
          <w:sz w:val="16"/>
          <w:u w:val="none"/>
        </w:rPr>
        <w:t>. Magnesium is one of 35 critical minerals central to the national emergency declared by Executive Order 13953, signed by former President Donald Trump and continued under President Joe Biden. Freeing America from economic dependence on China, which has accounted for 80% of rare earth imports to the United States, was a major factor driving the declaration of EO13953.</w:t>
      </w:r>
    </w:p>
    <w:p>
      <w:pPr>
        <w:spacing w:after="60"/>
      </w:pPr>
      <w:r>
        <w:rPr>
          <w:b w:val="0"/>
          <w:i w:val="0"/>
          <w:smallCaps w:val="0"/>
          <w:strike w:val="0"/>
          <w:sz w:val="16"/>
          <w:u w:val="none"/>
        </w:rPr>
        <w:t xml:space="preserve">Eliminating </w:t>
      </w:r>
      <w:r>
        <w:rPr>
          <w:b w:val="0"/>
          <w:i w:val="0"/>
          <w:smallCaps w:val="0"/>
          <w:strike w:val="0"/>
          <w:sz w:val="16"/>
          <w:u w:val="none"/>
        </w:rPr>
        <w:t>Terves</w:t>
      </w:r>
      <w:r>
        <w:rPr>
          <w:b w:val="0"/>
          <w:i w:val="0"/>
          <w:smallCaps w:val="0"/>
          <w:strike w:val="0"/>
          <w:sz w:val="16"/>
          <w:u w:val="none"/>
        </w:rPr>
        <w:t xml:space="preserve">’ patent rights would hurt the domestic magnesium production industry, especially given that petitioner Chongqing </w:t>
      </w:r>
      <w:r>
        <w:rPr>
          <w:b w:val="0"/>
          <w:i w:val="0"/>
          <w:smallCaps w:val="0"/>
          <w:strike w:val="0"/>
          <w:sz w:val="16"/>
          <w:u w:val="none"/>
        </w:rPr>
        <w:t>Yanmai</w:t>
      </w:r>
      <w:r>
        <w:rPr>
          <w:b w:val="0"/>
          <w:i w:val="0"/>
          <w:smallCaps w:val="0"/>
          <w:strike w:val="0"/>
          <w:sz w:val="16"/>
          <w:u w:val="none"/>
        </w:rPr>
        <w:t xml:space="preserve"> Technology has no known U.S. marketplace presence. Indeed, Chongqing </w:t>
      </w:r>
      <w:r>
        <w:rPr>
          <w:b w:val="0"/>
          <w:i w:val="0"/>
          <w:smallCaps w:val="0"/>
          <w:strike w:val="0"/>
          <w:sz w:val="16"/>
          <w:u w:val="none"/>
        </w:rPr>
        <w:t>Yanmai</w:t>
      </w:r>
      <w:r>
        <w:rPr>
          <w:b w:val="0"/>
          <w:i w:val="0"/>
          <w:smallCaps w:val="0"/>
          <w:strike w:val="0"/>
          <w:sz w:val="16"/>
          <w:u w:val="none"/>
        </w:rPr>
        <w:t xml:space="preserve"> appears to be a non-practicing entity without any magnesium production operations anywhere, established for the mere purpose of challenging </w:t>
      </w:r>
      <w:r>
        <w:rPr>
          <w:b w:val="0"/>
          <w:i w:val="0"/>
          <w:smallCaps w:val="0"/>
          <w:strike w:val="0"/>
          <w:sz w:val="16"/>
          <w:u w:val="none"/>
        </w:rPr>
        <w:t>Terves</w:t>
      </w:r>
      <w:r>
        <w:rPr>
          <w:b w:val="0"/>
          <w:i w:val="0"/>
          <w:smallCaps w:val="0"/>
          <w:strike w:val="0"/>
          <w:sz w:val="16"/>
          <w:u w:val="none"/>
        </w:rPr>
        <w:t xml:space="preserve">’ patent rights to magnesium production. This is a tactic that, elsewhere at the PTAB, almost helped Intel evade billions of dollars in infringement liability before it was met with the barest of sanctions. By contrast, </w:t>
      </w:r>
      <w:r>
        <w:rPr>
          <w:b w:val="0"/>
          <w:i w:val="0"/>
          <w:smallCaps w:val="0"/>
          <w:strike w:val="0"/>
          <w:sz w:val="16"/>
          <w:u w:val="none"/>
        </w:rPr>
        <w:t>Terves</w:t>
      </w:r>
      <w:r>
        <w:rPr>
          <w:b w:val="0"/>
          <w:i w:val="0"/>
          <w:smallCaps w:val="0"/>
          <w:strike w:val="0"/>
          <w:sz w:val="16"/>
          <w:u w:val="none"/>
        </w:rPr>
        <w:t xml:space="preserve"> is the only company to have built a secondary magnesium processing plant in the United States within the past 50 years. Instituting Chongqing </w:t>
      </w:r>
      <w:r>
        <w:rPr>
          <w:b w:val="0"/>
          <w:i w:val="0"/>
          <w:smallCaps w:val="0"/>
          <w:strike w:val="0"/>
          <w:sz w:val="16"/>
          <w:u w:val="none"/>
        </w:rPr>
        <w:t>Yanmai’s</w:t>
      </w:r>
      <w:r>
        <w:rPr>
          <w:b w:val="0"/>
          <w:i w:val="0"/>
          <w:smallCaps w:val="0"/>
          <w:strike w:val="0"/>
          <w:sz w:val="16"/>
          <w:u w:val="none"/>
        </w:rPr>
        <w:t xml:space="preserve"> IPR would “make the Board… the cat’s paw of a foreign sovereign against the interests of a protected domestic industry,” charges </w:t>
      </w:r>
      <w:r>
        <w:rPr>
          <w:b w:val="0"/>
          <w:i w:val="0"/>
          <w:smallCaps w:val="0"/>
          <w:strike w:val="0"/>
          <w:sz w:val="16"/>
          <w:u w:val="none"/>
        </w:rPr>
        <w:t>Terves</w:t>
      </w:r>
      <w:r>
        <w:rPr>
          <w:b w:val="0"/>
          <w:i w:val="0"/>
          <w:smallCaps w:val="0"/>
          <w:strike w:val="0"/>
          <w:sz w:val="16"/>
          <w:u w:val="none"/>
        </w:rPr>
        <w:t>.</w:t>
      </w:r>
    </w:p>
    <w:p>
      <w:pPr>
        <w:spacing w:after="60"/>
      </w:pPr>
      <w:r>
        <w:rPr>
          <w:b w:val="0"/>
          <w:i w:val="0"/>
          <w:smallCaps w:val="0"/>
          <w:strike w:val="0"/>
          <w:sz w:val="20"/>
          <w:highlight w:val="cyan"/>
          <w:u w:val="single"/>
        </w:rPr>
        <w:t>PTAB’s</w:t>
      </w:r>
      <w:r>
        <w:rPr>
          <w:b w:val="0"/>
          <w:i w:val="0"/>
          <w:smallCaps w:val="0"/>
          <w:strike w:val="0"/>
          <w:sz w:val="16"/>
          <w:highlight w:val="cyan"/>
          <w:u w:val="none"/>
        </w:rPr>
        <w:t xml:space="preserve"> </w:t>
      </w:r>
      <w:r>
        <w:rPr>
          <w:b w:val="0"/>
          <w:i w:val="0"/>
          <w:smallCaps w:val="0"/>
          <w:strike w:val="0"/>
          <w:sz w:val="20"/>
          <w:highlight w:val="cyan"/>
          <w:u w:val="single"/>
        </w:rPr>
        <w:t>Lack of Discovery</w:t>
      </w:r>
      <w:r>
        <w:rPr>
          <w:b w:val="0"/>
          <w:i w:val="0"/>
          <w:smallCaps w:val="0"/>
          <w:strike w:val="0"/>
          <w:sz w:val="20"/>
          <w:u w:val="single"/>
        </w:rPr>
        <w:t xml:space="preserve"> </w:t>
      </w:r>
      <w:r>
        <w:rPr>
          <w:b w:val="0"/>
          <w:i w:val="0"/>
          <w:smallCaps w:val="0"/>
          <w:strike w:val="0"/>
          <w:sz w:val="20"/>
          <w:u w:val="single"/>
        </w:rPr>
        <w:t>Procedures</w:t>
      </w:r>
      <w:r>
        <w:rPr>
          <w:b w:val="0"/>
          <w:i w:val="0"/>
          <w:smallCaps w:val="0"/>
          <w:strike w:val="0"/>
          <w:sz w:val="16"/>
          <w:u w:val="none"/>
        </w:rPr>
        <w:t xml:space="preserve"> </w:t>
      </w:r>
      <w:r>
        <w:rPr>
          <w:b w:val="0"/>
          <w:i w:val="0"/>
          <w:smallCaps w:val="0"/>
          <w:strike w:val="0"/>
          <w:sz w:val="20"/>
          <w:highlight w:val="cyan"/>
          <w:u w:val="single"/>
        </w:rPr>
        <w:t>Allow</w:t>
      </w:r>
      <w:r>
        <w:rPr>
          <w:b w:val="0"/>
          <w:i w:val="0"/>
          <w:smallCaps w:val="0"/>
          <w:strike w:val="0"/>
          <w:sz w:val="16"/>
          <w:highlight w:val="cyan"/>
          <w:u w:val="none"/>
        </w:rPr>
        <w:t xml:space="preserve"> </w:t>
      </w:r>
      <w:r>
        <w:rPr>
          <w:b w:val="0"/>
          <w:i w:val="0"/>
          <w:smallCaps w:val="0"/>
          <w:strike w:val="0"/>
          <w:sz w:val="20"/>
          <w:highlight w:val="cyan"/>
          <w:u w:val="single"/>
        </w:rPr>
        <w:t xml:space="preserve">Chinese </w:t>
      </w:r>
      <w:r>
        <w:rPr>
          <w:b w:val="0"/>
          <w:i w:val="0"/>
          <w:smallCaps w:val="0"/>
          <w:strike w:val="0"/>
          <w:sz w:val="20"/>
          <w:highlight w:val="cyan"/>
          <w:u w:val="single"/>
        </w:rPr>
        <w:t>Interests</w:t>
      </w:r>
      <w:r>
        <w:rPr>
          <w:b w:val="0"/>
          <w:i w:val="0"/>
          <w:smallCaps w:val="0"/>
          <w:strike w:val="0"/>
          <w:sz w:val="20"/>
          <w:u w:val="single"/>
        </w:rPr>
        <w:t xml:space="preserve"> to </w:t>
      </w:r>
      <w:r>
        <w:rPr>
          <w:b w:val="0"/>
          <w:i w:val="0"/>
          <w:smallCaps w:val="0"/>
          <w:strike w:val="0"/>
          <w:sz w:val="20"/>
          <w:highlight w:val="cyan"/>
          <w:u w:val="single"/>
        </w:rPr>
        <w:t xml:space="preserve">Run </w:t>
      </w:r>
      <w:r>
        <w:rPr>
          <w:b w:val="0"/>
          <w:i w:val="0"/>
          <w:smallCaps w:val="0"/>
          <w:strike w:val="0"/>
          <w:sz w:val="20"/>
          <w:highlight w:val="cyan"/>
          <w:u w:val="single"/>
        </w:rPr>
        <w:t>Rampant</w:t>
      </w:r>
    </w:p>
    <w:p>
      <w:pPr>
        <w:spacing w:after="60"/>
      </w:pPr>
      <w:r>
        <w:rPr>
          <w:b w:val="0"/>
          <w:i w:val="0"/>
          <w:smallCaps w:val="0"/>
          <w:strike w:val="0"/>
          <w:sz w:val="16"/>
          <w:u w:val="none"/>
        </w:rPr>
        <w:t xml:space="preserve">The </w:t>
      </w:r>
      <w:r>
        <w:rPr>
          <w:b w:val="0"/>
          <w:i w:val="0"/>
          <w:smallCaps w:val="0"/>
          <w:strike w:val="0"/>
          <w:sz w:val="20"/>
          <w:u w:val="single"/>
        </w:rPr>
        <w:t xml:space="preserve">Chinese entity </w:t>
      </w:r>
      <w:r>
        <w:rPr>
          <w:b w:val="0"/>
          <w:i w:val="0"/>
          <w:smallCaps w:val="0"/>
          <w:strike w:val="0"/>
          <w:sz w:val="20"/>
          <w:highlight w:val="cyan"/>
          <w:u w:val="single"/>
        </w:rPr>
        <w:t>petitioning</w:t>
      </w:r>
      <w:r>
        <w:rPr>
          <w:b w:val="0"/>
          <w:i w:val="0"/>
          <w:smallCaps w:val="0"/>
          <w:strike w:val="0"/>
          <w:sz w:val="20"/>
          <w:u w:val="single"/>
        </w:rPr>
        <w:t xml:space="preserve"> the </w:t>
      </w:r>
      <w:r>
        <w:rPr>
          <w:b w:val="0"/>
          <w:i w:val="0"/>
          <w:smallCaps w:val="0"/>
          <w:strike w:val="0"/>
          <w:sz w:val="20"/>
          <w:highlight w:val="cyan"/>
          <w:u w:val="single"/>
        </w:rPr>
        <w:t>PTAB</w:t>
      </w:r>
      <w:r>
        <w:rPr>
          <w:b w:val="0"/>
          <w:i w:val="0"/>
          <w:smallCaps w:val="0"/>
          <w:strike w:val="0"/>
          <w:sz w:val="20"/>
          <w:u w:val="single"/>
        </w:rPr>
        <w:t xml:space="preserve"> is completely </w:t>
      </w:r>
      <w:r>
        <w:rPr>
          <w:b w:val="0"/>
          <w:i w:val="0"/>
          <w:smallCaps w:val="0"/>
          <w:strike w:val="0"/>
          <w:sz w:val="20"/>
          <w:u w:val="single"/>
        </w:rPr>
        <w:t>unknown</w:t>
      </w:r>
      <w:r>
        <w:rPr>
          <w:b w:val="0"/>
          <w:i w:val="0"/>
          <w:smallCaps w:val="0"/>
          <w:strike w:val="0"/>
          <w:sz w:val="16"/>
          <w:u w:val="none"/>
        </w:rPr>
        <w:t xml:space="preserve"> to </w:t>
      </w:r>
      <w:r>
        <w:rPr>
          <w:b w:val="0"/>
          <w:i w:val="0"/>
          <w:smallCaps w:val="0"/>
          <w:strike w:val="0"/>
          <w:sz w:val="16"/>
          <w:u w:val="none"/>
        </w:rPr>
        <w:t>Terves</w:t>
      </w:r>
      <w:r>
        <w:rPr>
          <w:b w:val="0"/>
          <w:i w:val="0"/>
          <w:smallCaps w:val="0"/>
          <w:strike w:val="0"/>
          <w:sz w:val="16"/>
          <w:u w:val="none"/>
        </w:rPr>
        <w:t xml:space="preserve">, </w:t>
      </w:r>
      <w:r>
        <w:rPr>
          <w:b w:val="0"/>
          <w:i w:val="0"/>
          <w:smallCaps w:val="0"/>
          <w:strike w:val="0"/>
          <w:sz w:val="20"/>
          <w:u w:val="single"/>
        </w:rPr>
        <w:t>but</w:t>
      </w:r>
      <w:r>
        <w:rPr>
          <w:b w:val="0"/>
          <w:i w:val="0"/>
          <w:smallCaps w:val="0"/>
          <w:strike w:val="0"/>
          <w:sz w:val="16"/>
          <w:u w:val="none"/>
        </w:rPr>
        <w:t xml:space="preserve"> its </w:t>
      </w:r>
      <w:r>
        <w:rPr>
          <w:b w:val="0"/>
          <w:i w:val="0"/>
          <w:smallCaps w:val="0"/>
          <w:strike w:val="0"/>
          <w:sz w:val="20"/>
          <w:u w:val="single"/>
        </w:rPr>
        <w:t>activities</w:t>
      </w:r>
      <w:r>
        <w:rPr>
          <w:b w:val="0"/>
          <w:i w:val="0"/>
          <w:smallCaps w:val="0"/>
          <w:strike w:val="0"/>
          <w:sz w:val="20"/>
          <w:u w:val="single"/>
        </w:rPr>
        <w:t xml:space="preserve"> are </w:t>
      </w:r>
      <w:r>
        <w:rPr>
          <w:b w:val="0"/>
          <w:i w:val="0"/>
          <w:smallCaps w:val="0"/>
          <w:strike w:val="0"/>
          <w:sz w:val="20"/>
          <w:highlight w:val="cyan"/>
          <w:u w:val="single"/>
        </w:rPr>
        <w:t>consistent</w:t>
      </w:r>
      <w:r>
        <w:rPr>
          <w:b w:val="0"/>
          <w:i w:val="0"/>
          <w:smallCaps w:val="0"/>
          <w:strike w:val="0"/>
          <w:sz w:val="20"/>
          <w:u w:val="single"/>
        </w:rPr>
        <w:t xml:space="preserve"> with the </w:t>
      </w:r>
      <w:r>
        <w:rPr>
          <w:b w:val="0"/>
          <w:i w:val="0"/>
          <w:smallCaps w:val="0"/>
          <w:strike w:val="0"/>
          <w:sz w:val="20"/>
          <w:highlight w:val="cyan"/>
          <w:u w:val="single"/>
        </w:rPr>
        <w:t>Chinese</w:t>
      </w:r>
      <w:r>
        <w:rPr>
          <w:b w:val="0"/>
          <w:i w:val="0"/>
          <w:smallCaps w:val="0"/>
          <w:strike w:val="0"/>
          <w:sz w:val="20"/>
          <w:highlight w:val="cyan"/>
          <w:u w:val="single"/>
        </w:rPr>
        <w:t xml:space="preserve"> </w:t>
      </w:r>
      <w:r>
        <w:rPr>
          <w:b w:val="0"/>
          <w:i w:val="0"/>
          <w:smallCaps w:val="0"/>
          <w:strike w:val="0"/>
          <w:sz w:val="20"/>
          <w:highlight w:val="cyan"/>
          <w:u w:val="single"/>
        </w:rPr>
        <w:t>government’s</w:t>
      </w:r>
      <w:r>
        <w:rPr>
          <w:b w:val="0"/>
          <w:i w:val="0"/>
          <w:smallCaps w:val="0"/>
          <w:strike w:val="0"/>
          <w:sz w:val="16"/>
          <w:u w:val="none"/>
        </w:rPr>
        <w:t xml:space="preserve"> </w:t>
      </w:r>
      <w:r>
        <w:rPr>
          <w:b w:val="0"/>
          <w:i w:val="0"/>
          <w:smallCaps w:val="0"/>
          <w:strike w:val="0"/>
          <w:sz w:val="20"/>
          <w:u w:val="single"/>
        </w:rPr>
        <w:t>larger</w:t>
      </w:r>
      <w:r>
        <w:rPr>
          <w:b w:val="0"/>
          <w:i w:val="0"/>
          <w:smallCaps w:val="0"/>
          <w:strike w:val="0"/>
          <w:sz w:val="16"/>
          <w:u w:val="none"/>
        </w:rPr>
        <w:t xml:space="preserve"> </w:t>
      </w:r>
      <w:r>
        <w:rPr>
          <w:b w:val="0"/>
          <w:i w:val="0"/>
          <w:smallCaps w:val="0"/>
          <w:strike w:val="0"/>
          <w:sz w:val="20"/>
          <w:u w:val="single"/>
        </w:rPr>
        <w:t>scheme</w:t>
      </w:r>
      <w:r>
        <w:rPr>
          <w:b w:val="0"/>
          <w:i w:val="0"/>
          <w:smallCaps w:val="0"/>
          <w:strike w:val="0"/>
          <w:sz w:val="16"/>
          <w:u w:val="none"/>
        </w:rPr>
        <w:t xml:space="preserve"> </w:t>
      </w:r>
      <w:r>
        <w:rPr>
          <w:b w:val="0"/>
          <w:i w:val="0"/>
          <w:smallCaps w:val="0"/>
          <w:strike w:val="0"/>
          <w:sz w:val="20"/>
          <w:highlight w:val="cyan"/>
          <w:u w:val="single"/>
        </w:rPr>
        <w:t>to</w:t>
      </w:r>
      <w:r>
        <w:rPr>
          <w:b w:val="0"/>
          <w:i w:val="0"/>
          <w:smallCaps w:val="0"/>
          <w:strike w:val="0"/>
          <w:sz w:val="16"/>
          <w:highlight w:val="cyan"/>
          <w:u w:val="none"/>
        </w:rPr>
        <w:t xml:space="preserve"> </w:t>
      </w:r>
      <w:r>
        <w:rPr>
          <w:b w:val="0"/>
          <w:i w:val="0"/>
          <w:smallCaps w:val="0"/>
          <w:strike w:val="0"/>
          <w:sz w:val="20"/>
          <w:highlight w:val="cyan"/>
          <w:u w:val="single"/>
        </w:rPr>
        <w:t>devalue</w:t>
      </w:r>
      <w:r>
        <w:rPr>
          <w:b w:val="0"/>
          <w:i w:val="0"/>
          <w:smallCaps w:val="0"/>
          <w:strike w:val="0"/>
          <w:sz w:val="20"/>
          <w:highlight w:val="cyan"/>
          <w:u w:val="single"/>
        </w:rPr>
        <w:t xml:space="preserve"> </w:t>
      </w:r>
      <w:r>
        <w:rPr>
          <w:b w:val="0"/>
          <w:i w:val="0"/>
          <w:smallCaps w:val="0"/>
          <w:strike w:val="0"/>
          <w:sz w:val="20"/>
          <w:highlight w:val="cyan"/>
          <w:u w:val="single"/>
        </w:rPr>
        <w:t>foreign</w:t>
      </w:r>
      <w:r>
        <w:rPr>
          <w:b w:val="0"/>
          <w:i w:val="0"/>
          <w:smallCaps w:val="0"/>
          <w:strike w:val="0"/>
          <w:sz w:val="20"/>
          <w:highlight w:val="cyan"/>
          <w:u w:val="single"/>
        </w:rPr>
        <w:t xml:space="preserve"> </w:t>
      </w:r>
      <w:r>
        <w:rPr>
          <w:b w:val="0"/>
          <w:i w:val="0"/>
          <w:smallCaps w:val="0"/>
          <w:strike w:val="0"/>
          <w:sz w:val="20"/>
          <w:highlight w:val="cyan"/>
          <w:u w:val="single"/>
        </w:rPr>
        <w:t>intellectual</w:t>
      </w:r>
      <w:r>
        <w:rPr>
          <w:b w:val="0"/>
          <w:i w:val="0"/>
          <w:smallCaps w:val="0"/>
          <w:strike w:val="0"/>
          <w:sz w:val="20"/>
          <w:u w:val="single"/>
        </w:rPr>
        <w:t xml:space="preserve"> property</w:t>
      </w:r>
      <w:r>
        <w:rPr>
          <w:b w:val="0"/>
          <w:i w:val="0"/>
          <w:smallCaps w:val="0"/>
          <w:strike w:val="0"/>
          <w:sz w:val="20"/>
          <w:u w:val="single"/>
        </w:rPr>
        <w:t xml:space="preserve"> </w:t>
      </w:r>
      <w:r>
        <w:rPr>
          <w:b w:val="0"/>
          <w:i w:val="0"/>
          <w:smallCaps w:val="0"/>
          <w:strike w:val="0"/>
          <w:sz w:val="16"/>
          <w:u w:val="none"/>
        </w:rPr>
        <w:t xml:space="preserve">through “lawfare.” As </w:t>
      </w:r>
      <w:r>
        <w:rPr>
          <w:b w:val="0"/>
          <w:i w:val="0"/>
          <w:smallCaps w:val="0"/>
          <w:strike w:val="0"/>
          <w:sz w:val="16"/>
          <w:u w:val="none"/>
        </w:rPr>
        <w:t>Terves</w:t>
      </w:r>
      <w:r>
        <w:rPr>
          <w:b w:val="0"/>
          <w:i w:val="0"/>
          <w:smallCaps w:val="0"/>
          <w:strike w:val="0"/>
          <w:sz w:val="16"/>
          <w:u w:val="none"/>
        </w:rPr>
        <w:t xml:space="preserve">’ expert declaration from Chinese patent law expert Mark Cohen explains, </w:t>
      </w:r>
      <w:r>
        <w:rPr>
          <w:b w:val="0"/>
          <w:i w:val="0"/>
          <w:smallCaps w:val="0"/>
          <w:strike w:val="0"/>
          <w:sz w:val="20"/>
          <w:highlight w:val="cyan"/>
          <w:u w:val="single"/>
        </w:rPr>
        <w:t>proxy litigation</w:t>
      </w:r>
      <w:r>
        <w:rPr>
          <w:b w:val="0"/>
          <w:i w:val="0"/>
          <w:smallCaps w:val="0"/>
          <w:strike w:val="0"/>
          <w:sz w:val="16"/>
          <w:u w:val="none"/>
        </w:rPr>
        <w:t xml:space="preserve"> is </w:t>
      </w:r>
      <w:r>
        <w:rPr>
          <w:b w:val="0"/>
          <w:i w:val="0"/>
          <w:smallCaps w:val="0"/>
          <w:strike w:val="0"/>
          <w:sz w:val="20"/>
          <w:highlight w:val="cyan"/>
          <w:u w:val="single"/>
        </w:rPr>
        <w:t xml:space="preserve">one of the weapons in </w:t>
      </w:r>
      <w:r>
        <w:rPr>
          <w:b w:val="0"/>
          <w:i w:val="0"/>
          <w:smallCaps w:val="0"/>
          <w:strike w:val="0"/>
          <w:sz w:val="20"/>
          <w:highlight w:val="cyan"/>
          <w:u w:val="single"/>
        </w:rPr>
        <w:t>China’s war chest</w:t>
      </w:r>
      <w:r>
        <w:rPr>
          <w:b w:val="0"/>
          <w:i w:val="0"/>
          <w:smallCaps w:val="0"/>
          <w:strike w:val="0"/>
          <w:sz w:val="16"/>
          <w:u w:val="none"/>
        </w:rPr>
        <w:t xml:space="preserve"> that the </w:t>
      </w:r>
      <w:r>
        <w:rPr>
          <w:b w:val="0"/>
          <w:i w:val="0"/>
          <w:smallCaps w:val="0"/>
          <w:strike w:val="0"/>
          <w:sz w:val="20"/>
          <w:u w:val="single"/>
        </w:rPr>
        <w:t>nation</w:t>
      </w:r>
      <w:r>
        <w:rPr>
          <w:b w:val="0"/>
          <w:i w:val="0"/>
          <w:smallCaps w:val="0"/>
          <w:strike w:val="0"/>
          <w:sz w:val="20"/>
          <w:u w:val="single"/>
        </w:rPr>
        <w:t xml:space="preserve"> uses </w:t>
      </w:r>
      <w:r>
        <w:rPr>
          <w:b w:val="0"/>
          <w:i w:val="0"/>
          <w:smallCaps w:val="0"/>
          <w:strike w:val="0"/>
          <w:sz w:val="20"/>
          <w:highlight w:val="cyan"/>
          <w:u w:val="single"/>
        </w:rPr>
        <w:t xml:space="preserve">to </w:t>
      </w:r>
      <w:r>
        <w:rPr>
          <w:b w:val="0"/>
          <w:i w:val="0"/>
          <w:smallCaps w:val="0"/>
          <w:strike w:val="0"/>
          <w:sz w:val="20"/>
          <w:highlight w:val="cyan"/>
          <w:u w:val="single"/>
        </w:rPr>
        <w:t>devalue</w:t>
      </w:r>
      <w:r>
        <w:rPr>
          <w:b w:val="0"/>
          <w:i w:val="0"/>
          <w:smallCaps w:val="0"/>
          <w:strike w:val="0"/>
          <w:sz w:val="20"/>
          <w:highlight w:val="cyan"/>
          <w:u w:val="single"/>
        </w:rPr>
        <w:t xml:space="preserve"> </w:t>
      </w:r>
      <w:r>
        <w:rPr>
          <w:b w:val="0"/>
          <w:i w:val="0"/>
          <w:smallCaps w:val="0"/>
          <w:strike w:val="0"/>
          <w:sz w:val="20"/>
          <w:highlight w:val="cyan"/>
          <w:u w:val="single"/>
        </w:rPr>
        <w:t>foreign IP rights</w:t>
      </w:r>
      <w:r>
        <w:rPr>
          <w:b w:val="0"/>
          <w:i w:val="0"/>
          <w:smallCaps w:val="0"/>
          <w:strike w:val="0"/>
          <w:sz w:val="16"/>
          <w:u w:val="none"/>
        </w:rPr>
        <w:t xml:space="preserve"> </w:t>
      </w:r>
      <w:r>
        <w:rPr>
          <w:b w:val="0"/>
          <w:i w:val="0"/>
          <w:smallCaps w:val="0"/>
          <w:strike w:val="0"/>
          <w:sz w:val="20"/>
          <w:u w:val="single"/>
        </w:rPr>
        <w:t>related</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industries</w:t>
      </w:r>
      <w:r>
        <w:rPr>
          <w:b w:val="0"/>
          <w:i w:val="0"/>
          <w:smallCaps w:val="0"/>
          <w:strike w:val="0"/>
          <w:sz w:val="20"/>
          <w:u w:val="single"/>
        </w:rPr>
        <w:t xml:space="preserve"> </w:t>
      </w:r>
      <w:r>
        <w:rPr>
          <w:b w:val="0"/>
          <w:i w:val="0"/>
          <w:smallCaps w:val="0"/>
          <w:strike w:val="0"/>
          <w:sz w:val="20"/>
          <w:u w:val="single"/>
        </w:rPr>
        <w:t>subsidized</w:t>
      </w:r>
      <w:r>
        <w:rPr>
          <w:b w:val="0"/>
          <w:i w:val="0"/>
          <w:smallCaps w:val="0"/>
          <w:strike w:val="0"/>
          <w:sz w:val="20"/>
          <w:u w:val="single"/>
        </w:rPr>
        <w:t xml:space="preserve"> </w:t>
      </w:r>
      <w:r>
        <w:rPr>
          <w:b w:val="0"/>
          <w:i w:val="0"/>
          <w:smallCaps w:val="0"/>
          <w:strike w:val="0"/>
          <w:sz w:val="20"/>
          <w:u w:val="single"/>
        </w:rPr>
        <w:t>by</w:t>
      </w:r>
      <w:r>
        <w:rPr>
          <w:b w:val="0"/>
          <w:i w:val="0"/>
          <w:smallCaps w:val="0"/>
          <w:strike w:val="0"/>
          <w:sz w:val="20"/>
          <w:u w:val="single"/>
        </w:rPr>
        <w:t xml:space="preserve"> Made in </w:t>
      </w:r>
      <w:r>
        <w:rPr>
          <w:b w:val="0"/>
          <w:i w:val="0"/>
          <w:smallCaps w:val="0"/>
          <w:strike w:val="0"/>
          <w:sz w:val="20"/>
          <w:u w:val="single"/>
        </w:rPr>
        <w:t>China</w:t>
      </w:r>
      <w:r>
        <w:rPr>
          <w:b w:val="0"/>
          <w:i w:val="0"/>
          <w:smallCaps w:val="0"/>
          <w:strike w:val="0"/>
          <w:sz w:val="20"/>
          <w:u w:val="single"/>
        </w:rPr>
        <w:t xml:space="preserve"> 2025</w:t>
      </w:r>
      <w:r>
        <w:rPr>
          <w:b w:val="0"/>
          <w:i w:val="0"/>
          <w:smallCaps w:val="0"/>
          <w:strike w:val="0"/>
          <w:sz w:val="16"/>
          <w:u w:val="none"/>
        </w:rPr>
        <w:t xml:space="preserve">. Magnesium is of particular importance to the petitioner’s hometown of Chongqing as </w:t>
      </w:r>
      <w:r>
        <w:rPr>
          <w:b w:val="0"/>
          <w:i w:val="0"/>
          <w:smallCaps w:val="0"/>
          <w:strike w:val="0"/>
          <w:sz w:val="20"/>
          <w:u w:val="single"/>
        </w:rPr>
        <w:t>Chinese</w:t>
      </w:r>
      <w:r>
        <w:rPr>
          <w:b w:val="0"/>
          <w:i w:val="0"/>
          <w:smallCaps w:val="0"/>
          <w:strike w:val="0"/>
          <w:sz w:val="20"/>
          <w:u w:val="single"/>
        </w:rPr>
        <w:t xml:space="preserve"> industrial </w:t>
      </w:r>
      <w:r>
        <w:rPr>
          <w:b w:val="0"/>
          <w:i w:val="0"/>
          <w:smallCaps w:val="0"/>
          <w:strike w:val="0"/>
          <w:sz w:val="20"/>
          <w:u w:val="single"/>
        </w:rPr>
        <w:t>policy</w:t>
      </w:r>
      <w:r>
        <w:rPr>
          <w:b w:val="0"/>
          <w:i w:val="0"/>
          <w:smallCaps w:val="0"/>
          <w:strike w:val="0"/>
          <w:sz w:val="16"/>
          <w:u w:val="none"/>
        </w:rPr>
        <w:t xml:space="preserve"> currently </w:t>
      </w:r>
      <w:r>
        <w:rPr>
          <w:b w:val="0"/>
          <w:i w:val="0"/>
          <w:smallCaps w:val="0"/>
          <w:strike w:val="0"/>
          <w:sz w:val="20"/>
          <w:u w:val="single"/>
        </w:rPr>
        <w:t xml:space="preserve">being </w:t>
      </w:r>
      <w:r>
        <w:rPr>
          <w:b w:val="0"/>
          <w:i w:val="0"/>
          <w:smallCaps w:val="0"/>
          <w:strike w:val="0"/>
          <w:sz w:val="20"/>
          <w:u w:val="single"/>
        </w:rPr>
        <w:t>implemented</w:t>
      </w:r>
      <w:r>
        <w:rPr>
          <w:b w:val="0"/>
          <w:i w:val="0"/>
          <w:smallCaps w:val="0"/>
          <w:strike w:val="0"/>
          <w:sz w:val="20"/>
          <w:u w:val="single"/>
        </w:rPr>
        <w:t xml:space="preserve"> expressly </w:t>
      </w:r>
      <w:r>
        <w:rPr>
          <w:b w:val="0"/>
          <w:i w:val="0"/>
          <w:smallCaps w:val="0"/>
          <w:strike w:val="0"/>
          <w:sz w:val="20"/>
          <w:u w:val="single"/>
        </w:rPr>
        <w:t>aims</w:t>
      </w:r>
      <w:r>
        <w:rPr>
          <w:b w:val="0"/>
          <w:i w:val="0"/>
          <w:smallCaps w:val="0"/>
          <w:strike w:val="0"/>
          <w:sz w:val="20"/>
          <w:u w:val="single"/>
        </w:rPr>
        <w:t xml:space="preserve"> to </w:t>
      </w:r>
      <w:r>
        <w:rPr>
          <w:b w:val="0"/>
          <w:i w:val="0"/>
          <w:smallCaps w:val="0"/>
          <w:strike w:val="0"/>
          <w:sz w:val="20"/>
          <w:u w:val="single"/>
        </w:rPr>
        <w:t>accelerate</w:t>
      </w:r>
      <w:r>
        <w:rPr>
          <w:b w:val="0"/>
          <w:i w:val="0"/>
          <w:smallCaps w:val="0"/>
          <w:strike w:val="0"/>
          <w:sz w:val="20"/>
          <w:u w:val="single"/>
        </w:rPr>
        <w:t xml:space="preserve"> </w:t>
      </w:r>
      <w:r>
        <w:rPr>
          <w:b w:val="0"/>
          <w:i w:val="0"/>
          <w:smallCaps w:val="0"/>
          <w:strike w:val="0"/>
          <w:sz w:val="16"/>
          <w:u w:val="none"/>
        </w:rPr>
        <w:t xml:space="preserve">the </w:t>
      </w:r>
      <w:r>
        <w:rPr>
          <w:b w:val="0"/>
          <w:i w:val="0"/>
          <w:smallCaps w:val="0"/>
          <w:strike w:val="0"/>
          <w:sz w:val="20"/>
          <w:u w:val="single"/>
        </w:rPr>
        <w:t>production</w:t>
      </w:r>
      <w:r>
        <w:rPr>
          <w:b w:val="0"/>
          <w:i w:val="0"/>
          <w:smallCaps w:val="0"/>
          <w:strike w:val="0"/>
          <w:sz w:val="20"/>
          <w:u w:val="single"/>
        </w:rPr>
        <w:t xml:space="preserve"> of high-performance </w:t>
      </w:r>
      <w:r>
        <w:rPr>
          <w:b w:val="0"/>
          <w:i w:val="0"/>
          <w:smallCaps w:val="0"/>
          <w:strike w:val="0"/>
          <w:sz w:val="16"/>
          <w:u w:val="none"/>
        </w:rPr>
        <w:t xml:space="preserve">magnesium </w:t>
      </w:r>
      <w:r>
        <w:rPr>
          <w:b w:val="0"/>
          <w:i w:val="0"/>
          <w:smallCaps w:val="0"/>
          <w:strike w:val="0"/>
          <w:sz w:val="20"/>
          <w:u w:val="single"/>
        </w:rPr>
        <w:t>alloys</w:t>
      </w:r>
      <w:r>
        <w:rPr>
          <w:b w:val="0"/>
          <w:i w:val="0"/>
          <w:smallCaps w:val="0"/>
          <w:strike w:val="0"/>
          <w:sz w:val="16"/>
          <w:u w:val="none"/>
        </w:rPr>
        <w:t xml:space="preserve"> in that city.</w:t>
      </w:r>
    </w:p>
    <w:p>
      <w:pPr>
        <w:spacing w:after="60"/>
      </w:pPr>
      <w:r>
        <w:rPr>
          <w:b w:val="0"/>
          <w:i w:val="0"/>
          <w:smallCaps w:val="0"/>
          <w:strike w:val="0"/>
          <w:sz w:val="20"/>
          <w:u w:val="single"/>
        </w:rPr>
        <w:t>Magnesium</w:t>
      </w:r>
      <w:r>
        <w:rPr>
          <w:b w:val="0"/>
          <w:i w:val="0"/>
          <w:smallCaps w:val="0"/>
          <w:strike w:val="0"/>
          <w:sz w:val="16"/>
          <w:u w:val="none"/>
        </w:rPr>
        <w:t xml:space="preserve"> </w:t>
      </w:r>
      <w:r>
        <w:rPr>
          <w:b w:val="0"/>
          <w:i w:val="0"/>
          <w:smallCaps w:val="0"/>
          <w:strike w:val="0"/>
          <w:sz w:val="20"/>
          <w:u w:val="single"/>
        </w:rPr>
        <w:t>production</w:t>
      </w:r>
      <w:r>
        <w:rPr>
          <w:b w:val="0"/>
          <w:i w:val="0"/>
          <w:smallCaps w:val="0"/>
          <w:strike w:val="0"/>
          <w:sz w:val="16"/>
          <w:u w:val="none"/>
        </w:rPr>
        <w:t xml:space="preserve"> is </w:t>
      </w:r>
      <w:r>
        <w:rPr>
          <w:b w:val="0"/>
          <w:i w:val="0"/>
          <w:smallCaps w:val="0"/>
          <w:strike w:val="0"/>
          <w:sz w:val="20"/>
          <w:u w:val="single"/>
        </w:rPr>
        <w:t>critical</w:t>
      </w:r>
      <w:r>
        <w:rPr>
          <w:b w:val="0"/>
          <w:i w:val="0"/>
          <w:smallCaps w:val="0"/>
          <w:strike w:val="0"/>
          <w:sz w:val="20"/>
          <w:u w:val="single"/>
        </w:rPr>
        <w:t xml:space="preserve"> to several areas of </w:t>
      </w:r>
      <w:r>
        <w:rPr>
          <w:b w:val="0"/>
          <w:i w:val="0"/>
          <w:smallCaps w:val="0"/>
          <w:strike w:val="0"/>
          <w:sz w:val="20"/>
          <w:u w:val="single"/>
        </w:rPr>
        <w:t>national defense</w:t>
      </w:r>
      <w:r>
        <w:rPr>
          <w:b w:val="0"/>
          <w:i w:val="0"/>
          <w:smallCaps w:val="0"/>
          <w:strike w:val="0"/>
          <w:sz w:val="16"/>
          <w:u w:val="none"/>
        </w:rPr>
        <w:t xml:space="preserve">. According to a 2020 report by the European Commission, </w:t>
      </w:r>
      <w:r>
        <w:rPr>
          <w:b w:val="0"/>
          <w:i w:val="0"/>
          <w:smallCaps w:val="0"/>
          <w:strike w:val="0"/>
          <w:sz w:val="20"/>
          <w:u w:val="single"/>
        </w:rPr>
        <w:t>magnesium</w:t>
      </w:r>
      <w:r>
        <w:rPr>
          <w:b w:val="0"/>
          <w:i w:val="0"/>
          <w:smallCaps w:val="0"/>
          <w:strike w:val="0"/>
          <w:sz w:val="16"/>
          <w:u w:val="none"/>
        </w:rPr>
        <w:t xml:space="preserve"> is one of 22 </w:t>
      </w:r>
      <w:r>
        <w:rPr>
          <w:b w:val="0"/>
          <w:i w:val="0"/>
          <w:smallCaps w:val="0"/>
          <w:strike w:val="0"/>
          <w:sz w:val="20"/>
          <w:u w:val="single"/>
        </w:rPr>
        <w:t>critical raw minerals</w:t>
      </w:r>
      <w:r>
        <w:rPr>
          <w:b w:val="0"/>
          <w:i w:val="0"/>
          <w:smallCaps w:val="0"/>
          <w:strike w:val="0"/>
          <w:sz w:val="16"/>
          <w:u w:val="none"/>
        </w:rPr>
        <w:t xml:space="preserve"> necessary </w:t>
      </w:r>
      <w:r>
        <w:rPr>
          <w:b w:val="0"/>
          <w:i w:val="0"/>
          <w:smallCaps w:val="0"/>
          <w:strike w:val="0"/>
          <w:sz w:val="20"/>
          <w:u w:val="single"/>
        </w:rPr>
        <w:t>for</w:t>
      </w:r>
      <w:r>
        <w:rPr>
          <w:b w:val="0"/>
          <w:i w:val="0"/>
          <w:smallCaps w:val="0"/>
          <w:strike w:val="0"/>
          <w:sz w:val="16"/>
          <w:u w:val="none"/>
        </w:rPr>
        <w:t xml:space="preserve"> </w:t>
      </w:r>
      <w:r>
        <w:rPr>
          <w:b w:val="0"/>
          <w:i w:val="0"/>
          <w:smallCaps w:val="0"/>
          <w:strike w:val="0"/>
          <w:sz w:val="20"/>
          <w:u w:val="single"/>
        </w:rPr>
        <w:t xml:space="preserve">production across </w:t>
      </w:r>
      <w:r>
        <w:rPr>
          <w:b w:val="0"/>
          <w:i w:val="0"/>
          <w:smallCaps w:val="0"/>
          <w:strike w:val="0"/>
          <w:sz w:val="16"/>
          <w:u w:val="none"/>
        </w:rPr>
        <w:t xml:space="preserve">the </w:t>
      </w:r>
      <w:r>
        <w:rPr>
          <w:b w:val="0"/>
          <w:i w:val="0"/>
          <w:smallCaps w:val="0"/>
          <w:strike w:val="0"/>
          <w:sz w:val="20"/>
          <w:u w:val="single"/>
        </w:rPr>
        <w:t>defense industry including</w:t>
      </w:r>
      <w:r>
        <w:rPr>
          <w:b w:val="0"/>
          <w:i w:val="0"/>
          <w:smallCaps w:val="0"/>
          <w:strike w:val="0"/>
          <w:sz w:val="16"/>
          <w:u w:val="none"/>
        </w:rPr>
        <w:t xml:space="preserve"> </w:t>
      </w:r>
      <w:r>
        <w:rPr>
          <w:b w:val="0"/>
          <w:i w:val="0"/>
          <w:smallCaps w:val="0"/>
          <w:strike w:val="0"/>
          <w:sz w:val="20"/>
          <w:u w:val="single"/>
        </w:rPr>
        <w:t>aerospace</w:t>
      </w:r>
      <w:r>
        <w:rPr>
          <w:b w:val="0"/>
          <w:i w:val="0"/>
          <w:smallCaps w:val="0"/>
          <w:strike w:val="0"/>
          <w:sz w:val="16"/>
          <w:u w:val="none"/>
        </w:rPr>
        <w:t xml:space="preserve">, </w:t>
      </w:r>
      <w:r>
        <w:rPr>
          <w:b w:val="0"/>
          <w:i w:val="0"/>
          <w:smallCaps w:val="0"/>
          <w:strike w:val="0"/>
          <w:sz w:val="20"/>
          <w:u w:val="single"/>
        </w:rPr>
        <w:t>electronics</w:t>
      </w:r>
      <w:r>
        <w:rPr>
          <w:b w:val="0"/>
          <w:i w:val="0"/>
          <w:smallCaps w:val="0"/>
          <w:strike w:val="0"/>
          <w:sz w:val="16"/>
          <w:u w:val="none"/>
        </w:rPr>
        <w:t xml:space="preserve"> and </w:t>
      </w:r>
      <w:r>
        <w:rPr>
          <w:b w:val="0"/>
          <w:i w:val="0"/>
          <w:smallCaps w:val="0"/>
          <w:strike w:val="0"/>
          <w:sz w:val="20"/>
          <w:u w:val="single"/>
        </w:rPr>
        <w:t>missiles</w:t>
      </w:r>
      <w:r>
        <w:rPr>
          <w:b w:val="0"/>
          <w:i w:val="0"/>
          <w:smallCaps w:val="0"/>
          <w:strike w:val="0"/>
          <w:sz w:val="16"/>
          <w:u w:val="none"/>
        </w:rPr>
        <w:t xml:space="preserve">. Alleged ties between petitioner Chongqing </w:t>
      </w:r>
      <w:r>
        <w:rPr>
          <w:b w:val="0"/>
          <w:i w:val="0"/>
          <w:smallCaps w:val="0"/>
          <w:strike w:val="0"/>
          <w:sz w:val="16"/>
          <w:u w:val="none"/>
        </w:rPr>
        <w:t>Yanmai</w:t>
      </w:r>
      <w:r>
        <w:rPr>
          <w:b w:val="0"/>
          <w:i w:val="0"/>
          <w:smallCaps w:val="0"/>
          <w:strike w:val="0"/>
          <w:sz w:val="16"/>
          <w:u w:val="none"/>
        </w:rPr>
        <w:t xml:space="preserve"> Technology and state-owned Chongqing University, as well as the nation’s ruling Communist Party, make it </w:t>
      </w:r>
      <w:r>
        <w:rPr>
          <w:b w:val="0"/>
          <w:i w:val="0"/>
          <w:smallCaps w:val="0"/>
          <w:strike w:val="0"/>
          <w:sz w:val="20"/>
          <w:u w:val="single"/>
        </w:rPr>
        <w:t>reasonable</w:t>
      </w:r>
      <w:r>
        <w:rPr>
          <w:b w:val="0"/>
          <w:i w:val="0"/>
          <w:smallCaps w:val="0"/>
          <w:strike w:val="0"/>
          <w:sz w:val="20"/>
          <w:u w:val="single"/>
        </w:rPr>
        <w:t xml:space="preserve"> to </w:t>
      </w:r>
      <w:r>
        <w:rPr>
          <w:b w:val="0"/>
          <w:i w:val="0"/>
          <w:smallCaps w:val="0"/>
          <w:strike w:val="0"/>
          <w:sz w:val="20"/>
          <w:u w:val="single"/>
        </w:rPr>
        <w:t>assume</w:t>
      </w:r>
      <w:r>
        <w:rPr>
          <w:b w:val="0"/>
          <w:i w:val="0"/>
          <w:smallCaps w:val="0"/>
          <w:strike w:val="0"/>
          <w:sz w:val="20"/>
          <w:u w:val="single"/>
        </w:rPr>
        <w:t xml:space="preserve"> that the petitioner is</w:t>
      </w:r>
      <w:r>
        <w:rPr>
          <w:b w:val="0"/>
          <w:i w:val="0"/>
          <w:smallCaps w:val="0"/>
          <w:strike w:val="0"/>
          <w:sz w:val="16"/>
          <w:u w:val="none"/>
        </w:rPr>
        <w:t xml:space="preserve"> </w:t>
      </w:r>
      <w:r>
        <w:rPr>
          <w:b w:val="0"/>
          <w:i w:val="0"/>
          <w:smallCaps w:val="0"/>
          <w:strike w:val="0"/>
          <w:sz w:val="20"/>
          <w:u w:val="single"/>
        </w:rPr>
        <w:t>advancing</w:t>
      </w:r>
      <w:r>
        <w:rPr>
          <w:b w:val="0"/>
          <w:i w:val="0"/>
          <w:smallCaps w:val="0"/>
          <w:strike w:val="0"/>
          <w:sz w:val="20"/>
          <w:u w:val="single"/>
        </w:rPr>
        <w:t xml:space="preserve"> </w:t>
      </w:r>
      <w:r>
        <w:rPr>
          <w:b w:val="0"/>
          <w:i w:val="0"/>
          <w:smallCaps w:val="0"/>
          <w:strike w:val="0"/>
          <w:sz w:val="20"/>
          <w:u w:val="single"/>
        </w:rPr>
        <w:t>Chinese</w:t>
      </w:r>
      <w:r>
        <w:rPr>
          <w:b w:val="0"/>
          <w:i w:val="0"/>
          <w:smallCaps w:val="0"/>
          <w:strike w:val="0"/>
          <w:sz w:val="20"/>
          <w:u w:val="single"/>
        </w:rPr>
        <w:t xml:space="preserve"> industrial </w:t>
      </w:r>
      <w:r>
        <w:rPr>
          <w:b w:val="0"/>
          <w:i w:val="0"/>
          <w:smallCaps w:val="0"/>
          <w:strike w:val="0"/>
          <w:sz w:val="20"/>
          <w:u w:val="single"/>
        </w:rPr>
        <w:t>policy</w:t>
      </w:r>
      <w:r>
        <w:rPr>
          <w:b w:val="0"/>
          <w:i w:val="0"/>
          <w:smallCaps w:val="0"/>
          <w:strike w:val="0"/>
          <w:sz w:val="16"/>
          <w:u w:val="none"/>
        </w:rPr>
        <w:t xml:space="preserve"> and </w:t>
      </w:r>
      <w:r>
        <w:rPr>
          <w:b w:val="0"/>
          <w:i w:val="0"/>
          <w:smallCaps w:val="0"/>
          <w:strike w:val="0"/>
          <w:sz w:val="20"/>
          <w:u w:val="single"/>
        </w:rPr>
        <w:t>not acting with</w:t>
      </w:r>
      <w:r>
        <w:rPr>
          <w:b w:val="0"/>
          <w:i w:val="0"/>
          <w:smallCaps w:val="0"/>
          <w:strike w:val="0"/>
          <w:sz w:val="16"/>
          <w:u w:val="none"/>
        </w:rPr>
        <w:t xml:space="preserve"> the </w:t>
      </w:r>
      <w:r>
        <w:rPr>
          <w:b w:val="0"/>
          <w:i w:val="0"/>
          <w:smallCaps w:val="0"/>
          <w:strike w:val="0"/>
          <w:sz w:val="20"/>
          <w:u w:val="single"/>
        </w:rPr>
        <w:t>normal motivations of a free market</w:t>
      </w:r>
      <w:r>
        <w:rPr>
          <w:b w:val="0"/>
          <w:i w:val="0"/>
          <w:smallCaps w:val="0"/>
          <w:strike w:val="0"/>
          <w:sz w:val="16"/>
          <w:u w:val="none"/>
        </w:rPr>
        <w:t xml:space="preserve"> </w:t>
      </w:r>
      <w:r>
        <w:rPr>
          <w:b w:val="0"/>
          <w:i w:val="0"/>
          <w:smallCaps w:val="0"/>
          <w:strike w:val="0"/>
          <w:sz w:val="20"/>
          <w:u w:val="single"/>
        </w:rPr>
        <w:t>participant</w:t>
      </w:r>
      <w:r>
        <w:rPr>
          <w:b w:val="0"/>
          <w:i w:val="0"/>
          <w:smallCaps w:val="0"/>
          <w:strike w:val="0"/>
          <w:sz w:val="16"/>
          <w:u w:val="none"/>
        </w:rPr>
        <w:t xml:space="preserve">, according to </w:t>
      </w:r>
      <w:r>
        <w:rPr>
          <w:b w:val="0"/>
          <w:i w:val="0"/>
          <w:smallCaps w:val="0"/>
          <w:strike w:val="0"/>
          <w:sz w:val="16"/>
          <w:u w:val="none"/>
        </w:rPr>
        <w:t>Terves</w:t>
      </w:r>
      <w:r>
        <w:rPr>
          <w:b w:val="0"/>
          <w:i w:val="0"/>
          <w:smallCaps w:val="0"/>
          <w:strike w:val="0"/>
          <w:sz w:val="16"/>
          <w:u w:val="none"/>
        </w:rPr>
        <w:t xml:space="preserve">’ brief. Chongqing </w:t>
      </w:r>
      <w:r>
        <w:rPr>
          <w:b w:val="0"/>
          <w:i w:val="0"/>
          <w:smallCaps w:val="0"/>
          <w:strike w:val="0"/>
          <w:sz w:val="16"/>
          <w:u w:val="none"/>
        </w:rPr>
        <w:t>Yanmai</w:t>
      </w:r>
      <w:r>
        <w:rPr>
          <w:b w:val="0"/>
          <w:i w:val="0"/>
          <w:smallCaps w:val="0"/>
          <w:strike w:val="0"/>
          <w:sz w:val="16"/>
          <w:u w:val="none"/>
        </w:rPr>
        <w:t xml:space="preserve"> </w:t>
      </w:r>
      <w:r>
        <w:rPr>
          <w:b w:val="0"/>
          <w:i w:val="0"/>
          <w:smallCaps w:val="0"/>
          <w:strike w:val="0"/>
          <w:sz w:val="16"/>
          <w:u w:val="none"/>
        </w:rPr>
        <w:t xml:space="preserve">is </w:t>
      </w:r>
      <w:r>
        <w:rPr>
          <w:b w:val="0"/>
          <w:i w:val="0"/>
          <w:smallCaps w:val="0"/>
          <w:strike w:val="0"/>
          <w:sz w:val="20"/>
          <w:u w:val="single"/>
        </w:rPr>
        <w:t>able to</w:t>
      </w:r>
      <w:r>
        <w:rPr>
          <w:b w:val="0"/>
          <w:i w:val="0"/>
          <w:smallCaps w:val="0"/>
          <w:strike w:val="0"/>
          <w:sz w:val="20"/>
          <w:u w:val="single"/>
        </w:rPr>
        <w:t xml:space="preserve"> use</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u w:val="single"/>
        </w:rPr>
        <w:t>PTAB</w:t>
      </w:r>
      <w:r>
        <w:rPr>
          <w:b w:val="0"/>
          <w:i w:val="0"/>
          <w:smallCaps w:val="0"/>
          <w:strike w:val="0"/>
          <w:sz w:val="20"/>
          <w:u w:val="single"/>
        </w:rPr>
        <w:t xml:space="preserve"> to advance</w:t>
      </w:r>
      <w:r>
        <w:rPr>
          <w:b w:val="0"/>
          <w:i w:val="0"/>
          <w:smallCaps w:val="0"/>
          <w:strike w:val="0"/>
          <w:sz w:val="16"/>
          <w:u w:val="none"/>
        </w:rPr>
        <w:t xml:space="preserve"> </w:t>
      </w:r>
      <w:r>
        <w:rPr>
          <w:b w:val="0"/>
          <w:i w:val="0"/>
          <w:smallCaps w:val="0"/>
          <w:strike w:val="0"/>
          <w:sz w:val="20"/>
          <w:u w:val="single"/>
        </w:rPr>
        <w:t>Chinese</w:t>
      </w:r>
      <w:r>
        <w:rPr>
          <w:b w:val="0"/>
          <w:i w:val="0"/>
          <w:smallCaps w:val="0"/>
          <w:strike w:val="0"/>
          <w:sz w:val="20"/>
          <w:u w:val="single"/>
        </w:rPr>
        <w:t xml:space="preserve"> </w:t>
      </w:r>
      <w:r>
        <w:rPr>
          <w:b w:val="0"/>
          <w:i w:val="0"/>
          <w:smallCaps w:val="0"/>
          <w:strike w:val="0"/>
          <w:sz w:val="20"/>
          <w:u w:val="single"/>
        </w:rPr>
        <w:t>policies</w:t>
      </w:r>
      <w:r>
        <w:rPr>
          <w:b w:val="0"/>
          <w:i w:val="0"/>
          <w:smallCaps w:val="0"/>
          <w:strike w:val="0"/>
          <w:sz w:val="16"/>
          <w:u w:val="none"/>
        </w:rPr>
        <w:t xml:space="preserve"> because this </w:t>
      </w:r>
      <w:r>
        <w:rPr>
          <w:b w:val="0"/>
          <w:i w:val="0"/>
          <w:smallCaps w:val="0"/>
          <w:strike w:val="0"/>
          <w:sz w:val="20"/>
          <w:u w:val="single"/>
        </w:rPr>
        <w:t xml:space="preserve">alternative venue for </w:t>
      </w:r>
      <w:r>
        <w:rPr>
          <w:b w:val="0"/>
          <w:i w:val="0"/>
          <w:smallCaps w:val="0"/>
          <w:strike w:val="0"/>
          <w:sz w:val="20"/>
          <w:u w:val="single"/>
        </w:rPr>
        <w:t>challenging</w:t>
      </w:r>
      <w:r>
        <w:rPr>
          <w:b w:val="0"/>
          <w:i w:val="0"/>
          <w:smallCaps w:val="0"/>
          <w:strike w:val="0"/>
          <w:sz w:val="20"/>
          <w:u w:val="single"/>
        </w:rPr>
        <w:t xml:space="preserve"> </w:t>
      </w:r>
      <w:r>
        <w:rPr>
          <w:b w:val="0"/>
          <w:i w:val="0"/>
          <w:smallCaps w:val="0"/>
          <w:strike w:val="0"/>
          <w:sz w:val="20"/>
          <w:u w:val="single"/>
        </w:rPr>
        <w:t>validity</w:t>
      </w:r>
      <w:r>
        <w:rPr>
          <w:b w:val="0"/>
          <w:i w:val="0"/>
          <w:smallCaps w:val="0"/>
          <w:strike w:val="0"/>
          <w:sz w:val="16"/>
          <w:u w:val="none"/>
        </w:rPr>
        <w:t xml:space="preserve"> does </w:t>
      </w:r>
      <w:r>
        <w:rPr>
          <w:b w:val="0"/>
          <w:i w:val="0"/>
          <w:smallCaps w:val="0"/>
          <w:strike w:val="0"/>
          <w:sz w:val="20"/>
          <w:u w:val="single"/>
        </w:rPr>
        <w:t>not carry the</w:t>
      </w:r>
      <w:r>
        <w:rPr>
          <w:b w:val="0"/>
          <w:i w:val="0"/>
          <w:smallCaps w:val="0"/>
          <w:strike w:val="0"/>
          <w:sz w:val="16"/>
          <w:u w:val="none"/>
        </w:rPr>
        <w:t xml:space="preserve"> </w:t>
      </w:r>
      <w:r>
        <w:rPr>
          <w:b w:val="0"/>
          <w:i w:val="0"/>
          <w:smallCaps w:val="0"/>
          <w:strike w:val="0"/>
          <w:sz w:val="20"/>
          <w:u w:val="single"/>
        </w:rPr>
        <w:t>protections</w:t>
      </w:r>
      <w:r>
        <w:rPr>
          <w:b w:val="0"/>
          <w:i w:val="0"/>
          <w:smallCaps w:val="0"/>
          <w:strike w:val="0"/>
          <w:sz w:val="16"/>
          <w:u w:val="none"/>
        </w:rPr>
        <w:t xml:space="preserve"> </w:t>
      </w:r>
      <w:r>
        <w:rPr>
          <w:b w:val="0"/>
          <w:i w:val="0"/>
          <w:smallCaps w:val="0"/>
          <w:strike w:val="0"/>
          <w:sz w:val="20"/>
          <w:u w:val="single"/>
        </w:rPr>
        <w:t xml:space="preserve">of </w:t>
      </w:r>
      <w:r>
        <w:rPr>
          <w:b w:val="0"/>
          <w:i w:val="0"/>
          <w:smallCaps w:val="0"/>
          <w:strike w:val="0"/>
          <w:sz w:val="20"/>
          <w:u w:val="single"/>
        </w:rPr>
        <w:t>Article</w:t>
      </w:r>
      <w:r>
        <w:rPr>
          <w:b w:val="0"/>
          <w:i w:val="0"/>
          <w:smallCaps w:val="0"/>
          <w:strike w:val="0"/>
          <w:sz w:val="20"/>
          <w:u w:val="single"/>
        </w:rPr>
        <w:t xml:space="preserve"> </w:t>
      </w:r>
      <w:r>
        <w:rPr>
          <w:b w:val="0"/>
          <w:i w:val="0"/>
          <w:smallCaps w:val="0"/>
          <w:strike w:val="0"/>
          <w:sz w:val="20"/>
          <w:u w:val="single"/>
        </w:rPr>
        <w:t>III</w:t>
      </w:r>
      <w:r>
        <w:rPr>
          <w:b w:val="0"/>
          <w:i w:val="0"/>
          <w:smallCaps w:val="0"/>
          <w:strike w:val="0"/>
          <w:sz w:val="16"/>
          <w:u w:val="none"/>
        </w:rPr>
        <w:t xml:space="preserve"> courts, such as the promise of a jury trial when a valuable property interest is at stake or discovery processes that would ferret out bad actors.</w:t>
      </w:r>
    </w:p>
    <w:p>
      <w:pPr>
        <w:spacing w:after="60"/>
      </w:pPr>
      <w:r>
        <w:rPr>
          <w:b w:val="0"/>
          <w:i w:val="0"/>
          <w:smallCaps w:val="0"/>
          <w:strike w:val="0"/>
          <w:sz w:val="20"/>
          <w:highlight w:val="cyan"/>
          <w:u w:val="single"/>
        </w:rPr>
        <w:t>China</w:t>
      </w:r>
      <w:r>
        <w:rPr>
          <w:b w:val="0"/>
          <w:i w:val="0"/>
          <w:smallCaps w:val="0"/>
          <w:strike w:val="0"/>
          <w:sz w:val="16"/>
          <w:u w:val="none"/>
        </w:rPr>
        <w:t xml:space="preserve"> is </w:t>
      </w:r>
      <w:r>
        <w:rPr>
          <w:b w:val="0"/>
          <w:i w:val="0"/>
          <w:smallCaps w:val="0"/>
          <w:strike w:val="0"/>
          <w:sz w:val="20"/>
          <w:u w:val="single"/>
        </w:rPr>
        <w:t>becoming</w:t>
      </w:r>
      <w:r>
        <w:rPr>
          <w:b w:val="0"/>
          <w:i w:val="0"/>
          <w:smallCaps w:val="0"/>
          <w:strike w:val="0"/>
          <w:sz w:val="16"/>
          <w:u w:val="none"/>
        </w:rPr>
        <w:t xml:space="preserve"> very </w:t>
      </w:r>
      <w:r>
        <w:rPr>
          <w:b w:val="0"/>
          <w:i w:val="0"/>
          <w:smallCaps w:val="0"/>
          <w:strike w:val="0"/>
          <w:sz w:val="20"/>
          <w:u w:val="single"/>
        </w:rPr>
        <w:t>savvy</w:t>
      </w:r>
      <w:r>
        <w:rPr>
          <w:b w:val="0"/>
          <w:i w:val="0"/>
          <w:smallCaps w:val="0"/>
          <w:strike w:val="0"/>
          <w:sz w:val="20"/>
          <w:u w:val="single"/>
        </w:rPr>
        <w:t xml:space="preserve"> at </w:t>
      </w:r>
      <w:r>
        <w:rPr>
          <w:b w:val="0"/>
          <w:i w:val="0"/>
          <w:smallCaps w:val="0"/>
          <w:strike w:val="0"/>
          <w:sz w:val="20"/>
          <w:u w:val="single"/>
        </w:rPr>
        <w:t>un</w:t>
      </w:r>
      <w:r>
        <w:rPr>
          <w:b w:val="0"/>
          <w:i w:val="0"/>
          <w:smallCaps w:val="0"/>
          <w:strike w:val="0"/>
          <w:sz w:val="20"/>
          <w:highlight w:val="cyan"/>
          <w:u w:val="single"/>
        </w:rPr>
        <w:t>derstandin</w:t>
      </w:r>
      <w:r>
        <w:rPr>
          <w:b w:val="0"/>
          <w:i w:val="0"/>
          <w:smallCaps w:val="0"/>
          <w:strike w:val="0"/>
          <w:sz w:val="20"/>
          <w:u w:val="single"/>
        </w:rPr>
        <w:t>g</w:t>
      </w:r>
      <w:r>
        <w:rPr>
          <w:b w:val="0"/>
          <w:i w:val="0"/>
          <w:smallCaps w:val="0"/>
          <w:strike w:val="0"/>
          <w:sz w:val="16"/>
          <w:u w:val="none"/>
        </w:rPr>
        <w:t xml:space="preserve"> the connection between intellectual property and domestic economic growth. In recent years, the Communist nation has made attempts to gain influence at the World Intellectual Property Office (WIPO) and has subsidized a tremendous number of patent application filings that, under U.S. patent law, serve as invalidating prior art preventing American companies from obtaining IP rights that could be used to attract investment that funds capital expenditures. Meanwhile, </w:t>
      </w:r>
      <w:r>
        <w:rPr>
          <w:b w:val="0"/>
          <w:i w:val="0"/>
          <w:smallCaps w:val="0"/>
          <w:strike w:val="0"/>
          <w:sz w:val="20"/>
          <w:u w:val="single"/>
        </w:rPr>
        <w:t xml:space="preserve">Congress shuffles its feet </w:t>
      </w:r>
      <w:r>
        <w:rPr>
          <w:b w:val="0"/>
          <w:i w:val="0"/>
          <w:smallCaps w:val="0"/>
          <w:strike w:val="0"/>
          <w:sz w:val="20"/>
          <w:u w:val="single"/>
        </w:rPr>
        <w:t>despite</w:t>
      </w:r>
      <w:r>
        <w:rPr>
          <w:b w:val="0"/>
          <w:i w:val="0"/>
          <w:smallCaps w:val="0"/>
          <w:strike w:val="0"/>
          <w:sz w:val="16"/>
          <w:u w:val="none"/>
        </w:rPr>
        <w:t xml:space="preserve"> the </w:t>
      </w:r>
      <w:r>
        <w:rPr>
          <w:b w:val="0"/>
          <w:i w:val="0"/>
          <w:smallCaps w:val="0"/>
          <w:strike w:val="0"/>
          <w:sz w:val="20"/>
          <w:u w:val="single"/>
        </w:rPr>
        <w:t>growing</w:t>
      </w:r>
      <w:r>
        <w:rPr>
          <w:b w:val="0"/>
          <w:i w:val="0"/>
          <w:smallCaps w:val="0"/>
          <w:strike w:val="0"/>
          <w:sz w:val="20"/>
          <w:u w:val="single"/>
        </w:rPr>
        <w:t xml:space="preserve"> amount of </w:t>
      </w:r>
      <w:r>
        <w:rPr>
          <w:b w:val="0"/>
          <w:i w:val="0"/>
          <w:smallCaps w:val="0"/>
          <w:strike w:val="0"/>
          <w:sz w:val="20"/>
          <w:u w:val="single"/>
        </w:rPr>
        <w:t>evidence</w:t>
      </w:r>
      <w:r>
        <w:rPr>
          <w:b w:val="0"/>
          <w:i w:val="0"/>
          <w:smallCaps w:val="0"/>
          <w:strike w:val="0"/>
          <w:sz w:val="20"/>
          <w:u w:val="single"/>
        </w:rPr>
        <w:t xml:space="preserve"> that </w:t>
      </w:r>
      <w:r>
        <w:rPr>
          <w:b w:val="0"/>
          <w:i w:val="0"/>
          <w:smallCaps w:val="0"/>
          <w:strike w:val="0"/>
          <w:sz w:val="16"/>
          <w:u w:val="none"/>
        </w:rPr>
        <w:t xml:space="preserve">the </w:t>
      </w:r>
      <w:r>
        <w:rPr>
          <w:b w:val="0"/>
          <w:i w:val="0"/>
          <w:smallCaps w:val="0"/>
          <w:strike w:val="0"/>
          <w:sz w:val="20"/>
          <w:highlight w:val="cyan"/>
          <w:u w:val="single"/>
        </w:rPr>
        <w:t>PTAB</w:t>
      </w:r>
      <w:r>
        <w:rPr>
          <w:b w:val="0"/>
          <w:i w:val="0"/>
          <w:smallCaps w:val="0"/>
          <w:strike w:val="0"/>
          <w:sz w:val="20"/>
          <w:highlight w:val="cyan"/>
          <w:u w:val="single"/>
        </w:rPr>
        <w:t xml:space="preserve"> is a </w:t>
      </w:r>
      <w:r>
        <w:rPr>
          <w:b w:val="0"/>
          <w:i w:val="0"/>
          <w:smallCaps w:val="0"/>
          <w:strike w:val="0"/>
          <w:sz w:val="20"/>
          <w:highlight w:val="cyan"/>
          <w:u w:val="single"/>
        </w:rPr>
        <w:t>threat</w:t>
      </w:r>
      <w:r>
        <w:rPr>
          <w:b w:val="0"/>
          <w:i w:val="0"/>
          <w:smallCaps w:val="0"/>
          <w:strike w:val="0"/>
          <w:sz w:val="16"/>
          <w:u w:val="none"/>
        </w:rPr>
        <w:t xml:space="preserve"> and </w:t>
      </w:r>
      <w:r>
        <w:rPr>
          <w:b w:val="0"/>
          <w:i w:val="0"/>
          <w:smallCaps w:val="0"/>
          <w:strike w:val="0"/>
          <w:sz w:val="20"/>
          <w:u w:val="single"/>
        </w:rPr>
        <w:t xml:space="preserve">not a </w:t>
      </w:r>
      <w:r>
        <w:rPr>
          <w:b w:val="0"/>
          <w:i w:val="0"/>
          <w:smallCaps w:val="0"/>
          <w:strike w:val="0"/>
          <w:sz w:val="20"/>
          <w:u w:val="single"/>
        </w:rPr>
        <w:t>boon</w:t>
      </w:r>
      <w:r>
        <w:rPr>
          <w:b w:val="0"/>
          <w:i w:val="0"/>
          <w:smallCaps w:val="0"/>
          <w:strike w:val="0"/>
          <w:sz w:val="20"/>
          <w:u w:val="single"/>
        </w:rPr>
        <w:t xml:space="preserve"> </w:t>
      </w:r>
      <w:r>
        <w:rPr>
          <w:b w:val="0"/>
          <w:i w:val="0"/>
          <w:smallCaps w:val="0"/>
          <w:strike w:val="0"/>
          <w:sz w:val="20"/>
          <w:highlight w:val="cyan"/>
          <w:u w:val="single"/>
        </w:rPr>
        <w:t xml:space="preserve">to the </w:t>
      </w:r>
      <w:r>
        <w:rPr>
          <w:b w:val="0"/>
          <w:i w:val="0"/>
          <w:smallCaps w:val="0"/>
          <w:strike w:val="0"/>
          <w:sz w:val="20"/>
          <w:highlight w:val="cyan"/>
          <w:u w:val="single"/>
        </w:rPr>
        <w:t>U.S.</w:t>
      </w:r>
      <w:r>
        <w:rPr>
          <w:b w:val="0"/>
          <w:i w:val="0"/>
          <w:smallCaps w:val="0"/>
          <w:strike w:val="0"/>
          <w:sz w:val="20"/>
          <w:highlight w:val="cyan"/>
          <w:u w:val="single"/>
        </w:rPr>
        <w:t xml:space="preserve"> </w:t>
      </w:r>
      <w:r>
        <w:rPr>
          <w:b w:val="0"/>
          <w:i w:val="0"/>
          <w:smallCaps w:val="0"/>
          <w:strike w:val="0"/>
          <w:sz w:val="20"/>
          <w:highlight w:val="cyan"/>
          <w:u w:val="single"/>
        </w:rPr>
        <w:t>economy.</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