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trolls </w:t>
      </w:r>
      <w:r>
        <w:rPr>
          <w:b/>
          <w:i w:val="0"/>
          <w:smallCaps w:val="0"/>
          <w:strike w:val="0"/>
          <w:sz w:val="24"/>
          <w:u w:val="single"/>
        </w:rPr>
        <w:t>high</w:t>
      </w:r>
      <w:r>
        <w:rPr>
          <w:b/>
          <w:i w:val="0"/>
          <w:smallCaps w:val="0"/>
          <w:strike w:val="0"/>
          <w:sz w:val="24"/>
          <w:u w:val="none"/>
        </w:rPr>
        <w:t xml:space="preserve"> now </w:t>
      </w:r>
    </w:p>
    <w:p>
      <w:pPr>
        <w:spacing w:after="80"/>
      </w:pPr>
      <w:r>
        <w:rPr>
          <w:b w:val="0"/>
          <w:i w:val="0"/>
          <w:smallCaps w:val="0"/>
          <w:strike w:val="0"/>
          <w:sz w:val="20"/>
          <w:u w:val="none"/>
        </w:rPr>
        <w:t xml:space="preserve">Max </w:t>
      </w:r>
      <w:r>
        <w:rPr>
          <w:b/>
          <w:i w:val="0"/>
          <w:smallCaps w:val="0"/>
          <w:strike w:val="0"/>
          <w:sz w:val="24"/>
          <w:u w:val="none"/>
        </w:rPr>
        <w:t xml:space="preserve">Baucus ’22 </w:t>
      </w:r>
      <w:r>
        <w:rPr>
          <w:b w:val="0"/>
          <w:i w:val="0"/>
          <w:smallCaps w:val="0"/>
          <w:strike w:val="0"/>
          <w:sz w:val="20"/>
          <w:u w:val="none"/>
        </w:rPr>
        <w:t xml:space="preserve">[US Senator from Montana, served in US Senate from 1978 to 2014, Chairman and Ranking Member of the Senate Committee on Finance, Vice Chairman of the Joint Committee on Taxation, member of the Senate Committee on Agriculture, Nutrition and Forestry, Environment and Public Works, Subcommittee on Transportation and Infrastructure, Harvard Business Review, 9/16/22, “It’s Time for the U.S. to Tackle Patent Trolls”, </w:t>
      </w:r>
      <w:r>
        <w:rPr>
          <w:b w:val="0"/>
          <w:i w:val="0"/>
          <w:smallCaps w:val="0"/>
          <w:strike w:val="0"/>
          <w:sz w:val="20"/>
          <w:u w:val="none"/>
        </w:rPr>
        <w:t>, MP3]</w:t>
      </w:r>
    </w:p>
    <w:p>
      <w:pPr>
        <w:spacing w:after="60"/>
      </w:pPr>
      <w:r>
        <w:rPr>
          <w:b w:val="0"/>
          <w:i w:val="0"/>
          <w:smallCaps w:val="0"/>
          <w:strike w:val="0"/>
          <w:sz w:val="20"/>
          <w:u w:val="single"/>
        </w:rPr>
        <w:t>The</w:t>
      </w:r>
      <w:r>
        <w:rPr>
          <w:b w:val="0"/>
          <w:i w:val="0"/>
          <w:smallCaps w:val="0"/>
          <w:strike w:val="0"/>
          <w:sz w:val="16"/>
          <w:u w:val="none"/>
        </w:rPr>
        <w:t xml:space="preserve"> wealthy </w:t>
      </w:r>
      <w:r>
        <w:rPr>
          <w:b w:val="0"/>
          <w:i w:val="0"/>
          <w:smallCaps w:val="0"/>
          <w:strike w:val="0"/>
          <w:sz w:val="20"/>
          <w:highlight w:val="cyan"/>
          <w:u w:val="single"/>
        </w:rPr>
        <w:t>investors</w:t>
      </w:r>
      <w:r>
        <w:rPr>
          <w:b w:val="0"/>
          <w:i w:val="0"/>
          <w:smallCaps w:val="0"/>
          <w:strike w:val="0"/>
          <w:sz w:val="16"/>
          <w:u w:val="none"/>
        </w:rPr>
        <w:t xml:space="preserve"> </w:t>
      </w:r>
      <w:r>
        <w:rPr>
          <w:b w:val="0"/>
          <w:i w:val="0"/>
          <w:smallCaps w:val="0"/>
          <w:strike w:val="0"/>
          <w:sz w:val="20"/>
          <w:u w:val="single"/>
        </w:rPr>
        <w:t xml:space="preserve">who </w:t>
      </w:r>
      <w:r>
        <w:rPr>
          <w:b w:val="0"/>
          <w:i w:val="0"/>
          <w:smallCaps w:val="0"/>
          <w:strike w:val="0"/>
          <w:sz w:val="20"/>
          <w:highlight w:val="cyan"/>
          <w:u w:val="single"/>
        </w:rPr>
        <w:t>file</w:t>
      </w:r>
      <w:r>
        <w:rPr>
          <w:b w:val="0"/>
          <w:i w:val="0"/>
          <w:smallCaps w:val="0"/>
          <w:strike w:val="0"/>
          <w:sz w:val="20"/>
          <w:u w:val="single"/>
        </w:rPr>
        <w:t xml:space="preserve"> these </w:t>
      </w:r>
      <w:r>
        <w:rPr>
          <w:b w:val="0"/>
          <w:i w:val="0"/>
          <w:smallCaps w:val="0"/>
          <w:strike w:val="0"/>
          <w:sz w:val="20"/>
          <w:highlight w:val="cyan"/>
          <w:u w:val="single"/>
        </w:rPr>
        <w:t>abusive</w:t>
      </w:r>
      <w:r>
        <w:rPr>
          <w:b w:val="0"/>
          <w:i w:val="0"/>
          <w:smallCaps w:val="0"/>
          <w:strike w:val="0"/>
          <w:sz w:val="20"/>
          <w:highlight w:val="cyan"/>
          <w:u w:val="single"/>
        </w:rPr>
        <w:t xml:space="preserve"> </w:t>
      </w:r>
      <w:r>
        <w:rPr>
          <w:b w:val="0"/>
          <w:i w:val="0"/>
          <w:smallCaps w:val="0"/>
          <w:strike w:val="0"/>
          <w:sz w:val="20"/>
          <w:highlight w:val="cyan"/>
          <w:u w:val="single"/>
        </w:rPr>
        <w:t>lawsuits</w:t>
      </w:r>
      <w:r>
        <w:rPr>
          <w:b w:val="0"/>
          <w:i w:val="0"/>
          <w:smallCaps w:val="0"/>
          <w:strike w:val="0"/>
          <w:sz w:val="16"/>
          <w:u w:val="none"/>
        </w:rPr>
        <w:t xml:space="preserve">, and are often </w:t>
      </w:r>
      <w:r>
        <w:rPr>
          <w:b w:val="0"/>
          <w:i w:val="0"/>
          <w:smallCaps w:val="0"/>
          <w:strike w:val="0"/>
          <w:sz w:val="20"/>
          <w:u w:val="single"/>
        </w:rPr>
        <w:t>referred to as “</w:t>
      </w:r>
      <w:r>
        <w:rPr>
          <w:b w:val="0"/>
          <w:i w:val="0"/>
          <w:smallCaps w:val="0"/>
          <w:strike w:val="0"/>
          <w:sz w:val="20"/>
          <w:highlight w:val="cyan"/>
          <w:u w:val="single"/>
        </w:rPr>
        <w:t>patent trolls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highlight w:val="cyan"/>
          <w:u w:val="single"/>
        </w:rPr>
        <w:t>buy</w:t>
      </w:r>
      <w:r>
        <w:rPr>
          <w:b w:val="0"/>
          <w:i w:val="0"/>
          <w:smallCaps w:val="0"/>
          <w:strike w:val="0"/>
          <w:sz w:val="20"/>
          <w:u w:val="single"/>
        </w:rPr>
        <w:t xml:space="preserve"> up</w:t>
      </w:r>
      <w:r>
        <w:rPr>
          <w:b w:val="0"/>
          <w:i w:val="0"/>
          <w:smallCaps w:val="0"/>
          <w:strike w:val="0"/>
          <w:sz w:val="20"/>
          <w:u w:val="single"/>
        </w:rPr>
        <w:t xml:space="preserve"> portfolios</w:t>
      </w:r>
      <w:r>
        <w:rPr>
          <w:b w:val="0"/>
          <w:i w:val="0"/>
          <w:smallCaps w:val="0"/>
          <w:strike w:val="0"/>
          <w:sz w:val="20"/>
          <w:u w:val="single"/>
        </w:rPr>
        <w:t xml:space="preserve"> of broad</w:t>
      </w:r>
      <w:r>
        <w:rPr>
          <w:b w:val="0"/>
          <w:i w:val="0"/>
          <w:smallCaps w:val="0"/>
          <w:strike w:val="0"/>
          <w:sz w:val="16"/>
          <w:u w:val="none"/>
        </w:rPr>
        <w:t xml:space="preserve">, unused </w:t>
      </w:r>
      <w:r>
        <w:rPr>
          <w:b w:val="0"/>
          <w:i w:val="0"/>
          <w:smallCaps w:val="0"/>
          <w:strike w:val="0"/>
          <w:sz w:val="20"/>
          <w:highlight w:val="cyan"/>
          <w:u w:val="single"/>
        </w:rPr>
        <w:t>patents</w:t>
      </w:r>
      <w:r>
        <w:rPr>
          <w:b w:val="0"/>
          <w:i w:val="0"/>
          <w:smallCaps w:val="0"/>
          <w:strike w:val="0"/>
          <w:sz w:val="16"/>
          <w:u w:val="none"/>
        </w:rPr>
        <w:t xml:space="preserve"> that, in many cases, </w:t>
      </w:r>
      <w:r>
        <w:rPr>
          <w:b w:val="0"/>
          <w:i w:val="0"/>
          <w:smallCaps w:val="0"/>
          <w:strike w:val="0"/>
          <w:sz w:val="20"/>
          <w:u w:val="single"/>
        </w:rPr>
        <w:t>the</w:t>
      </w:r>
      <w:r>
        <w:rPr>
          <w:b w:val="0"/>
          <w:i w:val="0"/>
          <w:smallCaps w:val="0"/>
          <w:strike w:val="0"/>
          <w:sz w:val="16"/>
          <w:u w:val="none"/>
        </w:rPr>
        <w:t xml:space="preserve"> U.S. Patent &amp; Trademark Office </w:t>
      </w:r>
      <w:r>
        <w:rPr>
          <w:b w:val="0"/>
          <w:i w:val="0"/>
          <w:smallCaps w:val="0"/>
          <w:strike w:val="0"/>
          <w:sz w:val="20"/>
          <w:u w:val="single"/>
        </w:rPr>
        <w:t>(</w:t>
      </w:r>
      <w:r>
        <w:rPr>
          <w:b w:val="0"/>
          <w:i w:val="0"/>
          <w:smallCaps w:val="0"/>
          <w:strike w:val="0"/>
          <w:sz w:val="20"/>
          <w:highlight w:val="cyan"/>
          <w:u w:val="single"/>
        </w:rPr>
        <w:t>USPTO</w:t>
      </w:r>
      <w:r>
        <w:rPr>
          <w:b w:val="0"/>
          <w:i w:val="0"/>
          <w:smallCaps w:val="0"/>
          <w:strike w:val="0"/>
          <w:sz w:val="16"/>
          <w:highlight w:val="cyan"/>
          <w:u w:val="none"/>
        </w:rPr>
        <w:t xml:space="preserve">) </w:t>
      </w:r>
      <w:r>
        <w:rPr>
          <w:b w:val="0"/>
          <w:i w:val="0"/>
          <w:smallCaps w:val="0"/>
          <w:strike w:val="0"/>
          <w:sz w:val="20"/>
          <w:highlight w:val="cyan"/>
          <w:u w:val="single"/>
        </w:rPr>
        <w:t>never should have issued</w:t>
      </w:r>
      <w:r>
        <w:rPr>
          <w:b w:val="0"/>
          <w:i w:val="0"/>
          <w:smallCaps w:val="0"/>
          <w:strike w:val="0"/>
          <w:sz w:val="16"/>
          <w:u w:val="none"/>
        </w:rPr>
        <w:t xml:space="preserve"> in the first place. </w:t>
      </w:r>
      <w:r>
        <w:rPr>
          <w:b w:val="0"/>
          <w:i w:val="0"/>
          <w:smallCaps w:val="0"/>
          <w:strike w:val="0"/>
          <w:sz w:val="20"/>
          <w:u w:val="single"/>
        </w:rPr>
        <w:t>They</w:t>
      </w:r>
      <w:r>
        <w:rPr>
          <w:b w:val="0"/>
          <w:i w:val="0"/>
          <w:smallCaps w:val="0"/>
          <w:strike w:val="0"/>
          <w:sz w:val="16"/>
          <w:u w:val="none"/>
        </w:rPr>
        <w:t xml:space="preserve"> then </w:t>
      </w:r>
      <w:r>
        <w:rPr>
          <w:b w:val="0"/>
          <w:i w:val="0"/>
          <w:smallCaps w:val="0"/>
          <w:strike w:val="0"/>
          <w:sz w:val="20"/>
          <w:highlight w:val="cyan"/>
          <w:u w:val="single"/>
        </w:rPr>
        <w:t>assert</w:t>
      </w:r>
      <w:r>
        <w:rPr>
          <w:b w:val="0"/>
          <w:i w:val="0"/>
          <w:smallCaps w:val="0"/>
          <w:strike w:val="0"/>
          <w:sz w:val="16"/>
          <w:u w:val="none"/>
        </w:rPr>
        <w:t xml:space="preserve"> the </w:t>
      </w:r>
      <w:r>
        <w:rPr>
          <w:b w:val="0"/>
          <w:i w:val="0"/>
          <w:smallCaps w:val="0"/>
          <w:strike w:val="0"/>
          <w:sz w:val="20"/>
          <w:highlight w:val="cyan"/>
          <w:u w:val="single"/>
        </w:rPr>
        <w:t>low-quality</w:t>
      </w:r>
      <w:r>
        <w:rPr>
          <w:b w:val="0"/>
          <w:i w:val="0"/>
          <w:smallCaps w:val="0"/>
          <w:strike w:val="0"/>
          <w:sz w:val="20"/>
          <w:u w:val="single"/>
        </w:rPr>
        <w:t xml:space="preserve"> </w:t>
      </w:r>
      <w:r>
        <w:rPr>
          <w:b w:val="0"/>
          <w:i w:val="0"/>
          <w:smallCaps w:val="0"/>
          <w:strike w:val="0"/>
          <w:sz w:val="20"/>
          <w:highlight w:val="cyan"/>
          <w:u w:val="single"/>
        </w:rPr>
        <w:t>patents</w:t>
      </w:r>
      <w:r>
        <w:rPr>
          <w:b w:val="0"/>
          <w:i w:val="0"/>
          <w:smallCaps w:val="0"/>
          <w:strike w:val="0"/>
          <w:sz w:val="16"/>
          <w:u w:val="none"/>
        </w:rPr>
        <w:t xml:space="preserve"> in lawsuits to </w:t>
      </w:r>
      <w:r>
        <w:rPr>
          <w:b w:val="0"/>
          <w:i w:val="0"/>
          <w:smallCaps w:val="0"/>
          <w:strike w:val="0"/>
          <w:sz w:val="20"/>
          <w:highlight w:val="cyan"/>
          <w:u w:val="single"/>
        </w:rPr>
        <w:t>accuse</w:t>
      </w:r>
      <w:r>
        <w:rPr>
          <w:b w:val="0"/>
          <w:i w:val="0"/>
          <w:smallCaps w:val="0"/>
          <w:strike w:val="0"/>
          <w:sz w:val="20"/>
          <w:u w:val="single"/>
        </w:rPr>
        <w:t xml:space="preserve"> others of patent </w:t>
      </w:r>
      <w:r>
        <w:rPr>
          <w:b w:val="0"/>
          <w:i w:val="0"/>
          <w:smallCaps w:val="0"/>
          <w:strike w:val="0"/>
          <w:sz w:val="20"/>
          <w:highlight w:val="cyan"/>
          <w:u w:val="single"/>
        </w:rPr>
        <w:t>infringement</w:t>
      </w:r>
      <w:r>
        <w:rPr>
          <w:b w:val="0"/>
          <w:i w:val="0"/>
          <w:smallCaps w:val="0"/>
          <w:strike w:val="0"/>
          <w:sz w:val="16"/>
          <w:u w:val="none"/>
        </w:rPr>
        <w:t xml:space="preserve"> – all this even though the patents being asserted will continue to go unused. </w:t>
      </w:r>
    </w:p>
    <w:p>
      <w:pPr>
        <w:spacing w:after="60"/>
      </w:pPr>
      <w:r>
        <w:rPr>
          <w:b w:val="0"/>
          <w:i w:val="0"/>
          <w:smallCaps w:val="0"/>
          <w:strike w:val="0"/>
          <w:sz w:val="20"/>
          <w:u w:val="single"/>
        </w:rPr>
        <w:t xml:space="preserve">The </w:t>
      </w:r>
      <w:r>
        <w:rPr>
          <w:b w:val="0"/>
          <w:i w:val="0"/>
          <w:smallCaps w:val="0"/>
          <w:strike w:val="0"/>
          <w:sz w:val="20"/>
          <w:highlight w:val="cyan"/>
          <w:u w:val="single"/>
        </w:rPr>
        <w:t>impact</w:t>
      </w:r>
      <w:r>
        <w:rPr>
          <w:b w:val="0"/>
          <w:i w:val="0"/>
          <w:smallCaps w:val="0"/>
          <w:strike w:val="0"/>
          <w:sz w:val="20"/>
          <w:u w:val="single"/>
        </w:rPr>
        <w:t xml:space="preserve"> </w:t>
      </w:r>
      <w:r>
        <w:rPr>
          <w:b w:val="0"/>
          <w:i w:val="0"/>
          <w:smallCaps w:val="0"/>
          <w:strike w:val="0"/>
          <w:sz w:val="20"/>
          <w:highlight w:val="cyan"/>
          <w:u w:val="single"/>
        </w:rPr>
        <w:t>on</w:t>
      </w:r>
      <w:r>
        <w:rPr>
          <w:b w:val="0"/>
          <w:i w:val="0"/>
          <w:smallCaps w:val="0"/>
          <w:strike w:val="0"/>
          <w:sz w:val="20"/>
          <w:u w:val="single"/>
        </w:rPr>
        <w:t xml:space="preserve"> American </w:t>
      </w:r>
      <w:r>
        <w:rPr>
          <w:b w:val="0"/>
          <w:i w:val="0"/>
          <w:smallCaps w:val="0"/>
          <w:strike w:val="0"/>
          <w:sz w:val="20"/>
          <w:highlight w:val="cyan"/>
          <w:u w:val="single"/>
        </w:rPr>
        <w:t>innovation</w:t>
      </w:r>
      <w:r>
        <w:rPr>
          <w:b w:val="0"/>
          <w:i w:val="0"/>
          <w:smallCaps w:val="0"/>
          <w:strike w:val="0"/>
          <w:sz w:val="20"/>
          <w:u w:val="single"/>
        </w:rPr>
        <w:t xml:space="preserve"> </w:t>
      </w:r>
      <w:r>
        <w:rPr>
          <w:b w:val="0"/>
          <w:i w:val="0"/>
          <w:smallCaps w:val="0"/>
          <w:strike w:val="0"/>
          <w:sz w:val="20"/>
          <w:highlight w:val="cyan"/>
          <w:u w:val="single"/>
        </w:rPr>
        <w:t>is devastating</w:t>
      </w:r>
      <w:r>
        <w:rPr>
          <w:b w:val="0"/>
          <w:i w:val="0"/>
          <w:smallCaps w:val="0"/>
          <w:strike w:val="0"/>
          <w:sz w:val="16"/>
          <w:u w:val="none"/>
        </w:rPr>
        <w:t xml:space="preserve">. </w:t>
      </w:r>
      <w:r>
        <w:rPr>
          <w:b w:val="0"/>
          <w:i w:val="0"/>
          <w:smallCaps w:val="0"/>
          <w:strike w:val="0"/>
          <w:sz w:val="16"/>
          <w:u w:val="none"/>
        </w:rPr>
        <w:t xml:space="preserve"> each year, </w:t>
      </w:r>
      <w:r>
        <w:rPr>
          <w:b w:val="0"/>
          <w:i w:val="0"/>
          <w:smallCaps w:val="0"/>
          <w:strike w:val="0"/>
          <w:sz w:val="20"/>
          <w:u w:val="single"/>
        </w:rPr>
        <w:t xml:space="preserve">patent </w:t>
      </w:r>
      <w:r>
        <w:rPr>
          <w:b w:val="0"/>
          <w:i w:val="0"/>
          <w:smallCaps w:val="0"/>
          <w:strike w:val="0"/>
          <w:sz w:val="20"/>
          <w:highlight w:val="cyan"/>
          <w:u w:val="single"/>
        </w:rPr>
        <w:t>trolls</w:t>
      </w:r>
      <w:r>
        <w:rPr>
          <w:b w:val="0"/>
          <w:i w:val="0"/>
          <w:smallCaps w:val="0"/>
          <w:strike w:val="0"/>
          <w:sz w:val="20"/>
          <w:u w:val="single"/>
        </w:rPr>
        <w:t xml:space="preserve"> </w:t>
      </w:r>
      <w:r>
        <w:rPr>
          <w:b w:val="0"/>
          <w:i w:val="0"/>
          <w:smallCaps w:val="0"/>
          <w:strike w:val="0"/>
          <w:sz w:val="20"/>
          <w:highlight w:val="cyan"/>
          <w:u w:val="single"/>
        </w:rPr>
        <w:t>create</w:t>
      </w:r>
      <w:r>
        <w:rPr>
          <w:b w:val="0"/>
          <w:i w:val="0"/>
          <w:smallCaps w:val="0"/>
          <w:strike w:val="0"/>
          <w:sz w:val="20"/>
          <w:u w:val="single"/>
        </w:rPr>
        <w:t xml:space="preserve"> </w:t>
      </w:r>
      <w:r>
        <w:rPr>
          <w:b w:val="0"/>
          <w:i w:val="0"/>
          <w:smallCaps w:val="0"/>
          <w:strike w:val="0"/>
          <w:sz w:val="20"/>
          <w:highlight w:val="cyan"/>
          <w:u w:val="single"/>
        </w:rPr>
        <w:t>$29 billion</w:t>
      </w:r>
      <w:r>
        <w:rPr>
          <w:b w:val="0"/>
          <w:i w:val="0"/>
          <w:smallCaps w:val="0"/>
          <w:strike w:val="0"/>
          <w:sz w:val="20"/>
          <w:u w:val="single"/>
        </w:rPr>
        <w:t xml:space="preserve"> in direct, out-of-pocket costs</w:t>
      </w:r>
      <w:r>
        <w:rPr>
          <w:b w:val="0"/>
          <w:i w:val="0"/>
          <w:smallCaps w:val="0"/>
          <w:strike w:val="0"/>
          <w:sz w:val="16"/>
          <w:u w:val="none"/>
        </w:rPr>
        <w:t xml:space="preserve"> from the companies they go after. </w:t>
      </w:r>
      <w:r>
        <w:rPr>
          <w:b w:val="0"/>
          <w:i w:val="0"/>
          <w:smallCaps w:val="0"/>
          <w:strike w:val="0"/>
          <w:sz w:val="16"/>
          <w:u w:val="none"/>
        </w:rPr>
        <w:t xml:space="preserve"> found that </w:t>
      </w:r>
      <w:r>
        <w:rPr>
          <w:b w:val="0"/>
          <w:i w:val="0"/>
          <w:smallCaps w:val="0"/>
          <w:strike w:val="0"/>
          <w:sz w:val="20"/>
          <w:u w:val="single"/>
        </w:rPr>
        <w:t xml:space="preserve">the </w:t>
      </w:r>
      <w:r>
        <w:rPr>
          <w:b w:val="0"/>
          <w:i w:val="0"/>
          <w:smallCaps w:val="0"/>
          <w:strike w:val="0"/>
          <w:sz w:val="20"/>
          <w:highlight w:val="cyan"/>
          <w:u w:val="single"/>
        </w:rPr>
        <w:t>companies</w:t>
      </w:r>
      <w:r>
        <w:rPr>
          <w:b w:val="0"/>
          <w:i w:val="0"/>
          <w:smallCaps w:val="0"/>
          <w:strike w:val="0"/>
          <w:sz w:val="20"/>
          <w:u w:val="singl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settle</w:t>
      </w:r>
      <w:r>
        <w:rPr>
          <w:b w:val="0"/>
          <w:i w:val="0"/>
          <w:smallCaps w:val="0"/>
          <w:strike w:val="0"/>
          <w:sz w:val="20"/>
          <w:u w:val="single"/>
        </w:rPr>
        <w:t xml:space="preserve"> with patent trolls</w:t>
      </w:r>
      <w:r>
        <w:rPr>
          <w:b w:val="0"/>
          <w:i w:val="0"/>
          <w:smallCaps w:val="0"/>
          <w:strike w:val="0"/>
          <w:sz w:val="16"/>
          <w:u w:val="none"/>
        </w:rPr>
        <w:t xml:space="preserve">, or lose to them in court, </w:t>
      </w:r>
      <w:r>
        <w:rPr>
          <w:b w:val="0"/>
          <w:i w:val="0"/>
          <w:smallCaps w:val="0"/>
          <w:strike w:val="0"/>
          <w:sz w:val="20"/>
          <w:u w:val="single"/>
        </w:rPr>
        <w:t xml:space="preserve">wind up </w:t>
      </w:r>
      <w:r>
        <w:rPr>
          <w:b w:val="0"/>
          <w:i w:val="0"/>
          <w:smallCaps w:val="0"/>
          <w:strike w:val="0"/>
          <w:sz w:val="20"/>
          <w:highlight w:val="cyan"/>
          <w:u w:val="single"/>
        </w:rPr>
        <w:t>reducing</w:t>
      </w:r>
      <w:r>
        <w:rPr>
          <w:b w:val="0"/>
          <w:i w:val="0"/>
          <w:smallCaps w:val="0"/>
          <w:strike w:val="0"/>
          <w:sz w:val="20"/>
          <w:u w:val="single"/>
        </w:rPr>
        <w:t xml:space="preserve"> </w:t>
      </w:r>
      <w:r>
        <w:rPr>
          <w:b w:val="0"/>
          <w:i w:val="0"/>
          <w:smallCaps w:val="0"/>
          <w:strike w:val="0"/>
          <w:sz w:val="20"/>
          <w:highlight w:val="cyan"/>
          <w:u w:val="single"/>
        </w:rPr>
        <w:t>investments</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r</w:t>
      </w:r>
      <w:r>
        <w:rPr>
          <w:b w:val="0"/>
          <w:i w:val="0"/>
          <w:smallCaps w:val="0"/>
          <w:strike w:val="0"/>
          <w:sz w:val="20"/>
          <w:u w:val="single"/>
        </w:rPr>
        <w:t xml:space="preserve">esearch </w:t>
      </w:r>
      <w:r>
        <w:rPr>
          <w:b w:val="0"/>
          <w:i w:val="0"/>
          <w:smallCaps w:val="0"/>
          <w:strike w:val="0"/>
          <w:sz w:val="20"/>
          <w:highlight w:val="cyan"/>
          <w:u w:val="single"/>
        </w:rPr>
        <w:t>a</w:t>
      </w:r>
      <w:r>
        <w:rPr>
          <w:b w:val="0"/>
          <w:i w:val="0"/>
          <w:smallCaps w:val="0"/>
          <w:strike w:val="0"/>
          <w:sz w:val="20"/>
          <w:u w:val="single"/>
        </w:rPr>
        <w:t xml:space="preserve">nd </w:t>
      </w:r>
      <w:r>
        <w:rPr>
          <w:b w:val="0"/>
          <w:i w:val="0"/>
          <w:smallCaps w:val="0"/>
          <w:strike w:val="0"/>
          <w:sz w:val="20"/>
          <w:highlight w:val="cyan"/>
          <w:u w:val="single"/>
        </w:rPr>
        <w:t>d</w:t>
      </w:r>
      <w:r>
        <w:rPr>
          <w:b w:val="0"/>
          <w:i w:val="0"/>
          <w:smallCaps w:val="0"/>
          <w:strike w:val="0"/>
          <w:sz w:val="20"/>
          <w:u w:val="single"/>
        </w:rPr>
        <w:t>evelopment</w:t>
      </w:r>
      <w:r>
        <w:rPr>
          <w:b w:val="0"/>
          <w:i w:val="0"/>
          <w:smallCaps w:val="0"/>
          <w:strike w:val="0"/>
          <w:sz w:val="16"/>
          <w:u w:val="none"/>
        </w:rPr>
        <w:t xml:space="preserve"> </w:t>
      </w:r>
      <w:r>
        <w:rPr>
          <w:b w:val="0"/>
          <w:i w:val="0"/>
          <w:smallCaps w:val="0"/>
          <w:strike w:val="0"/>
          <w:sz w:val="20"/>
          <w:highlight w:val="cyan"/>
          <w:u w:val="single"/>
        </w:rPr>
        <w:t>by</w:t>
      </w:r>
      <w:r>
        <w:rPr>
          <w:b w:val="0"/>
          <w:i w:val="0"/>
          <w:smallCaps w:val="0"/>
          <w:strike w:val="0"/>
          <w:sz w:val="16"/>
          <w:u w:val="none"/>
        </w:rPr>
        <w:t xml:space="preserve"> an average of more than </w:t>
      </w:r>
      <w:r>
        <w:rPr>
          <w:b w:val="0"/>
          <w:i w:val="0"/>
          <w:smallCaps w:val="0"/>
          <w:strike w:val="0"/>
          <w:sz w:val="20"/>
          <w:highlight w:val="cyan"/>
          <w:u w:val="single"/>
        </w:rPr>
        <w:t>$160 million</w:t>
      </w:r>
      <w:r>
        <w:rPr>
          <w:b w:val="0"/>
          <w:i w:val="0"/>
          <w:smallCaps w:val="0"/>
          <w:strike w:val="0"/>
          <w:sz w:val="16"/>
          <w:u w:val="none"/>
        </w:rPr>
        <w:t xml:space="preserve"> over the next two years.  Massive amounts of money are being drained from the hardworking people who are driving our economy forward to instead </w:t>
      </w:r>
      <w:r>
        <w:rPr>
          <w:b w:val="0"/>
          <w:i w:val="0"/>
          <w:smallCaps w:val="0"/>
          <w:strike w:val="0"/>
          <w:sz w:val="16"/>
          <w:u w:val="none"/>
        </w:rPr>
        <w:t>line</w:t>
      </w:r>
      <w:r>
        <w:rPr>
          <w:b w:val="0"/>
          <w:i w:val="0"/>
          <w:smallCaps w:val="0"/>
          <w:strike w:val="0"/>
          <w:sz w:val="16"/>
          <w:u w:val="none"/>
        </w:rPr>
        <w:t xml:space="preserve"> the pockets of wealthy investors who are offering no goods or services of their own.</w:t>
      </w:r>
    </w:p>
    <w:p>
      <w:pPr>
        <w:spacing w:after="60"/>
      </w:pPr>
      <w:r>
        <w:rPr>
          <w:b w:val="0"/>
          <w:i w:val="0"/>
          <w:smallCaps w:val="0"/>
          <w:strike w:val="0"/>
          <w:sz w:val="20"/>
          <w:u w:val="single"/>
        </w:rPr>
        <w:t xml:space="preserve">The problem is </w:t>
      </w:r>
      <w:r>
        <w:rPr>
          <w:b w:val="0"/>
          <w:i w:val="0"/>
          <w:smallCaps w:val="0"/>
          <w:strike w:val="0"/>
          <w:sz w:val="16"/>
          <w:u w:val="none"/>
        </w:rPr>
        <w:t xml:space="preserve">especially </w:t>
      </w:r>
      <w:r>
        <w:rPr>
          <w:b w:val="0"/>
          <w:i w:val="0"/>
          <w:smallCaps w:val="0"/>
          <w:strike w:val="0"/>
          <w:sz w:val="20"/>
          <w:highlight w:val="cyan"/>
          <w:u w:val="single"/>
        </w:rPr>
        <w:t>threatening</w:t>
      </w:r>
      <w:r>
        <w:rPr>
          <w:b w:val="0"/>
          <w:i w:val="0"/>
          <w:smallCaps w:val="0"/>
          <w:strike w:val="0"/>
          <w:sz w:val="20"/>
          <w:u w:val="single"/>
        </w:rPr>
        <w:t xml:space="preserve"> for progress in areas like the </w:t>
      </w:r>
      <w:r>
        <w:rPr>
          <w:b w:val="0"/>
          <w:i w:val="0"/>
          <w:smallCaps w:val="0"/>
          <w:strike w:val="0"/>
          <w:sz w:val="16"/>
          <w:u w:val="none"/>
        </w:rPr>
        <w:t xml:space="preserve">, </w:t>
      </w:r>
      <w:r>
        <w:rPr>
          <w:b w:val="0"/>
          <w:i w:val="0"/>
          <w:smallCaps w:val="0"/>
          <w:strike w:val="0"/>
          <w:sz w:val="20"/>
          <w:u w:val="single"/>
        </w:rPr>
        <w:t>an industry where products</w:t>
      </w:r>
      <w:r>
        <w:rPr>
          <w:b w:val="0"/>
          <w:i w:val="0"/>
          <w:smallCaps w:val="0"/>
          <w:strike w:val="0"/>
          <w:sz w:val="16"/>
          <w:u w:val="none"/>
        </w:rPr>
        <w:t xml:space="preserve"> often </w:t>
      </w:r>
      <w:r>
        <w:rPr>
          <w:b w:val="0"/>
          <w:i w:val="0"/>
          <w:smallCaps w:val="0"/>
          <w:strike w:val="0"/>
          <w:sz w:val="20"/>
          <w:u w:val="single"/>
        </w:rPr>
        <w:t>rely</w:t>
      </w:r>
      <w:r>
        <w:rPr>
          <w:b w:val="0"/>
          <w:i w:val="0"/>
          <w:smallCaps w:val="0"/>
          <w:strike w:val="0"/>
          <w:sz w:val="16"/>
          <w:u w:val="none"/>
        </w:rPr>
        <w:t xml:space="preserve"> </w:t>
      </w:r>
      <w:r>
        <w:rPr>
          <w:b w:val="0"/>
          <w:i w:val="0"/>
          <w:smallCaps w:val="0"/>
          <w:strike w:val="0"/>
          <w:sz w:val="20"/>
          <w:u w:val="single"/>
        </w:rPr>
        <w:t xml:space="preserve">on </w:t>
      </w:r>
      <w:r>
        <w:rPr>
          <w:b w:val="0"/>
          <w:i w:val="0"/>
          <w:smallCaps w:val="0"/>
          <w:strike w:val="0"/>
          <w:sz w:val="16"/>
          <w:u w:val="none"/>
        </w:rPr>
        <w:t xml:space="preserve">hundreds or even thousands </w:t>
      </w:r>
      <w:r>
        <w:rPr>
          <w:b w:val="0"/>
          <w:i w:val="0"/>
          <w:smallCaps w:val="0"/>
          <w:strike w:val="0"/>
          <w:sz w:val="20"/>
          <w:u w:val="single"/>
        </w:rPr>
        <w:t>of underlying patents</w:t>
      </w:r>
      <w:r>
        <w:rPr>
          <w:b w:val="0"/>
          <w:i w:val="0"/>
          <w:smallCaps w:val="0"/>
          <w:strike w:val="0"/>
          <w:sz w:val="16"/>
          <w:u w:val="none"/>
        </w:rPr>
        <w:t xml:space="preserve">. </w:t>
      </w:r>
      <w:r>
        <w:rPr>
          <w:b w:val="0"/>
          <w:i w:val="0"/>
          <w:smallCaps w:val="0"/>
          <w:strike w:val="0"/>
          <w:sz w:val="20"/>
          <w:highlight w:val="cyan"/>
          <w:u w:val="single"/>
        </w:rPr>
        <w:t>U.S. leadership</w:t>
      </w:r>
      <w:r>
        <w:rPr>
          <w:b w:val="0"/>
          <w:i w:val="0"/>
          <w:smallCaps w:val="0"/>
          <w:strike w:val="0"/>
          <w:sz w:val="20"/>
          <w:u w:val="single"/>
        </w:rPr>
        <w:t xml:space="preserve"> </w:t>
      </w:r>
      <w:r>
        <w:rPr>
          <w:b w:val="0"/>
          <w:i w:val="0"/>
          <w:smallCaps w:val="0"/>
          <w:strike w:val="0"/>
          <w:sz w:val="20"/>
          <w:highlight w:val="cyan"/>
          <w:u w:val="single"/>
        </w:rPr>
        <w:t xml:space="preserve">in </w:t>
      </w:r>
      <w:r>
        <w:rPr>
          <w:b w:val="0"/>
          <w:i w:val="0"/>
          <w:smallCaps w:val="0"/>
          <w:strike w:val="0"/>
          <w:sz w:val="20"/>
          <w:highlight w:val="cyan"/>
          <w:u w:val="single"/>
        </w:rPr>
        <w:t>green</w:t>
      </w:r>
      <w:r>
        <w:rPr>
          <w:b w:val="0"/>
          <w:i w:val="0"/>
          <w:smallCaps w:val="0"/>
          <w:strike w:val="0"/>
          <w:sz w:val="20"/>
          <w:highlight w:val="cyan"/>
          <w:u w:val="single"/>
        </w:rPr>
        <w:t xml:space="preserve"> tech</w:t>
      </w:r>
      <w:r>
        <w:rPr>
          <w:b w:val="0"/>
          <w:i w:val="0"/>
          <w:smallCaps w:val="0"/>
          <w:strike w:val="0"/>
          <w:sz w:val="20"/>
          <w:u w:val="single"/>
        </w:rPr>
        <w:t xml:space="preserve">nology is </w:t>
      </w:r>
      <w:r>
        <w:rPr>
          <w:b w:val="0"/>
          <w:i w:val="0"/>
          <w:smallCaps w:val="0"/>
          <w:strike w:val="0"/>
          <w:sz w:val="20"/>
          <w:highlight w:val="cyan"/>
          <w:u w:val="single"/>
        </w:rPr>
        <w:t>critical</w:t>
      </w:r>
      <w:r>
        <w:rPr>
          <w:b w:val="0"/>
          <w:i w:val="0"/>
          <w:smallCaps w:val="0"/>
          <w:strike w:val="0"/>
          <w:sz w:val="20"/>
          <w:u w:val="single"/>
        </w:rPr>
        <w:t xml:space="preserve"> both </w:t>
      </w:r>
      <w:r>
        <w:rPr>
          <w:b w:val="0"/>
          <w:i w:val="0"/>
          <w:smallCaps w:val="0"/>
          <w:strike w:val="0"/>
          <w:sz w:val="20"/>
          <w:highlight w:val="cyan"/>
          <w:u w:val="single"/>
        </w:rPr>
        <w:t>to</w:t>
      </w:r>
      <w:r>
        <w:rPr>
          <w:b w:val="0"/>
          <w:i w:val="0"/>
          <w:smallCaps w:val="0"/>
          <w:strike w:val="0"/>
          <w:sz w:val="20"/>
          <w:u w:val="single"/>
        </w:rPr>
        <w:t xml:space="preserve"> curb </w:t>
      </w:r>
      <w:r>
        <w:rPr>
          <w:b w:val="0"/>
          <w:i w:val="0"/>
          <w:smallCaps w:val="0"/>
          <w:strike w:val="0"/>
          <w:sz w:val="20"/>
          <w:highlight w:val="cyan"/>
          <w:u w:val="single"/>
        </w:rPr>
        <w:t>emissions</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16"/>
          <w:u w:val="none"/>
        </w:rPr>
        <w:t xml:space="preserve"> because renewable </w:t>
      </w:r>
      <w:r>
        <w:rPr>
          <w:b w:val="0"/>
          <w:i w:val="0"/>
          <w:smallCaps w:val="0"/>
          <w:strike w:val="0"/>
          <w:sz w:val="20"/>
          <w:highlight w:val="cyan"/>
          <w:u w:val="single"/>
        </w:rPr>
        <w:t>energy</w:t>
      </w:r>
      <w:r>
        <w:rPr>
          <w:b w:val="0"/>
          <w:i w:val="0"/>
          <w:smallCaps w:val="0"/>
          <w:strike w:val="0"/>
          <w:sz w:val="16"/>
          <w:u w:val="none"/>
        </w:rPr>
        <w:t xml:space="preserve"> </w:t>
      </w:r>
      <w:r>
        <w:rPr>
          <w:b w:val="0"/>
          <w:i w:val="0"/>
          <w:smallCaps w:val="0"/>
          <w:strike w:val="0"/>
          <w:sz w:val="20"/>
          <w:u w:val="single"/>
        </w:rPr>
        <w:t xml:space="preserve">has the </w:t>
      </w:r>
      <w:r>
        <w:rPr>
          <w:b w:val="0"/>
          <w:i w:val="0"/>
          <w:smallCaps w:val="0"/>
          <w:strike w:val="0"/>
          <w:sz w:val="20"/>
          <w:highlight w:val="cyan"/>
          <w:u w:val="single"/>
        </w:rPr>
        <w:t>potential</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be a </w:t>
      </w:r>
      <w:r>
        <w:rPr>
          <w:b w:val="0"/>
          <w:i w:val="0"/>
          <w:smallCaps w:val="0"/>
          <w:strike w:val="0"/>
          <w:sz w:val="20"/>
          <w:highlight w:val="cyan"/>
          <w:u w:val="single"/>
        </w:rPr>
        <w:t xml:space="preserve">hub of </w:t>
      </w:r>
      <w:r>
        <w:rPr>
          <w:b w:val="0"/>
          <w:i w:val="0"/>
          <w:smallCaps w:val="0"/>
          <w:strike w:val="0"/>
          <w:sz w:val="20"/>
          <w:highlight w:val="cyan"/>
          <w:u w:val="single"/>
        </w:rPr>
        <w:t>innovation</w:t>
      </w:r>
      <w:r>
        <w:rPr>
          <w:b w:val="0"/>
          <w:i w:val="0"/>
          <w:smallCaps w:val="0"/>
          <w:strike w:val="0"/>
          <w:sz w:val="20"/>
          <w:u w:val="single"/>
        </w:rPr>
        <w:t xml:space="preserve"> </w:t>
      </w:r>
      <w:r>
        <w:rPr>
          <w:b w:val="0"/>
          <w:i w:val="0"/>
          <w:smallCaps w:val="0"/>
          <w:strike w:val="0"/>
          <w:sz w:val="20"/>
          <w:highlight w:val="cyan"/>
          <w:u w:val="single"/>
        </w:rPr>
        <w:t xml:space="preserve">and </w:t>
      </w:r>
      <w:r>
        <w:rPr>
          <w:b w:val="0"/>
          <w:i w:val="0"/>
          <w:smallCaps w:val="0"/>
          <w:strike w:val="0"/>
          <w:sz w:val="20"/>
          <w:highlight w:val="cyan"/>
          <w:u w:val="single"/>
        </w:rPr>
        <w:t>strategic</w:t>
      </w:r>
      <w:r>
        <w:rPr>
          <w:b w:val="0"/>
          <w:i w:val="0"/>
          <w:smallCaps w:val="0"/>
          <w:strike w:val="0"/>
          <w:sz w:val="20"/>
          <w:highlight w:val="cyan"/>
          <w:u w:val="single"/>
        </w:rPr>
        <w:t xml:space="preserve"> advantage</w:t>
      </w:r>
      <w:r>
        <w:rPr>
          <w:b w:val="0"/>
          <w:i w:val="0"/>
          <w:smallCaps w:val="0"/>
          <w:strike w:val="0"/>
          <w:sz w:val="16"/>
          <w:u w:val="none"/>
        </w:rPr>
        <w:t xml:space="preserve"> for decades to come.  </w:t>
      </w:r>
    </w:p>
    <w:p>
      <w:pPr>
        <w:spacing w:after="60"/>
      </w:pPr>
      <w:r>
        <w:rPr>
          <w:b w:val="0"/>
          <w:i w:val="0"/>
          <w:smallCaps w:val="0"/>
          <w:strike w:val="0"/>
          <w:sz w:val="20"/>
          <w:u w:val="single"/>
        </w:rPr>
        <w:t xml:space="preserve">The </w:t>
      </w:r>
      <w:r>
        <w:rPr>
          <w:b w:val="0"/>
          <w:i w:val="0"/>
          <w:smallCaps w:val="0"/>
          <w:strike w:val="0"/>
          <w:sz w:val="20"/>
          <w:highlight w:val="cyan"/>
          <w:u w:val="single"/>
        </w:rPr>
        <w:t>USPTO</w:t>
      </w:r>
      <w:r>
        <w:rPr>
          <w:b w:val="0"/>
          <w:i w:val="0"/>
          <w:smallCaps w:val="0"/>
          <w:strike w:val="0"/>
          <w:sz w:val="16"/>
          <w:u w:val="none"/>
        </w:rPr>
        <w:t xml:space="preserve"> recognizes the sector’s importance, and its </w:t>
      </w:r>
      <w:r>
        <w:rPr>
          <w:b w:val="0"/>
          <w:i w:val="0"/>
          <w:smallCaps w:val="0"/>
          <w:strike w:val="0"/>
          <w:sz w:val="20"/>
          <w:u w:val="single"/>
        </w:rPr>
        <w:t xml:space="preserve"> </w:t>
      </w:r>
      <w:r>
        <w:rPr>
          <w:b w:val="0"/>
          <w:i w:val="0"/>
          <w:smallCaps w:val="0"/>
          <w:strike w:val="0"/>
          <w:sz w:val="20"/>
          <w:highlight w:val="cyan"/>
          <w:u w:val="single"/>
        </w:rPr>
        <w:t>will</w:t>
      </w:r>
      <w:r>
        <w:rPr>
          <w:b w:val="0"/>
          <w:i w:val="0"/>
          <w:smallCaps w:val="0"/>
          <w:strike w:val="0"/>
          <w:sz w:val="20"/>
          <w:u w:val="single"/>
        </w:rPr>
        <w:t xml:space="preserve"> foster </w:t>
      </w:r>
      <w:r>
        <w:rPr>
          <w:b w:val="0"/>
          <w:i w:val="0"/>
          <w:smallCaps w:val="0"/>
          <w:strike w:val="0"/>
          <w:sz w:val="20"/>
          <w:u w:val="single"/>
        </w:rPr>
        <w:t>r</w:t>
      </w:r>
      <w:r>
        <w:rPr>
          <w:b w:val="0"/>
          <w:i w:val="0"/>
          <w:smallCaps w:val="0"/>
          <w:strike w:val="0"/>
          <w:sz w:val="20"/>
          <w:u w:val="single"/>
        </w:rPr>
        <w:t xml:space="preserve">esearch </w:t>
      </w:r>
      <w:r>
        <w:rPr>
          <w:b w:val="0"/>
          <w:i w:val="0"/>
          <w:smallCaps w:val="0"/>
          <w:strike w:val="0"/>
          <w:sz w:val="20"/>
          <w:u w:val="single"/>
        </w:rPr>
        <w:t>a</w:t>
      </w:r>
      <w:r>
        <w:rPr>
          <w:b w:val="0"/>
          <w:i w:val="0"/>
          <w:smallCaps w:val="0"/>
          <w:strike w:val="0"/>
          <w:sz w:val="20"/>
          <w:u w:val="single"/>
        </w:rPr>
        <w:t xml:space="preserve">nd </w:t>
      </w:r>
      <w:r>
        <w:rPr>
          <w:b w:val="0"/>
          <w:i w:val="0"/>
          <w:smallCaps w:val="0"/>
          <w:strike w:val="0"/>
          <w:sz w:val="20"/>
          <w:u w:val="single"/>
        </w:rPr>
        <w:t>d</w:t>
      </w:r>
      <w:r>
        <w:rPr>
          <w:b w:val="0"/>
          <w:i w:val="0"/>
          <w:smallCaps w:val="0"/>
          <w:strike w:val="0"/>
          <w:sz w:val="20"/>
          <w:u w:val="single"/>
        </w:rPr>
        <w:t>evelopment in this area</w:t>
      </w:r>
      <w:r>
        <w:rPr>
          <w:b w:val="0"/>
          <w:i w:val="0"/>
          <w:smallCaps w:val="0"/>
          <w:strike w:val="0"/>
          <w:sz w:val="16"/>
          <w:u w:val="none"/>
        </w:rPr>
        <w:t xml:space="preserve">. Yet, automakers and other </w:t>
      </w:r>
      <w:r>
        <w:rPr>
          <w:b w:val="0"/>
          <w:i w:val="0"/>
          <w:smallCaps w:val="0"/>
          <w:strike w:val="0"/>
          <w:sz w:val="20"/>
          <w:u w:val="single"/>
        </w:rPr>
        <w:t>companies</w:t>
      </w:r>
      <w:r>
        <w:rPr>
          <w:b w:val="0"/>
          <w:i w:val="0"/>
          <w:smallCaps w:val="0"/>
          <w:strike w:val="0"/>
          <w:sz w:val="16"/>
          <w:u w:val="none"/>
        </w:rPr>
        <w:t xml:space="preserve"> </w:t>
      </w:r>
      <w:r>
        <w:rPr>
          <w:b w:val="0"/>
          <w:i w:val="0"/>
          <w:smallCaps w:val="0"/>
          <w:strike w:val="0"/>
          <w:sz w:val="20"/>
          <w:u w:val="single"/>
        </w:rPr>
        <w:t>generating</w:t>
      </w:r>
      <w:r>
        <w:rPr>
          <w:b w:val="0"/>
          <w:i w:val="0"/>
          <w:smallCaps w:val="0"/>
          <w:strike w:val="0"/>
          <w:sz w:val="16"/>
          <w:u w:val="none"/>
        </w:rPr>
        <w:t xml:space="preserve"> cutting-edge </w:t>
      </w:r>
      <w:r>
        <w:rPr>
          <w:b w:val="0"/>
          <w:i w:val="0"/>
          <w:smallCaps w:val="0"/>
          <w:strike w:val="0"/>
          <w:sz w:val="20"/>
          <w:highlight w:val="cyan"/>
          <w:u w:val="single"/>
        </w:rPr>
        <w:t>tech</w:t>
      </w:r>
      <w:r>
        <w:rPr>
          <w:b w:val="0"/>
          <w:i w:val="0"/>
          <w:smallCaps w:val="0"/>
          <w:strike w:val="0"/>
          <w:sz w:val="20"/>
          <w:u w:val="single"/>
        </w:rPr>
        <w:t xml:space="preserve">nology in this sector are constantly </w:t>
      </w:r>
      <w:r>
        <w:rPr>
          <w:b w:val="0"/>
          <w:i w:val="0"/>
          <w:smallCaps w:val="0"/>
          <w:strike w:val="0"/>
          <w:sz w:val="20"/>
          <w:highlight w:val="cyan"/>
          <w:u w:val="single"/>
        </w:rPr>
        <w:t>forced into battles</w:t>
      </w:r>
      <w:r>
        <w:rPr>
          <w:b w:val="0"/>
          <w:i w:val="0"/>
          <w:smallCaps w:val="0"/>
          <w:strike w:val="0"/>
          <w:sz w:val="20"/>
          <w:u w:val="single"/>
        </w:rPr>
        <w:t xml:space="preserve"> </w:t>
      </w:r>
      <w:r>
        <w:rPr>
          <w:b w:val="0"/>
          <w:i w:val="0"/>
          <w:smallCaps w:val="0"/>
          <w:strike w:val="0"/>
          <w:sz w:val="20"/>
          <w:highlight w:val="cyan"/>
          <w:u w:val="single"/>
        </w:rPr>
        <w:t>with patent trolls</w:t>
      </w:r>
      <w:r>
        <w:rPr>
          <w:b w:val="0"/>
          <w:i w:val="0"/>
          <w:smallCaps w:val="0"/>
          <w:strike w:val="0"/>
          <w:sz w:val="20"/>
          <w:u w:val="single"/>
        </w:rPr>
        <w:t xml:space="preserve"> that drain resources and delay innovation</w:t>
      </w:r>
      <w:r>
        <w:rPr>
          <w:b w:val="0"/>
          <w:i w:val="0"/>
          <w:smallCaps w:val="0"/>
          <w:strike w:val="0"/>
          <w:sz w:val="16"/>
          <w:u w:val="none"/>
        </w:rPr>
        <w:t xml:space="preserve">. Letting patent trolls slow down green-energy advancements would be a colossal mistake. </w:t>
      </w:r>
    </w:p>
    <w:p>
      <w:pPr>
        <w:spacing w:after="60"/>
      </w:pPr>
      <w:r>
        <w:rPr>
          <w:b w:val="0"/>
          <w:i w:val="0"/>
          <w:smallCaps w:val="0"/>
          <w:strike w:val="0"/>
          <w:sz w:val="16"/>
          <w:u w:val="none"/>
        </w:rPr>
        <w:t xml:space="preserve">Critics say that the problem of patent trolling is an invention of large corporations, and that cracking down on patent trolls will mean hurting “the little guy.” These assertions are not backed up by the data: </w:t>
      </w:r>
      <w:r>
        <w:rPr>
          <w:b w:val="0"/>
          <w:i w:val="0"/>
          <w:smallCaps w:val="0"/>
          <w:strike w:val="0"/>
          <w:sz w:val="16"/>
          <w:u w:val="none"/>
        </w:rPr>
        <w:t xml:space="preserve"> has shown that almost 60% of the companies sued by patent trolls are small or medium-sized; patent-troll litigation costs smaller companies more relative to their revenue; and when infringement claims are settled out of court, smaller companies again pay patent trolls more relative to their revenue.  </w:t>
      </w:r>
    </w:p>
    <w:p>
      <w:pPr>
        <w:spacing w:after="60"/>
      </w:pPr>
      <w:r>
        <w:rPr>
          <w:b w:val="0"/>
          <w:i w:val="0"/>
          <w:smallCaps w:val="0"/>
          <w:strike w:val="0"/>
          <w:sz w:val="16"/>
          <w:u w:val="none"/>
        </w:rPr>
        <w:t xml:space="preserve">It is past time for Washington to fix this broken part of our patent system and ensure innovators and entrepreneurs have the tools they need not just to get by, but to get ahead.  </w:t>
      </w:r>
    </w:p>
    <w:p>
      <w:pPr>
        <w:spacing w:after="60"/>
      </w:pPr>
      <w:r>
        <w:rPr>
          <w:b w:val="0"/>
          <w:i w:val="0"/>
          <w:smallCaps w:val="0"/>
          <w:strike w:val="0"/>
          <w:sz w:val="16"/>
          <w:u w:val="none"/>
        </w:rPr>
        <w:t xml:space="preserve">Over the long term, </w:t>
      </w:r>
      <w:r>
        <w:rPr>
          <w:b w:val="0"/>
          <w:i w:val="0"/>
          <w:smallCaps w:val="0"/>
          <w:strike w:val="0"/>
          <w:sz w:val="20"/>
          <w:u w:val="single"/>
        </w:rPr>
        <w:t xml:space="preserve">the USPTO </w:t>
      </w:r>
      <w:r>
        <w:rPr>
          <w:b w:val="0"/>
          <w:i w:val="0"/>
          <w:smallCaps w:val="0"/>
          <w:strike w:val="0"/>
          <w:sz w:val="20"/>
          <w:highlight w:val="cyan"/>
          <w:u w:val="single"/>
        </w:rPr>
        <w:t>needs</w:t>
      </w:r>
      <w:r>
        <w:rPr>
          <w:b w:val="0"/>
          <w:i w:val="0"/>
          <w:smallCaps w:val="0"/>
          <w:strike w:val="0"/>
          <w:sz w:val="20"/>
          <w:u w:val="single"/>
        </w:rPr>
        <w:t xml:space="preserve"> to be </w:t>
      </w:r>
      <w:r>
        <w:rPr>
          <w:b w:val="0"/>
          <w:i w:val="0"/>
          <w:smallCaps w:val="0"/>
          <w:strike w:val="0"/>
          <w:sz w:val="20"/>
          <w:highlight w:val="cyan"/>
          <w:u w:val="single"/>
        </w:rPr>
        <w:t>resourced</w:t>
      </w:r>
      <w:r>
        <w:rPr>
          <w:b w:val="0"/>
          <w:i w:val="0"/>
          <w:smallCaps w:val="0"/>
          <w:strike w:val="0"/>
          <w:sz w:val="20"/>
          <w:u w:val="single"/>
        </w:rPr>
        <w:t xml:space="preserve"> </w:t>
      </w:r>
      <w:r>
        <w:rPr>
          <w:b w:val="0"/>
          <w:i w:val="0"/>
          <w:smallCaps w:val="0"/>
          <w:strike w:val="0"/>
          <w:sz w:val="20"/>
          <w:highlight w:val="cyan"/>
          <w:u w:val="single"/>
        </w:rPr>
        <w:t>to</w:t>
      </w:r>
      <w:r>
        <w:rPr>
          <w:b w:val="0"/>
          <w:i w:val="0"/>
          <w:smallCaps w:val="0"/>
          <w:strike w:val="0"/>
          <w:sz w:val="20"/>
          <w:u w:val="single"/>
        </w:rPr>
        <w:t xml:space="preserve"> </w:t>
      </w:r>
      <w:r>
        <w:rPr>
          <w:b w:val="0"/>
          <w:i w:val="0"/>
          <w:smallCaps w:val="0"/>
          <w:strike w:val="0"/>
          <w:sz w:val="20"/>
          <w:highlight w:val="cyan"/>
          <w:u w:val="single"/>
        </w:rPr>
        <w:t>handle</w:t>
      </w:r>
      <w:r>
        <w:rPr>
          <w:b w:val="0"/>
          <w:i w:val="0"/>
          <w:smallCaps w:val="0"/>
          <w:strike w:val="0"/>
          <w:sz w:val="20"/>
          <w:u w:val="single"/>
        </w:rPr>
        <w:t xml:space="preserve"> the high volume of </w:t>
      </w:r>
      <w:r>
        <w:rPr>
          <w:b w:val="0"/>
          <w:i w:val="0"/>
          <w:smallCaps w:val="0"/>
          <w:strike w:val="0"/>
          <w:sz w:val="20"/>
          <w:highlight w:val="cyan"/>
          <w:u w:val="single"/>
        </w:rPr>
        <w:t>patent applications</w:t>
      </w:r>
      <w:r>
        <w:rPr>
          <w:b w:val="0"/>
          <w:i w:val="0"/>
          <w:smallCaps w:val="0"/>
          <w:strike w:val="0"/>
          <w:sz w:val="20"/>
          <w:u w:val="single"/>
        </w:rPr>
        <w:t xml:space="preserve"> it receives</w:t>
      </w:r>
      <w:r>
        <w:rPr>
          <w:b w:val="0"/>
          <w:i w:val="0"/>
          <w:smallCaps w:val="0"/>
          <w:strike w:val="0"/>
          <w:sz w:val="16"/>
          <w:u w:val="none"/>
        </w:rPr>
        <w:t xml:space="preserve"> and focus on patent quality, </w:t>
      </w:r>
      <w:r>
        <w:rPr>
          <w:b w:val="0"/>
          <w:i w:val="0"/>
          <w:smallCaps w:val="0"/>
          <w:strike w:val="0"/>
          <w:sz w:val="20"/>
          <w:u w:val="single"/>
        </w:rPr>
        <w:t>only granting patents when an idea is novel</w:t>
      </w:r>
      <w:r>
        <w:rPr>
          <w:b w:val="0"/>
          <w:i w:val="0"/>
          <w:smallCaps w:val="0"/>
          <w:strike w:val="0"/>
          <w:sz w:val="16"/>
          <w:u w:val="none"/>
        </w:rPr>
        <w:t xml:space="preserve">, useful, and non-obvious. On average, examiners now only spend </w:t>
      </w:r>
      <w:r>
        <w:rPr>
          <w:b w:val="0"/>
          <w:i w:val="0"/>
          <w:smallCaps w:val="0"/>
          <w:strike w:val="0"/>
          <w:sz w:val="16"/>
          <w:u w:val="none"/>
        </w:rPr>
        <w:t xml:space="preserve"> to reviewing each application. We must also </w:t>
      </w:r>
      <w:r>
        <w:rPr>
          <w:b w:val="0"/>
          <w:i w:val="0"/>
          <w:smallCaps w:val="0"/>
          <w:strike w:val="0"/>
          <w:sz w:val="16"/>
          <w:u w:val="none"/>
        </w:rPr>
        <w:t xml:space="preserve"> in the patent system so that the public knows who the true owners of patents are and patent trolls are prevented from misrepresenting their identities. But the director of the USPTO, Kathi Vidal, also has an opportunity to take immediate action that will substantially improve how our patent system functions and advance U.S. innovation. </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