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3D Printing fails during urgent crisis. </w:t>
      </w:r>
    </w:p>
    <w:p>
      <w:pPr>
        <w:spacing w:after="80"/>
      </w:pPr>
      <w:r>
        <w:rPr>
          <w:b w:val="0"/>
          <w:i w:val="0"/>
          <w:smallCaps w:val="0"/>
          <w:strike w:val="0"/>
          <w:sz w:val="20"/>
          <w:u w:val="none"/>
        </w:rPr>
        <w:t xml:space="preserve">Joann </w:t>
      </w:r>
      <w:r>
        <w:rPr>
          <w:b/>
          <w:i w:val="0"/>
          <w:smallCaps w:val="0"/>
          <w:strike w:val="0"/>
          <w:color w:val="000000"/>
          <w:sz w:val="26"/>
          <w:u w:val="none"/>
        </w:rPr>
        <w:t>Muller 20</w:t>
      </w:r>
      <w:r>
        <w:rPr>
          <w:b w:val="0"/>
          <w:i w:val="0"/>
          <w:smallCaps w:val="0"/>
          <w:strike w:val="0"/>
          <w:color w:val="000000"/>
          <w:sz w:val="20"/>
          <w:u w:val="none"/>
        </w:rPr>
        <w:t xml:space="preserve">. </w:t>
      </w:r>
      <w:r>
        <w:rPr>
          <w:b w:val="0"/>
          <w:i w:val="0"/>
          <w:smallCaps w:val="0"/>
          <w:strike w:val="0"/>
          <w:color w:val="000000"/>
          <w:sz w:val="20"/>
          <w:u w:val="none"/>
        </w:rPr>
        <w:t>Joann is the transportation correspondent at Axios. She is the author of the weekly Axios Navigate newsletter and she covers autonomous vehicles, transportation policy and business. "3D printing can help, but won't solve, the coronavirus equipment shortage</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 xml:space="preserve">Axios. </w:t>
      </w:r>
      <w:r>
        <w:rPr>
          <w:b w:val="0"/>
          <w:i w:val="0"/>
          <w:smallCaps w:val="0"/>
          <w:strike w:val="0"/>
          <w:color w:val="000000"/>
          <w:sz w:val="20"/>
          <w:u w:val="none"/>
        </w:rPr>
        <w:t>3-26-2020</w:t>
      </w:r>
      <w:r>
        <w:rPr>
          <w:b w:val="0"/>
          <w:i w:val="0"/>
          <w:smallCaps w:val="0"/>
          <w:strike w:val="0"/>
          <w:color w:val="000000"/>
          <w:sz w:val="20"/>
          <w:u w:val="none"/>
        </w:rPr>
        <w:t xml:space="preserve">. </w:t>
      </w:r>
      <w:r>
        <w:rPr>
          <w:b w:val="0"/>
          <w:i w:val="0"/>
          <w:smallCaps w:val="0"/>
          <w:strike w:val="0"/>
          <w:color w:val="000000"/>
          <w:sz w:val="20"/>
          <w:u w:val="none"/>
        </w:rPr>
        <w:t>https://www.axios.com/2020/03/26/3d-printing-coronavirus-masks-ventilators</w:t>
      </w:r>
    </w:p>
    <w:p>
      <w:pPr>
        <w:spacing w:after="60"/>
      </w:pPr>
      <w:r>
        <w:rPr>
          <w:b w:val="0"/>
          <w:i w:val="0"/>
          <w:smallCaps w:val="0"/>
          <w:strike w:val="0"/>
          <w:color w:val="000000"/>
          <w:sz w:val="20"/>
          <w:u w:val="single"/>
        </w:rPr>
        <w:t>The</w:t>
      </w:r>
      <w:r>
        <w:rPr>
          <w:b w:val="0"/>
          <w:i w:val="0"/>
          <w:smallCaps w:val="0"/>
          <w:strike w:val="0"/>
          <w:color w:val="000000"/>
          <w:sz w:val="16"/>
          <w:u w:val="none"/>
        </w:rPr>
        <w:t xml:space="preserve"> </w:t>
      </w:r>
      <w:r>
        <w:rPr>
          <w:b w:val="0"/>
          <w:i w:val="0"/>
          <w:smallCaps w:val="0"/>
          <w:strike w:val="0"/>
          <w:color w:val="000000"/>
          <w:sz w:val="20"/>
          <w:u w:val="single"/>
        </w:rPr>
        <w:t>nationwide shortage</w:t>
      </w:r>
      <w:r>
        <w:rPr>
          <w:b w:val="0"/>
          <w:i w:val="0"/>
          <w:smallCaps w:val="0"/>
          <w:strike w:val="0"/>
          <w:color w:val="000000"/>
          <w:sz w:val="16"/>
          <w:u w:val="none"/>
        </w:rPr>
        <w:t xml:space="preserve"> </w:t>
      </w:r>
      <w:r>
        <w:rPr>
          <w:b w:val="0"/>
          <w:i w:val="0"/>
          <w:smallCaps w:val="0"/>
          <w:strike w:val="0"/>
          <w:color w:val="000000"/>
          <w:sz w:val="20"/>
          <w:u w:val="single"/>
        </w:rPr>
        <w:t>of medical equipment to fight the coronavirus pandemic</w:t>
      </w:r>
      <w:r>
        <w:rPr>
          <w:b w:val="0"/>
          <w:i w:val="0"/>
          <w:smallCaps w:val="0"/>
          <w:strike w:val="0"/>
          <w:color w:val="000000"/>
          <w:sz w:val="16"/>
          <w:u w:val="none"/>
        </w:rPr>
        <w:t xml:space="preserve"> </w:t>
      </w:r>
      <w:r>
        <w:rPr>
          <w:b w:val="0"/>
          <w:i w:val="0"/>
          <w:smallCaps w:val="0"/>
          <w:strike w:val="0"/>
          <w:color w:val="000000"/>
          <w:sz w:val="20"/>
          <w:u w:val="single"/>
        </w:rPr>
        <w:t>seems like a breakthrough opportunity for 3D printing</w:t>
      </w:r>
      <w:r>
        <w:rPr>
          <w:b w:val="0"/>
          <w:i w:val="0"/>
          <w:smallCaps w:val="0"/>
          <w:strike w:val="0"/>
          <w:color w:val="000000"/>
          <w:sz w:val="16"/>
          <w:u w:val="none"/>
        </w:rPr>
        <w:t xml:space="preserve"> </w:t>
      </w:r>
      <w:r>
        <w:rPr>
          <w:b w:val="0"/>
          <w:i w:val="0"/>
          <w:smallCaps w:val="0"/>
          <w:strike w:val="0"/>
          <w:color w:val="000000"/>
          <w:sz w:val="20"/>
          <w:u w:val="single"/>
        </w:rPr>
        <w:t>technology.</w:t>
      </w:r>
      <w:r>
        <w:rPr>
          <w:b w:val="0"/>
          <w:i w:val="0"/>
          <w:smallCaps w:val="0"/>
          <w:strike w:val="0"/>
          <w:color w:val="000000"/>
          <w:sz w:val="16"/>
          <w:u w:val="none"/>
        </w:rPr>
        <w:t xml:space="preserve"> </w:t>
      </w:r>
      <w:r>
        <w:rPr>
          <w:b w:val="0"/>
          <w:i w:val="0"/>
          <w:smallCaps w:val="0"/>
          <w:strike w:val="0"/>
          <w:color w:val="000000"/>
          <w:sz w:val="20"/>
          <w:u w:val="single"/>
        </w:rPr>
        <w:t xml:space="preserve">But in this urgent crisis, its </w:t>
      </w:r>
      <w:r>
        <w:rPr>
          <w:b w:val="0"/>
          <w:i w:val="0"/>
          <w:smallCaps w:val="0"/>
          <w:strike w:val="0"/>
          <w:sz w:val="20"/>
          <w:u w:val="single"/>
        </w:rPr>
        <w:t>uses are limited</w:t>
      </w:r>
      <w:r>
        <w:rPr>
          <w:b w:val="0"/>
          <w:i w:val="0"/>
          <w:smallCaps w:val="0"/>
          <w:strike w:val="0"/>
          <w:color w:val="000000"/>
          <w:sz w:val="20"/>
          <w:u w:val="single"/>
        </w:rPr>
        <w:t>.</w:t>
      </w:r>
      <w:r>
        <w:rPr>
          <w:b w:val="0"/>
          <w:i w:val="0"/>
          <w:smallCaps w:val="0"/>
          <w:strike w:val="0"/>
          <w:color w:val="000000"/>
          <w:sz w:val="16"/>
          <w:u w:val="none"/>
        </w:rPr>
        <w:t xml:space="preserve"> Why it matters: America needs to manufacture tens of thousands of ventilators and billions of face masks and other protective gear in the next few weeks, and then distribute them in a hurry to hospitals around the country to ward off the worst-case public health scenarios. </w:t>
      </w:r>
      <w:r>
        <w:rPr>
          <w:b w:val="0"/>
          <w:i w:val="0"/>
          <w:smallCaps w:val="0"/>
          <w:strike w:val="0"/>
          <w:color w:val="000000"/>
          <w:sz w:val="20"/>
          <w:u w:val="single"/>
        </w:rPr>
        <w:t>Reality check: Industrial-scale 3D printing could help in a few scenarios, like making fast prototypes or fabricating plastic face shields,</w:t>
      </w:r>
      <w:r>
        <w:rPr>
          <w:b w:val="0"/>
          <w:i w:val="0"/>
          <w:smallCaps w:val="0"/>
          <w:strike w:val="0"/>
          <w:color w:val="000000"/>
          <w:sz w:val="16"/>
          <w:u w:val="none"/>
        </w:rPr>
        <w:t xml:space="preserve"> </w:t>
      </w:r>
      <w:r>
        <w:rPr>
          <w:b w:val="0"/>
          <w:i w:val="0"/>
          <w:smallCaps w:val="0"/>
          <w:strike w:val="0"/>
          <w:color w:val="000000"/>
          <w:sz w:val="20"/>
          <w:u w:val="single"/>
        </w:rPr>
        <w:t>but</w:t>
      </w:r>
      <w:r>
        <w:rPr>
          <w:b w:val="0"/>
          <w:i w:val="0"/>
          <w:smallCaps w:val="0"/>
          <w:strike w:val="0"/>
          <w:color w:val="000000"/>
          <w:sz w:val="16"/>
          <w:u w:val="none"/>
        </w:rPr>
        <w:t xml:space="preserve"> </w:t>
      </w:r>
      <w:r>
        <w:rPr>
          <w:b w:val="0"/>
          <w:i w:val="0"/>
          <w:smallCaps w:val="0"/>
          <w:strike w:val="0"/>
          <w:color w:val="000000"/>
          <w:sz w:val="20"/>
          <w:u w:val="single"/>
        </w:rPr>
        <w:t xml:space="preserve">it </w:t>
      </w:r>
      <w:r>
        <w:rPr>
          <w:b w:val="0"/>
          <w:i w:val="0"/>
          <w:smallCaps w:val="0"/>
          <w:strike w:val="0"/>
          <w:sz w:val="20"/>
          <w:u w:val="single"/>
        </w:rPr>
        <w:t>will not save the day</w:t>
      </w:r>
      <w:r>
        <w:rPr>
          <w:b w:val="0"/>
          <w:i w:val="0"/>
          <w:smallCaps w:val="0"/>
          <w:strike w:val="0"/>
          <w:color w:val="000000"/>
          <w:sz w:val="20"/>
          <w:u w:val="single"/>
        </w:rPr>
        <w:t xml:space="preserve"> when it comes to the most urgent needs, which are ventilators and N95 respirator masks.</w:t>
      </w:r>
      <w:r>
        <w:rPr>
          <w:b w:val="0"/>
          <w:i w:val="0"/>
          <w:smallCaps w:val="0"/>
          <w:strike w:val="0"/>
          <w:color w:val="000000"/>
          <w:sz w:val="16"/>
          <w:u w:val="none"/>
        </w:rPr>
        <w:t xml:space="preserve"> How it works: There are </w:t>
      </w:r>
      <w:r>
        <w:rPr>
          <w:b w:val="0"/>
          <w:i w:val="0"/>
          <w:smallCaps w:val="0"/>
          <w:strike w:val="0"/>
          <w:color w:val="000000"/>
          <w:sz w:val="16"/>
          <w:u w:val="none"/>
        </w:rPr>
        <w:t>an  installed</w:t>
      </w:r>
      <w:r>
        <w:rPr>
          <w:b w:val="0"/>
          <w:i w:val="0"/>
          <w:smallCaps w:val="0"/>
          <w:strike w:val="0"/>
          <w:color w:val="000000"/>
          <w:sz w:val="16"/>
          <w:u w:val="none"/>
        </w:rPr>
        <w:t xml:space="preserve"> in the U.S., according to Forbes, most of them idled at the moment due to coronavirus-related industry shutdowns. With the proper digital instructions, companies and even do-it-yourselfers can start fabricating objects almost immediately using a 3D printer. Known as additive manufacturing, 3D printing "grows" an object one thin layer of plastic — or metal — at a time. With multiple machines, even in different locations, it is feasible to 3D print thousands of small components </w:t>
      </w:r>
      <w:r>
        <w:rPr>
          <w:b w:val="0"/>
          <w:i w:val="0"/>
          <w:smallCaps w:val="0"/>
          <w:strike w:val="0"/>
          <w:color w:val="000000"/>
          <w:sz w:val="16"/>
          <w:u w:val="none"/>
        </w:rPr>
        <w:t>fairly quickly</w:t>
      </w:r>
      <w:r>
        <w:rPr>
          <w:b w:val="0"/>
          <w:i w:val="0"/>
          <w:smallCaps w:val="0"/>
          <w:strike w:val="0"/>
          <w:color w:val="000000"/>
          <w:sz w:val="16"/>
          <w:u w:val="none"/>
        </w:rPr>
        <w:t xml:space="preserve">. </w:t>
      </w:r>
      <w:r>
        <w:rPr>
          <w:b w:val="0"/>
          <w:i w:val="0"/>
          <w:smallCaps w:val="0"/>
          <w:strike w:val="0"/>
          <w:color w:val="000000"/>
          <w:sz w:val="20"/>
          <w:u w:val="single"/>
        </w:rPr>
        <w:t>But</w:t>
      </w:r>
      <w:r>
        <w:rPr>
          <w:b w:val="0"/>
          <w:i w:val="0"/>
          <w:smallCaps w:val="0"/>
          <w:strike w:val="0"/>
          <w:color w:val="000000"/>
          <w:sz w:val="16"/>
          <w:u w:val="none"/>
        </w:rPr>
        <w:t xml:space="preserve"> </w:t>
      </w:r>
      <w:r>
        <w:rPr>
          <w:b w:val="0"/>
          <w:i w:val="0"/>
          <w:smallCaps w:val="0"/>
          <w:strike w:val="0"/>
          <w:color w:val="000000"/>
          <w:sz w:val="20"/>
          <w:u w:val="single"/>
        </w:rPr>
        <w:t xml:space="preserve">the technology is </w:t>
      </w:r>
      <w:r>
        <w:rPr>
          <w:b w:val="0"/>
          <w:i w:val="0"/>
          <w:smallCaps w:val="0"/>
          <w:strike w:val="0"/>
          <w:sz w:val="20"/>
          <w:u w:val="single"/>
        </w:rPr>
        <w:t>not as fast</w:t>
      </w:r>
      <w:r>
        <w:rPr>
          <w:b w:val="0"/>
          <w:i w:val="0"/>
          <w:smallCaps w:val="0"/>
          <w:strike w:val="0"/>
          <w:color w:val="000000"/>
          <w:sz w:val="20"/>
          <w:u w:val="single"/>
        </w:rPr>
        <w:t>, or as consistent, as traditional manufacturing methods</w:t>
      </w:r>
      <w:r>
        <w:rPr>
          <w:b w:val="0"/>
          <w:i w:val="0"/>
          <w:smallCaps w:val="0"/>
          <w:strike w:val="0"/>
          <w:color w:val="000000"/>
          <w:sz w:val="16"/>
          <w:u w:val="none"/>
        </w:rPr>
        <w:t xml:space="preserve"> </w:t>
      </w:r>
      <w:r>
        <w:rPr>
          <w:b w:val="0"/>
          <w:i w:val="0"/>
          <w:smallCaps w:val="0"/>
          <w:strike w:val="0"/>
          <w:color w:val="000000"/>
          <w:sz w:val="20"/>
          <w:u w:val="single"/>
        </w:rPr>
        <w:t>like injection molding, says Carnegie Mellon engineering Professor Jack Beuth, an expert in the field.</w:t>
      </w:r>
      <w:r>
        <w:rPr>
          <w:b w:val="0"/>
          <w:i w:val="0"/>
          <w:smallCaps w:val="0"/>
          <w:strike w:val="0"/>
          <w:color w:val="000000"/>
          <w:sz w:val="16"/>
          <w:u w:val="none"/>
        </w:rPr>
        <w:t xml:space="preserve"> While it takes longer to get traditional manufacturing up and running, "with injection molding, you can outrun 3D printing pretty quickly," Beuth says. Even more daunting are the regulatory hurdles that make 3D printing impractical for making medical device components. Manufacturing life-saving equipment is subject to rigorous certification protocols, which takes time. "You can’t just say, 'I’m going to print it, it looks good, we’re good to go'," said Beuth.</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