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2] C/I </w:t>
      </w:r>
      <w:r>
        <w:rPr>
          <w:b/>
          <w:i w:val="0"/>
          <w:smallCaps w:val="0"/>
          <w:strike w:val="0"/>
          <w:sz w:val="24"/>
          <w:u w:val="none"/>
        </w:rPr>
        <w:t>“In” means subsets.</w:t>
      </w:r>
    </w:p>
    <w:p>
      <w:pPr>
        <w:spacing w:after="80"/>
      </w:pPr>
      <w:r>
        <w:rPr>
          <w:b/>
          <w:i w:val="0"/>
          <w:smallCaps w:val="0"/>
          <w:strike w:val="0"/>
          <w:sz w:val="24"/>
          <w:u w:val="none"/>
        </w:rPr>
        <w:t xml:space="preserve">Casey </w:t>
      </w:r>
      <w:r>
        <w:rPr>
          <w:b/>
          <w:i w:val="0"/>
          <w:smallCaps w:val="0"/>
          <w:strike w:val="0"/>
          <w:sz w:val="24"/>
          <w:u w:val="none"/>
        </w:rPr>
        <w:t xml:space="preserve">‘9 </w:t>
      </w:r>
      <w:r>
        <w:rPr>
          <w:b w:val="0"/>
          <w:i w:val="0"/>
          <w:smallCaps w:val="0"/>
          <w:strike w:val="0"/>
          <w:sz w:val="16"/>
          <w:u w:val="none"/>
        </w:rPr>
        <w:t>[Kevin R.; November 30; co-chair of the intellectual property group at Stradley Ronon; Abbott Point of Care, Inc. v. Epocal, Inc.,” U</w:t>
      </w:r>
      <w:r>
        <w:rPr>
          <w:b w:val="0"/>
          <w:i/>
          <w:smallCaps w:val="0"/>
          <w:strike w:val="0"/>
          <w:sz w:val="16"/>
          <w:u w:val="none"/>
        </w:rPr>
        <w:t>.S. District Court for the Northern District of Alabama</w:t>
      </w:r>
      <w:r>
        <w:rPr>
          <w:b w:val="0"/>
          <w:i w:val="0"/>
          <w:smallCaps w:val="0"/>
          <w:strike w:val="0"/>
          <w:sz w:val="16"/>
          <w:u w:val="none"/>
        </w:rPr>
        <w:t>, 2009 U.S. Dist. LEXIS 140383</w:t>
      </w:r>
      <w:r>
        <w:rPr>
          <w:b w:val="0"/>
          <w:i w:val="0"/>
          <w:smallCaps w:val="0"/>
          <w:strike w:val="0"/>
          <w:sz w:val="16"/>
          <w:u w:val="none"/>
        </w:rPr>
        <w:t>]</w:t>
      </w:r>
    </w:p>
    <w:p>
      <w:pPr>
        <w:spacing w:after="60"/>
      </w:pPr>
      <w:r>
        <w:rPr>
          <w:b w:val="0"/>
          <w:i w:val="0"/>
          <w:smallCaps w:val="0"/>
          <w:strike w:val="0"/>
          <w:sz w:val="16"/>
          <w:u w:val="none"/>
        </w:rPr>
        <w:t xml:space="preserve">Although the claims recite only one positional relationship between the gas equilibration reservoir and the conduit, namely that the former is positioned in the latter, the '824 written description (including both text and drawings) teaches three, separate positional embodiments.56 Turning first to the text of the specification, taught is one embodiment in which the gas equilibrium reservoir is "within" the conduit (col. 9, line 42) or "in" the conduit (col. 3, lines 18, 42).57 </w:t>
      </w:r>
    </w:p>
    <w:p>
      <w:pPr>
        <w:spacing w:after="60"/>
      </w:pPr>
      <w:r>
        <w:rPr>
          <w:b w:val="0"/>
          <w:i w:val="0"/>
          <w:smallCaps w:val="0"/>
          <w:strike w:val="0"/>
          <w:sz w:val="16"/>
          <w:u w:val="none"/>
        </w:rPr>
        <w:t xml:space="preserve">[BEGIN FOOTNOTE 57] </w:t>
      </w:r>
      <w:r>
        <w:rPr>
          <w:b/>
          <w:i w:val="0"/>
          <w:smallCaps w:val="0"/>
          <w:strike w:val="0"/>
          <w:sz w:val="20"/>
          <w:u w:val="single"/>
        </w:rPr>
        <w:t>Webster's</w:t>
      </w:r>
      <w:r>
        <w:rPr>
          <w:b w:val="0"/>
          <w:i w:val="0"/>
          <w:smallCaps w:val="0"/>
          <w:strike w:val="0"/>
          <w:sz w:val="20"/>
          <w:u w:val="single"/>
        </w:rPr>
        <w:t xml:space="preserve"> defines </w:t>
      </w:r>
      <w:r>
        <w:rPr>
          <w:b/>
          <w:i w:val="0"/>
          <w:smallCaps w:val="0"/>
          <w:strike w:val="0"/>
          <w:sz w:val="20"/>
          <w:u w:val="single"/>
        </w:rPr>
        <w:t>"</w:t>
      </w:r>
      <w:r>
        <w:rPr>
          <w:b/>
          <w:i w:val="0"/>
          <w:smallCaps w:val="0"/>
          <w:strike w:val="0"/>
          <w:sz w:val="20"/>
          <w:highlight w:val="cyan"/>
          <w:u w:val="single"/>
        </w:rPr>
        <w:t>in</w:t>
      </w:r>
      <w:r>
        <w:rPr>
          <w:b/>
          <w:i w:val="0"/>
          <w:smallCaps w:val="0"/>
          <w:strike w:val="0"/>
          <w:sz w:val="20"/>
          <w:u w:val="single"/>
        </w:rPr>
        <w:t>,"</w:t>
      </w:r>
      <w:r>
        <w:rPr>
          <w:b w:val="0"/>
          <w:i w:val="0"/>
          <w:smallCaps w:val="0"/>
          <w:strike w:val="0"/>
          <w:sz w:val="16"/>
          <w:u w:val="none"/>
        </w:rPr>
        <w:t xml:space="preserve"> at 557, </w:t>
      </w:r>
      <w:r>
        <w:rPr>
          <w:b w:val="0"/>
          <w:i w:val="0"/>
          <w:smallCaps w:val="0"/>
          <w:strike w:val="0"/>
          <w:sz w:val="20"/>
          <w:highlight w:val="cyan"/>
          <w:u w:val="single"/>
        </w:rPr>
        <w:t>as</w:t>
      </w:r>
      <w:r>
        <w:rPr>
          <w:b w:val="0"/>
          <w:i w:val="0"/>
          <w:smallCaps w:val="0"/>
          <w:strike w:val="0"/>
          <w:sz w:val="20"/>
          <w:u w:val="single"/>
        </w:rPr>
        <w:t xml:space="preserve"> "</w:t>
      </w:r>
      <w:r>
        <w:rPr>
          <w:b/>
          <w:i w:val="0"/>
          <w:smallCaps w:val="0"/>
          <w:strike w:val="0"/>
          <w:sz w:val="20"/>
          <w:highlight w:val="cyan"/>
          <w:u w:val="single"/>
        </w:rPr>
        <w:t>Within</w:t>
      </w:r>
      <w:r>
        <w:rPr>
          <w:b w:val="0"/>
          <w:i w:val="0"/>
          <w:smallCaps w:val="0"/>
          <w:strike w:val="0"/>
          <w:sz w:val="20"/>
          <w:highlight w:val="cyan"/>
          <w:u w:val="single"/>
        </w:rPr>
        <w:t xml:space="preserve"> the </w:t>
      </w:r>
      <w:r>
        <w:rPr>
          <w:b/>
          <w:i w:val="0"/>
          <w:smallCaps w:val="0"/>
          <w:strike w:val="0"/>
          <w:sz w:val="20"/>
          <w:highlight w:val="cyan"/>
          <w:u w:val="single"/>
        </w:rPr>
        <w:t>bounds</w:t>
      </w:r>
      <w:r>
        <w:rPr>
          <w:b w:val="0"/>
          <w:i w:val="0"/>
          <w:smallCaps w:val="0"/>
          <w:strike w:val="0"/>
          <w:sz w:val="20"/>
          <w:u w:val="single"/>
        </w:rPr>
        <w:t xml:space="preserve"> or area </w:t>
      </w:r>
      <w:r>
        <w:rPr>
          <w:b w:val="0"/>
          <w:i w:val="0"/>
          <w:smallCaps w:val="0"/>
          <w:strike w:val="0"/>
          <w:sz w:val="20"/>
          <w:highlight w:val="cyan"/>
          <w:u w:val="single"/>
        </w:rPr>
        <w:t>of</w:t>
      </w:r>
      <w:r>
        <w:rPr>
          <w:b w:val="0"/>
          <w:i w:val="0"/>
          <w:smallCaps w:val="0"/>
          <w:strike w:val="0"/>
          <w:sz w:val="20"/>
          <w:u w:val="single"/>
        </w:rPr>
        <w:t>"</w:t>
      </w:r>
      <w:r>
        <w:rPr>
          <w:b w:val="0"/>
          <w:i w:val="0"/>
          <w:smallCaps w:val="0"/>
          <w:strike w:val="0"/>
          <w:sz w:val="16"/>
          <w:u w:val="none"/>
        </w:rPr>
        <w:t xml:space="preserve"> and "within," at 1268, as "In </w:t>
      </w:r>
      <w:r>
        <w:rPr>
          <w:b w:val="0"/>
          <w:i w:val="0"/>
          <w:smallCaps w:val="0"/>
          <w:strike w:val="0"/>
          <w:sz w:val="20"/>
          <w:u w:val="single"/>
        </w:rPr>
        <w:t xml:space="preserve">or into the inner part: </w:t>
      </w:r>
      <w:r>
        <w:rPr>
          <w:b/>
          <w:i w:val="0"/>
          <w:smallCaps w:val="0"/>
          <w:strike w:val="0"/>
          <w:sz w:val="20"/>
          <w:u w:val="single"/>
        </w:rPr>
        <w:t>INSIDE</w:t>
      </w:r>
      <w:r>
        <w:rPr>
          <w:b w:val="0"/>
          <w:i w:val="0"/>
          <w:smallCaps w:val="0"/>
          <w:strike w:val="0"/>
          <w:sz w:val="20"/>
          <w:u w:val="single"/>
        </w:rPr>
        <w:t>." Note that</w:t>
      </w:r>
      <w:r>
        <w:rPr>
          <w:b w:val="0"/>
          <w:i w:val="0"/>
          <w:smallCaps w:val="0"/>
          <w:strike w:val="0"/>
          <w:sz w:val="16"/>
          <w:u w:val="none"/>
        </w:rPr>
        <w:t xml:space="preserve"> the definition of "within" incorporates "in." </w:t>
      </w:r>
      <w:r>
        <w:rPr>
          <w:b w:val="0"/>
          <w:i w:val="0"/>
          <w:smallCaps w:val="0"/>
          <w:strike w:val="0"/>
          <w:sz w:val="20"/>
          <w:u w:val="single"/>
        </w:rPr>
        <w:t>The word "</w:t>
      </w:r>
      <w:r>
        <w:rPr>
          <w:b w:val="0"/>
          <w:i w:val="0"/>
          <w:smallCaps w:val="0"/>
          <w:strike w:val="0"/>
          <w:sz w:val="20"/>
          <w:highlight w:val="cyan"/>
          <w:u w:val="single"/>
        </w:rPr>
        <w:t xml:space="preserve">in" does </w:t>
      </w:r>
      <w:r>
        <w:rPr>
          <w:b/>
          <w:i w:val="0"/>
          <w:smallCaps w:val="0"/>
          <w:strike w:val="0"/>
          <w:sz w:val="20"/>
          <w:highlight w:val="cyan"/>
          <w:u w:val="single"/>
        </w:rPr>
        <w:t>not require</w:t>
      </w:r>
      <w:r>
        <w:rPr>
          <w:b w:val="0"/>
          <w:i w:val="0"/>
          <w:smallCaps w:val="0"/>
          <w:strike w:val="0"/>
          <w:sz w:val="20"/>
          <w:u w:val="single"/>
        </w:rPr>
        <w:t xml:space="preserve"> that something be </w:t>
      </w:r>
      <w:r>
        <w:rPr>
          <w:b/>
          <w:i w:val="0"/>
          <w:smallCaps w:val="0"/>
          <w:strike w:val="0"/>
          <w:sz w:val="20"/>
          <w:highlight w:val="cyan"/>
          <w:u w:val="single"/>
        </w:rPr>
        <w:t>completely</w:t>
      </w:r>
      <w:r>
        <w:rPr>
          <w:b w:val="0"/>
          <w:i w:val="0"/>
          <w:smallCaps w:val="0"/>
          <w:strike w:val="0"/>
          <w:sz w:val="20"/>
          <w:u w:val="single"/>
        </w:rPr>
        <w:t xml:space="preserve"> and </w:t>
      </w:r>
      <w:r>
        <w:rPr>
          <w:b/>
          <w:i w:val="0"/>
          <w:smallCaps w:val="0"/>
          <w:strike w:val="0"/>
          <w:sz w:val="20"/>
          <w:u w:val="single"/>
        </w:rPr>
        <w:t xml:space="preserve">continuously </w:t>
      </w:r>
      <w:r>
        <w:rPr>
          <w:b/>
          <w:i w:val="0"/>
          <w:smallCaps w:val="0"/>
          <w:strike w:val="0"/>
          <w:sz w:val="20"/>
          <w:highlight w:val="cyan"/>
          <w:u w:val="single"/>
        </w:rPr>
        <w:t>inside</w:t>
      </w:r>
      <w:r>
        <w:rPr>
          <w:b w:val="0"/>
          <w:i w:val="0"/>
          <w:smallCaps w:val="0"/>
          <w:strike w:val="0"/>
          <w:sz w:val="20"/>
          <w:u w:val="single"/>
        </w:rPr>
        <w:t xml:space="preserve"> of something else. A component may be </w:t>
      </w:r>
      <w:r>
        <w:rPr>
          <w:b/>
          <w:i w:val="0"/>
          <w:smallCaps w:val="0"/>
          <w:strike w:val="0"/>
          <w:sz w:val="20"/>
          <w:u w:val="single"/>
        </w:rPr>
        <w:t>"in"</w:t>
      </w:r>
      <w:r>
        <w:rPr>
          <w:b w:val="0"/>
          <w:i w:val="0"/>
          <w:smallCaps w:val="0"/>
          <w:strike w:val="0"/>
          <w:sz w:val="20"/>
          <w:u w:val="single"/>
        </w:rPr>
        <w:t xml:space="preserve"> another component if it is </w:t>
      </w:r>
      <w:r>
        <w:rPr>
          <w:b/>
          <w:i w:val="0"/>
          <w:smallCaps w:val="0"/>
          <w:strike w:val="0"/>
          <w:sz w:val="20"/>
          <w:u w:val="single"/>
        </w:rPr>
        <w:t>located</w:t>
      </w:r>
      <w:r>
        <w:rPr>
          <w:b w:val="0"/>
          <w:i w:val="0"/>
          <w:smallCaps w:val="0"/>
          <w:strike w:val="0"/>
          <w:sz w:val="16"/>
          <w:u w:val="none"/>
        </w:rPr>
        <w:t xml:space="preserve">, </w:t>
      </w:r>
      <w:r>
        <w:rPr>
          <w:b/>
          <w:i w:val="0"/>
          <w:smallCaps w:val="0"/>
          <w:strike w:val="0"/>
          <w:sz w:val="20"/>
          <w:u w:val="single"/>
        </w:rPr>
        <w:t>at least</w:t>
      </w:r>
      <w:r>
        <w:rPr>
          <w:b w:val="0"/>
          <w:i w:val="0"/>
          <w:smallCaps w:val="0"/>
          <w:strike w:val="0"/>
          <w:sz w:val="20"/>
          <w:u w:val="single"/>
        </w:rPr>
        <w:t xml:space="preserve"> in </w:t>
      </w:r>
      <w:r>
        <w:rPr>
          <w:b/>
          <w:i w:val="0"/>
          <w:smallCaps w:val="0"/>
          <w:strike w:val="0"/>
          <w:sz w:val="20"/>
          <w:u w:val="single"/>
        </w:rPr>
        <w:t>relevant part</w:t>
      </w:r>
      <w:r>
        <w:rPr>
          <w:b w:val="0"/>
          <w:i w:val="0"/>
          <w:smallCaps w:val="0"/>
          <w:strike w:val="0"/>
          <w:sz w:val="20"/>
          <w:u w:val="single"/>
        </w:rPr>
        <w:t xml:space="preserve">, in the </w:t>
      </w:r>
      <w:r>
        <w:rPr>
          <w:b/>
          <w:i w:val="0"/>
          <w:smallCaps w:val="0"/>
          <w:strike w:val="0"/>
          <w:sz w:val="20"/>
          <w:u w:val="single"/>
        </w:rPr>
        <w:t>defined space</w:t>
      </w:r>
      <w:r>
        <w:rPr>
          <w:b w:val="0"/>
          <w:i w:val="0"/>
          <w:smallCaps w:val="0"/>
          <w:strike w:val="0"/>
          <w:sz w:val="20"/>
          <w:u w:val="single"/>
        </w:rPr>
        <w:t>.</w:t>
      </w:r>
      <w:r>
        <w:rPr>
          <w:b w:val="0"/>
          <w:i w:val="0"/>
          <w:smallCaps w:val="0"/>
          <w:strike w:val="0"/>
          <w:sz w:val="16"/>
          <w:u w:val="none"/>
        </w:rPr>
        <w:t xml:space="preserve"> See Foster v. Hallco Mfg. Co., 119 F.3d 16, 1997 WL 419391 at *8 (Fed. Cir. 1997) (non-precedential). See also Gemstar-TV Guide Int'l, Inc. v. Int'l Trade Comm'n, 383 F.3d 1352, 1372 (Fed. Cir. 2004) ("General use dictionaries define 'in' as 'used as a functional word to indicate location or position in space or in some materially bounded object.' Webster's Third New International Dictionary 1139 (1993). From these definitions, the ordinary meaning of 'storage means in a data processor' is a device capable of retaining data located within a data processing device or system."); TI Group Automotive Sys. (N. Am.), Inc. v. VDO N. Am., L.L.C., 375 F.3d 1126, 1136 (Fed. Cir. 2004) ("we affirm the district court's construction of the term 'within' as meaning 'inside'," stating "what is not outside is on the inside"). [END FOOTNOTE 57]</w:t>
      </w:r>
    </w:p>
    <w:p>
      <w:pPr>
        <w:spacing w:after="60"/>
      </w:pPr>
      <w:r>
        <w:rPr>
          <w:b w:val="0"/>
          <w:i w:val="0"/>
          <w:smallCaps w:val="0"/>
          <w:strike w:val="0"/>
          <w:sz w:val="16"/>
          <w:u w:val="none"/>
        </w:rPr>
        <w:t>This embodiment clearly and directly corresponds to the claimed positional relationship.58 In a second embodiment, the gas equilibrium reservoir is "separated" from the conduit by an intervening membrane (col. 3, line 63; col. 4, lines 40 and 51-53; col. 10, line 54; and Figs. 1E and 4).59 Finally, in a third embodiment, the gas equilibrium reservoir is generally "formed in association with the conduit" (col. 7, line 20) or the conduit is described as "having" a reservoir (col. 3, line 67 and col. 4, line 17).</w:t>
      </w:r>
    </w:p>
    <w:p>
      <w:pPr>
        <w:spacing w:after="60"/>
      </w:pPr>
      <w:r>
        <w:rPr>
          <w:b/>
          <w:i w:val="0"/>
          <w:smallCaps w:val="0"/>
          <w:strike w:val="0"/>
          <w:sz w:val="26"/>
          <w:u w:val="none"/>
        </w:rPr>
        <w:t>3]</w:t>
      </w:r>
      <w:r>
        <w:rPr>
          <w:b/>
          <w:i w:val="0"/>
          <w:smallCaps w:val="0"/>
          <w:strike w:val="0"/>
          <w:sz w:val="26"/>
          <w:u w:val="none"/>
        </w:rPr>
        <w:t xml:space="preserve"> </w:t>
      </w:r>
      <w:r>
        <w:rPr>
          <w:b/>
          <w:i w:val="0"/>
          <w:smallCaps w:val="0"/>
          <w:strike w:val="0"/>
          <w:sz w:val="26"/>
          <w:u w:val="single"/>
        </w:rPr>
        <w:t>PREFER IT</w:t>
      </w:r>
      <w:r>
        <w:rPr>
          <w:b/>
          <w:i w:val="0"/>
          <w:smallCaps w:val="0"/>
          <w:strike w:val="0"/>
          <w:sz w:val="26"/>
          <w:u w:val="none"/>
        </w:rPr>
        <w:t>.</w:t>
      </w:r>
    </w:p>
    <w:p>
      <w:pPr>
        <w:spacing w:after="60"/>
      </w:pPr>
      <w:r>
        <w:rPr>
          <w:b/>
          <w:i w:val="0"/>
          <w:smallCaps w:val="0"/>
          <w:strike w:val="0"/>
          <w:sz w:val="26"/>
          <w:u w:val="none"/>
        </w:rPr>
        <w:t xml:space="preserve">A] Predictability---our definition has an intent to define. </w:t>
      </w:r>
    </w:p>
    <w:p>
      <w:pPr>
        <w:spacing w:after="60"/>
      </w:pPr>
      <w:r>
        <w:rPr>
          <w:b/>
          <w:i w:val="0"/>
          <w:smallCaps w:val="0"/>
          <w:strike w:val="0"/>
          <w:sz w:val="26"/>
          <w:u w:val="none"/>
        </w:rPr>
        <w:t>B] Aff ground---limiting out subset affs on top of requiring Congress kills innovation. AND no aff meets their interp.</w:t>
      </w:r>
    </w:p>
    <w:p>
      <w:pPr>
        <w:spacing w:after="60"/>
      </w:pPr>
      <w:r>
        <w:rPr>
          <w:b/>
          <w:i w:val="0"/>
          <w:smallCaps w:val="0"/>
          <w:strike w:val="0"/>
          <w:sz w:val="26"/>
          <w:u w:val="none"/>
        </w:rPr>
        <w:t>C] If only limits matter---counterinterp just our aff solves limits offense</w:t>
      </w:r>
    </w:p>
    <w:p>
      <w:pPr>
        <w:spacing w:after="60"/>
      </w:pPr>
      <w:r>
        <w:rPr>
          <w:b/>
          <w:i w:val="0"/>
          <w:smallCaps w:val="0"/>
          <w:strike w:val="0"/>
          <w:sz w:val="26"/>
          <w:u w:val="none"/>
        </w:rPr>
        <w:t xml:space="preserve">D] </w:t>
      </w:r>
      <w:r>
        <w:rPr>
          <w:b/>
          <w:i w:val="0"/>
          <w:smallCaps w:val="0"/>
          <w:strike w:val="0"/>
          <w:sz w:val="26"/>
          <w:u w:val="none"/>
        </w:rPr>
        <w:t>Functional limits</w:t>
      </w:r>
      <w:r>
        <w:rPr>
          <w:b/>
          <w:i w:val="0"/>
          <w:smallCaps w:val="0"/>
          <w:strike w:val="0"/>
          <w:sz w:val="26"/>
          <w:u w:val="none"/>
        </w:rPr>
        <w:t>---</w:t>
      </w:r>
      <w:r>
        <w:rPr>
          <w:b/>
          <w:i w:val="0"/>
          <w:smallCaps w:val="0"/>
          <w:strike w:val="0"/>
          <w:sz w:val="26"/>
          <w:u w:val="none"/>
        </w:rPr>
        <w:t xml:space="preserve"> </w:t>
      </w:r>
      <w:r>
        <w:rPr>
          <w:b/>
          <w:i w:val="0"/>
          <w:smallCaps w:val="0"/>
          <w:strike w:val="0"/>
          <w:sz w:val="26"/>
          <w:u w:val="none"/>
        </w:rPr>
        <w:t>Sui generis</w:t>
      </w:r>
      <w:r>
        <w:rPr>
          <w:b/>
          <w:i w:val="0"/>
          <w:smallCaps w:val="0"/>
          <w:strike w:val="0"/>
          <w:sz w:val="26"/>
          <w:u w:val="none"/>
        </w:rPr>
        <w:t xml:space="preserve">, </w:t>
      </w:r>
      <w:r>
        <w:rPr>
          <w:b/>
          <w:i w:val="0"/>
          <w:smallCaps w:val="0"/>
          <w:strike w:val="0"/>
          <w:sz w:val="26"/>
          <w:u w:val="none"/>
        </w:rPr>
        <w:t>patents bad</w:t>
      </w:r>
      <w:r>
        <w:rPr>
          <w:b/>
          <w:i w:val="0"/>
          <w:smallCaps w:val="0"/>
          <w:strike w:val="0"/>
          <w:sz w:val="26"/>
          <w:u w:val="none"/>
        </w:rPr>
        <w:t xml:space="preserve">, </w:t>
      </w:r>
      <w:r>
        <w:rPr>
          <w:b/>
          <w:i w:val="0"/>
          <w:smallCaps w:val="0"/>
          <w:strike w:val="0"/>
          <w:sz w:val="26"/>
          <w:u w:val="none"/>
        </w:rPr>
        <w:t xml:space="preserve">elections, politics, and </w:t>
      </w:r>
      <w:r>
        <w:rPr>
          <w:b/>
          <w:i w:val="0"/>
          <w:smallCaps w:val="0"/>
          <w:strike w:val="0"/>
          <w:sz w:val="26"/>
          <w:u w:val="none"/>
        </w:rPr>
        <w:t>advantage CPs</w:t>
      </w:r>
      <w:r>
        <w:rPr>
          <w:b/>
          <w:i w:val="0"/>
          <w:smallCaps w:val="0"/>
          <w:strike w:val="0"/>
          <w:sz w:val="26"/>
          <w:u w:val="none"/>
        </w:rPr>
        <w:t>, cap K</w:t>
      </w:r>
      <w:r>
        <w:rPr>
          <w:b/>
          <w:i w:val="0"/>
          <w:smallCaps w:val="0"/>
          <w:strike w:val="0"/>
          <w:sz w:val="26"/>
          <w:u w:val="none"/>
        </w:rPr>
        <w:t xml:space="preserve"> sufficiently solve. </w:t>
      </w:r>
    </w:p>
    <w:p>
      <w:pPr>
        <w:spacing w:after="60"/>
      </w:pPr>
      <w:r>
        <w:rPr>
          <w:b/>
          <w:i w:val="0"/>
          <w:smallCaps w:val="0"/>
          <w:strike w:val="0"/>
          <w:sz w:val="26"/>
          <w:u w:val="none"/>
        </w:rPr>
        <w:t xml:space="preserve">E] </w:t>
      </w:r>
      <w:r>
        <w:rPr>
          <w:b/>
          <w:i w:val="0"/>
          <w:smallCaps w:val="0"/>
          <w:strike w:val="0"/>
          <w:sz w:val="26"/>
          <w:u w:val="none"/>
        </w:rPr>
        <w:t>Reasonability</w:t>
      </w:r>
      <w:r>
        <w:rPr>
          <w:b/>
          <w:i w:val="0"/>
          <w:smallCaps w:val="0"/>
          <w:strike w:val="0"/>
          <w:sz w:val="26"/>
          <w:u w:val="none"/>
        </w:rPr>
        <w:t xml:space="preserve">---competing interps causes a </w:t>
      </w:r>
      <w:r>
        <w:rPr>
          <w:b/>
          <w:i w:val="0"/>
          <w:smallCaps w:val="0"/>
          <w:strike w:val="0"/>
          <w:sz w:val="26"/>
          <w:u w:val="single"/>
        </w:rPr>
        <w:t>race to the bottom</w:t>
      </w:r>
      <w:r>
        <w:rPr>
          <w:b/>
          <w:i w:val="0"/>
          <w:smallCaps w:val="0"/>
          <w:strike w:val="0"/>
          <w:sz w:val="26"/>
          <w:u w:val="none"/>
        </w:rPr>
        <w:t xml:space="preserve"> and </w:t>
      </w:r>
      <w:r>
        <w:rPr>
          <w:b/>
          <w:i w:val="0"/>
          <w:smallCaps w:val="0"/>
          <w:strike w:val="0"/>
          <w:sz w:val="26"/>
          <w:u w:val="single"/>
        </w:rPr>
        <w:t>substance crowd out</w:t>
      </w:r>
      <w:r>
        <w:rPr>
          <w:b/>
          <w:i w:val="0"/>
          <w:smallCaps w:val="0"/>
          <w:strike w:val="0"/>
          <w:sz w:val="26"/>
          <w:u w:val="none"/>
        </w:rPr>
        <w:t>.</w:t>
      </w:r>
      <w:r>
        <w:rPr>
          <w:b/>
          <w:i w:val="0"/>
          <w:smallCaps w:val="0"/>
          <w:strike w:val="0"/>
          <w:sz w:val="26"/>
          <w:u w:val="none"/>
        </w:rPr>
        <w:t xml:space="preserve"> Vote aff if our interpretation is sufficiently reasonable to create a seasons worth of vibrant debates. </w:t>
      </w:r>
      <w:r>
        <w:rPr>
          <w:b/>
          <w:i w:val="0"/>
          <w:smallCaps w:val="0"/>
          <w:strike w:val="0"/>
          <w:sz w:val="26"/>
          <w:u w:val="none"/>
        </w:rPr>
        <w:t xml:space="preserve"> </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