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Amendment of Copyright law is key. It’s a federal duty, and creates pathways to tribal reclamation of sovereignty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Perez 23</w:t>
      </w:r>
      <w:r>
        <w:rPr>
          <w:b w:val="0"/>
          <w:i w:val="0"/>
          <w:smallCaps w:val="0"/>
          <w:strike w:val="0"/>
          <w:sz w:val="16"/>
          <w:u w:val="none"/>
        </w:rPr>
        <w:t>, JD Candidate @ St. Thomas Law School (Trey, “NATIVE AMERICAN INTELLECTUAL PROPERTY PROTECTION: ALTERING FEDERAL IP LAW AND THE INDIAN ARTS AND CRAFTS ACT TO AID TRIBAL ECONOMIC DEVELOPMENT, 11 American Indian L.J. 1)//BB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relationship between federal intellectual property laws and Native American tribes and artists is a unique and sacred one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tates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owes a duty to protect 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through treaty obligation and as "domestic dependent 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"152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and must take steps to amend federal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trademark,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patent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law to better protect the interests of tribes </w:t>
      </w:r>
      <w:r>
        <w:rPr>
          <w:b/>
          <w:i w:val="0"/>
          <w:smallCaps w:val="0"/>
          <w:strike w:val="0"/>
          <w:sz w:val="20"/>
          <w:u w:val="single"/>
        </w:rPr>
        <w:t>and</w:t>
      </w:r>
      <w:r>
        <w:rPr>
          <w:b/>
          <w:i w:val="0"/>
          <w:smallCaps w:val="0"/>
          <w:strike w:val="0"/>
          <w:sz w:val="20"/>
          <w:u w:val="single"/>
        </w:rPr>
        <w:t xml:space="preserve"> boost economic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Additionally, amending the IACA to provide broader protection for Indigenous artists who fall outside the Act's definition of "Indian" could further strengthen tribal fiscal growth.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strong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foundation for growth in tribal arts can pave the way for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both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economic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cultural development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across the many tribes throughout the United States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should be a priority moving forward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support tribes reclaiming their sovereignty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