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4"/>
          <w:u w:val="none"/>
        </w:rPr>
        <w:t>The indigenous movement can win and increase their sovereignty---fatalism consigns reservations to massive state and capitalist violence</w:t>
      </w:r>
    </w:p>
    <w:p>
      <w:pPr>
        <w:spacing w:after="80"/>
      </w:pPr>
      <w:r>
        <w:rPr>
          <w:b w:val="0"/>
          <w:i w:val="0"/>
          <w:smallCaps w:val="0"/>
          <w:strike w:val="0"/>
          <w:sz w:val="16"/>
          <w:u w:val="none"/>
        </w:rPr>
        <w:t xml:space="preserve">Julian Brave </w:t>
      </w:r>
      <w:r>
        <w:rPr>
          <w:b/>
          <w:i w:val="0"/>
          <w:smallCaps w:val="0"/>
          <w:strike w:val="0"/>
          <w:sz w:val="24"/>
          <w:u w:val="none"/>
        </w:rPr>
        <w:t>Noisecat 17</w:t>
      </w:r>
      <w:r>
        <w:rPr>
          <w:b w:val="0"/>
          <w:i w:val="0"/>
          <w:smallCaps w:val="0"/>
          <w:strike w:val="0"/>
          <w:sz w:val="16"/>
          <w:u w:val="none"/>
        </w:rPr>
        <w:t>, is an enrolled member of the Canim Lake Band Tsq'escen in British Columbia and a graduate of Columbia University and the University of Oxford, February 14th, “Standing Rock and the Struggle Ahead,” https://www.jacobinmag.com/2017/02/standing-rock-donald-trump-dakota-access//KU-MS</w:t>
      </w:r>
    </w:p>
    <w:p>
      <w:pPr>
        <w:spacing w:after="60"/>
      </w:pPr>
      <w:r>
        <w:rPr>
          <w:b w:val="0"/>
          <w:i w:val="0"/>
          <w:smallCaps w:val="0"/>
          <w:strike w:val="0"/>
          <w:sz w:val="20"/>
          <w:u w:val="single"/>
        </w:rPr>
        <w:t xml:space="preserve">The </w:t>
      </w:r>
      <w:r>
        <w:rPr>
          <w:b/>
          <w:i w:val="0"/>
          <w:smallCaps w:val="0"/>
          <w:strike w:val="0"/>
          <w:sz w:val="20"/>
          <w:highlight w:val="cyan"/>
          <w:u w:val="single"/>
        </w:rPr>
        <w:t>indigenous movement is integral to the future of the planet and a winning left</w:t>
      </w:r>
      <w:r>
        <w:rPr>
          <w:b w:val="0"/>
          <w:i w:val="0"/>
          <w:smallCaps w:val="0"/>
          <w:strike w:val="0"/>
          <w:sz w:val="20"/>
          <w:highlight w:val="cyan"/>
          <w:u w:val="single"/>
        </w:rPr>
        <w:t>.</w:t>
      </w:r>
    </w:p>
    <w:p>
      <w:pPr>
        <w:spacing w:after="60"/>
      </w:pPr>
      <w:r>
        <w:rPr>
          <w:b w:val="0"/>
          <w:i w:val="0"/>
          <w:smallCaps w:val="0"/>
          <w:strike w:val="0"/>
          <w:sz w:val="20"/>
          <w:u w:val="single"/>
        </w:rPr>
        <w:t>It is impossible to describe the totality of this picture</w:t>
      </w:r>
      <w:r>
        <w:rPr>
          <w:b w:val="0"/>
          <w:i w:val="0"/>
          <w:smallCaps w:val="0"/>
          <w:strike w:val="0"/>
          <w:sz w:val="16"/>
          <w:u w:val="none"/>
        </w:rPr>
        <w:t xml:space="preserve"> — of acute land theft, poverty, oppression, surveillance, policing, and extraction — </w:t>
      </w:r>
      <w:r>
        <w:rPr>
          <w:b w:val="0"/>
          <w:i w:val="0"/>
          <w:smallCaps w:val="0"/>
          <w:strike w:val="0"/>
          <w:sz w:val="20"/>
          <w:u w:val="single"/>
        </w:rPr>
        <w:t xml:space="preserve">as anything other than </w:t>
      </w:r>
      <w:r>
        <w:rPr>
          <w:b w:val="0"/>
          <w:i w:val="0"/>
          <w:smallCaps w:val="0"/>
          <w:strike w:val="0"/>
          <w:sz w:val="20"/>
          <w:highlight w:val="cyan"/>
          <w:u w:val="single"/>
        </w:rPr>
        <w:t>colonialism</w:t>
      </w:r>
      <w:r>
        <w:rPr>
          <w:b w:val="0"/>
          <w:i w:val="0"/>
          <w:smallCaps w:val="0"/>
          <w:strike w:val="0"/>
          <w:sz w:val="16"/>
          <w:u w:val="none"/>
        </w:rPr>
        <w:t>.</w:t>
      </w:r>
    </w:p>
    <w:p>
      <w:pPr>
        <w:spacing w:after="60"/>
      </w:pPr>
      <w:r>
        <w:rPr>
          <w:b w:val="0"/>
          <w:i w:val="0"/>
          <w:smallCaps w:val="0"/>
          <w:strike w:val="0"/>
          <w:sz w:val="20"/>
          <w:u w:val="single"/>
        </w:rPr>
        <w:t xml:space="preserve">This explosive </w:t>
      </w:r>
      <w:r>
        <w:rPr>
          <w:b w:val="0"/>
          <w:i w:val="0"/>
          <w:smallCaps w:val="0"/>
          <w:strike w:val="0"/>
          <w:sz w:val="20"/>
          <w:u w:val="single"/>
        </w:rPr>
        <w:t xml:space="preserve">truth </w:t>
      </w:r>
      <w:r>
        <w:rPr>
          <w:b/>
          <w:i w:val="0"/>
          <w:smallCaps w:val="0"/>
          <w:strike w:val="0"/>
          <w:sz w:val="20"/>
          <w:highlight w:val="cyan"/>
          <w:u w:val="single"/>
        </w:rPr>
        <w:t>can lead even the most radical thinkers to fatalism</w:t>
      </w:r>
      <w:r>
        <w:rPr>
          <w:b w:val="0"/>
          <w:i w:val="0"/>
          <w:smallCaps w:val="0"/>
          <w:strike w:val="0"/>
          <w:sz w:val="16"/>
          <w:u w:val="none"/>
        </w:rPr>
        <w:t xml:space="preserve">. </w:t>
      </w:r>
      <w:r>
        <w:rPr>
          <w:b w:val="0"/>
          <w:i w:val="0"/>
          <w:smallCaps w:val="0"/>
          <w:strike w:val="0"/>
          <w:sz w:val="20"/>
          <w:u w:val="single"/>
        </w:rPr>
        <w:t>Confined to the past, American colonization of indigenous people appears inevitable if regrettable</w:t>
      </w:r>
      <w:r>
        <w:rPr>
          <w:b w:val="0"/>
          <w:i w:val="0"/>
          <w:smallCaps w:val="0"/>
          <w:strike w:val="0"/>
          <w:sz w:val="16"/>
          <w:u w:val="none"/>
        </w:rPr>
        <w:t>. Brought into the present, colonialism seems irreversible. Algerian-style liberation is neither possible nor desirable. Americans are never leaving, nor should they. This has become their home too.</w:t>
      </w:r>
    </w:p>
    <w:p>
      <w:pPr>
        <w:spacing w:after="60"/>
      </w:pPr>
      <w:r>
        <w:rPr>
          <w:b/>
          <w:i w:val="0"/>
          <w:smallCaps w:val="0"/>
          <w:strike w:val="0"/>
          <w:sz w:val="20"/>
          <w:highlight w:val="cyan"/>
          <w:u w:val="single"/>
        </w:rPr>
        <w:t>But despite all the forces brought crashing down upon indigenous people, we are still here</w:t>
      </w:r>
      <w:r>
        <w:rPr>
          <w:b w:val="0"/>
          <w:i w:val="0"/>
          <w:smallCaps w:val="0"/>
          <w:strike w:val="0"/>
          <w:sz w:val="16"/>
          <w:highlight w:val="cyan"/>
          <w:u w:val="none"/>
        </w:rPr>
        <w:t>.</w:t>
      </w:r>
      <w:r>
        <w:rPr>
          <w:b w:val="0"/>
          <w:i w:val="0"/>
          <w:smallCaps w:val="0"/>
          <w:strike w:val="0"/>
          <w:sz w:val="16"/>
          <w:u w:val="none"/>
        </w:rPr>
        <w:t xml:space="preserve"> </w:t>
      </w:r>
      <w:r>
        <w:rPr>
          <w:b w:val="0"/>
          <w:i w:val="0"/>
          <w:smallCaps w:val="0"/>
          <w:strike w:val="0"/>
          <w:sz w:val="20"/>
          <w:u w:val="single"/>
        </w:rPr>
        <w:t xml:space="preserve">They came for our </w:t>
      </w:r>
      <w:r>
        <w:rPr>
          <w:b/>
          <w:i w:val="0"/>
          <w:smallCaps w:val="0"/>
          <w:strike w:val="0"/>
          <w:sz w:val="20"/>
          <w:u w:val="single"/>
        </w:rPr>
        <w:t>land</w:t>
      </w:r>
      <w:r>
        <w:rPr>
          <w:b w:val="0"/>
          <w:i w:val="0"/>
          <w:smallCaps w:val="0"/>
          <w:strike w:val="0"/>
          <w:sz w:val="20"/>
          <w:u w:val="single"/>
        </w:rPr>
        <w:t xml:space="preserve">. They came for our </w:t>
      </w:r>
      <w:r>
        <w:rPr>
          <w:b/>
          <w:i w:val="0"/>
          <w:smallCaps w:val="0"/>
          <w:strike w:val="0"/>
          <w:sz w:val="20"/>
          <w:u w:val="single"/>
        </w:rPr>
        <w:t>resources</w:t>
      </w:r>
      <w:r>
        <w:rPr>
          <w:b w:val="0"/>
          <w:i w:val="0"/>
          <w:smallCaps w:val="0"/>
          <w:strike w:val="0"/>
          <w:sz w:val="20"/>
          <w:u w:val="single"/>
        </w:rPr>
        <w:t xml:space="preserve">. They came for our </w:t>
      </w:r>
      <w:r>
        <w:rPr>
          <w:b/>
          <w:i w:val="0"/>
          <w:smallCaps w:val="0"/>
          <w:strike w:val="0"/>
          <w:sz w:val="20"/>
          <w:u w:val="single"/>
        </w:rPr>
        <w:t>children</w:t>
      </w:r>
      <w:r>
        <w:rPr>
          <w:b w:val="0"/>
          <w:i w:val="0"/>
          <w:smallCaps w:val="0"/>
          <w:strike w:val="0"/>
          <w:sz w:val="16"/>
          <w:u w:val="none"/>
        </w:rPr>
        <w:t xml:space="preserve">. </w:t>
      </w:r>
      <w:r>
        <w:rPr>
          <w:b w:val="0"/>
          <w:i w:val="0"/>
          <w:smallCaps w:val="0"/>
          <w:strike w:val="0"/>
          <w:sz w:val="20"/>
          <w:u w:val="single"/>
        </w:rPr>
        <w:t xml:space="preserve">They came to destroy us, our communities, our territories, our families, our bodies, our languages, our cultures, our knowledge, our love. </w:t>
      </w:r>
      <w:r>
        <w:rPr>
          <w:b/>
          <w:i w:val="0"/>
          <w:smallCaps w:val="0"/>
          <w:strike w:val="0"/>
          <w:sz w:val="20"/>
          <w:u w:val="single"/>
        </w:rPr>
        <w:t>But yet we remain</w:t>
      </w:r>
      <w:r>
        <w:rPr>
          <w:b w:val="0"/>
          <w:i w:val="0"/>
          <w:smallCaps w:val="0"/>
          <w:strike w:val="0"/>
          <w:sz w:val="16"/>
          <w:u w:val="none"/>
        </w:rPr>
        <w:t>.</w:t>
      </w:r>
    </w:p>
    <w:p>
      <w:pPr>
        <w:spacing w:after="60"/>
      </w:pPr>
      <w:r>
        <w:rPr>
          <w:b w:val="0"/>
          <w:i w:val="0"/>
          <w:smallCaps w:val="0"/>
          <w:strike w:val="0"/>
          <w:sz w:val="20"/>
          <w:highlight w:val="cyan"/>
          <w:u w:val="single"/>
        </w:rPr>
        <w:t xml:space="preserve">We </w:t>
      </w:r>
      <w:r>
        <w:rPr>
          <w:b/>
          <w:i w:val="0"/>
          <w:smallCaps w:val="0"/>
          <w:strike w:val="0"/>
          <w:sz w:val="20"/>
          <w:highlight w:val="cyan"/>
          <w:u w:val="single"/>
        </w:rPr>
        <w:t>stand for something that is undeniably right: water that sustains life and land that gave birth to people</w:t>
      </w:r>
      <w:r>
        <w:rPr>
          <w:b w:val="0"/>
          <w:i w:val="0"/>
          <w:smallCaps w:val="0"/>
          <w:strike w:val="0"/>
          <w:sz w:val="20"/>
          <w:highlight w:val="cyan"/>
          <w:u w:val="single"/>
        </w:rPr>
        <w:t xml:space="preserve">. The </w:t>
      </w:r>
      <w:r>
        <w:rPr>
          <w:b/>
          <w:i w:val="0"/>
          <w:smallCaps w:val="0"/>
          <w:strike w:val="0"/>
          <w:sz w:val="20"/>
          <w:highlight w:val="cyan"/>
          <w:u w:val="single"/>
        </w:rPr>
        <w:t>stubborn unwillingness to stop fighting for what is right, to just go away, is our tradition</w:t>
      </w:r>
      <w:r>
        <w:rPr>
          <w:b w:val="0"/>
          <w:i w:val="0"/>
          <w:smallCaps w:val="0"/>
          <w:strike w:val="0"/>
          <w:sz w:val="16"/>
          <w:u w:val="none"/>
        </w:rPr>
        <w:t>.</w:t>
      </w:r>
    </w:p>
    <w:p>
      <w:pPr>
        <w:spacing w:after="60"/>
      </w:pPr>
      <w:r>
        <w:rPr>
          <w:b/>
          <w:i w:val="0"/>
          <w:smallCaps w:val="0"/>
          <w:strike w:val="0"/>
          <w:sz w:val="20"/>
          <w:highlight w:val="cyan"/>
          <w:u w:val="single"/>
        </w:rPr>
        <w:t>As long as we are here on the land of our ancestors, the men who put profit before planet and people will not and cannot win. As long as we are here, colonialism has failed</w:t>
      </w:r>
      <w:r>
        <w:rPr>
          <w:b w:val="0"/>
          <w:i w:val="0"/>
          <w:smallCaps w:val="0"/>
          <w:strike w:val="0"/>
          <w:sz w:val="16"/>
          <w:u w:val="none"/>
        </w:rPr>
        <w:t>.</w:t>
      </w:r>
    </w:p>
    <w:p>
      <w:pPr>
        <w:spacing w:after="60"/>
      </w:pPr>
      <w:r>
        <w:rPr>
          <w:b w:val="0"/>
          <w:i w:val="0"/>
          <w:smallCaps w:val="0"/>
          <w:strike w:val="0"/>
          <w:sz w:val="20"/>
          <w:u w:val="single"/>
        </w:rPr>
        <w:t xml:space="preserve">The </w:t>
      </w:r>
      <w:r>
        <w:rPr>
          <w:b w:val="0"/>
          <w:i w:val="0"/>
          <w:smallCaps w:val="0"/>
          <w:strike w:val="0"/>
          <w:sz w:val="20"/>
          <w:highlight w:val="cyan"/>
          <w:u w:val="single"/>
        </w:rPr>
        <w:t xml:space="preserve">indigenous movement very </w:t>
      </w:r>
      <w:r>
        <w:rPr>
          <w:b/>
          <w:i w:val="0"/>
          <w:smallCaps w:val="0"/>
          <w:strike w:val="0"/>
          <w:sz w:val="20"/>
          <w:highlight w:val="cyan"/>
          <w:u w:val="single"/>
        </w:rPr>
        <w:t>nearly defeated the Dakota Access pipeline</w:t>
      </w:r>
      <w:r>
        <w:rPr>
          <w:b w:val="0"/>
          <w:i w:val="0"/>
          <w:smallCaps w:val="0"/>
          <w:strike w:val="0"/>
          <w:sz w:val="16"/>
          <w:u w:val="none"/>
        </w:rPr>
        <w:t xml:space="preserve">. </w:t>
      </w:r>
      <w:r>
        <w:rPr>
          <w:b w:val="0"/>
          <w:i w:val="0"/>
          <w:smallCaps w:val="0"/>
          <w:strike w:val="0"/>
          <w:sz w:val="20"/>
          <w:u w:val="single"/>
        </w:rPr>
        <w:t>The Obama administration, after months of unrelenting pressure, halted the pipeline and ordered an Environmental Impact Statement</w:t>
      </w:r>
      <w:r>
        <w:rPr>
          <w:b w:val="0"/>
          <w:i w:val="0"/>
          <w:smallCaps w:val="0"/>
          <w:strike w:val="0"/>
          <w:sz w:val="16"/>
          <w:u w:val="none"/>
        </w:rPr>
        <w:t>. Trump’s memo overrode this partial victory, rescuing his oil baron cronies and their investors from further delays and losses.</w:t>
      </w:r>
    </w:p>
    <w:p>
      <w:pPr>
        <w:spacing w:after="60"/>
      </w:pPr>
      <w:r>
        <w:rPr>
          <w:b w:val="0"/>
          <w:i w:val="0"/>
          <w:smallCaps w:val="0"/>
          <w:strike w:val="0"/>
          <w:sz w:val="20"/>
          <w:u w:val="single"/>
        </w:rPr>
        <w:t>With the election of Donald Trump, there was not much more that could have been done</w:t>
      </w:r>
      <w:r>
        <w:rPr>
          <w:b w:val="0"/>
          <w:i w:val="0"/>
          <w:smallCaps w:val="0"/>
          <w:strike w:val="0"/>
          <w:sz w:val="16"/>
          <w:u w:val="none"/>
        </w:rPr>
        <w:t>. In order to reroute or stop Dakota Access, Standing Rock needed Hillary Clinton, or even better, Bernie Sanders, to win the presidency. It was the Democratic Party leadership, not the indigenous movement, who failed.</w:t>
      </w:r>
    </w:p>
    <w:p>
      <w:pPr>
        <w:spacing w:after="60"/>
      </w:pPr>
      <w:r>
        <w:rPr>
          <w:b w:val="0"/>
          <w:i w:val="0"/>
          <w:smallCaps w:val="0"/>
          <w:strike w:val="0"/>
          <w:sz w:val="20"/>
          <w:u w:val="single"/>
        </w:rPr>
        <w:t>Now Standing Rock will face further repression</w:t>
      </w:r>
      <w:r>
        <w:rPr>
          <w:b w:val="0"/>
          <w:i w:val="0"/>
          <w:smallCaps w:val="0"/>
          <w:strike w:val="0"/>
          <w:sz w:val="16"/>
          <w:u w:val="none"/>
        </w:rPr>
        <w:t>. Earlier this month, seventy-six protesters were arrested while attempting to establish a new camp closer to pipeline construction. Last week, news emerged that the FBI is investigating three Standing Rock organizers as terrorists.</w:t>
      </w:r>
    </w:p>
    <w:p>
      <w:pPr>
        <w:spacing w:after="60"/>
      </w:pPr>
      <w:r>
        <w:rPr>
          <w:b w:val="0"/>
          <w:i w:val="0"/>
          <w:smallCaps w:val="0"/>
          <w:strike w:val="0"/>
          <w:sz w:val="16"/>
          <w:u w:val="none"/>
        </w:rPr>
        <w:t>Meanwhile, North Dakota legislators have introduced a bill calling on Congress to amend the Constitution to shift Indian reservations from federal to state jurisdiction. Lawmakers will likely drop the legislation once they realize how much it would actually cost.</w:t>
      </w:r>
    </w:p>
    <w:p>
      <w:pPr>
        <w:spacing w:after="60"/>
      </w:pPr>
      <w:r>
        <w:rPr>
          <w:b w:val="0"/>
          <w:i w:val="0"/>
          <w:smallCaps w:val="0"/>
          <w:strike w:val="0"/>
          <w:sz w:val="20"/>
          <w:u w:val="single"/>
        </w:rPr>
        <w:t>More concerning, however, is a plan brewing among Trump’s advisers to privatize Indian reservations, which comprise 2 percent of the United States’ landmass but hold up to a fifth of the nation’s oil, natural gas, and coal reserves</w:t>
      </w:r>
      <w:r>
        <w:rPr>
          <w:b w:val="0"/>
          <w:i w:val="0"/>
          <w:smallCaps w:val="0"/>
          <w:strike w:val="0"/>
          <w:sz w:val="16"/>
          <w:u w:val="none"/>
        </w:rPr>
        <w:t>. The plan would upend over a century of federal Indian policy by converting sovereign Indian land, which is often regulated and held in trust by the federal government, into private property. If the plan is implemented as part of Trump’s oil and infrastructure agenda, it would bring more fracking rigs, pipelines, and protests to America’s colonial frontier on Indian Country’s doorstep.</w:t>
      </w:r>
    </w:p>
    <w:p>
      <w:pPr>
        <w:spacing w:after="60"/>
      </w:pPr>
      <w:r>
        <w:rPr>
          <w:b w:val="0"/>
          <w:i w:val="0"/>
          <w:smallCaps w:val="0"/>
          <w:strike w:val="0"/>
          <w:sz w:val="20"/>
          <w:u w:val="single"/>
        </w:rPr>
        <w:t>The indigenous movement will be fighting a battle on two fronts: not only against pipelines but also against a full-frontal assault on indigenous rights and sovereignty</w:t>
      </w:r>
      <w:r>
        <w:rPr>
          <w:b w:val="0"/>
          <w:i w:val="0"/>
          <w:smallCaps w:val="0"/>
          <w:strike w:val="0"/>
          <w:sz w:val="16"/>
          <w:u w:val="none"/>
        </w:rPr>
        <w:t xml:space="preserve">. </w:t>
      </w:r>
      <w:r>
        <w:rPr>
          <w:b/>
          <w:i w:val="0"/>
          <w:smallCaps w:val="0"/>
          <w:strike w:val="0"/>
          <w:sz w:val="20"/>
          <w:highlight w:val="cyan"/>
          <w:u w:val="single"/>
        </w:rPr>
        <w:t>They’ll need plenty of solidarity to counter this</w:t>
      </w:r>
      <w:r>
        <w:rPr>
          <w:b w:val="0"/>
          <w:i w:val="0"/>
          <w:smallCaps w:val="0"/>
          <w:strike w:val="0"/>
          <w:sz w:val="20"/>
          <w:u w:val="single"/>
        </w:rPr>
        <w:t xml:space="preserve"> renewed wave of colonial extraction and repression</w:t>
      </w:r>
      <w:r>
        <w:rPr>
          <w:b w:val="0"/>
          <w:i w:val="0"/>
          <w:smallCaps w:val="0"/>
          <w:strike w:val="0"/>
          <w:sz w:val="16"/>
          <w:u w:val="none"/>
        </w:rPr>
        <w:t>.</w:t>
      </w:r>
    </w:p>
    <w:p>
      <w:pPr>
        <w:spacing w:after="60"/>
      </w:pPr>
      <w:r>
        <w:rPr>
          <w:b w:val="0"/>
          <w:i w:val="0"/>
          <w:smallCaps w:val="0"/>
          <w:strike w:val="0"/>
          <w:sz w:val="20"/>
          <w:u w:val="single"/>
        </w:rPr>
        <w:t xml:space="preserve">Standing Rock has proven that </w:t>
      </w:r>
      <w:r>
        <w:rPr>
          <w:b/>
          <w:i w:val="0"/>
          <w:smallCaps w:val="0"/>
          <w:strike w:val="0"/>
          <w:sz w:val="20"/>
          <w:highlight w:val="cyan"/>
          <w:u w:val="single"/>
        </w:rPr>
        <w:t>the indigenous movement can take on the extractive industry and win</w:t>
      </w:r>
      <w:r>
        <w:rPr>
          <w:b w:val="0"/>
          <w:i w:val="0"/>
          <w:smallCaps w:val="0"/>
          <w:strike w:val="0"/>
          <w:sz w:val="16"/>
          <w:highlight w:val="cyan"/>
          <w:u w:val="none"/>
        </w:rPr>
        <w:t xml:space="preserve">. </w:t>
      </w:r>
      <w:r>
        <w:rPr>
          <w:b w:val="0"/>
          <w:i w:val="0"/>
          <w:smallCaps w:val="0"/>
          <w:strike w:val="0"/>
          <w:sz w:val="20"/>
          <w:highlight w:val="cyan"/>
          <w:u w:val="single"/>
        </w:rPr>
        <w:t xml:space="preserve">Under Trump, the </w:t>
      </w:r>
      <w:r>
        <w:rPr>
          <w:b/>
          <w:i w:val="0"/>
          <w:smallCaps w:val="0"/>
          <w:strike w:val="0"/>
          <w:sz w:val="20"/>
          <w:highlight w:val="cyan"/>
          <w:u w:val="single"/>
        </w:rPr>
        <w:t>indigenous struggle against colonialism and for the universal goods of equality, self-determination, and environmental justice will be more important than ever</w:t>
      </w:r>
      <w:r>
        <w:rPr>
          <w:b w:val="0"/>
          <w:i w:val="0"/>
          <w:smallCaps w:val="0"/>
          <w:strike w:val="0"/>
          <w:sz w:val="16"/>
          <w:u w:val="none"/>
        </w:rPr>
        <w:t xml:space="preserve">. </w:t>
      </w:r>
      <w:r>
        <w:rPr>
          <w:b w:val="0"/>
          <w:i w:val="0"/>
          <w:smallCaps w:val="0"/>
          <w:strike w:val="0"/>
          <w:sz w:val="20"/>
          <w:u w:val="single"/>
        </w:rPr>
        <w:t xml:space="preserve">Far from Ancient History, </w:t>
      </w:r>
      <w:r>
        <w:rPr>
          <w:b/>
          <w:i w:val="0"/>
          <w:smallCaps w:val="0"/>
          <w:strike w:val="0"/>
          <w:sz w:val="20"/>
          <w:u w:val="single"/>
        </w:rPr>
        <w:t>the indigenous movement is integral to the future of the planet and a winning left</w:t>
      </w:r>
      <w:r>
        <w:rPr>
          <w:b w:val="0"/>
          <w:i w:val="0"/>
          <w:smallCaps w:val="0"/>
          <w:strike w:val="0"/>
          <w:sz w:val="16"/>
          <w:u w:val="none"/>
        </w:rPr>
        <w:t>.</w:t>
      </w:r>
    </w:p>
    <w:p>
      <w:pPr>
        <w:spacing w:after="60"/>
      </w:pPr>
      <w:r>
        <w:rPr>
          <w:b w:val="0"/>
          <w:i w:val="0"/>
          <w:smallCaps w:val="0"/>
          <w:strike w:val="0"/>
          <w:sz w:val="20"/>
          <w:highlight w:val="cyan"/>
          <w:u w:val="single"/>
        </w:rPr>
        <w:t xml:space="preserve">We have seen the promise of a </w:t>
      </w:r>
      <w:r>
        <w:rPr>
          <w:b/>
          <w:i w:val="0"/>
          <w:smallCaps w:val="0"/>
          <w:strike w:val="0"/>
          <w:sz w:val="20"/>
          <w:highlight w:val="cyan"/>
          <w:u w:val="single"/>
        </w:rPr>
        <w:t>more just future</w:t>
      </w:r>
      <w:r>
        <w:rPr>
          <w:b w:val="0"/>
          <w:i w:val="0"/>
          <w:smallCaps w:val="0"/>
          <w:strike w:val="0"/>
          <w:sz w:val="20"/>
          <w:u w:val="single"/>
        </w:rPr>
        <w:t xml:space="preserve"> for the first people of this land and all who share it with us. </w:t>
      </w:r>
      <w:r>
        <w:rPr>
          <w:b/>
          <w:i w:val="0"/>
          <w:smallCaps w:val="0"/>
          <w:strike w:val="0"/>
          <w:sz w:val="20"/>
          <w:highlight w:val="cyan"/>
          <w:u w:val="single"/>
        </w:rPr>
        <w:t>Let’s fight for it</w:t>
      </w:r>
      <w:r>
        <w:rPr>
          <w:b w:val="0"/>
          <w:i w:val="0"/>
          <w:smallCaps w:val="0"/>
          <w:strike w:val="0"/>
          <w:sz w:val="16"/>
          <w:u w:val="none"/>
        </w:rPr>
        <w:t>.</w:t>
      </w:r>
    </w:p>
    <w:p>
      <w:pPr>
        <w:pStyle w:val="Caption"/>
      </w:pPr>
      <w:r>
        <w:t>Source: Communal Copyright - Michigan 7 2024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