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Escalation causes </w:t>
      </w:r>
      <w:r>
        <w:rPr>
          <w:b/>
          <w:i w:val="0"/>
          <w:smallCaps w:val="0"/>
          <w:strike w:val="0"/>
          <w:sz w:val="24"/>
          <w:u w:val="single"/>
        </w:rPr>
        <w:t>rapid environmental overshoot</w:t>
      </w:r>
      <w:r>
        <w:rPr>
          <w:b/>
          <w:i w:val="0"/>
          <w:smallCaps w:val="0"/>
          <w:strike w:val="0"/>
          <w:sz w:val="24"/>
          <w:u w:val="none"/>
        </w:rPr>
        <w:t>---extinction</w:t>
      </w:r>
    </w:p>
    <w:p>
      <w:pPr>
        <w:spacing w:after="80"/>
      </w:pPr>
      <w:r>
        <w:rPr>
          <w:b w:val="0"/>
          <w:i w:val="0"/>
          <w:smallCaps w:val="0"/>
          <w:strike w:val="0"/>
          <w:u w:val="none"/>
        </w:rPr>
        <w:t xml:space="preserve">Dr. Brian F. </w:t>
      </w:r>
      <w:r>
        <w:rPr>
          <w:b/>
          <w:i w:val="0"/>
          <w:smallCaps w:val="0"/>
          <w:strike w:val="0"/>
          <w:sz w:val="22"/>
          <w:u w:val="none"/>
        </w:rPr>
        <w:t>Snyder 20</w:t>
      </w:r>
      <w:r>
        <w:rPr>
          <w:b w:val="0"/>
          <w:i w:val="0"/>
          <w:smallCaps w:val="0"/>
          <w:strike w:val="0"/>
          <w:u w:val="none"/>
        </w:rPr>
        <w:t>, PhD in Ecology from the University of Georgia, Assistant Professor of Environmental Science at Louisiana State University and LSU Chapter Director of the Center for the Advancement of the Steady State Economy, “The Second Cold War?”, Steady State Herald, 5/21/2020, https://steadystate.org/the-second-cold-war/</w:t>
      </w:r>
    </w:p>
    <w:p>
      <w:pPr>
        <w:spacing w:after="60"/>
      </w:pPr>
      <w:r>
        <w:rPr>
          <w:b w:val="0"/>
          <w:i w:val="0"/>
          <w:smallCaps w:val="0"/>
          <w:strike w:val="0"/>
          <w:sz w:val="16"/>
          <w:u w:val="none"/>
        </w:rPr>
        <w:t xml:space="preserve">Over the past two months, there has been a great deal of talk about the environmental implications of the pandemic. Some have looked for glimmers of hope, others have predicted that we will shortly return to the status quo. I fear that the biggest outcome of the pandemic will not be its death toll nor its effects on the climate, but its impacts on geopolitics. Specifically, </w:t>
      </w:r>
      <w:r>
        <w:rPr>
          <w:b w:val="0"/>
          <w:i w:val="0"/>
          <w:smallCaps w:val="0"/>
          <w:strike w:val="0"/>
          <w:sz w:val="22"/>
          <w:u w:val="single"/>
        </w:rPr>
        <w:t xml:space="preserve">the deteriorating relationship between China and the USA may lead to a Second Cold War. </w:t>
      </w:r>
      <w:r>
        <w:rPr>
          <w:b w:val="0"/>
          <w:i w:val="0"/>
          <w:smallCaps w:val="0"/>
          <w:strike w:val="0"/>
          <w:sz w:val="22"/>
          <w:highlight w:val="cyan"/>
          <w:u w:val="single"/>
        </w:rPr>
        <w:t>If this</w:t>
      </w:r>
      <w:r>
        <w:rPr>
          <w:b w:val="0"/>
          <w:i w:val="0"/>
          <w:smallCaps w:val="0"/>
          <w:strike w:val="0"/>
          <w:sz w:val="16"/>
          <w:u w:val="none"/>
        </w:rPr>
        <w:t xml:space="preserve"> cold war </w:t>
      </w:r>
      <w:r>
        <w:rPr>
          <w:b w:val="0"/>
          <w:i w:val="0"/>
          <w:smallCaps w:val="0"/>
          <w:strike w:val="0"/>
          <w:sz w:val="22"/>
          <w:highlight w:val="cyan"/>
          <w:u w:val="single"/>
        </w:rPr>
        <w:t xml:space="preserve">leads to </w:t>
      </w:r>
      <w:r>
        <w:rPr>
          <w:b/>
          <w:i w:val="0"/>
          <w:smallCaps w:val="0"/>
          <w:strike w:val="0"/>
          <w:sz w:val="22"/>
          <w:highlight w:val="cyan"/>
          <w:u w:val="single"/>
        </w:rPr>
        <w:t>a</w:t>
      </w:r>
      <w:r>
        <w:rPr>
          <w:b w:val="0"/>
          <w:i w:val="0"/>
          <w:smallCaps w:val="0"/>
          <w:strike w:val="0"/>
          <w:sz w:val="22"/>
          <w:u w:val="single"/>
        </w:rPr>
        <w:t xml:space="preserve">n all-out </w:t>
      </w:r>
      <w:r>
        <w:rPr>
          <w:b/>
          <w:i w:val="0"/>
          <w:smallCaps w:val="0"/>
          <w:strike w:val="0"/>
          <w:sz w:val="22"/>
          <w:highlight w:val="cyan"/>
          <w:u w:val="single"/>
        </w:rPr>
        <w:t>GDP race</w:t>
      </w:r>
      <w:r>
        <w:rPr>
          <w:b w:val="0"/>
          <w:i w:val="0"/>
          <w:smallCaps w:val="0"/>
          <w:strike w:val="0"/>
          <w:sz w:val="16"/>
          <w:u w:val="none"/>
        </w:rPr>
        <w:t xml:space="preserve"> as the original one did, </w:t>
      </w:r>
      <w:r>
        <w:rPr>
          <w:b w:val="0"/>
          <w:i w:val="0"/>
          <w:smallCaps w:val="0"/>
          <w:strike w:val="0"/>
          <w:sz w:val="22"/>
          <w:u w:val="single"/>
        </w:rPr>
        <w:t xml:space="preserve">the </w:t>
      </w:r>
      <w:r>
        <w:rPr>
          <w:b/>
          <w:i w:val="0"/>
          <w:smallCaps w:val="0"/>
          <w:strike w:val="0"/>
          <w:sz w:val="24"/>
          <w:highlight w:val="cyan"/>
          <w:u w:val="single"/>
        </w:rPr>
        <w:t>consequences for humanity</w:t>
      </w:r>
      <w:r>
        <w:rPr>
          <w:b w:val="0"/>
          <w:i w:val="0"/>
          <w:smallCaps w:val="0"/>
          <w:strike w:val="0"/>
          <w:sz w:val="24"/>
          <w:highlight w:val="cyan"/>
          <w:u w:val="single"/>
        </w:rPr>
        <w:t xml:space="preserve"> </w:t>
      </w:r>
      <w:r>
        <w:rPr>
          <w:b w:val="0"/>
          <w:i w:val="0"/>
          <w:smallCaps w:val="0"/>
          <w:strike w:val="0"/>
          <w:sz w:val="22"/>
          <w:highlight w:val="cyan"/>
          <w:u w:val="single"/>
        </w:rPr>
        <w:t xml:space="preserve">will </w:t>
      </w:r>
      <w:r>
        <w:rPr>
          <w:b/>
          <w:i w:val="0"/>
          <w:smallCaps w:val="0"/>
          <w:strike w:val="0"/>
          <w:sz w:val="22"/>
          <w:highlight w:val="cyan"/>
          <w:u w:val="single"/>
        </w:rPr>
        <w:t>far outweigh</w:t>
      </w:r>
      <w:r>
        <w:rPr>
          <w:b w:val="0"/>
          <w:i w:val="0"/>
          <w:smallCaps w:val="0"/>
          <w:strike w:val="0"/>
          <w:sz w:val="16"/>
          <w:u w:val="none"/>
        </w:rPr>
        <w:t xml:space="preserve"> the direct human health impacts of the pandemic.</w:t>
      </w:r>
    </w:p>
    <w:p>
      <w:pPr>
        <w:spacing w:after="60"/>
      </w:pPr>
      <w:r>
        <w:rPr>
          <w:b w:val="0"/>
          <w:i w:val="0"/>
          <w:smallCaps w:val="0"/>
          <w:strike w:val="0"/>
          <w:sz w:val="10"/>
          <w:u w:val="none"/>
        </w:rPr>
        <w:t>A Second Cold War</w:t>
      </w:r>
    </w:p>
    <w:p>
      <w:pPr>
        <w:spacing w:after="60"/>
      </w:pPr>
      <w:r>
        <w:rPr>
          <w:b w:val="0"/>
          <w:i w:val="0"/>
          <w:smallCaps w:val="0"/>
          <w:strike w:val="0"/>
          <w:sz w:val="10"/>
          <w:u w:val="none"/>
        </w:rPr>
        <w:t>Prior to the COVID-19 pandemic, the world may have already been spiraling toward another cold war between the USA and China. The rivalry between the USA and China for economic control of Asia far predates the Trump administration, and the reasons for it are both complex and poorly defined, much as they were as when the iron curtain fell over Eastern Europe. And as in the Cold War between the USA and Soviet Union, historians will eventually find reason to blame both sides for the Second Cold War. Despite these complexities, I fear that future historians looking back at the Second Cold War will note the COVID-19 pandemic as the turning point from economic rivalry to enmity. That is, COVID-19 or, more accurately, Chinese and American leaders’ willingness to blame each other for the pandemic to deflect their own mismanagement, may be the last straw.</w:t>
      </w:r>
    </w:p>
    <w:p>
      <w:pPr>
        <w:spacing w:after="60"/>
      </w:pPr>
      <w:r>
        <w:rPr>
          <w:b w:val="0"/>
          <w:i w:val="0"/>
          <w:smallCaps w:val="0"/>
          <w:strike w:val="0"/>
          <w:sz w:val="10"/>
          <w:u w:val="none"/>
        </w:rPr>
        <w:t>Since the emergence of the pandemic, tensions between China and the USA have increased significantly. Members of the Chinese government have alleged that U.S. service members brought the virus to Wuhan. Simultaneously, the president of the USA has called the virus “Chinese,” refused to accept the academic consensus that the virus likely spread from a wild animal at the wet market in Wuhan, dispatched American intelligence apparatus to prove the unprovable accusation that COVID-19 began in a Chinese lab, and blamed the Chinese government’s secrecy for the severity of the U.S. pandemic.</w:t>
      </w:r>
    </w:p>
    <w:p>
      <w:pPr>
        <w:spacing w:after="60"/>
      </w:pPr>
      <w:r>
        <w:rPr>
          <w:b w:val="0"/>
          <w:i w:val="0"/>
          <w:smallCaps w:val="0"/>
          <w:strike w:val="0"/>
          <w:sz w:val="16"/>
          <w:u w:val="none"/>
        </w:rPr>
        <w:t xml:space="preserve">The original Cold War nearly ended with nuclear annihilation, yet that is not what concerns me about the Second Cold War. The first Cold War ended only after decades of historically unprecedented economic growth in the West was leveraged toward military and technological superiority. This Western growth was nearly matched by the Soviets. If this coming Cold War involves the same growth race, </w:t>
      </w:r>
      <w:r>
        <w:rPr>
          <w:b w:val="0"/>
          <w:i w:val="0"/>
          <w:smallCaps w:val="0"/>
          <w:strike w:val="0"/>
          <w:sz w:val="22"/>
          <w:highlight w:val="cyan"/>
          <w:u w:val="single"/>
        </w:rPr>
        <w:t xml:space="preserve">there will be </w:t>
      </w:r>
      <w:r>
        <w:rPr>
          <w:b/>
          <w:i w:val="0"/>
          <w:smallCaps w:val="0"/>
          <w:strike w:val="0"/>
          <w:sz w:val="22"/>
          <w:highlight w:val="cyan"/>
          <w:u w:val="single"/>
        </w:rPr>
        <w:t>dire consequences</w:t>
      </w:r>
      <w:r>
        <w:rPr>
          <w:b w:val="0"/>
          <w:i w:val="0"/>
          <w:smallCaps w:val="0"/>
          <w:strike w:val="0"/>
          <w:sz w:val="22"/>
          <w:highlight w:val="cyan"/>
          <w:u w:val="single"/>
        </w:rPr>
        <w:t xml:space="preserve"> for</w:t>
      </w:r>
      <w:r>
        <w:rPr>
          <w:b w:val="0"/>
          <w:i w:val="0"/>
          <w:smallCaps w:val="0"/>
          <w:strike w:val="0"/>
          <w:sz w:val="22"/>
          <w:u w:val="single"/>
        </w:rPr>
        <w:t xml:space="preserve"> the </w:t>
      </w:r>
      <w:r>
        <w:rPr>
          <w:b/>
          <w:i w:val="0"/>
          <w:smallCaps w:val="0"/>
          <w:strike w:val="0"/>
          <w:sz w:val="26"/>
          <w:highlight w:val="cyan"/>
          <w:u w:val="single"/>
        </w:rPr>
        <w:t>future of</w:t>
      </w:r>
      <w:r>
        <w:rPr>
          <w:b/>
          <w:i w:val="0"/>
          <w:smallCaps w:val="0"/>
          <w:strike w:val="0"/>
          <w:sz w:val="26"/>
          <w:u w:val="single"/>
        </w:rPr>
        <w:t xml:space="preserve"> human </w:t>
      </w:r>
      <w:r>
        <w:rPr>
          <w:b/>
          <w:i w:val="0"/>
          <w:smallCaps w:val="0"/>
          <w:strike w:val="0"/>
          <w:sz w:val="26"/>
          <w:highlight w:val="cyan"/>
          <w:u w:val="single"/>
        </w:rPr>
        <w:t>life on Earth</w:t>
      </w:r>
      <w:r>
        <w:rPr>
          <w:b w:val="0"/>
          <w:i w:val="0"/>
          <w:smallCaps w:val="0"/>
          <w:strike w:val="0"/>
          <w:sz w:val="16"/>
          <w:u w:val="none"/>
        </w:rPr>
        <w:t xml:space="preserve">. China and the USA are the two largest economies on Earth, closely followed by the U.S.’s NATO allies, and neither country has anything approaching a sustainable energy supply. If their rivalry ends in </w:t>
      </w:r>
      <w:r>
        <w:rPr>
          <w:b w:val="0"/>
          <w:i w:val="0"/>
          <w:smallCaps w:val="0"/>
          <w:strike w:val="0"/>
          <w:sz w:val="22"/>
          <w:u w:val="single"/>
        </w:rPr>
        <w:t>the continuing growth of</w:t>
      </w:r>
      <w:r>
        <w:rPr>
          <w:b w:val="0"/>
          <w:i w:val="0"/>
          <w:smallCaps w:val="0"/>
          <w:strike w:val="0"/>
          <w:sz w:val="16"/>
          <w:u w:val="none"/>
        </w:rPr>
        <w:t xml:space="preserve"> their </w:t>
      </w:r>
      <w:r>
        <w:rPr>
          <w:b w:val="0"/>
          <w:i w:val="0"/>
          <w:smallCaps w:val="0"/>
          <w:strike w:val="0"/>
          <w:sz w:val="22"/>
          <w:u w:val="single"/>
        </w:rPr>
        <w:t xml:space="preserve">economies, especially via </w:t>
      </w:r>
      <w:r>
        <w:rPr>
          <w:b/>
          <w:i w:val="0"/>
          <w:smallCaps w:val="0"/>
          <w:strike w:val="0"/>
          <w:sz w:val="22"/>
          <w:u w:val="single"/>
        </w:rPr>
        <w:t>fossil fuels</w:t>
      </w:r>
      <w:r>
        <w:rPr>
          <w:b w:val="0"/>
          <w:i w:val="0"/>
          <w:smallCaps w:val="0"/>
          <w:strike w:val="0"/>
          <w:sz w:val="16"/>
          <w:u w:val="none"/>
        </w:rPr>
        <w:t xml:space="preserve">, the effects </w:t>
      </w:r>
      <w:r>
        <w:rPr>
          <w:b w:val="0"/>
          <w:i w:val="0"/>
          <w:smallCaps w:val="0"/>
          <w:strike w:val="0"/>
          <w:sz w:val="22"/>
          <w:u w:val="single"/>
        </w:rPr>
        <w:t xml:space="preserve">will be </w:t>
      </w:r>
      <w:r>
        <w:rPr>
          <w:b/>
          <w:i w:val="0"/>
          <w:smallCaps w:val="0"/>
          <w:strike w:val="0"/>
          <w:sz w:val="22"/>
          <w:u w:val="single"/>
        </w:rPr>
        <w:t>catastrophic</w:t>
      </w:r>
      <w:r>
        <w:rPr>
          <w:b w:val="0"/>
          <w:i w:val="0"/>
          <w:smallCaps w:val="0"/>
          <w:strike w:val="0"/>
          <w:sz w:val="16"/>
          <w:u w:val="none"/>
        </w:rPr>
        <w:t>.</w:t>
      </w:r>
    </w:p>
    <w:p>
      <w:pPr>
        <w:spacing w:after="60"/>
      </w:pPr>
      <w:r>
        <w:rPr>
          <w:b w:val="0"/>
          <w:i w:val="0"/>
          <w:smallCaps w:val="0"/>
          <w:strike w:val="0"/>
          <w:sz w:val="16"/>
          <w:u w:val="none"/>
        </w:rPr>
        <w:t>This Isn’t (Entirely) Trump’s Fault</w:t>
      </w:r>
    </w:p>
    <w:p>
      <w:pPr>
        <w:spacing w:after="60"/>
      </w:pPr>
      <w:r>
        <w:rPr>
          <w:b w:val="0"/>
          <w:i w:val="0"/>
          <w:smallCaps w:val="0"/>
          <w:strike w:val="0"/>
          <w:sz w:val="16"/>
          <w:u w:val="none"/>
        </w:rPr>
        <w:t xml:space="preserve">While it may be tempting to blame Trump for the looming Cold War with China, it is not entirely Trump’s fault. While Trump’s recent China policy has not helped, tensions with China have been rising for a decade or more. Trump’s </w:t>
      </w:r>
      <w:r>
        <w:rPr>
          <w:b/>
          <w:i w:val="0"/>
          <w:smallCaps w:val="0"/>
          <w:strike w:val="0"/>
          <w:sz w:val="22"/>
          <w:highlight w:val="cyan"/>
          <w:u w:val="single"/>
        </w:rPr>
        <w:t>confrontation</w:t>
      </w:r>
      <w:r>
        <w:rPr>
          <w:b w:val="0"/>
          <w:i w:val="0"/>
          <w:smallCaps w:val="0"/>
          <w:strike w:val="0"/>
          <w:sz w:val="22"/>
          <w:u w:val="single"/>
        </w:rPr>
        <w:t xml:space="preserve">al attitude toward China—as seen </w:t>
      </w:r>
      <w:r>
        <w:rPr>
          <w:b w:val="0"/>
          <w:i w:val="0"/>
          <w:smallCaps w:val="0"/>
          <w:strike w:val="0"/>
          <w:sz w:val="22"/>
          <w:highlight w:val="cyan"/>
          <w:u w:val="single"/>
        </w:rPr>
        <w:t>through</w:t>
      </w:r>
      <w:r>
        <w:rPr>
          <w:b w:val="0"/>
          <w:i w:val="0"/>
          <w:smallCaps w:val="0"/>
          <w:strike w:val="0"/>
          <w:sz w:val="22"/>
          <w:u w:val="single"/>
        </w:rPr>
        <w:t xml:space="preserve"> the </w:t>
      </w:r>
      <w:r>
        <w:rPr>
          <w:b/>
          <w:i w:val="0"/>
          <w:smallCaps w:val="0"/>
          <w:strike w:val="0"/>
          <w:sz w:val="22"/>
          <w:highlight w:val="cyan"/>
          <w:u w:val="single"/>
        </w:rPr>
        <w:t>trade war</w:t>
      </w:r>
      <w:r>
        <w:rPr>
          <w:b w:val="0"/>
          <w:i w:val="0"/>
          <w:smallCaps w:val="0"/>
          <w:strike w:val="0"/>
          <w:sz w:val="16"/>
          <w:u w:val="none"/>
        </w:rPr>
        <w:t xml:space="preserve"> and the pandemic blame—</w:t>
      </w:r>
      <w:r>
        <w:rPr>
          <w:b w:val="0"/>
          <w:i w:val="0"/>
          <w:smallCaps w:val="0"/>
          <w:strike w:val="0"/>
          <w:sz w:val="22"/>
          <w:highlight w:val="cyan"/>
          <w:u w:val="single"/>
        </w:rPr>
        <w:t xml:space="preserve">is a </w:t>
      </w:r>
      <w:r>
        <w:rPr>
          <w:b/>
          <w:i w:val="0"/>
          <w:smallCaps w:val="0"/>
          <w:strike w:val="0"/>
          <w:sz w:val="22"/>
          <w:highlight w:val="cyan"/>
          <w:u w:val="single"/>
        </w:rPr>
        <w:t>product</w:t>
      </w:r>
      <w:r>
        <w:rPr>
          <w:b w:val="0"/>
          <w:i w:val="0"/>
          <w:smallCaps w:val="0"/>
          <w:strike w:val="0"/>
          <w:sz w:val="22"/>
          <w:u w:val="single"/>
        </w:rPr>
        <w:t xml:space="preserve"> of</w:t>
      </w:r>
      <w:r>
        <w:rPr>
          <w:b w:val="0"/>
          <w:i w:val="0"/>
          <w:smallCaps w:val="0"/>
          <w:strike w:val="0"/>
          <w:sz w:val="16"/>
          <w:u w:val="none"/>
        </w:rPr>
        <w:t xml:space="preserve"> these </w:t>
      </w:r>
      <w:r>
        <w:rPr>
          <w:b w:val="0"/>
          <w:i w:val="0"/>
          <w:smallCaps w:val="0"/>
          <w:strike w:val="0"/>
          <w:sz w:val="22"/>
          <w:u w:val="single"/>
        </w:rPr>
        <w:t>tensions</w:t>
      </w:r>
      <w:r>
        <w:rPr>
          <w:b w:val="0"/>
          <w:i w:val="0"/>
          <w:smallCaps w:val="0"/>
          <w:strike w:val="0"/>
          <w:sz w:val="16"/>
          <w:u w:val="none"/>
        </w:rPr>
        <w:t>, either as a cynical appeal to his base or heartfelt xenophobia.</w:t>
      </w:r>
    </w:p>
    <w:p>
      <w:pPr>
        <w:spacing w:after="60"/>
      </w:pPr>
      <w:r>
        <w:rPr>
          <w:b w:val="0"/>
          <w:i w:val="0"/>
          <w:smallCaps w:val="0"/>
          <w:strike w:val="0"/>
          <w:sz w:val="10"/>
          <w:u w:val="none"/>
        </w:rPr>
        <w:t>Trump may indeed be biased against China, and his lack of strategic thinking may be the ultimate blunder that leads us into another Cold War, but there is a reason for his attitude toward China: us. Over the past seven decades, Americans became accustomed to thinking of Beijing as “The Other.” They may not have been the enemy, but Americans have been comfortable viewing them warily, as well as comfortable with politicians telling us the Chinese are an economic rival and a threat to our jobs.</w:t>
      </w:r>
    </w:p>
    <w:p>
      <w:pPr>
        <w:spacing w:after="60"/>
      </w:pPr>
      <w:r>
        <w:rPr>
          <w:b w:val="0"/>
          <w:i w:val="0"/>
          <w:smallCaps w:val="0"/>
          <w:strike w:val="0"/>
          <w:sz w:val="10"/>
          <w:u w:val="none"/>
        </w:rPr>
        <w:t xml:space="preserve">Of course, we were too dim to notice that the movement of manufacturing jobs to Asia could only occur via a globalized world, or that our politicians had built that globalized world to foster domestic economic growth. Thus, politicians have told us out of one side of their mouths that globalization is good for the economy and will make us </w:t>
      </w:r>
      <w:r>
        <w:rPr>
          <w:b w:val="0"/>
          <w:i w:val="0"/>
          <w:smallCaps w:val="0"/>
          <w:strike w:val="0"/>
          <w:sz w:val="10"/>
          <w:u w:val="none"/>
        </w:rPr>
        <w:t>all the more</w:t>
      </w:r>
      <w:r>
        <w:rPr>
          <w:b w:val="0"/>
          <w:i w:val="0"/>
          <w:smallCaps w:val="0"/>
          <w:strike w:val="0"/>
          <w:sz w:val="10"/>
          <w:u w:val="none"/>
        </w:rPr>
        <w:t xml:space="preserve"> prosperous, while telling us from the other side of their mouths that our jobs are all moving to China. Remarkably, neither is correct. Globalization will make us poorer in the long term because it leads to unsustainable economic growth, and, until recently, we had more jobs than at any time in our history. The fact that we were near full employment prior to the pandemic somehow failed to alert people of the lie that the Chinese were stealing our livelihoods.</w:t>
      </w:r>
    </w:p>
    <w:p>
      <w:pPr>
        <w:spacing w:after="60"/>
      </w:pPr>
      <w:r>
        <w:rPr>
          <w:b w:val="0"/>
          <w:i w:val="0"/>
          <w:smallCaps w:val="0"/>
          <w:strike w:val="0"/>
          <w:sz w:val="10"/>
          <w:u w:val="none"/>
        </w:rPr>
        <w:t>Note that this is not to imply that the blame for this new Cold War, if it develops, is one sided. Certainly, the Chinese government will share in the fault. However, something about logs in eyes should encourage us to focus on our own culpability.</w:t>
      </w:r>
    </w:p>
    <w:p>
      <w:pPr>
        <w:spacing w:after="60"/>
      </w:pPr>
      <w:r>
        <w:rPr>
          <w:b w:val="0"/>
          <w:i w:val="0"/>
          <w:smallCaps w:val="0"/>
          <w:strike w:val="0"/>
          <w:sz w:val="10"/>
          <w:u w:val="none"/>
        </w:rPr>
        <w:t>The Cost of a Cold War</w:t>
      </w:r>
    </w:p>
    <w:p>
      <w:pPr>
        <w:spacing w:after="60"/>
      </w:pPr>
      <w:r>
        <w:rPr>
          <w:b w:val="0"/>
          <w:i w:val="0"/>
          <w:smallCaps w:val="0"/>
          <w:strike w:val="0"/>
          <w:sz w:val="22"/>
          <w:u w:val="single"/>
        </w:rPr>
        <w:t>But why does it matter if we enter another Cold War? Why would a Cold War with China</w:t>
      </w:r>
      <w:r>
        <w:rPr>
          <w:b w:val="0"/>
          <w:i w:val="0"/>
          <w:smallCaps w:val="0"/>
          <w:strike w:val="0"/>
          <w:sz w:val="16"/>
          <w:u w:val="none"/>
        </w:rPr>
        <w:t xml:space="preserve">, if it results from this pandemic, </w:t>
      </w:r>
      <w:r>
        <w:rPr>
          <w:b w:val="0"/>
          <w:i w:val="0"/>
          <w:smallCaps w:val="0"/>
          <w:strike w:val="0"/>
          <w:sz w:val="22"/>
          <w:u w:val="single"/>
        </w:rPr>
        <w:t>be the most consequential result of COVID-19?</w:t>
      </w:r>
    </w:p>
    <w:p>
      <w:pPr>
        <w:spacing w:after="60"/>
      </w:pPr>
      <w:r>
        <w:rPr>
          <w:b w:val="0"/>
          <w:i w:val="0"/>
          <w:smallCaps w:val="0"/>
          <w:strike w:val="0"/>
          <w:sz w:val="16"/>
          <w:u w:val="none"/>
        </w:rPr>
        <w:t>Between 1950 and the Soviet Union’s economic peak in 1989, U.S. real per capita GDP more than doubled, while the Soviet Union’s per capita GDP nearly tripled, according to data from the Maddison Project. If similar growth occurs again over the next 40 years, by 2060 the U.S. GDP would exceed $100,000 per person (in 2011 dollars), while China’s per capita GDP might be $40,000, approaching contemporary U.S. standards.</w:t>
      </w:r>
    </w:p>
    <w:p>
      <w:pPr>
        <w:spacing w:after="60"/>
      </w:pPr>
      <w:r>
        <w:rPr>
          <w:b w:val="0"/>
          <w:i w:val="0"/>
          <w:smallCaps w:val="0"/>
          <w:strike w:val="0"/>
          <w:sz w:val="16"/>
          <w:u w:val="none"/>
        </w:rPr>
        <w:t xml:space="preserve">Such economic </w:t>
      </w:r>
      <w:r>
        <w:rPr>
          <w:b w:val="0"/>
          <w:i w:val="0"/>
          <w:smallCaps w:val="0"/>
          <w:strike w:val="0"/>
          <w:sz w:val="22"/>
          <w:highlight w:val="cyan"/>
          <w:u w:val="single"/>
        </w:rPr>
        <w:t>growth</w:t>
      </w:r>
      <w:r>
        <w:rPr>
          <w:b w:val="0"/>
          <w:i w:val="0"/>
          <w:smallCaps w:val="0"/>
          <w:strike w:val="0"/>
          <w:sz w:val="22"/>
          <w:u w:val="single"/>
        </w:rPr>
        <w:t xml:space="preserve"> would </w:t>
      </w:r>
      <w:r>
        <w:rPr>
          <w:b w:val="0"/>
          <w:i w:val="0"/>
          <w:smallCaps w:val="0"/>
          <w:strike w:val="0"/>
          <w:sz w:val="22"/>
          <w:highlight w:val="cyan"/>
          <w:u w:val="single"/>
        </w:rPr>
        <w:t>require</w:t>
      </w:r>
      <w:r>
        <w:rPr>
          <w:b w:val="0"/>
          <w:i w:val="0"/>
          <w:smallCaps w:val="0"/>
          <w:strike w:val="0"/>
          <w:sz w:val="22"/>
          <w:u w:val="single"/>
        </w:rPr>
        <w:t xml:space="preserve"> similar </w:t>
      </w:r>
      <w:r>
        <w:rPr>
          <w:b w:val="0"/>
          <w:i w:val="0"/>
          <w:smallCaps w:val="0"/>
          <w:strike w:val="0"/>
          <w:sz w:val="22"/>
          <w:highlight w:val="cyan"/>
          <w:u w:val="single"/>
        </w:rPr>
        <w:t xml:space="preserve">increases in </w:t>
      </w:r>
      <w:r>
        <w:rPr>
          <w:b/>
          <w:i w:val="0"/>
          <w:smallCaps w:val="0"/>
          <w:strike w:val="0"/>
          <w:sz w:val="22"/>
          <w:highlight w:val="cyan"/>
          <w:u w:val="single"/>
        </w:rPr>
        <w:t>energy demand</w:t>
      </w:r>
      <w:r>
        <w:rPr>
          <w:b w:val="0"/>
          <w:i w:val="0"/>
          <w:smallCaps w:val="0"/>
          <w:strike w:val="0"/>
          <w:sz w:val="22"/>
          <w:u w:val="single"/>
        </w:rPr>
        <w:t xml:space="preserve">, and this demand would occur </w:t>
      </w:r>
      <w:r>
        <w:rPr>
          <w:b w:val="0"/>
          <w:i w:val="0"/>
          <w:smallCaps w:val="0"/>
          <w:strike w:val="0"/>
          <w:sz w:val="22"/>
          <w:highlight w:val="cyan"/>
          <w:u w:val="single"/>
        </w:rPr>
        <w:t>both in</w:t>
      </w:r>
      <w:r>
        <w:rPr>
          <w:b w:val="0"/>
          <w:i w:val="0"/>
          <w:smallCaps w:val="0"/>
          <w:strike w:val="0"/>
          <w:sz w:val="22"/>
          <w:u w:val="single"/>
        </w:rPr>
        <w:t xml:space="preserve"> the </w:t>
      </w:r>
      <w:r>
        <w:rPr>
          <w:b/>
          <w:i w:val="0"/>
          <w:smallCaps w:val="0"/>
          <w:strike w:val="0"/>
          <w:sz w:val="22"/>
          <w:highlight w:val="cyan"/>
          <w:u w:val="single"/>
        </w:rPr>
        <w:t>US</w:t>
      </w:r>
      <w:r>
        <w:rPr>
          <w:b w:val="0"/>
          <w:i w:val="0"/>
          <w:smallCaps w:val="0"/>
          <w:strike w:val="0"/>
          <w:sz w:val="22"/>
          <w:u w:val="single"/>
        </w:rPr>
        <w:t xml:space="preserve">A </w:t>
      </w:r>
      <w:r>
        <w:rPr>
          <w:b w:val="0"/>
          <w:i w:val="0"/>
          <w:smallCaps w:val="0"/>
          <w:strike w:val="0"/>
          <w:sz w:val="22"/>
          <w:highlight w:val="cyan"/>
          <w:u w:val="single"/>
        </w:rPr>
        <w:t>and China</w:t>
      </w:r>
      <w:r>
        <w:rPr>
          <w:b w:val="0"/>
          <w:i w:val="0"/>
          <w:smallCaps w:val="0"/>
          <w:strike w:val="0"/>
          <w:sz w:val="16"/>
          <w:u w:val="none"/>
        </w:rPr>
        <w:t xml:space="preserve">, as well as in their trading partners. These trading partners would export goods to the USA and China and would require increased energy consumption to produce these goods. In some cases, </w:t>
      </w:r>
      <w:r>
        <w:rPr>
          <w:b w:val="0"/>
          <w:i w:val="0"/>
          <w:smallCaps w:val="0"/>
          <w:strike w:val="0"/>
          <w:sz w:val="22"/>
          <w:u w:val="single"/>
        </w:rPr>
        <w:t xml:space="preserve">this </w:t>
      </w:r>
      <w:r>
        <w:rPr>
          <w:b w:val="0"/>
          <w:i w:val="0"/>
          <w:smallCaps w:val="0"/>
          <w:strike w:val="0"/>
          <w:sz w:val="22"/>
          <w:highlight w:val="cyan"/>
          <w:u w:val="single"/>
        </w:rPr>
        <w:t>increased</w:t>
      </w:r>
      <w:r>
        <w:rPr>
          <w:b w:val="0"/>
          <w:i w:val="0"/>
          <w:smallCaps w:val="0"/>
          <w:strike w:val="0"/>
          <w:sz w:val="22"/>
          <w:u w:val="single"/>
        </w:rPr>
        <w:t xml:space="preserve"> global </w:t>
      </w:r>
      <w:r>
        <w:rPr>
          <w:b w:val="0"/>
          <w:i w:val="0"/>
          <w:smallCaps w:val="0"/>
          <w:strike w:val="0"/>
          <w:sz w:val="22"/>
          <w:highlight w:val="cyan"/>
          <w:u w:val="single"/>
        </w:rPr>
        <w:t>energy</w:t>
      </w:r>
      <w:r>
        <w:rPr>
          <w:b w:val="0"/>
          <w:i w:val="0"/>
          <w:smallCaps w:val="0"/>
          <w:strike w:val="0"/>
          <w:sz w:val="16"/>
          <w:u w:val="none"/>
        </w:rPr>
        <w:t xml:space="preserve"> demand may be met with renewables, while in others it may be met with fossil fuels. In either case, it </w:t>
      </w:r>
      <w:r>
        <w:rPr>
          <w:b w:val="0"/>
          <w:i w:val="0"/>
          <w:smallCaps w:val="0"/>
          <w:strike w:val="0"/>
          <w:sz w:val="22"/>
          <w:highlight w:val="cyan"/>
          <w:u w:val="single"/>
        </w:rPr>
        <w:t xml:space="preserve">would </w:t>
      </w:r>
      <w:r>
        <w:rPr>
          <w:b/>
          <w:i w:val="0"/>
          <w:smallCaps w:val="0"/>
          <w:strike w:val="0"/>
          <w:sz w:val="24"/>
          <w:highlight w:val="cyan"/>
          <w:u w:val="single"/>
        </w:rPr>
        <w:t>not be sustainable</w:t>
      </w:r>
      <w:r>
        <w:rPr>
          <w:b w:val="0"/>
          <w:i w:val="0"/>
          <w:smallCaps w:val="0"/>
          <w:strike w:val="0"/>
          <w:u w:val="none"/>
        </w:rPr>
        <w:t xml:space="preserve"> </w:t>
      </w:r>
      <w:r>
        <w:rPr>
          <w:b w:val="0"/>
          <w:i w:val="0"/>
          <w:smallCaps w:val="0"/>
          <w:strike w:val="0"/>
          <w:sz w:val="16"/>
          <w:u w:val="none"/>
        </w:rPr>
        <w:t>for two main reasons.</w:t>
      </w:r>
    </w:p>
    <w:p>
      <w:pPr>
        <w:spacing w:after="60"/>
      </w:pPr>
      <w:r>
        <w:rPr>
          <w:b w:val="0"/>
          <w:i w:val="0"/>
          <w:smallCaps w:val="0"/>
          <w:strike w:val="0"/>
          <w:sz w:val="16"/>
          <w:u w:val="none"/>
        </w:rPr>
        <w:t xml:space="preserve">First, </w:t>
      </w:r>
      <w:r>
        <w:rPr>
          <w:b w:val="0"/>
          <w:i w:val="0"/>
          <w:smallCaps w:val="0"/>
          <w:strike w:val="0"/>
          <w:sz w:val="22"/>
          <w:highlight w:val="cyan"/>
          <w:u w:val="single"/>
        </w:rPr>
        <w:t>renewables</w:t>
      </w:r>
      <w:r>
        <w:rPr>
          <w:b w:val="0"/>
          <w:i w:val="0"/>
          <w:smallCaps w:val="0"/>
          <w:strike w:val="0"/>
          <w:sz w:val="16"/>
          <w:u w:val="none"/>
        </w:rPr>
        <w:t xml:space="preserve">, while far less damaging to the earth’s systems than fossil fuels, </w:t>
      </w:r>
      <w:r>
        <w:rPr>
          <w:b w:val="0"/>
          <w:i w:val="0"/>
          <w:smallCaps w:val="0"/>
          <w:strike w:val="0"/>
          <w:sz w:val="22"/>
          <w:highlight w:val="cyan"/>
          <w:u w:val="single"/>
        </w:rPr>
        <w:t xml:space="preserve">have </w:t>
      </w:r>
      <w:r>
        <w:rPr>
          <w:b/>
          <w:i w:val="0"/>
          <w:smallCaps w:val="0"/>
          <w:strike w:val="0"/>
          <w:sz w:val="24"/>
          <w:highlight w:val="cyan"/>
          <w:u w:val="single"/>
        </w:rPr>
        <w:t>environmental impacts</w:t>
      </w:r>
      <w:r>
        <w:rPr>
          <w:b w:val="0"/>
          <w:i w:val="0"/>
          <w:smallCaps w:val="0"/>
          <w:strike w:val="0"/>
          <w:sz w:val="16"/>
          <w:u w:val="none"/>
        </w:rPr>
        <w:t>. Those impacts may be mitigated with future technology and should not dissuade us from moving away from fossil fuels, but nor should we pretend that they are environmentally benign.</w:t>
      </w:r>
    </w:p>
    <w:p>
      <w:pPr>
        <w:spacing w:after="60"/>
      </w:pPr>
      <w:r>
        <w:rPr>
          <w:b w:val="0"/>
          <w:i w:val="0"/>
          <w:smallCaps w:val="0"/>
          <w:strike w:val="0"/>
          <w:sz w:val="16"/>
          <w:u w:val="none"/>
        </w:rPr>
        <w:t xml:space="preserve">Second, </w:t>
      </w:r>
      <w:r>
        <w:rPr>
          <w:b w:val="0"/>
          <w:i w:val="0"/>
          <w:smallCaps w:val="0"/>
          <w:strike w:val="0"/>
          <w:sz w:val="22"/>
          <w:u w:val="single"/>
        </w:rPr>
        <w:t xml:space="preserve">if increased energy demand occurs, </w:t>
      </w:r>
      <w:r>
        <w:rPr>
          <w:b w:val="0"/>
          <w:i w:val="0"/>
          <w:smallCaps w:val="0"/>
          <w:strike w:val="0"/>
          <w:sz w:val="22"/>
          <w:highlight w:val="cyan"/>
          <w:u w:val="single"/>
        </w:rPr>
        <w:t xml:space="preserve">it will </w:t>
      </w:r>
      <w:r>
        <w:rPr>
          <w:b/>
          <w:i w:val="0"/>
          <w:smallCaps w:val="0"/>
          <w:strike w:val="0"/>
          <w:sz w:val="22"/>
          <w:highlight w:val="cyan"/>
          <w:u w:val="single"/>
        </w:rPr>
        <w:t>slow</w:t>
      </w:r>
      <w:r>
        <w:rPr>
          <w:b/>
          <w:i w:val="0"/>
          <w:smallCaps w:val="0"/>
          <w:strike w:val="0"/>
          <w:sz w:val="22"/>
          <w:u w:val="single"/>
        </w:rPr>
        <w:t xml:space="preserve"> the </w:t>
      </w:r>
      <w:r>
        <w:rPr>
          <w:b/>
          <w:i w:val="0"/>
          <w:smallCaps w:val="0"/>
          <w:strike w:val="0"/>
          <w:sz w:val="22"/>
          <w:highlight w:val="cyan"/>
          <w:u w:val="single"/>
        </w:rPr>
        <w:t>transition</w:t>
      </w:r>
      <w:r>
        <w:rPr>
          <w:b w:val="0"/>
          <w:i w:val="0"/>
          <w:smallCaps w:val="0"/>
          <w:strike w:val="0"/>
          <w:sz w:val="22"/>
          <w:u w:val="single"/>
        </w:rPr>
        <w:t xml:space="preserve"> away </w:t>
      </w:r>
      <w:r>
        <w:rPr>
          <w:b w:val="0"/>
          <w:i w:val="0"/>
          <w:smallCaps w:val="0"/>
          <w:strike w:val="0"/>
          <w:sz w:val="22"/>
          <w:highlight w:val="cyan"/>
          <w:u w:val="single"/>
        </w:rPr>
        <w:t xml:space="preserve">from </w:t>
      </w:r>
      <w:r>
        <w:rPr>
          <w:b/>
          <w:i w:val="0"/>
          <w:smallCaps w:val="0"/>
          <w:strike w:val="0"/>
          <w:sz w:val="24"/>
          <w:highlight w:val="cyan"/>
          <w:u w:val="single"/>
        </w:rPr>
        <w:t>fossil fuels</w:t>
      </w:r>
      <w:r>
        <w:rPr>
          <w:b w:val="0"/>
          <w:i w:val="0"/>
          <w:smallCaps w:val="0"/>
          <w:strike w:val="0"/>
          <w:sz w:val="16"/>
          <w:u w:val="none"/>
        </w:rPr>
        <w:t xml:space="preserve">. If the USA and China feel the need to grow their economy, </w:t>
      </w:r>
      <w:r>
        <w:rPr>
          <w:b w:val="0"/>
          <w:i w:val="0"/>
          <w:smallCaps w:val="0"/>
          <w:strike w:val="0"/>
          <w:sz w:val="22"/>
          <w:u w:val="single"/>
        </w:rPr>
        <w:t>they may delay</w:t>
      </w:r>
      <w:r>
        <w:rPr>
          <w:b w:val="0"/>
          <w:i w:val="0"/>
          <w:smallCaps w:val="0"/>
          <w:strike w:val="0"/>
          <w:sz w:val="16"/>
          <w:u w:val="none"/>
        </w:rPr>
        <w:t xml:space="preserve"> the </w:t>
      </w:r>
      <w:r>
        <w:rPr>
          <w:b w:val="0"/>
          <w:i w:val="0"/>
          <w:smallCaps w:val="0"/>
          <w:strike w:val="0"/>
          <w:sz w:val="22"/>
          <w:u w:val="single"/>
        </w:rPr>
        <w:t>decommissioning of coal and natural gas-fired power. They may</w:t>
      </w:r>
      <w:r>
        <w:rPr>
          <w:b w:val="0"/>
          <w:i w:val="0"/>
          <w:smallCaps w:val="0"/>
          <w:strike w:val="0"/>
          <w:sz w:val="16"/>
          <w:u w:val="none"/>
        </w:rPr>
        <w:t xml:space="preserve"> also </w:t>
      </w:r>
      <w:r>
        <w:rPr>
          <w:b w:val="0"/>
          <w:i w:val="0"/>
          <w:smallCaps w:val="0"/>
          <w:strike w:val="0"/>
          <w:sz w:val="22"/>
          <w:u w:val="single"/>
        </w:rPr>
        <w:t>defer investment in carbon-negative systems</w:t>
      </w:r>
      <w:r>
        <w:rPr>
          <w:b w:val="0"/>
          <w:i w:val="0"/>
          <w:smallCaps w:val="0"/>
          <w:strike w:val="0"/>
          <w:sz w:val="16"/>
          <w:u w:val="none"/>
        </w:rPr>
        <w:t>, which will be required to meet the goals of the Paris Agreement.</w:t>
      </w:r>
    </w:p>
    <w:p>
      <w:pPr>
        <w:spacing w:after="60"/>
      </w:pPr>
      <w:r>
        <w:rPr>
          <w:b w:val="0"/>
          <w:i w:val="0"/>
          <w:smallCaps w:val="0"/>
          <w:strike w:val="0"/>
          <w:sz w:val="16"/>
          <w:u w:val="none"/>
        </w:rPr>
        <w:t xml:space="preserve">In addition to these changes in energy demand, </w:t>
      </w:r>
      <w:r>
        <w:rPr>
          <w:b w:val="0"/>
          <w:i w:val="0"/>
          <w:smallCaps w:val="0"/>
          <w:strike w:val="0"/>
          <w:sz w:val="22"/>
          <w:u w:val="single"/>
        </w:rPr>
        <w:t>a second cold war might</w:t>
      </w:r>
      <w:r>
        <w:rPr>
          <w:b w:val="0"/>
          <w:i w:val="0"/>
          <w:smallCaps w:val="0"/>
          <w:strike w:val="0"/>
          <w:sz w:val="16"/>
          <w:u w:val="none"/>
        </w:rPr>
        <w:t xml:space="preserve"> also </w:t>
      </w:r>
      <w:r>
        <w:rPr>
          <w:b w:val="0"/>
          <w:i w:val="0"/>
          <w:smallCaps w:val="0"/>
          <w:strike w:val="0"/>
          <w:sz w:val="22"/>
          <w:u w:val="single"/>
        </w:rPr>
        <w:t xml:space="preserve">lead to </w:t>
      </w:r>
      <w:r>
        <w:rPr>
          <w:b/>
          <w:i w:val="0"/>
          <w:smallCaps w:val="0"/>
          <w:strike w:val="0"/>
          <w:sz w:val="24"/>
          <w:highlight w:val="cyan"/>
          <w:u w:val="single"/>
        </w:rPr>
        <w:t>rapid tech</w:t>
      </w:r>
      <w:r>
        <w:rPr>
          <w:b/>
          <w:i w:val="0"/>
          <w:smallCaps w:val="0"/>
          <w:strike w:val="0"/>
          <w:sz w:val="24"/>
          <w:u w:val="single"/>
        </w:rPr>
        <w:t xml:space="preserve">nological </w:t>
      </w:r>
      <w:r>
        <w:rPr>
          <w:b/>
          <w:i w:val="0"/>
          <w:smallCaps w:val="0"/>
          <w:strike w:val="0"/>
          <w:sz w:val="24"/>
          <w:highlight w:val="cyan"/>
          <w:u w:val="single"/>
        </w:rPr>
        <w:t>development</w:t>
      </w:r>
      <w:r>
        <w:rPr>
          <w:b w:val="0"/>
          <w:i w:val="0"/>
          <w:smallCaps w:val="0"/>
          <w:strike w:val="0"/>
          <w:sz w:val="24"/>
          <w:u w:val="single"/>
        </w:rPr>
        <w:t xml:space="preserve"> </w:t>
      </w:r>
      <w:r>
        <w:rPr>
          <w:b w:val="0"/>
          <w:i w:val="0"/>
          <w:smallCaps w:val="0"/>
          <w:strike w:val="0"/>
          <w:sz w:val="22"/>
          <w:u w:val="single"/>
        </w:rPr>
        <w:t>which</w:t>
      </w:r>
      <w:r>
        <w:rPr>
          <w:b w:val="0"/>
          <w:i w:val="0"/>
          <w:smallCaps w:val="0"/>
          <w:strike w:val="0"/>
          <w:sz w:val="16"/>
          <w:u w:val="none"/>
        </w:rPr>
        <w:t xml:space="preserve"> would further stimulate the economy and </w:t>
      </w:r>
      <w:r>
        <w:rPr>
          <w:b w:val="0"/>
          <w:i w:val="0"/>
          <w:smallCaps w:val="0"/>
          <w:strike w:val="0"/>
          <w:sz w:val="22"/>
          <w:highlight w:val="cyan"/>
          <w:u w:val="single"/>
        </w:rPr>
        <w:t xml:space="preserve">lead to </w:t>
      </w:r>
      <w:r>
        <w:rPr>
          <w:b/>
          <w:i w:val="0"/>
          <w:smallCaps w:val="0"/>
          <w:strike w:val="0"/>
          <w:sz w:val="22"/>
          <w:highlight w:val="cyan"/>
          <w:u w:val="single"/>
        </w:rPr>
        <w:t>further</w:t>
      </w:r>
      <w:r>
        <w:rPr>
          <w:b/>
          <w:i w:val="0"/>
          <w:smallCaps w:val="0"/>
          <w:strike w:val="0"/>
          <w:sz w:val="22"/>
          <w:u w:val="single"/>
        </w:rPr>
        <w:t xml:space="preserve"> energy </w:t>
      </w:r>
      <w:r>
        <w:rPr>
          <w:b/>
          <w:i w:val="0"/>
          <w:smallCaps w:val="0"/>
          <w:strike w:val="0"/>
          <w:sz w:val="22"/>
          <w:highlight w:val="cyan"/>
          <w:u w:val="single"/>
        </w:rPr>
        <w:t>use</w:t>
      </w:r>
      <w:r>
        <w:rPr>
          <w:b w:val="0"/>
          <w:i w:val="0"/>
          <w:smallCaps w:val="0"/>
          <w:strike w:val="0"/>
          <w:sz w:val="16"/>
          <w:u w:val="none"/>
        </w:rPr>
        <w:t>. Consider the technologies that emerged largely from investments in the U.S. military industrial complex of the first Cold War: the internet, satellites, GPS, cell phones, computers, and robotics. Consider how much of our economic growth over the last five decades is the result of these technologies. Consider how much of our energy growth and climate emissions result from that economic growth. And consider what will happen if we use our considerable ability to innovate in the service of more economic and energy growth.</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