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U.S.-China relations solve extinction---effective engagement solves Arctic conflict, climate change and North Korea war.</w:t>
      </w:r>
    </w:p>
    <w:p>
      <w:pPr>
        <w:spacing w:after="80"/>
      </w:pPr>
      <w:r>
        <w:rPr>
          <w:b w:val="0"/>
          <w:i w:val="0"/>
          <w:smallCaps w:val="0"/>
          <w:strike w:val="0"/>
          <w:color w:val="000000"/>
          <w:u w:val="none"/>
        </w:rPr>
        <w:t xml:space="preserve">James </w:t>
      </w:r>
      <w:r>
        <w:rPr>
          <w:b/>
          <w:i w:val="0"/>
          <w:smallCaps w:val="0"/>
          <w:strike w:val="0"/>
          <w:color w:val="000000"/>
          <w:sz w:val="26"/>
          <w:u w:val="none"/>
        </w:rPr>
        <w:t>Stavridis</w:t>
      </w:r>
      <w:r>
        <w:rPr>
          <w:b w:val="0"/>
          <w:i w:val="0"/>
          <w:smallCaps w:val="0"/>
          <w:strike w:val="0"/>
          <w:color w:val="000000"/>
          <w:u w:val="none"/>
        </w:rPr>
        <w:t xml:space="preserve"> </w:t>
      </w:r>
      <w:r>
        <w:rPr>
          <w:b/>
          <w:i w:val="0"/>
          <w:smallCaps w:val="0"/>
          <w:strike w:val="0"/>
          <w:color w:val="000000"/>
          <w:sz w:val="26"/>
          <w:u w:val="none"/>
        </w:rPr>
        <w:t>20</w:t>
      </w:r>
      <w:r>
        <w:rPr>
          <w:b w:val="0"/>
          <w:i w:val="0"/>
          <w:smallCaps w:val="0"/>
          <w:strike w:val="0"/>
          <w:color w:val="000000"/>
          <w:u w:val="none"/>
        </w:rPr>
        <w:t>. Retired U.S. Navy admiral and former supreme allied commander of NATO, dean emeritus of the Fletcher School of Law and Diplomacy at Tufts University, "Can the U.S. and China Cooperate? Sure." 8-1-2020. Bloomberg. https://www.bloomberg.com/opinion/articles/2020-08-01/u-s-and-china-can-cooperate-on-covid-climate-and-the-arctic.</w:t>
      </w:r>
    </w:p>
    <w:p>
      <w:pPr>
        <w:spacing w:after="60"/>
      </w:pPr>
      <w:r>
        <w:rPr>
          <w:b/>
          <w:i w:val="0"/>
          <w:smallCaps w:val="0"/>
          <w:strike w:val="0"/>
          <w:color w:val="000000"/>
          <w:u w:val="single"/>
        </w:rPr>
        <w:t>Washington</w:t>
      </w:r>
      <w:r>
        <w:rPr>
          <w:b w:val="0"/>
          <w:i w:val="0"/>
          <w:smallCaps w:val="0"/>
          <w:strike w:val="0"/>
          <w:color w:val="000000"/>
          <w:sz w:val="16"/>
          <w:u w:val="none"/>
        </w:rPr>
        <w:t xml:space="preserve"> </w:t>
      </w:r>
      <w:r>
        <w:rPr>
          <w:b w:val="0"/>
          <w:i w:val="0"/>
          <w:smallCaps w:val="0"/>
          <w:strike w:val="0"/>
          <w:color w:val="000000"/>
          <w:u w:val="single"/>
        </w:rPr>
        <w:t>needs to</w:t>
      </w:r>
      <w:r>
        <w:rPr>
          <w:b w:val="0"/>
          <w:i w:val="0"/>
          <w:smallCaps w:val="0"/>
          <w:strike w:val="0"/>
          <w:color w:val="000000"/>
          <w:sz w:val="16"/>
          <w:u w:val="none"/>
        </w:rPr>
        <w:t xml:space="preserve"> </w:t>
      </w:r>
      <w:r>
        <w:rPr>
          <w:b/>
          <w:i w:val="0"/>
          <w:smallCaps w:val="0"/>
          <w:strike w:val="0"/>
          <w:color w:val="000000"/>
          <w:u w:val="single"/>
        </w:rPr>
        <w:t>bend the arc</w:t>
      </w:r>
      <w:r>
        <w:rPr>
          <w:b w:val="0"/>
          <w:i w:val="0"/>
          <w:smallCaps w:val="0"/>
          <w:strike w:val="0"/>
          <w:color w:val="000000"/>
          <w:sz w:val="16"/>
          <w:u w:val="none"/>
        </w:rPr>
        <w:t xml:space="preserve"> </w:t>
      </w:r>
      <w:r>
        <w:rPr>
          <w:b w:val="0"/>
          <w:i w:val="0"/>
          <w:smallCaps w:val="0"/>
          <w:strike w:val="0"/>
          <w:color w:val="000000"/>
          <w:u w:val="single"/>
        </w:rPr>
        <w:t>of the</w:t>
      </w:r>
      <w:r>
        <w:rPr>
          <w:b w:val="0"/>
          <w:i w:val="0"/>
          <w:smallCaps w:val="0"/>
          <w:strike w:val="0"/>
          <w:color w:val="000000"/>
          <w:sz w:val="16"/>
          <w:u w:val="none"/>
        </w:rPr>
        <w:t xml:space="preserve"> </w:t>
      </w:r>
      <w:r>
        <w:rPr>
          <w:b/>
          <w:i w:val="0"/>
          <w:smallCaps w:val="0"/>
          <w:strike w:val="0"/>
          <w:color w:val="000000"/>
          <w:u w:val="single"/>
        </w:rPr>
        <w:t>relationship</w:t>
      </w:r>
      <w:r>
        <w:rPr>
          <w:b w:val="0"/>
          <w:i w:val="0"/>
          <w:smallCaps w:val="0"/>
          <w:strike w:val="0"/>
          <w:color w:val="000000"/>
          <w:sz w:val="16"/>
          <w:u w:val="none"/>
        </w:rPr>
        <w:t xml:space="preserve"> </w:t>
      </w:r>
      <w:r>
        <w:rPr>
          <w:b w:val="0"/>
          <w:i w:val="0"/>
          <w:smallCaps w:val="0"/>
          <w:strike w:val="0"/>
          <w:color w:val="000000"/>
          <w:u w:val="single"/>
        </w:rPr>
        <w:t>between the</w:t>
      </w:r>
      <w:r>
        <w:rPr>
          <w:b w:val="0"/>
          <w:i w:val="0"/>
          <w:smallCaps w:val="0"/>
          <w:strike w:val="0"/>
          <w:color w:val="000000"/>
          <w:sz w:val="16"/>
          <w:u w:val="none"/>
        </w:rPr>
        <w:t xml:space="preserve"> </w:t>
      </w:r>
      <w:r>
        <w:rPr>
          <w:b/>
          <w:i w:val="0"/>
          <w:smallCaps w:val="0"/>
          <w:strike w:val="0"/>
          <w:color w:val="000000"/>
          <w:u w:val="single"/>
        </w:rPr>
        <w:t>two most important geopolitical actors</w:t>
      </w:r>
      <w:r>
        <w:rPr>
          <w:b w:val="0"/>
          <w:i w:val="0"/>
          <w:smallCaps w:val="0"/>
          <w:strike w:val="0"/>
          <w:color w:val="000000"/>
          <w:sz w:val="16"/>
          <w:u w:val="none"/>
        </w:rPr>
        <w:t xml:space="preserve"> </w:t>
      </w:r>
      <w:r>
        <w:rPr>
          <w:b w:val="0"/>
          <w:i w:val="0"/>
          <w:smallCaps w:val="0"/>
          <w:strike w:val="0"/>
          <w:color w:val="000000"/>
          <w:u w:val="single"/>
        </w:rPr>
        <w:t>of the 21st</w:t>
      </w:r>
      <w:r>
        <w:rPr>
          <w:b w:val="0"/>
          <w:i w:val="0"/>
          <w:smallCaps w:val="0"/>
          <w:strike w:val="0"/>
          <w:color w:val="000000"/>
          <w:sz w:val="16"/>
          <w:u w:val="none"/>
        </w:rPr>
        <w:t xml:space="preserve"> </w:t>
      </w:r>
      <w:r>
        <w:rPr>
          <w:b w:val="0"/>
          <w:i w:val="0"/>
          <w:smallCaps w:val="0"/>
          <w:strike w:val="0"/>
          <w:color w:val="000000"/>
          <w:u w:val="single"/>
        </w:rPr>
        <w:t>century</w:t>
      </w:r>
      <w:r>
        <w:rPr>
          <w:b w:val="0"/>
          <w:i w:val="0"/>
          <w:smallCaps w:val="0"/>
          <w:strike w:val="0"/>
          <w:color w:val="000000"/>
          <w:sz w:val="16"/>
          <w:u w:val="none"/>
        </w:rPr>
        <w:t xml:space="preserve">, </w:t>
      </w:r>
      <w:r>
        <w:rPr>
          <w:b w:val="0"/>
          <w:i w:val="0"/>
          <w:smallCaps w:val="0"/>
          <w:strike w:val="0"/>
          <w:color w:val="000000"/>
          <w:u w:val="single"/>
        </w:rPr>
        <w:t>but</w:t>
      </w:r>
      <w:r>
        <w:rPr>
          <w:b w:val="0"/>
          <w:i w:val="0"/>
          <w:smallCaps w:val="0"/>
          <w:strike w:val="0"/>
          <w:color w:val="000000"/>
          <w:sz w:val="16"/>
          <w:u w:val="none"/>
        </w:rPr>
        <w:t xml:space="preserve"> </w:t>
      </w:r>
      <w:r>
        <w:rPr>
          <w:b w:val="0"/>
          <w:i w:val="0"/>
          <w:smallCaps w:val="0"/>
          <w:strike w:val="0"/>
          <w:color w:val="000000"/>
          <w:u w:val="single"/>
        </w:rPr>
        <w:t>had better be</w:t>
      </w:r>
      <w:r>
        <w:rPr>
          <w:b w:val="0"/>
          <w:i w:val="0"/>
          <w:smallCaps w:val="0"/>
          <w:strike w:val="0"/>
          <w:color w:val="000000"/>
          <w:sz w:val="16"/>
          <w:u w:val="none"/>
        </w:rPr>
        <w:t xml:space="preserve"> </w:t>
      </w:r>
      <w:r>
        <w:rPr>
          <w:b/>
          <w:i w:val="0"/>
          <w:smallCaps w:val="0"/>
          <w:strike w:val="0"/>
          <w:color w:val="000000"/>
          <w:u w:val="single"/>
        </w:rPr>
        <w:t>careful not to break it altogether</w:t>
      </w:r>
      <w:r>
        <w:rPr>
          <w:b w:val="0"/>
          <w:i w:val="0"/>
          <w:smallCaps w:val="0"/>
          <w:strike w:val="0"/>
          <w:color w:val="000000"/>
          <w:u w:val="single"/>
        </w:rPr>
        <w:t>.</w:t>
      </w:r>
      <w:r>
        <w:rPr>
          <w:b w:val="0"/>
          <w:i w:val="0"/>
          <w:smallCaps w:val="0"/>
          <w:strike w:val="0"/>
          <w:color w:val="000000"/>
          <w:sz w:val="16"/>
          <w:u w:val="none"/>
        </w:rPr>
        <w:t xml:space="preserve"> That is a significant risk, especially in an election year in the highly polarized U.S. Bottom line: </w:t>
      </w:r>
      <w:r>
        <w:rPr>
          <w:b w:val="0"/>
          <w:i w:val="0"/>
          <w:smallCaps w:val="0"/>
          <w:strike w:val="0"/>
          <w:color w:val="000000"/>
          <w:u w:val="single"/>
        </w:rPr>
        <w:t>America should</w:t>
      </w:r>
      <w:r>
        <w:rPr>
          <w:b w:val="0"/>
          <w:i w:val="0"/>
          <w:smallCaps w:val="0"/>
          <w:strike w:val="0"/>
          <w:color w:val="000000"/>
          <w:sz w:val="16"/>
          <w:u w:val="none"/>
        </w:rPr>
        <w:t xml:space="preserve"> confront China where it must over crucial policy issues — but at the same time </w:t>
      </w:r>
      <w:r>
        <w:rPr>
          <w:b/>
          <w:i w:val="0"/>
          <w:smallCaps w:val="0"/>
          <w:strike w:val="0"/>
          <w:color w:val="000000"/>
          <w:u w:val="single"/>
        </w:rPr>
        <w:t>seek zones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i w:val="0"/>
          <w:smallCaps w:val="0"/>
          <w:strike w:val="0"/>
          <w:color w:val="000000"/>
          <w:u w:val="single"/>
        </w:rPr>
        <w:t>cooperation</w:t>
      </w:r>
      <w:r>
        <w:rPr>
          <w:b w:val="0"/>
          <w:i w:val="0"/>
          <w:smallCaps w:val="0"/>
          <w:strike w:val="0"/>
          <w:color w:val="000000"/>
          <w:sz w:val="16"/>
          <w:u w:val="none"/>
        </w:rPr>
        <w:t xml:space="preserve"> </w:t>
      </w:r>
      <w:r>
        <w:rPr>
          <w:b w:val="0"/>
          <w:i w:val="0"/>
          <w:smallCaps w:val="0"/>
          <w:strike w:val="0"/>
          <w:color w:val="000000"/>
          <w:u w:val="single"/>
        </w:rPr>
        <w:t>wherever it can.</w:t>
      </w:r>
      <w:r>
        <w:rPr>
          <w:b w:val="0"/>
          <w:i w:val="0"/>
          <w:smallCaps w:val="0"/>
          <w:strike w:val="0"/>
          <w:color w:val="000000"/>
          <w:sz w:val="16"/>
          <w:u w:val="none"/>
        </w:rPr>
        <w:t xml:space="preserve"> </w:t>
      </w:r>
      <w:r>
        <w:rPr>
          <w:b/>
          <w:i w:val="0"/>
          <w:smallCaps w:val="0"/>
          <w:strike w:val="0"/>
          <w:color w:val="000000"/>
          <w:u w:val="single"/>
        </w:rPr>
        <w:t>One</w:t>
      </w:r>
      <w:r>
        <w:rPr>
          <w:b w:val="0"/>
          <w:i w:val="0"/>
          <w:smallCaps w:val="0"/>
          <w:strike w:val="0"/>
          <w:color w:val="000000"/>
          <w:sz w:val="16"/>
          <w:u w:val="none"/>
        </w:rPr>
        <w:t xml:space="preserve"> </w:t>
      </w:r>
      <w:r>
        <w:rPr>
          <w:b w:val="0"/>
          <w:i w:val="0"/>
          <w:smallCaps w:val="0"/>
          <w:strike w:val="0"/>
          <w:color w:val="000000"/>
          <w:u w:val="single"/>
        </w:rPr>
        <w:t>possible</w:t>
      </w:r>
      <w:r>
        <w:rPr>
          <w:b w:val="0"/>
          <w:i w:val="0"/>
          <w:smallCaps w:val="0"/>
          <w:strike w:val="0"/>
          <w:color w:val="000000"/>
          <w:sz w:val="16"/>
          <w:u w:val="none"/>
        </w:rPr>
        <w:t xml:space="preserve"> </w:t>
      </w:r>
      <w:r>
        <w:rPr>
          <w:b/>
          <w:i w:val="0"/>
          <w:smallCaps w:val="0"/>
          <w:strike w:val="0"/>
          <w:color w:val="000000"/>
          <w:u w:val="single"/>
        </w:rPr>
        <w:t>area</w:t>
      </w:r>
      <w:r>
        <w:rPr>
          <w:b w:val="0"/>
          <w:i w:val="0"/>
          <w:smallCaps w:val="0"/>
          <w:strike w:val="0"/>
          <w:color w:val="000000"/>
          <w:sz w:val="16"/>
          <w:u w:val="none"/>
        </w:rPr>
        <w:t xml:space="preserve"> </w:t>
      </w:r>
      <w:r>
        <w:rPr>
          <w:b w:val="0"/>
          <w:i w:val="0"/>
          <w:smallCaps w:val="0"/>
          <w:strike w:val="0"/>
          <w:color w:val="000000"/>
          <w:u w:val="single"/>
        </w:rPr>
        <w:t>of cooperation may seem</w:t>
      </w:r>
      <w:r>
        <w:rPr>
          <w:b w:val="0"/>
          <w:i w:val="0"/>
          <w:smallCaps w:val="0"/>
          <w:strike w:val="0"/>
          <w:color w:val="000000"/>
          <w:sz w:val="16"/>
          <w:u w:val="none"/>
        </w:rPr>
        <w:t xml:space="preserve"> </w:t>
      </w:r>
      <w:r>
        <w:rPr>
          <w:b w:val="0"/>
          <w:i w:val="0"/>
          <w:smallCaps w:val="0"/>
          <w:strike w:val="0"/>
          <w:color w:val="000000"/>
          <w:u w:val="single"/>
        </w:rPr>
        <w:t>odd</w:t>
      </w:r>
      <w:r>
        <w:rPr>
          <w:b w:val="0"/>
          <w:i w:val="0"/>
          <w:smallCaps w:val="0"/>
          <w:strike w:val="0"/>
          <w:color w:val="000000"/>
          <w:sz w:val="16"/>
          <w:u w:val="none"/>
        </w:rPr>
        <w:t>, but</w:t>
      </w:r>
      <w:r>
        <w:rPr>
          <w:b w:val="0"/>
          <w:i w:val="0"/>
          <w:smallCaps w:val="0"/>
          <w:strike w:val="0"/>
          <w:color w:val="000000"/>
          <w:sz w:val="16"/>
          <w:u w:val="none"/>
        </w:rPr>
        <w:t xml:space="preserve"> </w:t>
      </w:r>
      <w:r>
        <w:rPr>
          <w:b/>
          <w:i w:val="0"/>
          <w:smallCaps w:val="0"/>
          <w:strike w:val="0"/>
          <w:color w:val="000000"/>
          <w:u w:val="single"/>
        </w:rPr>
        <w:t>offers a real chance</w:t>
      </w:r>
      <w:r>
        <w:rPr>
          <w:b w:val="0"/>
          <w:i w:val="0"/>
          <w:smallCaps w:val="0"/>
          <w:strike w:val="0"/>
          <w:color w:val="000000"/>
          <w:sz w:val="16"/>
          <w:u w:val="none"/>
        </w:rPr>
        <w:t xml:space="preserve"> to work together: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Arctic</w:t>
      </w:r>
      <w:r>
        <w:rPr>
          <w:b w:val="0"/>
          <w:i w:val="0"/>
          <w:smallCaps w:val="0"/>
          <w:strike w:val="0"/>
          <w:color w:val="000000"/>
          <w:sz w:val="16"/>
          <w:u w:val="none"/>
        </w:rPr>
        <w:t xml:space="preserve">. China, despite lacking actual shoreline there, has been interested in what sailors call the High North. </w:t>
      </w:r>
      <w:r>
        <w:rPr>
          <w:b w:val="0"/>
          <w:i w:val="0"/>
          <w:smallCaps w:val="0"/>
          <w:strike w:val="0"/>
          <w:color w:val="000000"/>
          <w:u w:val="single"/>
        </w:rPr>
        <w:t>Beijing</w:t>
      </w:r>
      <w:r>
        <w:rPr>
          <w:b w:val="0"/>
          <w:i w:val="0"/>
          <w:smallCaps w:val="0"/>
          <w:strike w:val="0"/>
          <w:color w:val="000000"/>
          <w:sz w:val="16"/>
          <w:u w:val="none"/>
        </w:rPr>
        <w:t xml:space="preserve"> </w:t>
      </w:r>
      <w:r>
        <w:rPr>
          <w:b w:val="0"/>
          <w:i w:val="0"/>
          <w:smallCaps w:val="0"/>
          <w:strike w:val="0"/>
          <w:color w:val="000000"/>
          <w:u w:val="single"/>
        </w:rPr>
        <w:t>has been granted observer status in the</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has been</w:t>
      </w:r>
      <w:r>
        <w:rPr>
          <w:b w:val="0"/>
          <w:i w:val="0"/>
          <w:smallCaps w:val="0"/>
          <w:strike w:val="0"/>
          <w:color w:val="000000"/>
          <w:sz w:val="16"/>
          <w:u w:val="none"/>
        </w:rPr>
        <w:t xml:space="preserve"> </w:t>
      </w:r>
      <w:r>
        <w:rPr>
          <w:b/>
          <w:i w:val="0"/>
          <w:smallCaps w:val="0"/>
          <w:strike w:val="0"/>
          <w:color w:val="000000"/>
          <w:u w:val="single"/>
        </w:rPr>
        <w:t>active in</w:t>
      </w:r>
      <w:r>
        <w:rPr>
          <w:b w:val="0"/>
          <w:i w:val="0"/>
          <w:smallCaps w:val="0"/>
          <w:strike w:val="0"/>
          <w:color w:val="000000"/>
          <w:sz w:val="16"/>
          <w:u w:val="none"/>
        </w:rPr>
        <w:t xml:space="preserve"> </w:t>
      </w:r>
      <w:r>
        <w:rPr>
          <w:b/>
          <w:i w:val="0"/>
          <w:smallCaps w:val="0"/>
          <w:strike w:val="0"/>
          <w:color w:val="000000"/>
          <w:u w:val="single"/>
        </w:rPr>
        <w:t>maritime operations</w:t>
      </w:r>
      <w:r>
        <w:rPr>
          <w:b w:val="0"/>
          <w:i w:val="0"/>
          <w:smallCaps w:val="0"/>
          <w:strike w:val="0"/>
          <w:color w:val="000000"/>
          <w:sz w:val="16"/>
          <w:u w:val="none"/>
        </w:rPr>
        <w:t xml:space="preserve">, </w:t>
      </w:r>
      <w:r>
        <w:rPr>
          <w:b w:val="0"/>
          <w:i w:val="0"/>
          <w:smallCaps w:val="0"/>
          <w:strike w:val="0"/>
          <w:color w:val="000000"/>
          <w:u w:val="single"/>
        </w:rPr>
        <w:t>largely</w:t>
      </w:r>
      <w:r>
        <w:rPr>
          <w:b w:val="0"/>
          <w:i w:val="0"/>
          <w:smallCaps w:val="0"/>
          <w:strike w:val="0"/>
          <w:color w:val="000000"/>
          <w:sz w:val="16"/>
          <w:u w:val="none"/>
        </w:rPr>
        <w:t xml:space="preserve"> </w:t>
      </w:r>
      <w:r>
        <w:rPr>
          <w:b/>
          <w:i w:val="0"/>
          <w:smallCaps w:val="0"/>
          <w:strike w:val="0"/>
          <w:color w:val="000000"/>
          <w:u w:val="single"/>
        </w:rPr>
        <w:t>in concert</w:t>
      </w:r>
      <w:r>
        <w:rPr>
          <w:b w:val="0"/>
          <w:i w:val="0"/>
          <w:smallCaps w:val="0"/>
          <w:strike w:val="0"/>
          <w:color w:val="000000"/>
          <w:sz w:val="16"/>
          <w:u w:val="none"/>
        </w:rPr>
        <w:t xml:space="preserve"> </w:t>
      </w:r>
      <w:r>
        <w:rPr>
          <w:b w:val="0"/>
          <w:i w:val="0"/>
          <w:smallCaps w:val="0"/>
          <w:strike w:val="0"/>
          <w:color w:val="000000"/>
          <w:u w:val="single"/>
        </w:rPr>
        <w:t>with</w:t>
      </w:r>
      <w:r>
        <w:rPr>
          <w:b w:val="0"/>
          <w:i w:val="0"/>
          <w:smallCaps w:val="0"/>
          <w:strike w:val="0"/>
          <w:color w:val="000000"/>
          <w:sz w:val="16"/>
          <w:u w:val="none"/>
        </w:rPr>
        <w:t xml:space="preserve"> </w:t>
      </w:r>
      <w:r>
        <w:rPr>
          <w:b/>
          <w:i w:val="0"/>
          <w:smallCaps w:val="0"/>
          <w:strike w:val="0"/>
          <w:color w:val="000000"/>
          <w:u w:val="single"/>
        </w:rPr>
        <w:t>Russia</w:t>
      </w:r>
      <w:r>
        <w:rPr>
          <w:b w:val="0"/>
          <w:i w:val="0"/>
          <w:smallCaps w:val="0"/>
          <w:strike w:val="0"/>
          <w:color w:val="000000"/>
          <w:sz w:val="16"/>
          <w:u w:val="none"/>
        </w:rPr>
        <w:t xml:space="preserve">. </w:t>
      </w:r>
      <w:r>
        <w:rPr>
          <w:b w:val="0"/>
          <w:i w:val="0"/>
          <w:smallCaps w:val="0"/>
          <w:strike w:val="0"/>
          <w:color w:val="000000"/>
          <w:u w:val="single"/>
        </w:rPr>
        <w:t xml:space="preserve">It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sz w:val="16"/>
          <w:u w:val="none"/>
        </w:rPr>
        <w:t xml:space="preserve"> establishing a satellite ground station and a broader research facility. China is </w:t>
      </w:r>
      <w:r>
        <w:rPr>
          <w:b w:val="0"/>
          <w:i w:val="0"/>
          <w:smallCaps w:val="0"/>
          <w:strike w:val="0"/>
          <w:color w:val="000000"/>
          <w:u w:val="single"/>
        </w:rPr>
        <w:t>also building a 30,000-</w:t>
      </w:r>
      <w:r>
        <w:rPr>
          <w:b w:val="0"/>
          <w:i w:val="0"/>
          <w:smallCaps w:val="0"/>
          <w:strike w:val="0"/>
          <w:color w:val="000000"/>
          <w:u w:val="single"/>
        </w:rPr>
        <w:t>ton</w:t>
      </w:r>
      <w:r>
        <w:rPr>
          <w:b w:val="0"/>
          <w:i w:val="0"/>
          <w:smallCaps w:val="0"/>
          <w:strike w:val="0"/>
          <w:color w:val="000000"/>
          <w:sz w:val="16"/>
          <w:u w:val="none"/>
        </w:rPr>
        <w:t xml:space="preserve"> ,</w:t>
      </w:r>
      <w:r>
        <w:rPr>
          <w:b w:val="0"/>
          <w:i w:val="0"/>
          <w:smallCaps w:val="0"/>
          <w:strike w:val="0"/>
          <w:color w:val="000000"/>
          <w:sz w:val="16"/>
          <w:u w:val="none"/>
        </w:rPr>
        <w:t xml:space="preserve"> comparable to the largest Russian vessels. </w:t>
      </w:r>
      <w:r>
        <w:rPr>
          <w:b w:val="0"/>
          <w:i w:val="0"/>
          <w:smallCaps w:val="0"/>
          <w:strike w:val="0"/>
          <w:color w:val="000000"/>
          <w:u w:val="single"/>
        </w:rPr>
        <w:t>The Chinese are mostly interested in exploiting minerals, oil, gas and commercial shipping routes.</w:t>
      </w:r>
      <w:r>
        <w:rPr>
          <w:b w:val="0"/>
          <w:i w:val="0"/>
          <w:smallCaps w:val="0"/>
          <w:strike w:val="0"/>
          <w:color w:val="000000"/>
          <w:sz w:val="16"/>
          <w:u w:val="none"/>
        </w:rPr>
        <w:t xml:space="preserve"> </w:t>
      </w:r>
      <w:r>
        <w:rPr>
          <w:b w:val="0"/>
          <w:i w:val="0"/>
          <w:smallCaps w:val="0"/>
          <w:strike w:val="0"/>
          <w:color w:val="000000"/>
          <w:u w:val="single"/>
        </w:rPr>
        <w:t>But</w:t>
      </w:r>
      <w:r>
        <w:rPr>
          <w:b w:val="0"/>
          <w:i w:val="0"/>
          <w:smallCaps w:val="0"/>
          <w:strike w:val="0"/>
          <w:color w:val="000000"/>
          <w:sz w:val="16"/>
          <w:u w:val="none"/>
        </w:rPr>
        <w:t xml:space="preserve"> </w:t>
      </w:r>
      <w:r>
        <w:rPr>
          <w:b w:val="0"/>
          <w:i w:val="0"/>
          <w:smallCaps w:val="0"/>
          <w:strike w:val="0"/>
          <w:color w:val="000000"/>
          <w:u w:val="single"/>
        </w:rPr>
        <w:t>there</w:t>
      </w:r>
      <w:r>
        <w:rPr>
          <w:b w:val="0"/>
          <w:i w:val="0"/>
          <w:smallCaps w:val="0"/>
          <w:strike w:val="0"/>
          <w:color w:val="000000"/>
          <w:sz w:val="16"/>
          <w:u w:val="none"/>
        </w:rPr>
        <w:t xml:space="preserve"> </w:t>
      </w:r>
      <w:r>
        <w:rPr>
          <w:b/>
          <w:i w:val="0"/>
          <w:smallCaps w:val="0"/>
          <w:strike w:val="0"/>
          <w:color w:val="000000"/>
          <w:u w:val="single"/>
        </w:rPr>
        <w:t>may be room to cooperate</w:t>
      </w:r>
      <w:r>
        <w:rPr>
          <w:b w:val="0"/>
          <w:i w:val="0"/>
          <w:smallCaps w:val="0"/>
          <w:strike w:val="0"/>
          <w:color w:val="000000"/>
          <w:u w:val="single"/>
        </w:rPr>
        <w:t>, and some</w:t>
      </w:r>
      <w:r>
        <w:rPr>
          <w:b w:val="0"/>
          <w:i w:val="0"/>
          <w:smallCaps w:val="0"/>
          <w:strike w:val="0"/>
          <w:color w:val="000000"/>
          <w:sz w:val="16"/>
          <w:u w:val="none"/>
        </w:rPr>
        <w:t xml:space="preserve"> </w:t>
      </w:r>
      <w:r>
        <w:rPr>
          <w:b w:val="0"/>
          <w:i w:val="0"/>
          <w:smallCaps w:val="0"/>
          <w:strike w:val="0"/>
          <w:color w:val="000000"/>
          <w:u w:val="single"/>
        </w:rPr>
        <w:t>initial</w:t>
      </w:r>
      <w:r>
        <w:rPr>
          <w:b w:val="0"/>
          <w:i w:val="0"/>
          <w:smallCaps w:val="0"/>
          <w:strike w:val="0"/>
          <w:color w:val="000000"/>
          <w:sz w:val="16"/>
          <w:u w:val="none"/>
        </w:rPr>
        <w:t xml:space="preserve"> </w:t>
      </w:r>
      <w:r>
        <w:rPr>
          <w:b/>
          <w:i w:val="0"/>
          <w:smallCaps w:val="0"/>
          <w:strike w:val="0"/>
          <w:color w:val="000000"/>
          <w:u w:val="single"/>
        </w:rPr>
        <w:t>Arctic confidence-building</w:t>
      </w:r>
      <w:r>
        <w:rPr>
          <w:b w:val="0"/>
          <w:i w:val="0"/>
          <w:smallCaps w:val="0"/>
          <w:strike w:val="0"/>
          <w:color w:val="000000"/>
          <w:sz w:val="16"/>
          <w:u w:val="none"/>
        </w:rPr>
        <w:t xml:space="preserve"> </w:t>
      </w:r>
      <w:r>
        <w:rPr>
          <w:b/>
          <w:i w:val="0"/>
          <w:smallCaps w:val="0"/>
          <w:strike w:val="0"/>
          <w:color w:val="000000"/>
          <w:u w:val="single"/>
        </w:rPr>
        <w:t>measures</w:t>
      </w:r>
      <w:r>
        <w:rPr>
          <w:b w:val="0"/>
          <w:i w:val="0"/>
          <w:smallCaps w:val="0"/>
          <w:strike w:val="0"/>
          <w:color w:val="000000"/>
          <w:sz w:val="16"/>
          <w:u w:val="none"/>
        </w:rPr>
        <w:t xml:space="preserve"> </w:t>
      </w:r>
      <w:r>
        <w:rPr>
          <w:b w:val="0"/>
          <w:i w:val="0"/>
          <w:smallCaps w:val="0"/>
          <w:strike w:val="0"/>
          <w:color w:val="000000"/>
          <w:u w:val="single"/>
        </w:rPr>
        <w:t>the U.S. could explore</w:t>
      </w:r>
      <w:r>
        <w:rPr>
          <w:b w:val="0"/>
          <w:i w:val="0"/>
          <w:smallCaps w:val="0"/>
          <w:strike w:val="0"/>
          <w:color w:val="000000"/>
          <w:sz w:val="16"/>
          <w:u w:val="none"/>
        </w:rPr>
        <w:t xml:space="preserve"> </w:t>
      </w:r>
      <w:r>
        <w:rPr>
          <w:b/>
          <w:i w:val="0"/>
          <w:smallCaps w:val="0"/>
          <w:strike w:val="0"/>
          <w:color w:val="000000"/>
          <w:u w:val="single"/>
        </w:rPr>
        <w:t>include joint s</w:t>
      </w:r>
      <w:r>
        <w:rPr>
          <w:b w:val="0"/>
          <w:i w:val="0"/>
          <w:smallCaps w:val="0"/>
          <w:strike w:val="0"/>
          <w:color w:val="000000"/>
          <w:u w:val="single"/>
        </w:rPr>
        <w:t>earch-</w:t>
      </w:r>
      <w:r>
        <w:rPr>
          <w:b/>
          <w:i w:val="0"/>
          <w:smallCaps w:val="0"/>
          <w:strike w:val="0"/>
          <w:color w:val="000000"/>
          <w:u w:val="single"/>
        </w:rPr>
        <w:t>a</w:t>
      </w:r>
      <w:r>
        <w:rPr>
          <w:b w:val="0"/>
          <w:i w:val="0"/>
          <w:smallCaps w:val="0"/>
          <w:strike w:val="0"/>
          <w:color w:val="000000"/>
          <w:u w:val="single"/>
        </w:rPr>
        <w:t>nd-</w:t>
      </w:r>
      <w:r>
        <w:rPr>
          <w:b/>
          <w:i w:val="0"/>
          <w:smallCaps w:val="0"/>
          <w:strike w:val="0"/>
          <w:color w:val="000000"/>
          <w:u w:val="single"/>
        </w:rPr>
        <w:t>r</w:t>
      </w:r>
      <w:r>
        <w:rPr>
          <w:b w:val="0"/>
          <w:i w:val="0"/>
          <w:smallCaps w:val="0"/>
          <w:strike w:val="0"/>
          <w:color w:val="000000"/>
          <w:u w:val="single"/>
        </w:rPr>
        <w:t>escue exercises,</w:t>
      </w:r>
      <w:r>
        <w:rPr>
          <w:b w:val="0"/>
          <w:i w:val="0"/>
          <w:smallCaps w:val="0"/>
          <w:strike w:val="0"/>
          <w:color w:val="000000"/>
          <w:sz w:val="16"/>
          <w:u w:val="none"/>
        </w:rPr>
        <w:t xml:space="preserve"> </w:t>
      </w:r>
      <w:r>
        <w:rPr>
          <w:b/>
          <w:i w:val="0"/>
          <w:smallCaps w:val="0"/>
          <w:strike w:val="0"/>
          <w:color w:val="000000"/>
          <w:u w:val="single"/>
        </w:rPr>
        <w:t>scientific</w:t>
      </w:r>
      <w:r>
        <w:rPr>
          <w:b w:val="0"/>
          <w:i w:val="0"/>
          <w:smallCaps w:val="0"/>
          <w:strike w:val="0"/>
          <w:color w:val="000000"/>
          <w:sz w:val="16"/>
          <w:u w:val="none"/>
        </w:rPr>
        <w:t xml:space="preserve"> </w:t>
      </w:r>
      <w:r>
        <w:rPr>
          <w:b/>
          <w:i w:val="0"/>
          <w:smallCaps w:val="0"/>
          <w:strike w:val="0"/>
          <w:color w:val="000000"/>
          <w:u w:val="single"/>
        </w:rPr>
        <w:t>research</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protocols</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i w:val="0"/>
          <w:smallCaps w:val="0"/>
          <w:strike w:val="0"/>
          <w:color w:val="000000"/>
          <w:u w:val="single"/>
        </w:rPr>
        <w:t>ship</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aircraft proximity</w:t>
      </w:r>
      <w:r>
        <w:rPr>
          <w:b w:val="0"/>
          <w:i w:val="0"/>
          <w:smallCaps w:val="0"/>
          <w:strike w:val="0"/>
          <w:color w:val="000000"/>
          <w:sz w:val="16"/>
          <w:u w:val="none"/>
        </w:rPr>
        <w:t xml:space="preserve"> (which could later be applied in the South China Sea if they were successful in the Arctic). </w:t>
      </w:r>
      <w:r>
        <w:rPr>
          <w:b w:val="0"/>
          <w:i w:val="0"/>
          <w:smallCaps w:val="0"/>
          <w:strike w:val="0"/>
          <w:color w:val="000000"/>
          <w:u w:val="single"/>
        </w:rPr>
        <w:t>A second obvious place</w:t>
      </w:r>
      <w:r>
        <w:rPr>
          <w:b w:val="0"/>
          <w:i w:val="0"/>
          <w:smallCaps w:val="0"/>
          <w:strike w:val="0"/>
          <w:color w:val="000000"/>
          <w:sz w:val="16"/>
          <w:u w:val="none"/>
        </w:rPr>
        <w:t xml:space="preserve"> </w:t>
      </w:r>
      <w:r>
        <w:rPr>
          <w:b w:val="0"/>
          <w:i w:val="0"/>
          <w:smallCaps w:val="0"/>
          <w:strike w:val="0"/>
          <w:color w:val="000000"/>
          <w:u w:val="single"/>
        </w:rPr>
        <w:t>to work together</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in controlling</w:t>
      </w:r>
      <w:r>
        <w:rPr>
          <w:b w:val="0"/>
          <w:i w:val="0"/>
          <w:smallCaps w:val="0"/>
          <w:strike w:val="0"/>
          <w:color w:val="000000"/>
          <w:sz w:val="16"/>
          <w:u w:val="none"/>
        </w:rPr>
        <w:t xml:space="preserve"> </w:t>
      </w:r>
      <w:r>
        <w:rPr>
          <w:b w:val="0"/>
          <w:i w:val="0"/>
          <w:smallCaps w:val="0"/>
          <w:strike w:val="0"/>
          <w:color w:val="000000"/>
          <w:u w:val="single"/>
        </w:rPr>
        <w:t>Kim Jung Un of</w:t>
      </w:r>
      <w:r>
        <w:rPr>
          <w:b w:val="0"/>
          <w:i w:val="0"/>
          <w:smallCaps w:val="0"/>
          <w:strike w:val="0"/>
          <w:color w:val="000000"/>
          <w:sz w:val="16"/>
          <w:u w:val="none"/>
        </w:rPr>
        <w:t xml:space="preserve"> </w:t>
      </w:r>
      <w:r>
        <w:rPr>
          <w:b/>
          <w:i w:val="0"/>
          <w:smallCaps w:val="0"/>
          <w:strike w:val="0"/>
          <w:color w:val="000000"/>
          <w:u w:val="single"/>
        </w:rPr>
        <w:t>North Korea</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Neither the U.S. nor China</w:t>
      </w:r>
      <w:r>
        <w:rPr>
          <w:b w:val="0"/>
          <w:i w:val="0"/>
          <w:smallCaps w:val="0"/>
          <w:strike w:val="0"/>
          <w:color w:val="000000"/>
          <w:sz w:val="16"/>
          <w:u w:val="none"/>
        </w:rPr>
        <w:t xml:space="preserve"> </w:t>
      </w:r>
      <w:r>
        <w:rPr>
          <w:b/>
          <w:i w:val="0"/>
          <w:smallCaps w:val="0"/>
          <w:strike w:val="0"/>
          <w:color w:val="000000"/>
          <w:u w:val="single"/>
        </w:rPr>
        <w:t>has any interest</w:t>
      </w:r>
      <w:r>
        <w:rPr>
          <w:b w:val="0"/>
          <w:i w:val="0"/>
          <w:smallCaps w:val="0"/>
          <w:strike w:val="0"/>
          <w:color w:val="000000"/>
          <w:sz w:val="16"/>
          <w:u w:val="none"/>
        </w:rPr>
        <w:t xml:space="preserve"> </w:t>
      </w:r>
      <w:r>
        <w:rPr>
          <w:b w:val="0"/>
          <w:i w:val="0"/>
          <w:smallCaps w:val="0"/>
          <w:strike w:val="0"/>
          <w:color w:val="000000"/>
          <w:u w:val="single"/>
        </w:rPr>
        <w:t>in permitting Kim to</w:t>
      </w:r>
      <w:r>
        <w:rPr>
          <w:b w:val="0"/>
          <w:i w:val="0"/>
          <w:smallCaps w:val="0"/>
          <w:strike w:val="0"/>
          <w:color w:val="000000"/>
          <w:sz w:val="16"/>
          <w:u w:val="none"/>
        </w:rPr>
        <w:t xml:space="preserve"> </w:t>
      </w:r>
      <w:r>
        <w:rPr>
          <w:b/>
          <w:i w:val="0"/>
          <w:smallCaps w:val="0"/>
          <w:strike w:val="0"/>
          <w:color w:val="000000"/>
          <w:u w:val="single"/>
        </w:rPr>
        <w:t>further expand his nuclear arsenal</w:t>
      </w:r>
      <w:r>
        <w:rPr>
          <w:b w:val="0"/>
          <w:i w:val="0"/>
          <w:smallCaps w:val="0"/>
          <w:strike w:val="0"/>
          <w:color w:val="000000"/>
          <w:sz w:val="16"/>
          <w:u w:val="none"/>
        </w:rPr>
        <w:t xml:space="preserve"> (especially the U.S., given its allies in East Asia). </w:t>
      </w:r>
      <w:r>
        <w:rPr>
          <w:b w:val="0"/>
          <w:i w:val="0"/>
          <w:smallCaps w:val="0"/>
          <w:strike w:val="0"/>
          <w:color w:val="000000"/>
          <w:u w:val="single"/>
        </w:rPr>
        <w:t>For China, a war between the U.S. and North Korea would be</w:t>
      </w:r>
      <w:r>
        <w:rPr>
          <w:b w:val="0"/>
          <w:i w:val="0"/>
          <w:smallCaps w:val="0"/>
          <w:strike w:val="0"/>
          <w:color w:val="000000"/>
          <w:sz w:val="16"/>
          <w:u w:val="none"/>
        </w:rPr>
        <w:t xml:space="preserve"> </w:t>
      </w:r>
      <w:r>
        <w:rPr>
          <w:b w:val="0"/>
          <w:i w:val="0"/>
          <w:smallCaps w:val="0"/>
          <w:strike w:val="0"/>
          <w:color w:val="000000"/>
          <w:u w:val="single"/>
        </w:rPr>
        <w:t>a disaster</w:t>
      </w:r>
      <w:r>
        <w:rPr>
          <w:b w:val="0"/>
          <w:i w:val="0"/>
          <w:smallCaps w:val="0"/>
          <w:strike w:val="0"/>
          <w:color w:val="000000"/>
          <w:sz w:val="16"/>
          <w:u w:val="none"/>
        </w:rPr>
        <w:t xml:space="preserve"> — Kim would lose, and waves of refugees would flow across the China-North Korea border. Working together, </w:t>
      </w:r>
      <w:r>
        <w:rPr>
          <w:b w:val="0"/>
          <w:i w:val="0"/>
          <w:smallCaps w:val="0"/>
          <w:strike w:val="0"/>
          <w:color w:val="000000"/>
          <w:u w:val="single"/>
        </w:rPr>
        <w:t>the U.S. and China could put</w:t>
      </w:r>
      <w:r>
        <w:rPr>
          <w:b w:val="0"/>
          <w:i w:val="0"/>
          <w:smallCaps w:val="0"/>
          <w:strike w:val="0"/>
          <w:color w:val="000000"/>
          <w:sz w:val="16"/>
          <w:u w:val="none"/>
        </w:rPr>
        <w:t xml:space="preserve"> </w:t>
      </w:r>
      <w:r>
        <w:rPr>
          <w:b/>
          <w:i w:val="0"/>
          <w:smallCaps w:val="0"/>
          <w:strike w:val="0"/>
          <w:color w:val="000000"/>
          <w:u w:val="single"/>
        </w:rPr>
        <w:t>irresistible</w:t>
      </w:r>
      <w:r>
        <w:rPr>
          <w:b w:val="0"/>
          <w:i w:val="0"/>
          <w:smallCaps w:val="0"/>
          <w:strike w:val="0"/>
          <w:color w:val="000000"/>
          <w:sz w:val="16"/>
          <w:u w:val="none"/>
        </w:rPr>
        <w:t xml:space="preserve"> </w:t>
      </w:r>
      <w:r>
        <w:rPr>
          <w:b/>
          <w:i w:val="0"/>
          <w:smallCaps w:val="0"/>
          <w:strike w:val="0"/>
          <w:color w:val="000000"/>
          <w:u w:val="single"/>
        </w:rPr>
        <w:t>economic</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diplomatic</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military</w:t>
      </w:r>
      <w:r>
        <w:rPr>
          <w:b w:val="0"/>
          <w:i w:val="0"/>
          <w:smallCaps w:val="0"/>
          <w:strike w:val="0"/>
          <w:color w:val="000000"/>
          <w:sz w:val="16"/>
          <w:u w:val="none"/>
        </w:rPr>
        <w:t xml:space="preserve"> </w:t>
      </w:r>
      <w:r>
        <w:rPr>
          <w:b/>
          <w:i w:val="0"/>
          <w:smallCaps w:val="0"/>
          <w:strike w:val="0"/>
          <w:color w:val="000000"/>
          <w:u w:val="single"/>
        </w:rPr>
        <w:t>pressure</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i w:val="0"/>
          <w:smallCaps w:val="0"/>
          <w:strike w:val="0"/>
          <w:color w:val="000000"/>
          <w:u w:val="single"/>
        </w:rPr>
        <w:t>North Korea</w:t>
      </w:r>
      <w:r>
        <w:rPr>
          <w:b w:val="0"/>
          <w:i w:val="0"/>
          <w:smallCaps w:val="0"/>
          <w:strike w:val="0"/>
          <w:color w:val="000000"/>
          <w:sz w:val="16"/>
          <w:u w:val="none"/>
        </w:rPr>
        <w:t xml:space="preserve"> </w:t>
      </w:r>
      <w:r>
        <w:rPr>
          <w:b w:val="0"/>
          <w:i w:val="0"/>
          <w:smallCaps w:val="0"/>
          <w:strike w:val="0"/>
          <w:color w:val="000000"/>
          <w:u w:val="single"/>
        </w:rPr>
        <w:t>to cease</w:t>
      </w:r>
      <w:r>
        <w:rPr>
          <w:b w:val="0"/>
          <w:i w:val="0"/>
          <w:smallCaps w:val="0"/>
          <w:strike w:val="0"/>
          <w:color w:val="000000"/>
          <w:sz w:val="16"/>
          <w:u w:val="none"/>
        </w:rPr>
        <w:t xml:space="preserve"> </w:t>
      </w:r>
      <w:r>
        <w:rPr>
          <w:b/>
          <w:i w:val="0"/>
          <w:smallCaps w:val="0"/>
          <w:strike w:val="0"/>
          <w:color w:val="000000"/>
          <w:u w:val="single"/>
        </w:rPr>
        <w:t>provocative actions</w:t>
      </w:r>
      <w:r>
        <w:rPr>
          <w:b w:val="0"/>
          <w:i w:val="0"/>
          <w:smallCaps w:val="0"/>
          <w:strike w:val="0"/>
          <w:color w:val="000000"/>
          <w:sz w:val="16"/>
          <w:u w:val="none"/>
        </w:rPr>
        <w:t xml:space="preserve"> </w:t>
      </w:r>
      <w:r>
        <w:rPr>
          <w:b w:val="0"/>
          <w:i w:val="0"/>
          <w:smallCaps w:val="0"/>
          <w:strike w:val="0"/>
          <w:color w:val="000000"/>
          <w:u w:val="single"/>
        </w:rPr>
        <w:t>and control its small but significant nuclear capability</w:t>
      </w:r>
      <w:r>
        <w:rPr>
          <w:b w:val="0"/>
          <w:i w:val="0"/>
          <w:smallCaps w:val="0"/>
          <w:strike w:val="0"/>
          <w:color w:val="000000"/>
          <w:sz w:val="16"/>
          <w:u w:val="none"/>
        </w:rPr>
        <w:t xml:space="preserve">. True, no approach has worked with North Korea thus far. Trump's "personal diplomacy," President Barack Obama's "strategic patience," and President George W. Bush's stick-over-carrot approach did not slow the growth of the nuclear arsenal and the ballistic missiles. </w:t>
      </w:r>
      <w:r>
        <w:rPr>
          <w:b w:val="0"/>
          <w:i w:val="0"/>
          <w:smallCaps w:val="0"/>
          <w:strike w:val="0"/>
          <w:color w:val="000000"/>
          <w:u w:val="single"/>
        </w:rPr>
        <w:t>In the end, it seems, all</w:t>
      </w:r>
      <w:r>
        <w:rPr>
          <w:b w:val="0"/>
          <w:i w:val="0"/>
          <w:smallCaps w:val="0"/>
          <w:strike w:val="0"/>
          <w:color w:val="000000"/>
          <w:sz w:val="16"/>
          <w:u w:val="none"/>
        </w:rPr>
        <w:t xml:space="preserve"> </w:t>
      </w:r>
      <w:r>
        <w:rPr>
          <w:b/>
          <w:i w:val="0"/>
          <w:smallCaps w:val="0"/>
          <w:strike w:val="0"/>
          <w:color w:val="000000"/>
          <w:u w:val="single"/>
        </w:rPr>
        <w:t>roads to Pyongyang</w:t>
      </w:r>
      <w:r>
        <w:rPr>
          <w:b w:val="0"/>
          <w:i w:val="0"/>
          <w:smallCaps w:val="0"/>
          <w:strike w:val="0"/>
          <w:color w:val="000000"/>
          <w:sz w:val="16"/>
          <w:u w:val="none"/>
        </w:rPr>
        <w:t xml:space="preserve"> </w:t>
      </w:r>
      <w:r>
        <w:rPr>
          <w:b w:val="0"/>
          <w:i w:val="0"/>
          <w:smallCaps w:val="0"/>
          <w:strike w:val="0"/>
          <w:color w:val="000000"/>
          <w:u w:val="single"/>
        </w:rPr>
        <w:t>run through</w:t>
      </w:r>
      <w:r>
        <w:rPr>
          <w:b w:val="0"/>
          <w:i w:val="0"/>
          <w:smallCaps w:val="0"/>
          <w:strike w:val="0"/>
          <w:color w:val="000000"/>
          <w:sz w:val="16"/>
          <w:u w:val="none"/>
        </w:rPr>
        <w:t xml:space="preserve"> </w:t>
      </w:r>
      <w:r>
        <w:rPr>
          <w:b/>
          <w:i w:val="0"/>
          <w:smallCaps w:val="0"/>
          <w:strike w:val="0"/>
          <w:color w:val="000000"/>
          <w:u w:val="single"/>
        </w:rPr>
        <w:t>Beijing</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Another</w:t>
      </w:r>
      <w:r>
        <w:rPr>
          <w:b w:val="0"/>
          <w:i w:val="0"/>
          <w:smallCaps w:val="0"/>
          <w:strike w:val="0"/>
          <w:color w:val="000000"/>
          <w:sz w:val="16"/>
          <w:u w:val="none"/>
        </w:rPr>
        <w:t xml:space="preserve"> </w:t>
      </w:r>
      <w:r>
        <w:rPr>
          <w:b/>
          <w:i w:val="0"/>
          <w:smallCaps w:val="0"/>
          <w:strike w:val="0"/>
          <w:color w:val="000000"/>
          <w:u w:val="single"/>
        </w:rPr>
        <w:t>potential</w:t>
      </w:r>
      <w:r>
        <w:rPr>
          <w:b w:val="0"/>
          <w:i w:val="0"/>
          <w:smallCaps w:val="0"/>
          <w:strike w:val="0"/>
          <w:color w:val="000000"/>
          <w:sz w:val="16"/>
          <w:u w:val="none"/>
        </w:rPr>
        <w:t xml:space="preserve"> </w:t>
      </w:r>
      <w:r>
        <w:rPr>
          <w:b/>
          <w:i w:val="0"/>
          <w:smallCaps w:val="0"/>
          <w:strike w:val="0"/>
          <w:color w:val="000000"/>
          <w:u w:val="single"/>
        </w:rPr>
        <w:t>zone</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i w:val="0"/>
          <w:smallCaps w:val="0"/>
          <w:strike w:val="0"/>
          <w:color w:val="000000"/>
          <w:u w:val="single"/>
        </w:rPr>
        <w:t>cooperation</w:t>
      </w:r>
      <w:r>
        <w:rPr>
          <w:b w:val="0"/>
          <w:i w:val="0"/>
          <w:smallCaps w:val="0"/>
          <w:strike w:val="0"/>
          <w:color w:val="000000"/>
          <w:sz w:val="16"/>
          <w:u w:val="none"/>
        </w:rPr>
        <w:t xml:space="preserve"> </w:t>
      </w:r>
      <w:r>
        <w:rPr>
          <w:b w:val="0"/>
          <w:i w:val="0"/>
          <w:smallCaps w:val="0"/>
          <w:strike w:val="0"/>
          <w:color w:val="000000"/>
          <w:u w:val="single"/>
        </w:rPr>
        <w:t>is the</w:t>
      </w:r>
      <w:r>
        <w:rPr>
          <w:b w:val="0"/>
          <w:i w:val="0"/>
          <w:smallCaps w:val="0"/>
          <w:strike w:val="0"/>
          <w:color w:val="000000"/>
          <w:sz w:val="16"/>
          <w:u w:val="none"/>
        </w:rPr>
        <w:t xml:space="preserve"> </w:t>
      </w:r>
      <w:r>
        <w:rPr>
          <w:b/>
          <w:i w:val="0"/>
          <w:smallCaps w:val="0"/>
          <w:strike w:val="0"/>
          <w:color w:val="000000"/>
          <w:u w:val="single"/>
        </w:rPr>
        <w:t>environment</w:t>
      </w:r>
      <w:r>
        <w:rPr>
          <w:b w:val="0"/>
          <w:i w:val="0"/>
          <w:smallCaps w:val="0"/>
          <w:strike w:val="0"/>
          <w:color w:val="000000"/>
          <w:u w:val="single"/>
        </w:rPr>
        <w:t>. The U.S. and China, as</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two largest economi</w:t>
      </w:r>
      <w:r>
        <w:rPr>
          <w:b/>
          <w:i w:val="0"/>
          <w:smallCaps w:val="0"/>
          <w:strike w:val="0"/>
          <w:color w:val="000000"/>
          <w:u w:val="single"/>
        </w:rPr>
        <w:t>es</w:t>
      </w:r>
      <w:r>
        <w:rPr>
          <w:b w:val="0"/>
          <w:i w:val="0"/>
          <w:smallCaps w:val="0"/>
          <w:strike w:val="0"/>
          <w:color w:val="000000"/>
          <w:sz w:val="16"/>
          <w:u w:val="none"/>
        </w:rPr>
        <w:t xml:space="preserve"> </w:t>
      </w:r>
      <w:r>
        <w:rPr>
          <w:b w:val="0"/>
          <w:i w:val="0"/>
          <w:smallCaps w:val="0"/>
          <w:strike w:val="0"/>
          <w:color w:val="000000"/>
          <w:u w:val="single"/>
        </w:rPr>
        <w:t>in the world</w:t>
      </w:r>
      <w:r>
        <w:rPr>
          <w:b w:val="0"/>
          <w:i w:val="0"/>
          <w:smallCaps w:val="0"/>
          <w:strike w:val="0"/>
          <w:color w:val="000000"/>
          <w:sz w:val="16"/>
          <w:u w:val="none"/>
        </w:rPr>
        <w:t xml:space="preserve">, </w:t>
      </w:r>
      <w:r>
        <w:rPr>
          <w:b w:val="0"/>
          <w:i w:val="0"/>
          <w:smallCaps w:val="0"/>
          <w:strike w:val="0"/>
          <w:color w:val="000000"/>
          <w:u w:val="single"/>
        </w:rPr>
        <w:t>both have a</w:t>
      </w:r>
      <w:r>
        <w:rPr>
          <w:b w:val="0"/>
          <w:i w:val="0"/>
          <w:smallCaps w:val="0"/>
          <w:strike w:val="0"/>
          <w:color w:val="000000"/>
          <w:sz w:val="16"/>
          <w:u w:val="none"/>
        </w:rPr>
        <w:t xml:space="preserve"> </w:t>
      </w:r>
      <w:r>
        <w:rPr>
          <w:b/>
          <w:i w:val="0"/>
          <w:smallCaps w:val="0"/>
          <w:strike w:val="0"/>
          <w:color w:val="000000"/>
          <w:u w:val="single"/>
        </w:rPr>
        <w:t>vested interest</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fundamental</w:t>
      </w:r>
      <w:r>
        <w:rPr>
          <w:b w:val="0"/>
          <w:i w:val="0"/>
          <w:smallCaps w:val="0"/>
          <w:strike w:val="0"/>
          <w:color w:val="000000"/>
          <w:sz w:val="16"/>
          <w:u w:val="none"/>
        </w:rPr>
        <w:t xml:space="preserve"> </w:t>
      </w:r>
      <w:r>
        <w:rPr>
          <w:b/>
          <w:i w:val="0"/>
          <w:smallCaps w:val="0"/>
          <w:strike w:val="0"/>
          <w:color w:val="000000"/>
          <w:u w:val="single"/>
        </w:rPr>
        <w:t>responsibility</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i w:val="0"/>
          <w:smallCaps w:val="0"/>
          <w:strike w:val="0"/>
          <w:color w:val="000000"/>
          <w:u w:val="single"/>
        </w:rPr>
        <w:t>ameliorating</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degrading global climate</w:t>
      </w:r>
      <w:r>
        <w:rPr>
          <w:b w:val="0"/>
          <w:i w:val="0"/>
          <w:smallCaps w:val="0"/>
          <w:strike w:val="0"/>
          <w:color w:val="000000"/>
          <w:sz w:val="16"/>
          <w:u w:val="none"/>
        </w:rPr>
        <w:t>. And they found when Obama was president. Step one in building a zone of cooperation here is for the U.S. to re-enter the Paris climate accords, something the Trump administration has adamantly opposed. Fortunately, Joe Biden has pledged that should he win election, the U.S. would rejoin the pact.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