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US-China cooperation prevents extinction from warming</w:t>
      </w:r>
    </w:p>
    <w:p>
      <w:pPr>
        <w:spacing w:after="80"/>
      </w:pPr>
      <w:r>
        <w:rPr>
          <w:b w:val="0"/>
          <w:i w:val="0"/>
          <w:smallCaps w:val="0"/>
          <w:strike w:val="0"/>
          <w:color w:val="000000"/>
          <w:u w:val="none"/>
        </w:rPr>
        <w:t xml:space="preserve">Michael T. </w:t>
      </w:r>
      <w:r>
        <w:rPr>
          <w:b/>
          <w:i w:val="0"/>
          <w:smallCaps w:val="0"/>
          <w:strike w:val="0"/>
          <w:color w:val="000000"/>
          <w:sz w:val="26"/>
          <w:u w:val="none"/>
        </w:rPr>
        <w:t>Klare 21</w:t>
      </w:r>
      <w:r>
        <w:rPr>
          <w:b w:val="0"/>
          <w:i w:val="0"/>
          <w:smallCaps w:val="0"/>
          <w:strike w:val="0"/>
          <w:color w:val="000000"/>
          <w:u w:val="none"/>
        </w:rPr>
        <w:t>, Five College professor emeritus of peace and world security studies, and director of the Five College Program in Peace and World Security Studies, 3/6/21, “AN ALLIANCE FOR GLOBAL SURVIVAL: BIDEN, CLIMATE CHANGE, AND CHINA,”</w:t>
      </w:r>
    </w:p>
    <w:p>
      <w:pPr>
        <w:spacing w:after="60"/>
      </w:pPr>
      <w:r>
        <w:rPr>
          <w:b w:val="0"/>
          <w:i w:val="0"/>
          <w:smallCaps w:val="0"/>
          <w:strike w:val="0"/>
          <w:color w:val="000000"/>
          <w:sz w:val="16"/>
          <w:u w:val="none"/>
        </w:rPr>
        <w:t xml:space="preserve">Slowing the pace of climate change and getting “tough” on China, especially over its human-rights abuses and unfair trade practices, are among the top priorities President </w:t>
      </w:r>
      <w:r>
        <w:rPr>
          <w:b w:val="0"/>
          <w:i w:val="0"/>
          <w:smallCaps w:val="0"/>
          <w:strike w:val="0"/>
          <w:color w:val="000000"/>
          <w:u w:val="single"/>
        </w:rPr>
        <w:t>Biden</w:t>
      </w:r>
      <w:r>
        <w:rPr>
          <w:b w:val="0"/>
          <w:i w:val="0"/>
          <w:smallCaps w:val="0"/>
          <w:strike w:val="0"/>
          <w:color w:val="000000"/>
          <w:sz w:val="16"/>
          <w:u w:val="none"/>
        </w:rPr>
        <w:t xml:space="preserve"> has announced for his new administration. </w:t>
      </w:r>
      <w:r>
        <w:rPr>
          <w:b w:val="0"/>
          <w:i w:val="0"/>
          <w:smallCaps w:val="0"/>
          <w:strike w:val="0"/>
          <w:color w:val="000000"/>
          <w:u w:val="single"/>
        </w:rPr>
        <w:t>Evidently</w:t>
      </w:r>
      <w:r>
        <w:rPr>
          <w:b w:val="0"/>
          <w:i w:val="0"/>
          <w:smallCaps w:val="0"/>
          <w:strike w:val="0"/>
          <w:color w:val="000000"/>
          <w:sz w:val="16"/>
          <w:u w:val="none"/>
        </w:rPr>
        <w:t xml:space="preserve">, he </w:t>
      </w:r>
      <w:r>
        <w:rPr>
          <w:b w:val="0"/>
          <w:i w:val="0"/>
          <w:smallCaps w:val="0"/>
          <w:strike w:val="0"/>
          <w:color w:val="000000"/>
          <w:u w:val="single"/>
        </w:rPr>
        <w:t>believes</w:t>
      </w:r>
      <w:r>
        <w:rPr>
          <w:b w:val="0"/>
          <w:i w:val="0"/>
          <w:smallCaps w:val="0"/>
          <w:strike w:val="0"/>
          <w:color w:val="000000"/>
          <w:sz w:val="16"/>
          <w:u w:val="none"/>
        </w:rPr>
        <w:t xml:space="preserve"> that </w:t>
      </w:r>
      <w:r>
        <w:rPr>
          <w:b w:val="0"/>
          <w:i w:val="0"/>
          <w:smallCaps w:val="0"/>
          <w:strike w:val="0"/>
          <w:color w:val="000000"/>
          <w:u w:val="single"/>
        </w:rPr>
        <w:t xml:space="preserve">he can </w:t>
      </w:r>
      <w:r>
        <w:rPr>
          <w:b w:val="0"/>
          <w:i w:val="0"/>
          <w:smallCaps w:val="0"/>
          <w:strike w:val="0"/>
          <w:color w:val="000000"/>
          <w:u w:val="single"/>
        </w:rPr>
        <w:t>tame</w:t>
      </w:r>
      <w:r>
        <w:rPr>
          <w:b w:val="0"/>
          <w:i w:val="0"/>
          <w:smallCaps w:val="0"/>
          <w:strike w:val="0"/>
          <w:color w:val="000000"/>
          <w:u w:val="single"/>
        </w:rPr>
        <w:t xml:space="preserve"> a rising China with harsh pressure tactics, while still gaining its cooperation in areas of concern</w:t>
      </w:r>
      <w:r>
        <w:rPr>
          <w:b w:val="0"/>
          <w:i w:val="0"/>
          <w:smallCaps w:val="0"/>
          <w:strike w:val="0"/>
          <w:color w:val="000000"/>
          <w:sz w:val="16"/>
          <w:u w:val="none"/>
        </w:rPr>
        <w:t xml:space="preserve"> to Washington. As he wrote in Foreign Affairs during the presidential election campaign, “The most effective way to meet that challenge is to build a united front of U.S. allies and partners to confront China’s abusive behaviors and human rights violations, even as we seek to cooperate with Beijing on issues where our interests converge, such as climate change.”[1] </w:t>
      </w:r>
      <w:r>
        <w:rPr>
          <w:b w:val="0"/>
          <w:i w:val="0"/>
          <w:smallCaps w:val="0"/>
          <w:strike w:val="0"/>
          <w:color w:val="000000"/>
          <w:u w:val="single"/>
        </w:rPr>
        <w:t>If</w:t>
      </w:r>
      <w:r>
        <w:rPr>
          <w:b w:val="0"/>
          <w:i w:val="0"/>
          <w:smallCaps w:val="0"/>
          <w:strike w:val="0"/>
          <w:color w:val="000000"/>
          <w:sz w:val="16"/>
          <w:u w:val="none"/>
        </w:rPr>
        <w:t xml:space="preserve">, however, our </w:t>
      </w:r>
      <w:r>
        <w:rPr>
          <w:b w:val="0"/>
          <w:i w:val="0"/>
          <w:smallCaps w:val="0"/>
          <w:strike w:val="0"/>
          <w:color w:val="000000"/>
          <w:u w:val="single"/>
        </w:rPr>
        <w:t>Biden</w:t>
      </w:r>
      <w:r>
        <w:rPr>
          <w:b w:val="0"/>
          <w:i w:val="0"/>
          <w:smallCaps w:val="0"/>
          <w:strike w:val="0"/>
          <w:color w:val="000000"/>
          <w:sz w:val="16"/>
          <w:u w:val="none"/>
        </w:rPr>
        <w:t xml:space="preserve"> truly </w:t>
      </w:r>
      <w:r>
        <w:rPr>
          <w:b w:val="0"/>
          <w:i w:val="0"/>
          <w:smallCaps w:val="0"/>
          <w:strike w:val="0"/>
          <w:color w:val="000000"/>
          <w:u w:val="single"/>
        </w:rPr>
        <w:t>believes</w:t>
      </w:r>
      <w:r>
        <w:rPr>
          <w:b w:val="0"/>
          <w:i w:val="0"/>
          <w:smallCaps w:val="0"/>
          <w:strike w:val="0"/>
          <w:color w:val="000000"/>
          <w:sz w:val="16"/>
          <w:u w:val="none"/>
        </w:rPr>
        <w:t xml:space="preserve"> that </w:t>
      </w:r>
      <w:r>
        <w:rPr>
          <w:b w:val="0"/>
          <w:i w:val="0"/>
          <w:smallCaps w:val="0"/>
          <w:strike w:val="0"/>
          <w:color w:val="000000"/>
          <w:u w:val="single"/>
        </w:rPr>
        <w:t>he can build an</w:t>
      </w:r>
      <w:r>
        <w:rPr>
          <w:b w:val="0"/>
          <w:i w:val="0"/>
          <w:smallCaps w:val="0"/>
          <w:strike w:val="0"/>
          <w:color w:val="000000"/>
          <w:sz w:val="16"/>
          <w:u w:val="none"/>
        </w:rPr>
        <w:t xml:space="preserve"> </w:t>
      </w:r>
      <w:r>
        <w:rPr>
          <w:b/>
          <w:i w:val="0"/>
          <w:smallCaps w:val="0"/>
          <w:strike w:val="0"/>
          <w:color w:val="000000"/>
          <w:u w:val="single"/>
        </w:rPr>
        <w:t>international coalition to gang up on China</w:t>
      </w:r>
      <w:r>
        <w:rPr>
          <w:b w:val="0"/>
          <w:i w:val="0"/>
          <w:smallCaps w:val="0"/>
          <w:strike w:val="0"/>
          <w:color w:val="000000"/>
          <w:sz w:val="16"/>
          <w:u w:val="none"/>
        </w:rPr>
        <w:t xml:space="preserve"> </w:t>
      </w:r>
      <w:r>
        <w:rPr>
          <w:b w:val="0"/>
          <w:i w:val="0"/>
          <w:smallCaps w:val="0"/>
          <w:strike w:val="0"/>
          <w:color w:val="000000"/>
          <w:u w:val="single"/>
        </w:rPr>
        <w:t>and secure Beijing’s cooperation on climate change, he is seriously deluded</w:t>
      </w:r>
      <w:r>
        <w:rPr>
          <w:b w:val="0"/>
          <w:i w:val="0"/>
          <w:smallCaps w:val="0"/>
          <w:strike w:val="0"/>
          <w:color w:val="000000"/>
          <w:sz w:val="16"/>
          <w:u w:val="none"/>
        </w:rPr>
        <w:t xml:space="preserve">. Indeed, though </w:t>
      </w:r>
      <w:r>
        <w:rPr>
          <w:b w:val="0"/>
          <w:i w:val="0"/>
          <w:smallCaps w:val="0"/>
          <w:strike w:val="0"/>
          <w:color w:val="000000"/>
          <w:u w:val="single"/>
        </w:rPr>
        <w:t>he could succeed in provoking a new cold war, he</w:t>
      </w:r>
      <w:r>
        <w:rPr>
          <w:b w:val="0"/>
          <w:i w:val="0"/>
          <w:smallCaps w:val="0"/>
          <w:strike w:val="0"/>
          <w:color w:val="000000"/>
          <w:sz w:val="16"/>
          <w:u w:val="none"/>
        </w:rPr>
        <w:t xml:space="preserve"> </w:t>
      </w:r>
      <w:r>
        <w:rPr>
          <w:b w:val="0"/>
          <w:i w:val="0"/>
          <w:smallCaps w:val="0"/>
          <w:strike w:val="0"/>
          <w:color w:val="000000"/>
          <w:u w:val="single"/>
        </w:rPr>
        <w:t>won’t prevent the planet from heating</w:t>
      </w:r>
      <w:r>
        <w:rPr>
          <w:b w:val="0"/>
          <w:i w:val="0"/>
          <w:smallCaps w:val="0"/>
          <w:strike w:val="0"/>
          <w:color w:val="000000"/>
          <w:sz w:val="16"/>
          <w:u w:val="none"/>
        </w:rPr>
        <w:t xml:space="preserve"> </w:t>
      </w:r>
      <w:r>
        <w:rPr>
          <w:b w:val="0"/>
          <w:i w:val="0"/>
          <w:smallCaps w:val="0"/>
          <w:strike w:val="0"/>
          <w:color w:val="000000"/>
          <w:u w:val="single"/>
        </w:rPr>
        <w:t>up unbearably</w:t>
      </w:r>
      <w:r>
        <w:rPr>
          <w:b w:val="0"/>
          <w:i w:val="0"/>
          <w:smallCaps w:val="0"/>
          <w:strike w:val="0"/>
          <w:color w:val="000000"/>
          <w:sz w:val="16"/>
          <w:u w:val="none"/>
        </w:rPr>
        <w:t xml:space="preserve"> in the process.</w:t>
      </w:r>
    </w:p>
    <w:p>
      <w:pPr>
        <w:spacing w:after="60"/>
      </w:pPr>
      <w:r>
        <w:rPr>
          <w:b w:val="0"/>
          <w:i w:val="0"/>
          <w:smallCaps w:val="0"/>
          <w:strike w:val="0"/>
          <w:color w:val="000000"/>
          <w:sz w:val="16"/>
          <w:u w:val="none"/>
        </w:rPr>
        <w:t xml:space="preserve">President Biden is certainly aware of the dangers of global </w:t>
      </w:r>
      <w:r>
        <w:rPr>
          <w:b w:val="0"/>
          <w:i w:val="0"/>
          <w:smallCaps w:val="0"/>
          <w:strike w:val="0"/>
          <w:color w:val="000000"/>
          <w:u w:val="single"/>
        </w:rPr>
        <w:t>warming</w:t>
      </w:r>
      <w:r>
        <w:rPr>
          <w:b w:val="0"/>
          <w:i w:val="0"/>
          <w:smallCaps w:val="0"/>
          <w:strike w:val="0"/>
          <w:color w:val="000000"/>
          <w:sz w:val="16"/>
          <w:u w:val="none"/>
        </w:rPr>
        <w:t xml:space="preserve">. In that same Foreign Affairs article, he labeled it nothing short of </w:t>
      </w:r>
      <w:r>
        <w:rPr>
          <w:b/>
          <w:i w:val="0"/>
          <w:smallCaps w:val="0"/>
          <w:strike w:val="0"/>
          <w:color w:val="000000"/>
          <w:u w:val="single"/>
        </w:rPr>
        <w:t>an “existential threat</w:t>
      </w:r>
      <w:r>
        <w:rPr>
          <w:b w:val="0"/>
          <w:i w:val="0"/>
          <w:smallCaps w:val="0"/>
          <w:strike w:val="0"/>
          <w:color w:val="000000"/>
          <w:sz w:val="16"/>
          <w:u w:val="none"/>
        </w:rPr>
        <w:t xml:space="preserve">,” one that </w:t>
      </w:r>
      <w:r>
        <w:rPr>
          <w:b w:val="0"/>
          <w:i w:val="0"/>
          <w:smallCaps w:val="0"/>
          <w:strike w:val="0"/>
          <w:color w:val="000000"/>
          <w:u w:val="single"/>
        </w:rPr>
        <w:t>imperils</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survival of</w:t>
      </w:r>
      <w:r>
        <w:rPr>
          <w:b w:val="0"/>
          <w:i w:val="0"/>
          <w:smallCaps w:val="0"/>
          <w:strike w:val="0"/>
          <w:color w:val="000000"/>
          <w:sz w:val="16"/>
          <w:u w:val="none"/>
        </w:rPr>
        <w:t xml:space="preserve"> </w:t>
      </w:r>
      <w:r>
        <w:rPr>
          <w:b/>
          <w:i w:val="0"/>
          <w:smallCaps w:val="0"/>
          <w:strike w:val="0"/>
          <w:color w:val="000000"/>
          <w:u w:val="single"/>
        </w:rPr>
        <w:t>human</w:t>
      </w:r>
      <w:r>
        <w:rPr>
          <w:b w:val="0"/>
          <w:i w:val="0"/>
          <w:smallCaps w:val="0"/>
          <w:strike w:val="0"/>
          <w:color w:val="000000"/>
          <w:sz w:val="16"/>
          <w:u w:val="none"/>
        </w:rPr>
        <w:t xml:space="preserve"> </w:t>
      </w:r>
      <w:r>
        <w:rPr>
          <w:b/>
          <w:i w:val="0"/>
          <w:smallCaps w:val="0"/>
          <w:strike w:val="0"/>
          <w:color w:val="000000"/>
          <w:u w:val="single"/>
        </w:rPr>
        <w:t>civilization</w:t>
      </w:r>
      <w:r>
        <w:rPr>
          <w:b w:val="0"/>
          <w:i w:val="0"/>
          <w:smallCaps w:val="0"/>
          <w:strike w:val="0"/>
          <w:color w:val="000000"/>
          <w:sz w:val="16"/>
          <w:u w:val="none"/>
        </w:rPr>
        <w:t>. Acknowledging the importance of relying on scientific expertise (unlike our previous president, who repeatedly invented his own version of scientific reality), Biden affirmed the conclusion of the U.N.’s Intergovernmental Panel on Climate Change (IPCC) that warming must be limited to 1.5 degrees Celsius above pre-industrial levels or the planet will experience calamitous, irreversible consequences. He then pledged to “rejoin the Paris climate agreement on day one of a Biden administration” (which he indeed did on his first day in office) and to “make massive, urgent investments at home that put the United States on track to have a clean energy economy with net-zero [greenhouse gas] emissions by 2050” – the target set by the IPCC.</w:t>
      </w:r>
    </w:p>
    <w:p>
      <w:pPr>
        <w:spacing w:after="60"/>
      </w:pPr>
      <w:r>
        <w:rPr>
          <w:b w:val="0"/>
          <w:i w:val="0"/>
          <w:smallCaps w:val="0"/>
          <w:strike w:val="0"/>
          <w:color w:val="000000"/>
          <w:sz w:val="16"/>
          <w:u w:val="none"/>
        </w:rPr>
        <w:t xml:space="preserve">Even such dramatic actions, he indicated, will not be sufficient. </w:t>
      </w:r>
      <w:r>
        <w:rPr>
          <w:b w:val="0"/>
          <w:i w:val="0"/>
          <w:smallCaps w:val="0"/>
          <w:strike w:val="0"/>
          <w:color w:val="000000"/>
          <w:u w:val="single"/>
        </w:rPr>
        <w:t>Other countries will have to join America in moving toward a global “net-zero” state in which any carbon emissions would be compensated for by equivalent carbon removals</w:t>
      </w:r>
      <w:r>
        <w:rPr>
          <w:b w:val="0"/>
          <w:i w:val="0"/>
          <w:smallCaps w:val="0"/>
          <w:strike w:val="0"/>
          <w:color w:val="000000"/>
          <w:sz w:val="16"/>
          <w:u w:val="none"/>
        </w:rPr>
        <w:t>. “Because the United States creates only 15 percent of global emissions,” he wrote, “I will leverage our economic and moral authority to push the world to determined action, rallying nations to raise their ambitions and push progress further and faster</w:t>
      </w:r>
      <w:r>
        <w:rPr>
          <w:b w:val="0"/>
          <w:i w:val="0"/>
          <w:smallCaps w:val="0"/>
          <w:strike w:val="0"/>
          <w:color w:val="000000"/>
          <w:sz w:val="16"/>
          <w:u w:val="none"/>
        </w:rPr>
        <w:t>.”[</w:t>
      </w:r>
      <w:r>
        <w:rPr>
          <w:b w:val="0"/>
          <w:i w:val="0"/>
          <w:smallCaps w:val="0"/>
          <w:strike w:val="0"/>
          <w:color w:val="000000"/>
          <w:sz w:val="16"/>
          <w:u w:val="none"/>
        </w:rPr>
        <w:t>2]</w:t>
      </w:r>
    </w:p>
    <w:p>
      <w:pPr>
        <w:spacing w:after="60"/>
      </w:pPr>
      <w:r>
        <w:rPr>
          <w:b w:val="0"/>
          <w:i w:val="0"/>
          <w:smallCaps w:val="0"/>
          <w:strike w:val="0"/>
          <w:color w:val="000000"/>
          <w:u w:val="single"/>
        </w:rPr>
        <w:t>China</w:t>
      </w:r>
      <w:r>
        <w:rPr>
          <w:b w:val="0"/>
          <w:i w:val="0"/>
          <w:smallCaps w:val="0"/>
          <w:strike w:val="0"/>
          <w:color w:val="000000"/>
          <w:sz w:val="16"/>
          <w:u w:val="none"/>
        </w:rPr>
        <w:t xml:space="preserve">, the world’s largest emitter of greenhouse gases right now (although the U.S. remains number one </w:t>
      </w:r>
      <w:r>
        <w:rPr>
          <w:b w:val="0"/>
          <w:i w:val="0"/>
          <w:smallCaps w:val="0"/>
          <w:strike w:val="0"/>
          <w:color w:val="000000"/>
          <w:sz w:val="16"/>
          <w:u w:val="none"/>
        </w:rPr>
        <w:t>historically[</w:t>
      </w:r>
      <w:r>
        <w:rPr>
          <w:b w:val="0"/>
          <w:i w:val="0"/>
          <w:smallCaps w:val="0"/>
          <w:strike w:val="0"/>
          <w:color w:val="000000"/>
          <w:sz w:val="16"/>
          <w:u w:val="none"/>
        </w:rPr>
        <w:t xml:space="preserve">3]), </w:t>
      </w:r>
      <w:r>
        <w:rPr>
          <w:b w:val="0"/>
          <w:i w:val="0"/>
          <w:smallCaps w:val="0"/>
          <w:strike w:val="0"/>
          <w:color w:val="000000"/>
          <w:u w:val="single"/>
        </w:rPr>
        <w:t>would</w:t>
      </w:r>
      <w:r>
        <w:rPr>
          <w:b w:val="0"/>
          <w:i w:val="0"/>
          <w:smallCaps w:val="0"/>
          <w:strike w:val="0"/>
          <w:color w:val="000000"/>
          <w:sz w:val="16"/>
          <w:u w:val="none"/>
        </w:rPr>
        <w:t xml:space="preserve"> obviously </w:t>
      </w:r>
      <w:r>
        <w:rPr>
          <w:b w:val="0"/>
          <w:i w:val="0"/>
          <w:smallCaps w:val="0"/>
          <w:strike w:val="0"/>
          <w:color w:val="000000"/>
          <w:u w:val="single"/>
        </w:rPr>
        <w:t>be Washington’s natural partner</w:t>
      </w:r>
      <w:r>
        <w:rPr>
          <w:b w:val="0"/>
          <w:i w:val="0"/>
          <w:smallCaps w:val="0"/>
          <w:strike w:val="0"/>
          <w:color w:val="000000"/>
          <w:sz w:val="16"/>
          <w:u w:val="none"/>
        </w:rPr>
        <w:t xml:space="preserve"> in this effort. Here, though, </w:t>
      </w:r>
      <w:r>
        <w:rPr>
          <w:b w:val="0"/>
          <w:i w:val="0"/>
          <w:smallCaps w:val="0"/>
          <w:strike w:val="0"/>
          <w:color w:val="000000"/>
          <w:u w:val="single"/>
        </w:rPr>
        <w:t>Biden’s antagonistic stance</w:t>
      </w:r>
      <w:r>
        <w:rPr>
          <w:b w:val="0"/>
          <w:i w:val="0"/>
          <w:smallCaps w:val="0"/>
          <w:strike w:val="0"/>
          <w:color w:val="000000"/>
          <w:sz w:val="16"/>
          <w:u w:val="none"/>
        </w:rPr>
        <w:t xml:space="preserve"> toward that country </w:t>
      </w:r>
      <w:r>
        <w:rPr>
          <w:b w:val="0"/>
          <w:i w:val="0"/>
          <w:smallCaps w:val="0"/>
          <w:strike w:val="0"/>
          <w:color w:val="000000"/>
          <w:u w:val="single"/>
        </w:rPr>
        <w:t>is likely to prove a significant impediment</w:t>
      </w:r>
      <w:r>
        <w:rPr>
          <w:b w:val="0"/>
          <w:i w:val="0"/>
          <w:smallCaps w:val="0"/>
          <w:strike w:val="0"/>
          <w:color w:val="000000"/>
          <w:sz w:val="16"/>
          <w:u w:val="none"/>
        </w:rPr>
        <w:t>. Rather than prioritize cooperation with China on climate action, he chose to castigate Beijing for its continued reliance on coal and support for coal projects in other countries. The Biden climate plan, he wrote in Foreign Affairs, “includes insisting that China… stop subsidizing coal exports and outsourcing pollution to other countries by financing billions of dollars’ worth of dirty fossil-fuel energy projects through its Belt and Road Initiative.” Then he went further, by portraying the global effort to achieve a green economy as a potentially competitive, not collaborative, struggle with China, saying, “I will make investment in research and development a cornerstone of my presidency, so that the United States is leading the charge in innovation. There is no reason we should be falling behind China or anyone else when it comes to clean energy.”</w:t>
      </w:r>
    </w:p>
    <w:p>
      <w:pPr>
        <w:spacing w:after="60"/>
      </w:pPr>
      <w:r>
        <w:rPr>
          <w:b w:val="0"/>
          <w:i w:val="0"/>
          <w:smallCaps w:val="0"/>
          <w:strike w:val="0"/>
          <w:color w:val="000000"/>
          <w:sz w:val="16"/>
          <w:u w:val="none"/>
        </w:rPr>
        <w:t>Certainly, it might be useful to highlight the areas in which China has taken the lead in clean energy – for example, in its drive to master the technology of electric cars – to spur catch-up efforts in this country. But if climate change is an existential threat requiring maximum international effort to overcome, depicting this vital endeavor as a competitive race with winners and losers and picking fights with China over its energy behavior is a self-defeating way to start.</w:t>
      </w:r>
    </w:p>
    <w:p>
      <w:pPr>
        <w:spacing w:after="60"/>
      </w:pPr>
      <w:r>
        <w:rPr>
          <w:b w:val="0"/>
          <w:i w:val="0"/>
          <w:smallCaps w:val="0"/>
          <w:strike w:val="0"/>
          <w:color w:val="000000"/>
          <w:u w:val="single"/>
        </w:rPr>
        <w:t>Whatever obstacles China does pose, its cooperation in achieving that 1.5-degree limit is critical</w:t>
      </w:r>
      <w:r>
        <w:rPr>
          <w:b w:val="0"/>
          <w:i w:val="0"/>
          <w:smallCaps w:val="0"/>
          <w:strike w:val="0"/>
          <w:color w:val="000000"/>
          <w:sz w:val="16"/>
          <w:u w:val="none"/>
        </w:rPr>
        <w:t xml:space="preserve">. “If we don’t get this right, nothing else will matter,” Biden said of global efforts to deal with climate change.[4] Sadly, his insistence on pummeling China on so many fronts will ensure that he gets it wrong.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only way</w:t>
      </w:r>
      <w:r>
        <w:rPr>
          <w:b w:val="0"/>
          <w:i w:val="0"/>
          <w:smallCaps w:val="0"/>
          <w:strike w:val="0"/>
          <w:color w:val="000000"/>
          <w:sz w:val="16"/>
          <w:u w:val="none"/>
        </w:rPr>
        <w:t xml:space="preserve"> </w:t>
      </w:r>
      <w:r>
        <w:rPr>
          <w:b w:val="0"/>
          <w:i w:val="0"/>
          <w:smallCaps w:val="0"/>
          <w:strike w:val="0"/>
          <w:color w:val="000000"/>
          <w:u w:val="single"/>
        </w:rPr>
        <w:t>to avert catastrophic climate change is</w:t>
      </w:r>
      <w:r>
        <w:rPr>
          <w:b w:val="0"/>
          <w:i w:val="0"/>
          <w:smallCaps w:val="0"/>
          <w:strike w:val="0"/>
          <w:color w:val="000000"/>
          <w:sz w:val="16"/>
          <w:u w:val="none"/>
        </w:rPr>
        <w:t xml:space="preserve"> </w:t>
      </w:r>
      <w:r>
        <w:rPr>
          <w:b w:val="0"/>
          <w:i w:val="0"/>
          <w:smallCaps w:val="0"/>
          <w:strike w:val="0"/>
          <w:color w:val="000000"/>
          <w:u w:val="single"/>
        </w:rPr>
        <w:t>for the</w:t>
      </w:r>
      <w:r>
        <w:rPr>
          <w:b w:val="0"/>
          <w:i w:val="0"/>
          <w:smallCaps w:val="0"/>
          <w:strike w:val="0"/>
          <w:color w:val="000000"/>
          <w:sz w:val="16"/>
          <w:u w:val="none"/>
        </w:rPr>
        <w:t xml:space="preserve"> </w:t>
      </w:r>
      <w:r>
        <w:rPr>
          <w:b/>
          <w:i w:val="0"/>
          <w:smallCaps w:val="0"/>
          <w:strike w:val="0"/>
          <w:color w:val="000000"/>
          <w:u w:val="single"/>
        </w:rPr>
        <w:t>U</w:t>
      </w:r>
      <w:r>
        <w:rPr>
          <w:b w:val="0"/>
          <w:i w:val="0"/>
          <w:smallCaps w:val="0"/>
          <w:strike w:val="0"/>
          <w:color w:val="000000"/>
          <w:sz w:val="16"/>
          <w:u w:val="none"/>
        </w:rPr>
        <w:t xml:space="preserve">nited </w:t>
      </w:r>
      <w:r>
        <w:rPr>
          <w:b/>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to</w:t>
      </w:r>
      <w:r>
        <w:rPr>
          <w:b w:val="0"/>
          <w:i w:val="0"/>
          <w:smallCaps w:val="0"/>
          <w:strike w:val="0"/>
          <w:color w:val="000000"/>
          <w:sz w:val="16"/>
          <w:u w:val="none"/>
        </w:rPr>
        <w:t xml:space="preserve"> </w:t>
      </w:r>
      <w:r>
        <w:rPr>
          <w:b/>
          <w:i w:val="0"/>
          <w:smallCaps w:val="0"/>
          <w:strike w:val="0"/>
          <w:color w:val="000000"/>
          <w:u w:val="single"/>
        </w:rPr>
        <w:t>avoid a new cold war with China</w:t>
      </w:r>
      <w:r>
        <w:rPr>
          <w:b w:val="0"/>
          <w:i w:val="0"/>
          <w:smallCaps w:val="0"/>
          <w:strike w:val="0"/>
          <w:color w:val="000000"/>
          <w:sz w:val="16"/>
          <w:u w:val="none"/>
        </w:rPr>
        <w:t xml:space="preserve"> by devising a cooperative set of plans with Beijing to speed the global transition to a green economy.</w:t>
      </w:r>
    </w:p>
    <w:p>
      <w:pPr>
        <w:spacing w:after="60"/>
      </w:pPr>
      <w:r>
        <w:rPr>
          <w:b w:val="0"/>
          <w:i w:val="0"/>
          <w:smallCaps w:val="0"/>
          <w:strike w:val="0"/>
          <w:color w:val="000000"/>
          <w:sz w:val="16"/>
          <w:u w:val="none"/>
        </w:rPr>
        <w:t>Why Cooperation Is Essential</w:t>
      </w:r>
    </w:p>
    <w:p>
      <w:pPr>
        <w:spacing w:after="60"/>
      </w:pPr>
      <w:r>
        <w:rPr>
          <w:b w:val="0"/>
          <w:i w:val="0"/>
          <w:smallCaps w:val="0"/>
          <w:strike w:val="0"/>
          <w:color w:val="000000"/>
          <w:sz w:val="16"/>
          <w:u w:val="none"/>
        </w:rPr>
        <w:t>With such cooperation in mind, let’s review the basics on how those two countries affect world energy consumption and global carbon emissions: The United States and China are the world’s two leading consumers of energy and its two main emitters of carbon dioxide, or CO2, the leading greenhouse gas. As a result, they exert an outsized influence on the global climate equation. According to the International Energy Agency (IEA), China accounted for approximately 22% of world energy consumption in 2018; the U.S., 16%. And because both countries rely so heavily on fossil fuels for energy generation – China largely on coal, the U.S. more on oil and natural gas – their carbon-dioxide emissions account for an even larger share of the global total: China alone, nearly 29% in 2018; the U.S., 18%; and combined, an astonishing 46%.[5]</w:t>
      </w:r>
    </w:p>
    <w:p>
      <w:pPr>
        <w:spacing w:after="60"/>
      </w:pPr>
      <w:r>
        <w:rPr>
          <w:b w:val="0"/>
          <w:i w:val="0"/>
          <w:smallCaps w:val="0"/>
          <w:strike w:val="0"/>
          <w:color w:val="000000"/>
          <w:sz w:val="16"/>
          <w:u w:val="none"/>
        </w:rPr>
        <w:t xml:space="preserve">It’s what will happen in the future, though, that really matters. </w:t>
      </w:r>
      <w:r>
        <w:rPr>
          <w:b w:val="0"/>
          <w:i w:val="0"/>
          <w:smallCaps w:val="0"/>
          <w:strike w:val="0"/>
          <w:color w:val="000000"/>
          <w:u w:val="single"/>
        </w:rPr>
        <w:t>If the world is</w:t>
      </w:r>
      <w:r>
        <w:rPr>
          <w:b w:val="0"/>
          <w:i w:val="0"/>
          <w:smallCaps w:val="0"/>
          <w:strike w:val="0"/>
          <w:color w:val="000000"/>
          <w:sz w:val="16"/>
          <w:u w:val="none"/>
        </w:rPr>
        <w:t xml:space="preserve"> </w:t>
      </w:r>
      <w:r>
        <w:rPr>
          <w:b w:val="0"/>
          <w:i w:val="0"/>
          <w:smallCaps w:val="0"/>
          <w:strike w:val="0"/>
          <w:color w:val="000000"/>
          <w:u w:val="single"/>
        </w:rPr>
        <w:t>to keep</w:t>
      </w:r>
      <w:r>
        <w:rPr>
          <w:b w:val="0"/>
          <w:i w:val="0"/>
          <w:smallCaps w:val="0"/>
          <w:strike w:val="0"/>
          <w:color w:val="000000"/>
          <w:sz w:val="16"/>
          <w:u w:val="none"/>
        </w:rPr>
        <w:t xml:space="preserve"> </w:t>
      </w:r>
      <w:r>
        <w:rPr>
          <w:b w:val="0"/>
          <w:i w:val="0"/>
          <w:smallCaps w:val="0"/>
          <w:strike w:val="0"/>
          <w:color w:val="000000"/>
          <w:u w:val="single"/>
        </w:rPr>
        <w:t>global</w:t>
      </w:r>
      <w:r>
        <w:rPr>
          <w:b w:val="0"/>
          <w:i w:val="0"/>
          <w:smallCaps w:val="0"/>
          <w:strike w:val="0"/>
          <w:color w:val="000000"/>
          <w:sz w:val="16"/>
          <w:u w:val="none"/>
        </w:rPr>
        <w:t xml:space="preserve"> </w:t>
      </w:r>
      <w:r>
        <w:rPr>
          <w:b w:val="0"/>
          <w:i w:val="0"/>
          <w:smallCaps w:val="0"/>
          <w:strike w:val="0"/>
          <w:color w:val="000000"/>
          <w:u w:val="single"/>
        </w:rPr>
        <w:t>temperatures from</w:t>
      </w:r>
      <w:r>
        <w:rPr>
          <w:b w:val="0"/>
          <w:i w:val="0"/>
          <w:smallCaps w:val="0"/>
          <w:strike w:val="0"/>
          <w:color w:val="000000"/>
          <w:sz w:val="16"/>
          <w:u w:val="none"/>
        </w:rPr>
        <w:t xml:space="preserve"> </w:t>
      </w:r>
      <w:r>
        <w:rPr>
          <w:b w:val="0"/>
          <w:i w:val="0"/>
          <w:smallCaps w:val="0"/>
          <w:strike w:val="0"/>
          <w:color w:val="000000"/>
          <w:u w:val="single"/>
        </w:rPr>
        <w:t>rising above</w:t>
      </w:r>
      <w:r>
        <w:rPr>
          <w:b w:val="0"/>
          <w:i w:val="0"/>
          <w:smallCaps w:val="0"/>
          <w:strike w:val="0"/>
          <w:color w:val="000000"/>
          <w:sz w:val="16"/>
          <w:u w:val="none"/>
        </w:rPr>
        <w:t xml:space="preserve"> that </w:t>
      </w:r>
      <w:r>
        <w:rPr>
          <w:b w:val="0"/>
          <w:i w:val="0"/>
          <w:smallCaps w:val="0"/>
          <w:strike w:val="0"/>
          <w:color w:val="000000"/>
          <w:u w:val="single"/>
        </w:rPr>
        <w:t>1.5</w:t>
      </w:r>
      <w:r>
        <w:rPr>
          <w:b w:val="0"/>
          <w:i w:val="0"/>
          <w:smallCaps w:val="0"/>
          <w:strike w:val="0"/>
          <w:color w:val="000000"/>
          <w:sz w:val="16"/>
          <w:u w:val="none"/>
        </w:rPr>
        <w:t xml:space="preserve"> </w:t>
      </w:r>
      <w:r>
        <w:rPr>
          <w:b w:val="0"/>
          <w:i w:val="0"/>
          <w:smallCaps w:val="0"/>
          <w:strike w:val="0"/>
          <w:color w:val="000000"/>
          <w:u w:val="single"/>
        </w:rPr>
        <w:t>degrees</w:t>
      </w:r>
      <w:r>
        <w:rPr>
          <w:b w:val="0"/>
          <w:i w:val="0"/>
          <w:smallCaps w:val="0"/>
          <w:strike w:val="0"/>
          <w:color w:val="000000"/>
          <w:sz w:val="16"/>
          <w:u w:val="none"/>
        </w:rPr>
        <w:t xml:space="preserve"> </w:t>
      </w:r>
      <w:r>
        <w:rPr>
          <w:b/>
          <w:i w:val="0"/>
          <w:smallCaps w:val="0"/>
          <w:strike w:val="0"/>
          <w:color w:val="000000"/>
          <w:u w:val="single"/>
        </w:rPr>
        <w:t>C</w:t>
      </w:r>
      <w:r>
        <w:rPr>
          <w:b w:val="0"/>
          <w:i w:val="0"/>
          <w:smallCaps w:val="0"/>
          <w:strike w:val="0"/>
          <w:color w:val="000000"/>
          <w:u w:val="single"/>
        </w:rPr>
        <w:t>elsius</w:t>
      </w:r>
      <w:r>
        <w:rPr>
          <w:b w:val="0"/>
          <w:i w:val="0"/>
          <w:smallCaps w:val="0"/>
          <w:strike w:val="0"/>
          <w:color w:val="000000"/>
          <w:sz w:val="16"/>
          <w:u w:val="none"/>
        </w:rPr>
        <w:t xml:space="preserve"> threshold, </w:t>
      </w:r>
      <w:r>
        <w:rPr>
          <w:b w:val="0"/>
          <w:i w:val="0"/>
          <w:smallCaps w:val="0"/>
          <w:strike w:val="0"/>
          <w:color w:val="000000"/>
          <w:u w:val="single"/>
        </w:rPr>
        <w:t>every major economy should soon be on a downward-trending trajectory in</w:t>
      </w:r>
      <w:r>
        <w:rPr>
          <w:b w:val="0"/>
          <w:i w:val="0"/>
          <w:smallCaps w:val="0"/>
          <w:strike w:val="0"/>
          <w:color w:val="000000"/>
          <w:sz w:val="16"/>
          <w:u w:val="none"/>
        </w:rPr>
        <w:t xml:space="preserve"> terms of both </w:t>
      </w:r>
      <w:r>
        <w:rPr>
          <w:b w:val="0"/>
          <w:i w:val="0"/>
          <w:smallCaps w:val="0"/>
          <w:strike w:val="0"/>
          <w:color w:val="000000"/>
          <w:u w:val="single"/>
        </w:rPr>
        <w:t>fossil-fuel consumption and CO2 emissions</w:t>
      </w:r>
      <w:r>
        <w:rPr>
          <w:b w:val="0"/>
          <w:i w:val="0"/>
          <w:smallCaps w:val="0"/>
          <w:strike w:val="0"/>
          <w:color w:val="000000"/>
          <w:sz w:val="16"/>
          <w:u w:val="none"/>
        </w:rPr>
        <w:t xml:space="preserve"> (along with a compensating increase in renewable energy output). Horrifyingly enough, however, on their current trajectories, over the next two decades the combined fossil-fuel consumption and carbon emissions of China and the United States are still expected to rise, not fall, before stabilizing in the 2040s at a level far above net zero. According to the IEA, if the two countries remain on their current energy-use trajectories, their combined fossil-fuel consumption would be approximately 17% higher in 2040 than in 2018, even if their CO2 emissions would rise by only 3% (reflecting a greater reliance on natural gas as opposed to coal).[6] Any increase of that kind over the next two decades would spell one simple word for humanity: doom.</w:t>
      </w:r>
    </w:p>
    <w:p>
      <w:pPr>
        <w:spacing w:after="60"/>
      </w:pPr>
      <w:r>
        <w:rPr>
          <w:b w:val="0"/>
          <w:i w:val="0"/>
          <w:smallCaps w:val="0"/>
          <w:strike w:val="0"/>
          <w:color w:val="000000"/>
          <w:sz w:val="16"/>
          <w:u w:val="none"/>
        </w:rPr>
        <w:t xml:space="preserve">True, both countries are expected to substantially increase their investment in renewable energy during the next 20 years, even as places like India are expected to account for an ever-increasing share of global energy use and CO2 emissions. Still, </w:t>
      </w:r>
      <w:r>
        <w:rPr>
          <w:b w:val="0"/>
          <w:i w:val="0"/>
          <w:smallCaps w:val="0"/>
          <w:strike w:val="0"/>
          <w:color w:val="000000"/>
          <w:sz w:val="16"/>
          <w:u w:val="none"/>
        </w:rPr>
        <w:t>as long as</w:t>
      </w:r>
      <w:r>
        <w:rPr>
          <w:b w:val="0"/>
          <w:i w:val="0"/>
          <w:smallCaps w:val="0"/>
          <w:strike w:val="0"/>
          <w:color w:val="000000"/>
          <w:sz w:val="16"/>
          <w:u w:val="none"/>
        </w:rPr>
        <w:t xml:space="preserve"> Beijing and Washington continue to lead the world in both categories, any effort to achieve net-zero and avert an almost unimaginable climate cataclysm will have to fall largely on their shoulders. </w:t>
      </w:r>
      <w:r>
        <w:rPr>
          <w:b w:val="0"/>
          <w:i w:val="0"/>
          <w:smallCaps w:val="0"/>
          <w:strike w:val="0"/>
          <w:color w:val="000000"/>
          <w:u w:val="single"/>
        </w:rPr>
        <w:t>This</w:t>
      </w:r>
      <w:r>
        <w:rPr>
          <w:b w:val="0"/>
          <w:i w:val="0"/>
          <w:smallCaps w:val="0"/>
          <w:strike w:val="0"/>
          <w:color w:val="000000"/>
          <w:sz w:val="16"/>
          <w:u w:val="none"/>
        </w:rPr>
        <w:t xml:space="preserve"> </w:t>
      </w:r>
      <w:r>
        <w:rPr>
          <w:b w:val="0"/>
          <w:i w:val="0"/>
          <w:smallCaps w:val="0"/>
          <w:strike w:val="0"/>
          <w:color w:val="000000"/>
          <w:u w:val="single"/>
        </w:rPr>
        <w:t>would</w:t>
      </w:r>
      <w:r>
        <w:rPr>
          <w:b w:val="0"/>
          <w:i w:val="0"/>
          <w:smallCaps w:val="0"/>
          <w:strike w:val="0"/>
          <w:color w:val="000000"/>
          <w:sz w:val="16"/>
          <w:u w:val="none"/>
        </w:rPr>
        <w:t xml:space="preserve">, however, </w:t>
      </w:r>
      <w:r>
        <w:rPr>
          <w:b w:val="0"/>
          <w:i w:val="0"/>
          <w:smallCaps w:val="0"/>
          <w:strike w:val="0"/>
          <w:color w:val="000000"/>
          <w:u w:val="single"/>
        </w:rPr>
        <w:t>require</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colossal reduction in fossil-fuel consumption and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ramping up</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renewables</w:t>
      </w:r>
      <w:r>
        <w:rPr>
          <w:b w:val="0"/>
          <w:i w:val="0"/>
          <w:smallCaps w:val="0"/>
          <w:strike w:val="0"/>
          <w:color w:val="000000"/>
          <w:sz w:val="16"/>
          <w:u w:val="none"/>
        </w:rPr>
        <w:t xml:space="preserve"> </w:t>
      </w:r>
      <w:r>
        <w:rPr>
          <w:b w:val="0"/>
          <w:i w:val="0"/>
          <w:smallCaps w:val="0"/>
          <w:strike w:val="0"/>
          <w:color w:val="000000"/>
          <w:u w:val="single"/>
        </w:rPr>
        <w:t>on a scale unlike any engineering project this planet has ever seen</w:t>
      </w:r>
      <w:r>
        <w:rPr>
          <w:b w:val="0"/>
          <w:i w:val="0"/>
          <w:smallCaps w:val="0"/>
          <w:strike w:val="0"/>
          <w:color w:val="000000"/>
          <w:sz w:val="16"/>
          <w:u w:val="none"/>
        </w:rPr>
        <w:t>.</w:t>
      </w:r>
    </w:p>
    <w:p>
      <w:pPr>
        <w:spacing w:after="60"/>
      </w:pPr>
      <w:r>
        <w:rPr>
          <w:b w:val="0"/>
          <w:i w:val="0"/>
          <w:smallCaps w:val="0"/>
          <w:strike w:val="0"/>
          <w:color w:val="000000"/>
          <w:sz w:val="16"/>
          <w:u w:val="none"/>
        </w:rPr>
        <w:t>The Institute of Climate Change and Sustainable Development at Tsinghua University, an influential Chinese think tank, has calculated what might be involved in reshaping China’s coal-dependent electrical power system to reach the goal of a 1.5-degree limit on global warming. Its researchers believe that, over the next three decades, this would require adding the equivalent of three times current global wind power capacity and four times that of solar power at the cost of approximately $20 trillion.[7]</w:t>
      </w:r>
    </w:p>
    <w:p>
      <w:pPr>
        <w:spacing w:after="60"/>
      </w:pPr>
      <w:r>
        <w:rPr>
          <w:b w:val="0"/>
          <w:i w:val="0"/>
          <w:smallCaps w:val="0"/>
          <w:strike w:val="0"/>
          <w:color w:val="000000"/>
          <w:sz w:val="16"/>
          <w:u w:val="none"/>
        </w:rPr>
        <w:t>A similar transformation will be required in the United States, although with some differences: while this country relies far less on coal than China to generate electricity, it relies more on natural gas (a less potent emitter of CO2, but a fossil fuel nonetheless) and its electrical grid – as that catastrophic February 2021 storm demonstrated – is woefully unprepared for climate change and will have to be substantially rebuilt at enormous cost.[8]</w:t>
      </w:r>
    </w:p>
    <w:p>
      <w:pPr>
        <w:spacing w:after="60"/>
      </w:pPr>
      <w:r>
        <w:rPr>
          <w:b w:val="0"/>
          <w:i w:val="0"/>
          <w:smallCaps w:val="0"/>
          <w:strike w:val="0"/>
          <w:color w:val="000000"/>
          <w:sz w:val="16"/>
          <w:u w:val="none"/>
        </w:rPr>
        <w:t>And that represents only part of what needs to be done to avert planetary catastrophe. To eliminate carbon emissions from oil-powered vehicles, both countries will have to replace their entire fleets of cars, vans, trucks, and buses with electric-powered ones and develop alternative fuels for their trains, planes, and ships – an undertaking of equal magnitude and expense.</w:t>
      </w:r>
    </w:p>
    <w:p>
      <w:pPr>
        <w:spacing w:after="60"/>
      </w:pPr>
      <w:r>
        <w:rPr>
          <w:b w:val="0"/>
          <w:i w:val="0"/>
          <w:smallCaps w:val="0"/>
          <w:strike w:val="0"/>
          <w:color w:val="000000"/>
          <w:u w:val="single"/>
        </w:rPr>
        <w:t>There are two ways all of</w:t>
      </w:r>
      <w:r>
        <w:rPr>
          <w:b w:val="0"/>
          <w:i w:val="0"/>
          <w:smallCaps w:val="0"/>
          <w:strike w:val="0"/>
          <w:color w:val="000000"/>
          <w:sz w:val="16"/>
          <w:u w:val="none"/>
        </w:rPr>
        <w:t xml:space="preserve"> </w:t>
      </w:r>
      <w:r>
        <w:rPr>
          <w:b w:val="0"/>
          <w:i w:val="0"/>
          <w:smallCaps w:val="0"/>
          <w:strike w:val="0"/>
          <w:color w:val="000000"/>
          <w:u w:val="single"/>
        </w:rPr>
        <w:t>this can be done:</w:t>
      </w:r>
      <w:r>
        <w:rPr>
          <w:b w:val="0"/>
          <w:i w:val="0"/>
          <w:smallCaps w:val="0"/>
          <w:strike w:val="0"/>
          <w:color w:val="000000"/>
          <w:sz w:val="16"/>
          <w:u w:val="none"/>
        </w:rPr>
        <w:t xml:space="preserve"> </w:t>
      </w:r>
      <w:r>
        <w:rPr>
          <w:b/>
          <w:i w:val="0"/>
          <w:smallCaps w:val="0"/>
          <w:strike w:val="0"/>
          <w:color w:val="000000"/>
          <w:u w:val="single"/>
        </w:rPr>
        <w:t>separately or together</w:t>
      </w:r>
      <w:r>
        <w:rPr>
          <w:b w:val="0"/>
          <w:i w:val="0"/>
          <w:smallCaps w:val="0"/>
          <w:strike w:val="0"/>
          <w:color w:val="000000"/>
          <w:sz w:val="16"/>
          <w:u w:val="none"/>
        </w:rPr>
        <w:t xml:space="preserve">. Each country could devise its own blueprint for such a transition, developing its own green technologies and seeking financing wherever it could be found. As in the fight over fifth generation (5G) telecommunications, </w:t>
      </w:r>
      <w:r>
        <w:rPr>
          <w:b w:val="0"/>
          <w:i w:val="0"/>
          <w:smallCaps w:val="0"/>
          <w:strike w:val="0"/>
          <w:color w:val="000000"/>
          <w:u w:val="single"/>
        </w:rPr>
        <w:t>each could deny</w:t>
      </w:r>
      <w:r>
        <w:rPr>
          <w:b w:val="0"/>
          <w:i w:val="0"/>
          <w:smallCaps w:val="0"/>
          <w:strike w:val="0"/>
          <w:color w:val="000000"/>
          <w:sz w:val="16"/>
          <w:u w:val="none"/>
        </w:rPr>
        <w:t xml:space="preserve"> </w:t>
      </w:r>
      <w:r>
        <w:rPr>
          <w:b w:val="0"/>
          <w:i w:val="0"/>
          <w:smallCaps w:val="0"/>
          <w:strike w:val="0"/>
          <w:color w:val="000000"/>
          <w:u w:val="single"/>
        </w:rPr>
        <w:t>scientific knowledge and</w:t>
      </w:r>
      <w:r>
        <w:rPr>
          <w:b w:val="0"/>
          <w:i w:val="0"/>
          <w:smallCaps w:val="0"/>
          <w:strike w:val="0"/>
          <w:color w:val="000000"/>
          <w:sz w:val="16"/>
          <w:u w:val="none"/>
        </w:rPr>
        <w:t xml:space="preserve"> </w:t>
      </w:r>
      <w:r>
        <w:rPr>
          <w:b/>
          <w:i w:val="0"/>
          <w:smallCaps w:val="0"/>
          <w:strike w:val="0"/>
          <w:color w:val="000000"/>
          <w:u w:val="single"/>
        </w:rPr>
        <w:t>tech</w:t>
      </w:r>
      <w:r>
        <w:rPr>
          <w:b w:val="0"/>
          <w:i w:val="0"/>
          <w:smallCaps w:val="0"/>
          <w:strike w:val="0"/>
          <w:color w:val="000000"/>
          <w:u w:val="single"/>
        </w:rPr>
        <w:t>nical know-how to its rival</w:t>
      </w:r>
      <w:r>
        <w:rPr>
          <w:b w:val="0"/>
          <w:i w:val="0"/>
          <w:smallCaps w:val="0"/>
          <w:strike w:val="0"/>
          <w:color w:val="000000"/>
          <w:sz w:val="16"/>
          <w:u w:val="none"/>
        </w:rPr>
        <w:t xml:space="preserve"> </w:t>
      </w:r>
      <w:r>
        <w:rPr>
          <w:b w:val="0"/>
          <w:i w:val="0"/>
          <w:smallCaps w:val="0"/>
          <w:strike w:val="0"/>
          <w:color w:val="000000"/>
          <w:u w:val="single"/>
        </w:rPr>
        <w:t>and insist</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allies buy</w:t>
      </w:r>
      <w:r>
        <w:rPr>
          <w:b w:val="0"/>
          <w:i w:val="0"/>
          <w:smallCaps w:val="0"/>
          <w:strike w:val="0"/>
          <w:color w:val="000000"/>
          <w:sz w:val="16"/>
          <w:u w:val="none"/>
        </w:rPr>
        <w:t xml:space="preserve"> </w:t>
      </w:r>
      <w:r>
        <w:rPr>
          <w:b w:val="0"/>
          <w:i w:val="0"/>
          <w:smallCaps w:val="0"/>
          <w:strike w:val="0"/>
          <w:color w:val="000000"/>
          <w:u w:val="single"/>
        </w:rPr>
        <w:t>only</w:t>
      </w:r>
      <w:r>
        <w:rPr>
          <w:b w:val="0"/>
          <w:i w:val="0"/>
          <w:smallCaps w:val="0"/>
          <w:strike w:val="0"/>
          <w:color w:val="000000"/>
          <w:sz w:val="16"/>
          <w:u w:val="none"/>
        </w:rPr>
        <w:t xml:space="preserve"> </w:t>
      </w:r>
      <w:r>
        <w:rPr>
          <w:b w:val="0"/>
          <w:i w:val="0"/>
          <w:smallCaps w:val="0"/>
          <w:strike w:val="0"/>
          <w:color w:val="000000"/>
          <w:u w:val="single"/>
        </w:rPr>
        <w:t>its equipment</w:t>
      </w:r>
      <w:r>
        <w:rPr>
          <w:b w:val="0"/>
          <w:i w:val="0"/>
          <w:smallCaps w:val="0"/>
          <w:strike w:val="0"/>
          <w:color w:val="000000"/>
          <w:sz w:val="16"/>
          <w:u w:val="none"/>
        </w:rPr>
        <w:t xml:space="preserve">, </w:t>
      </w:r>
      <w:r>
        <w:rPr>
          <w:b w:val="0"/>
          <w:i w:val="0"/>
          <w:smallCaps w:val="0"/>
          <w:strike w:val="0"/>
          <w:color w:val="000000"/>
          <w:sz w:val="16"/>
          <w:u w:val="none"/>
        </w:rPr>
        <w:t>whether or not</w:t>
      </w:r>
      <w:r>
        <w:rPr>
          <w:b w:val="0"/>
          <w:i w:val="0"/>
          <w:smallCaps w:val="0"/>
          <w:strike w:val="0"/>
          <w:color w:val="000000"/>
          <w:sz w:val="16"/>
          <w:u w:val="none"/>
        </w:rPr>
        <w:t xml:space="preserve"> it best suits their purposes — a stance taken by the Trump administration with respect to the Chinese company Huawei’s 5G wireless technology.[9]</w:t>
      </w:r>
    </w:p>
    <w:p>
      <w:pPr>
        <w:spacing w:after="60"/>
      </w:pPr>
      <w:r>
        <w:rPr>
          <w:b w:val="0"/>
          <w:i w:val="0"/>
          <w:smallCaps w:val="0"/>
          <w:strike w:val="0"/>
          <w:color w:val="000000"/>
          <w:u w:val="single"/>
        </w:rPr>
        <w:t>Alternatively,</w:t>
      </w:r>
      <w:r>
        <w:rPr>
          <w:b w:val="0"/>
          <w:i w:val="0"/>
          <w:smallCaps w:val="0"/>
          <w:strike w:val="0"/>
          <w:color w:val="000000"/>
          <w:sz w:val="16"/>
          <w:u w:val="none"/>
        </w:rPr>
        <w:t xml:space="preserve"> </w:t>
      </w:r>
      <w:r>
        <w:rPr>
          <w:b w:val="0"/>
          <w:i w:val="0"/>
          <w:smallCaps w:val="0"/>
          <w:strike w:val="0"/>
          <w:color w:val="000000"/>
          <w:u w:val="single"/>
        </w:rPr>
        <w:t>the U.S. and China could</w:t>
      </w:r>
      <w:r>
        <w:rPr>
          <w:b w:val="0"/>
          <w:i w:val="0"/>
          <w:smallCaps w:val="0"/>
          <w:strike w:val="0"/>
          <w:color w:val="000000"/>
          <w:sz w:val="16"/>
          <w:u w:val="none"/>
        </w:rPr>
        <w:t xml:space="preserve"> </w:t>
      </w:r>
      <w:r>
        <w:rPr>
          <w:b/>
          <w:i w:val="0"/>
          <w:smallCaps w:val="0"/>
          <w:strike w:val="0"/>
          <w:color w:val="000000"/>
          <w:u w:val="single"/>
        </w:rPr>
        <w:t>coop</w:t>
      </w:r>
      <w:r>
        <w:rPr>
          <w:b/>
          <w:i w:val="0"/>
          <w:smallCaps w:val="0"/>
          <w:strike w:val="0"/>
          <w:color w:val="000000"/>
          <w:u w:val="single"/>
        </w:rPr>
        <w:t>erate in</w:t>
      </w:r>
      <w:r>
        <w:rPr>
          <w:b w:val="0"/>
          <w:i w:val="0"/>
          <w:smallCaps w:val="0"/>
          <w:strike w:val="0"/>
          <w:color w:val="000000"/>
          <w:sz w:val="16"/>
          <w:u w:val="none"/>
        </w:rPr>
        <w:t xml:space="preserve"> </w:t>
      </w:r>
      <w:r>
        <w:rPr>
          <w:b/>
          <w:i w:val="0"/>
          <w:smallCaps w:val="0"/>
          <w:strike w:val="0"/>
          <w:color w:val="000000"/>
          <w:u w:val="single"/>
        </w:rPr>
        <w:t>developing</w:t>
      </w:r>
      <w:r>
        <w:rPr>
          <w:b w:val="0"/>
          <w:i w:val="0"/>
          <w:smallCaps w:val="0"/>
          <w:strike w:val="0"/>
          <w:color w:val="000000"/>
          <w:sz w:val="16"/>
          <w:u w:val="none"/>
        </w:rPr>
        <w:t xml:space="preserve"> </w:t>
      </w:r>
      <w:r>
        <w:rPr>
          <w:b/>
          <w:i w:val="0"/>
          <w:smallCaps w:val="0"/>
          <w:strike w:val="0"/>
          <w:color w:val="000000"/>
          <w:u w:val="single"/>
        </w:rPr>
        <w:t>green</w:t>
      </w:r>
      <w:r>
        <w:rPr>
          <w:b w:val="0"/>
          <w:i w:val="0"/>
          <w:smallCaps w:val="0"/>
          <w:strike w:val="0"/>
          <w:color w:val="000000"/>
          <w:sz w:val="16"/>
          <w:u w:val="none"/>
        </w:rPr>
        <w:t xml:space="preserve"> </w:t>
      </w:r>
      <w:r>
        <w:rPr>
          <w:b/>
          <w:i w:val="0"/>
          <w:smallCaps w:val="0"/>
          <w:strike w:val="0"/>
          <w:color w:val="000000"/>
          <w:u w:val="single"/>
        </w:rPr>
        <w:t>tech</w:t>
      </w:r>
      <w:r>
        <w:rPr>
          <w:b/>
          <w:i w:val="0"/>
          <w:smallCaps w:val="0"/>
          <w:strike w:val="0"/>
          <w:color w:val="000000"/>
          <w:u w:val="single"/>
        </w:rPr>
        <w:t>nologies</w:t>
      </w:r>
      <w:r>
        <w:rPr>
          <w:b w:val="0"/>
          <w:i w:val="0"/>
          <w:smallCaps w:val="0"/>
          <w:strike w:val="0"/>
          <w:color w:val="000000"/>
          <w:u w:val="single"/>
        </w:rPr>
        <w:t>, share information and know-how,</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work together in</w:t>
      </w:r>
      <w:r>
        <w:rPr>
          <w:b w:val="0"/>
          <w:i w:val="0"/>
          <w:smallCaps w:val="0"/>
          <w:strike w:val="0"/>
          <w:color w:val="000000"/>
          <w:sz w:val="16"/>
          <w:u w:val="none"/>
        </w:rPr>
        <w:t xml:space="preserve"> </w:t>
      </w:r>
      <w:r>
        <w:rPr>
          <w:b/>
          <w:i w:val="0"/>
          <w:smallCaps w:val="0"/>
          <w:strike w:val="0"/>
          <w:color w:val="000000"/>
          <w:u w:val="single"/>
        </w:rPr>
        <w:t>disseminating</w:t>
      </w:r>
      <w:r>
        <w:rPr>
          <w:b w:val="0"/>
          <w:i w:val="0"/>
          <w:smallCaps w:val="0"/>
          <w:strike w:val="0"/>
          <w:color w:val="000000"/>
          <w:sz w:val="16"/>
          <w:u w:val="none"/>
        </w:rPr>
        <w:t xml:space="preserve"> </w:t>
      </w:r>
      <w:r>
        <w:rPr>
          <w:b/>
          <w:i w:val="0"/>
          <w:smallCaps w:val="0"/>
          <w:strike w:val="0"/>
          <w:color w:val="000000"/>
          <w:u w:val="single"/>
        </w:rPr>
        <w:t>them around the world</w:t>
      </w:r>
      <w:r>
        <w:rPr>
          <w:b w:val="0"/>
          <w:i w:val="0"/>
          <w:smallCaps w:val="0"/>
          <w:strike w:val="0"/>
          <w:color w:val="000000"/>
          <w:sz w:val="16"/>
          <w:u w:val="none"/>
        </w:rPr>
        <w:t xml:space="preserve">. On the question of which approach is more likely to achieve success, the answer is too obvious to belabor. </w:t>
      </w:r>
      <w:r>
        <w:rPr>
          <w:b w:val="0"/>
          <w:i w:val="0"/>
          <w:smallCaps w:val="0"/>
          <w:strike w:val="0"/>
          <w:color w:val="000000"/>
          <w:u w:val="single"/>
        </w:rPr>
        <w:t>Only those prepared to</w:t>
      </w:r>
      <w:r>
        <w:rPr>
          <w:b w:val="0"/>
          <w:i w:val="0"/>
          <w:smallCaps w:val="0"/>
          <w:strike w:val="0"/>
          <w:color w:val="000000"/>
          <w:sz w:val="16"/>
          <w:u w:val="none"/>
        </w:rPr>
        <w:t xml:space="preserve"> </w:t>
      </w:r>
      <w:r>
        <w:rPr>
          <w:b/>
          <w:i w:val="0"/>
          <w:smallCaps w:val="0"/>
          <w:strike w:val="0"/>
          <w:color w:val="000000"/>
          <w:u w:val="single"/>
        </w:rPr>
        <w:t>risk civilization’s survival</w:t>
      </w:r>
      <w:r>
        <w:rPr>
          <w:b w:val="0"/>
          <w:i w:val="0"/>
          <w:smallCaps w:val="0"/>
          <w:strike w:val="0"/>
          <w:color w:val="000000"/>
          <w:sz w:val="16"/>
          <w:u w:val="none"/>
        </w:rPr>
        <w:t xml:space="preserve"> </w:t>
      </w:r>
      <w:r>
        <w:rPr>
          <w:b w:val="0"/>
          <w:i w:val="0"/>
          <w:smallCaps w:val="0"/>
          <w:strike w:val="0"/>
          <w:color w:val="000000"/>
          <w:u w:val="single"/>
        </w:rPr>
        <w:t>would choose the former</w:t>
      </w:r>
      <w:r>
        <w:rPr>
          <w:b w:val="0"/>
          <w:i w:val="0"/>
          <w:smallCaps w:val="0"/>
          <w:strike w:val="0"/>
          <w:color w:val="000000"/>
          <w:sz w:val="16"/>
          <w:u w:val="none"/>
        </w:rPr>
        <w:t xml:space="preserve"> – and yet that’s the choice that both sides may indeed make.</w:t>
      </w:r>
    </w:p>
    <w:p>
      <w:pPr>
        <w:spacing w:after="60"/>
      </w:pPr>
      <w:r>
        <w:rPr>
          <w:b w:val="0"/>
          <w:i w:val="0"/>
          <w:smallCaps w:val="0"/>
          <w:strike w:val="0"/>
          <w:color w:val="000000"/>
          <w:sz w:val="16"/>
          <w:u w:val="none"/>
        </w:rPr>
        <w:t>Why a New Cold War Precludes Climate Salvation</w:t>
      </w:r>
    </w:p>
    <w:p>
      <w:pPr>
        <w:spacing w:after="60"/>
      </w:pPr>
      <w:r>
        <w:rPr>
          <w:b w:val="0"/>
          <w:i w:val="0"/>
          <w:smallCaps w:val="0"/>
          <w:strike w:val="0"/>
          <w:color w:val="000000"/>
          <w:u w:val="single"/>
        </w:rPr>
        <w:t>Those in Washington who favor</w:t>
      </w:r>
      <w:r>
        <w:rPr>
          <w:b w:val="0"/>
          <w:i w:val="0"/>
          <w:smallCaps w:val="0"/>
          <w:strike w:val="0"/>
          <w:color w:val="000000"/>
          <w:sz w:val="16"/>
          <w:u w:val="none"/>
        </w:rPr>
        <w:t xml:space="preserve"> a tougher approach toward China and the </w:t>
      </w:r>
      <w:r>
        <w:rPr>
          <w:b/>
          <w:i w:val="0"/>
          <w:smallCaps w:val="0"/>
          <w:strike w:val="0"/>
          <w:color w:val="000000"/>
          <w:u w:val="single"/>
        </w:rPr>
        <w:t>bolstering</w:t>
      </w:r>
      <w:r>
        <w:rPr>
          <w:b w:val="0"/>
          <w:i w:val="0"/>
          <w:smallCaps w:val="0"/>
          <w:strike w:val="0"/>
          <w:color w:val="000000"/>
          <w:sz w:val="16"/>
          <w:u w:val="none"/>
        </w:rPr>
        <w:t xml:space="preserve"> of </w:t>
      </w:r>
      <w:r>
        <w:rPr>
          <w:b/>
          <w:i w:val="0"/>
          <w:smallCaps w:val="0"/>
          <w:strike w:val="0"/>
          <w:color w:val="000000"/>
          <w:u w:val="single"/>
        </w:rPr>
        <w:t>U.S.</w:t>
      </w:r>
      <w:r>
        <w:rPr>
          <w:b w:val="0"/>
          <w:i w:val="0"/>
          <w:smallCaps w:val="0"/>
          <w:strike w:val="0"/>
          <w:color w:val="000000"/>
          <w:sz w:val="16"/>
          <w:u w:val="none"/>
        </w:rPr>
        <w:t xml:space="preserve"> </w:t>
      </w:r>
      <w:r>
        <w:rPr>
          <w:b/>
          <w:i w:val="0"/>
          <w:smallCaps w:val="0"/>
          <w:strike w:val="0"/>
          <w:color w:val="000000"/>
          <w:u w:val="single"/>
        </w:rPr>
        <w:t>military</w:t>
      </w:r>
      <w:r>
        <w:rPr>
          <w:b w:val="0"/>
          <w:i w:val="0"/>
          <w:smallCaps w:val="0"/>
          <w:strike w:val="0"/>
          <w:color w:val="000000"/>
          <w:sz w:val="16"/>
          <w:u w:val="none"/>
        </w:rPr>
        <w:t xml:space="preserve"> </w:t>
      </w:r>
      <w:r>
        <w:rPr>
          <w:b/>
          <w:i w:val="0"/>
          <w:smallCaps w:val="0"/>
          <w:strike w:val="0"/>
          <w:color w:val="000000"/>
          <w:u w:val="single"/>
        </w:rPr>
        <w:t>forces</w:t>
      </w:r>
      <w:r>
        <w:rPr>
          <w:b w:val="0"/>
          <w:i w:val="0"/>
          <w:smallCaps w:val="0"/>
          <w:strike w:val="0"/>
          <w:color w:val="000000"/>
          <w:sz w:val="16"/>
          <w:u w:val="none"/>
        </w:rPr>
        <w:t xml:space="preserve"> </w:t>
      </w:r>
      <w:r>
        <w:rPr>
          <w:b/>
          <w:i w:val="0"/>
          <w:smallCaps w:val="0"/>
          <w:strike w:val="0"/>
          <w:color w:val="000000"/>
          <w:u w:val="single"/>
        </w:rPr>
        <w:t>in the Pacific</w:t>
      </w:r>
      <w:r>
        <w:rPr>
          <w:b w:val="0"/>
          <w:i w:val="0"/>
          <w:smallCaps w:val="0"/>
          <w:strike w:val="0"/>
          <w:color w:val="000000"/>
          <w:sz w:val="16"/>
          <w:u w:val="none"/>
        </w:rPr>
        <w:t xml:space="preserve"> </w:t>
      </w:r>
      <w:r>
        <w:rPr>
          <w:b w:val="0"/>
          <w:i w:val="0"/>
          <w:smallCaps w:val="0"/>
          <w:strike w:val="0"/>
          <w:color w:val="000000"/>
          <w:u w:val="single"/>
        </w:rPr>
        <w:t>claim</w:t>
      </w:r>
      <w:r>
        <w:rPr>
          <w:b w:val="0"/>
          <w:i w:val="0"/>
          <w:smallCaps w:val="0"/>
          <w:strike w:val="0"/>
          <w:color w:val="000000"/>
          <w:sz w:val="16"/>
          <w:u w:val="none"/>
        </w:rPr>
        <w:t xml:space="preserve"> that, under President </w:t>
      </w:r>
      <w:r>
        <w:rPr>
          <w:b w:val="0"/>
          <w:i w:val="0"/>
          <w:smallCaps w:val="0"/>
          <w:strike w:val="0"/>
          <w:color w:val="000000"/>
          <w:u w:val="single"/>
        </w:rPr>
        <w:t>Xi</w:t>
      </w:r>
      <w:r>
        <w:rPr>
          <w:b w:val="0"/>
          <w:i w:val="0"/>
          <w:smallCaps w:val="0"/>
          <w:strike w:val="0"/>
          <w:color w:val="000000"/>
          <w:sz w:val="16"/>
          <w:u w:val="none"/>
        </w:rPr>
        <w:t xml:space="preserve"> Jinping, the Chinese Communist regime </w:t>
      </w:r>
      <w:r>
        <w:rPr>
          <w:b w:val="0"/>
          <w:i w:val="0"/>
          <w:smallCaps w:val="0"/>
          <w:strike w:val="0"/>
          <w:color w:val="000000"/>
          <w:u w:val="single"/>
        </w:rPr>
        <w:t>has become more authoritarian</w:t>
      </w:r>
      <w:r>
        <w:rPr>
          <w:b w:val="0"/>
          <w:i w:val="0"/>
          <w:smallCaps w:val="0"/>
          <w:strike w:val="0"/>
          <w:color w:val="000000"/>
          <w:sz w:val="16"/>
          <w:u w:val="none"/>
        </w:rPr>
        <w:t xml:space="preserve"> at home </w:t>
      </w:r>
      <w:r>
        <w:rPr>
          <w:b w:val="0"/>
          <w:i w:val="0"/>
          <w:smallCaps w:val="0"/>
          <w:strike w:val="0"/>
          <w:color w:val="000000"/>
          <w:u w:val="single"/>
        </w:rPr>
        <w:t>and</w:t>
      </w:r>
      <w:r>
        <w:rPr>
          <w:b w:val="0"/>
          <w:i w:val="0"/>
          <w:smallCaps w:val="0"/>
          <w:strike w:val="0"/>
          <w:color w:val="000000"/>
          <w:sz w:val="16"/>
          <w:u w:val="none"/>
        </w:rPr>
        <w:t xml:space="preserve"> more </w:t>
      </w:r>
      <w:r>
        <w:rPr>
          <w:b w:val="0"/>
          <w:i w:val="0"/>
          <w:smallCaps w:val="0"/>
          <w:strike w:val="0"/>
          <w:color w:val="000000"/>
          <w:u w:val="single"/>
        </w:rPr>
        <w:t>aggressive abroad, endangering key U.S. allies</w:t>
      </w:r>
      <w:r>
        <w:rPr>
          <w:b w:val="0"/>
          <w:i w:val="0"/>
          <w:smallCaps w:val="0"/>
          <w:strike w:val="0"/>
          <w:color w:val="000000"/>
          <w:sz w:val="16"/>
          <w:u w:val="none"/>
        </w:rPr>
        <w:t xml:space="preserve"> in the Pacific and threatening our vital interests.[10] Certainly, when it comes to the increasing repression of Uighur Muslims in Xinjiang Province or pro-democracy activists in Hong Kong, there can be little doubt of Beijing’s perfidy, though on other issues, there’s room for debate. On another subject, though, there really should be no room for debate at all: the impact of a new cold war between the planet’s two great powers on the chances for a successful global response to a rapidly warming planet.</w:t>
      </w:r>
    </w:p>
    <w:p>
      <w:pPr>
        <w:spacing w:after="60"/>
      </w:pPr>
      <w:r>
        <w:rPr>
          <w:b w:val="0"/>
          <w:i w:val="0"/>
          <w:smallCaps w:val="0"/>
          <w:strike w:val="0"/>
          <w:color w:val="000000"/>
          <w:sz w:val="16"/>
          <w:u w:val="none"/>
        </w:rPr>
        <w:t xml:space="preserve">There are several obvious reasons for this. First, </w:t>
      </w:r>
      <w:r>
        <w:rPr>
          <w:b w:val="0"/>
          <w:i w:val="0"/>
          <w:smallCaps w:val="0"/>
          <w:strike w:val="0"/>
          <w:color w:val="000000"/>
          <w:u w:val="single"/>
        </w:rPr>
        <w:t>increased hostility</w:t>
      </w:r>
      <w:r>
        <w:rPr>
          <w:b w:val="0"/>
          <w:i w:val="0"/>
          <w:smallCaps w:val="0"/>
          <w:strike w:val="0"/>
          <w:color w:val="000000"/>
          <w:sz w:val="16"/>
          <w:u w:val="none"/>
        </w:rPr>
        <w:t xml:space="preserve"> </w:t>
      </w:r>
      <w:r>
        <w:rPr>
          <w:b w:val="0"/>
          <w:i w:val="0"/>
          <w:smallCaps w:val="0"/>
          <w:strike w:val="0"/>
          <w:color w:val="000000"/>
          <w:u w:val="single"/>
        </w:rPr>
        <w:t>will ensure</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i w:val="0"/>
          <w:smallCaps w:val="0"/>
          <w:strike w:val="0"/>
          <w:color w:val="000000"/>
          <w:u w:val="single"/>
        </w:rPr>
        <w:t>competitive</w:t>
      </w:r>
      <w:r>
        <w:rPr>
          <w:b w:val="0"/>
          <w:i w:val="0"/>
          <w:smallCaps w:val="0"/>
          <w:strike w:val="0"/>
          <w:color w:val="000000"/>
          <w:sz w:val="16"/>
          <w:u w:val="none"/>
        </w:rPr>
        <w:t xml:space="preserve"> </w:t>
      </w:r>
      <w:r>
        <w:rPr>
          <w:b/>
          <w:i w:val="0"/>
          <w:smallCaps w:val="0"/>
          <w:strike w:val="0"/>
          <w:color w:val="000000"/>
          <w:u w:val="single"/>
        </w:rPr>
        <w:t>rather than collaborative search</w:t>
      </w:r>
      <w:r>
        <w:rPr>
          <w:b w:val="0"/>
          <w:i w:val="0"/>
          <w:smallCaps w:val="0"/>
          <w:strike w:val="0"/>
          <w:color w:val="000000"/>
          <w:sz w:val="16"/>
          <w:u w:val="none"/>
        </w:rPr>
        <w:t xml:space="preserve"> </w:t>
      </w:r>
      <w:r>
        <w:rPr>
          <w:b w:val="0"/>
          <w:i w:val="0"/>
          <w:smallCaps w:val="0"/>
          <w:strike w:val="0"/>
          <w:color w:val="000000"/>
          <w:u w:val="single"/>
        </w:rPr>
        <w:t>for vital</w:t>
      </w:r>
      <w:r>
        <w:rPr>
          <w:b w:val="0"/>
          <w:i w:val="0"/>
          <w:smallCaps w:val="0"/>
          <w:strike w:val="0"/>
          <w:color w:val="000000"/>
          <w:sz w:val="16"/>
          <w:u w:val="none"/>
        </w:rPr>
        <w:t xml:space="preserve"> </w:t>
      </w:r>
      <w:r>
        <w:rPr>
          <w:b w:val="0"/>
          <w:i w:val="0"/>
          <w:smallCaps w:val="0"/>
          <w:strike w:val="0"/>
          <w:color w:val="000000"/>
          <w:u w:val="single"/>
        </w:rPr>
        <w:t>solutions</w:t>
      </w:r>
      <w:r>
        <w:rPr>
          <w:b w:val="0"/>
          <w:i w:val="0"/>
          <w:smallCaps w:val="0"/>
          <w:strike w:val="0"/>
          <w:color w:val="000000"/>
          <w:u w:val="single"/>
        </w:rPr>
        <w:t>, resulting in wasted resources, inadequate financing, duplicative research,</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stalled</w:t>
      </w:r>
      <w:r>
        <w:rPr>
          <w:b w:val="0"/>
          <w:i w:val="0"/>
          <w:smallCaps w:val="0"/>
          <w:strike w:val="0"/>
          <w:color w:val="000000"/>
          <w:sz w:val="16"/>
          <w:u w:val="none"/>
        </w:rPr>
        <w:t xml:space="preserve"> </w:t>
      </w:r>
      <w:r>
        <w:rPr>
          <w:b w:val="0"/>
          <w:i w:val="0"/>
          <w:smallCaps w:val="0"/>
          <w:strike w:val="0"/>
          <w:color w:val="000000"/>
          <w:u w:val="single"/>
        </w:rPr>
        <w:t>international dissemination of advanced</w:t>
      </w:r>
      <w:r>
        <w:rPr>
          <w:b w:val="0"/>
          <w:i w:val="0"/>
          <w:smallCaps w:val="0"/>
          <w:strike w:val="0"/>
          <w:color w:val="000000"/>
          <w:sz w:val="16"/>
          <w:u w:val="none"/>
        </w:rPr>
        <w:t xml:space="preserve"> </w:t>
      </w:r>
      <w:r>
        <w:rPr>
          <w:b w:val="0"/>
          <w:i w:val="0"/>
          <w:smallCaps w:val="0"/>
          <w:strike w:val="0"/>
          <w:color w:val="000000"/>
          <w:u w:val="single"/>
        </w:rPr>
        <w:t>green</w:t>
      </w:r>
      <w:r>
        <w:rPr>
          <w:b w:val="0"/>
          <w:i w:val="0"/>
          <w:smallCaps w:val="0"/>
          <w:strike w:val="0"/>
          <w:color w:val="000000"/>
          <w:sz w:val="16"/>
          <w:u w:val="none"/>
        </w:rPr>
        <w:t xml:space="preserve"> </w:t>
      </w:r>
      <w:r>
        <w:rPr>
          <w:b/>
          <w:i w:val="0"/>
          <w:smallCaps w:val="0"/>
          <w:strike w:val="0"/>
          <w:color w:val="000000"/>
          <w:u w:val="single"/>
        </w:rPr>
        <w:t>tech</w:t>
      </w:r>
      <w:r>
        <w:rPr>
          <w:b w:val="0"/>
          <w:i w:val="0"/>
          <w:smallCaps w:val="0"/>
          <w:strike w:val="0"/>
          <w:color w:val="000000"/>
          <w:u w:val="single"/>
        </w:rPr>
        <w:t>nologies. A hint</w:t>
      </w:r>
      <w:r>
        <w:rPr>
          <w:b w:val="0"/>
          <w:i w:val="0"/>
          <w:smallCaps w:val="0"/>
          <w:strike w:val="0"/>
          <w:color w:val="000000"/>
          <w:sz w:val="16"/>
          <w:u w:val="none"/>
        </w:rPr>
        <w:t xml:space="preserve"> of such a future </w:t>
      </w:r>
      <w:r>
        <w:rPr>
          <w:b w:val="0"/>
          <w:i w:val="0"/>
          <w:smallCaps w:val="0"/>
          <w:strike w:val="0"/>
          <w:color w:val="000000"/>
          <w:u w:val="single"/>
        </w:rPr>
        <w:t>lies in the competitive rather than collaborative development of vaccines for Covid</w:t>
      </w:r>
      <w:r>
        <w:rPr>
          <w:b w:val="0"/>
          <w:i w:val="0"/>
          <w:smallCaps w:val="0"/>
          <w:strike w:val="0"/>
          <w:color w:val="000000"/>
          <w:sz w:val="16"/>
          <w:u w:val="none"/>
        </w:rPr>
        <w:t>-19 and their distressingly chaotic distribution to Africa and the rest of the developing world, ensuring that the pandemic will have a life into 2022 or 2023 with an ever-rising death toll.[11]</w:t>
      </w:r>
    </w:p>
    <w:p>
      <w:pPr>
        <w:spacing w:after="60"/>
      </w:pPr>
      <w:r>
        <w:rPr>
          <w:b w:val="0"/>
          <w:i w:val="0"/>
          <w:smallCaps w:val="0"/>
          <w:strike w:val="0"/>
          <w:color w:val="000000"/>
          <w:sz w:val="16"/>
          <w:u w:val="none"/>
        </w:rPr>
        <w:t xml:space="preserve">Second, </w:t>
      </w:r>
      <w:r>
        <w:rPr>
          <w:b w:val="0"/>
          <w:i w:val="0"/>
          <w:smallCaps w:val="0"/>
          <w:strike w:val="0"/>
          <w:color w:val="000000"/>
          <w:u w:val="single"/>
        </w:rPr>
        <w:t>a new</w:t>
      </w:r>
      <w:r>
        <w:rPr>
          <w:b w:val="0"/>
          <w:i w:val="0"/>
          <w:smallCaps w:val="0"/>
          <w:strike w:val="0"/>
          <w:color w:val="000000"/>
          <w:sz w:val="16"/>
          <w:u w:val="none"/>
        </w:rPr>
        <w:t xml:space="preserve"> </w:t>
      </w:r>
      <w:r>
        <w:rPr>
          <w:b w:val="0"/>
          <w:i w:val="0"/>
          <w:smallCaps w:val="0"/>
          <w:strike w:val="0"/>
          <w:color w:val="000000"/>
          <w:u w:val="single"/>
        </w:rPr>
        <w:t>cold war will make</w:t>
      </w:r>
      <w:r>
        <w:rPr>
          <w:b w:val="0"/>
          <w:i w:val="0"/>
          <w:smallCaps w:val="0"/>
          <w:strike w:val="0"/>
          <w:color w:val="000000"/>
          <w:sz w:val="16"/>
          <w:u w:val="none"/>
        </w:rPr>
        <w:t xml:space="preserve"> </w:t>
      </w:r>
      <w:r>
        <w:rPr>
          <w:b w:val="0"/>
          <w:i w:val="0"/>
          <w:smallCaps w:val="0"/>
          <w:strike w:val="0"/>
          <w:color w:val="000000"/>
          <w:u w:val="single"/>
        </w:rPr>
        <w:t>international diplomacy</w:t>
      </w:r>
      <w:r>
        <w:rPr>
          <w:b w:val="0"/>
          <w:i w:val="0"/>
          <w:smallCaps w:val="0"/>
          <w:strike w:val="0"/>
          <w:color w:val="000000"/>
          <w:sz w:val="16"/>
          <w:u w:val="none"/>
        </w:rPr>
        <w:t xml:space="preserve"> </w:t>
      </w:r>
      <w:r>
        <w:rPr>
          <w:b w:val="0"/>
          <w:i w:val="0"/>
          <w:smallCaps w:val="0"/>
          <w:strike w:val="0"/>
          <w:color w:val="000000"/>
          <w:u w:val="single"/>
        </w:rPr>
        <w:t>more difficult</w:t>
      </w:r>
      <w:r>
        <w:rPr>
          <w:b w:val="0"/>
          <w:i w:val="0"/>
          <w:smallCaps w:val="0"/>
          <w:strike w:val="0"/>
          <w:color w:val="000000"/>
          <w:sz w:val="16"/>
          <w:u w:val="none"/>
        </w:rPr>
        <w:t xml:space="preserve"> </w:t>
      </w:r>
      <w:r>
        <w:rPr>
          <w:b w:val="0"/>
          <w:i w:val="0"/>
          <w:smallCaps w:val="0"/>
          <w:strike w:val="0"/>
          <w:color w:val="000000"/>
          <w:u w:val="single"/>
        </w:rPr>
        <w:t>when it comes to</w:t>
      </w:r>
      <w:r>
        <w:rPr>
          <w:b w:val="0"/>
          <w:i w:val="0"/>
          <w:smallCaps w:val="0"/>
          <w:strike w:val="0"/>
          <w:color w:val="000000"/>
          <w:sz w:val="16"/>
          <w:u w:val="none"/>
        </w:rPr>
        <w:t xml:space="preserve"> </w:t>
      </w:r>
      <w:r>
        <w:rPr>
          <w:b w:val="0"/>
          <w:i w:val="0"/>
          <w:smallCaps w:val="0"/>
          <w:strike w:val="0"/>
          <w:color w:val="000000"/>
          <w:u w:val="single"/>
        </w:rPr>
        <w:t>ensuring</w:t>
      </w:r>
      <w:r>
        <w:rPr>
          <w:b w:val="0"/>
          <w:i w:val="0"/>
          <w:smallCaps w:val="0"/>
          <w:strike w:val="0"/>
          <w:color w:val="000000"/>
          <w:sz w:val="16"/>
          <w:u w:val="none"/>
        </w:rPr>
        <w:t xml:space="preserve"> </w:t>
      </w:r>
      <w:r>
        <w:rPr>
          <w:b/>
          <w:i w:val="0"/>
          <w:smallCaps w:val="0"/>
          <w:strike w:val="0"/>
          <w:color w:val="000000"/>
          <w:u w:val="single"/>
        </w:rPr>
        <w:t>worldwide compliance with</w:t>
      </w:r>
      <w:r>
        <w:rPr>
          <w:b w:val="0"/>
          <w:i w:val="0"/>
          <w:smallCaps w:val="0"/>
          <w:strike w:val="0"/>
          <w:color w:val="000000"/>
          <w:sz w:val="16"/>
          <w:u w:val="none"/>
        </w:rPr>
        <w:t xml:space="preserve"> the </w:t>
      </w:r>
      <w:r>
        <w:rPr>
          <w:b/>
          <w:i w:val="0"/>
          <w:smallCaps w:val="0"/>
          <w:strike w:val="0"/>
          <w:color w:val="000000"/>
          <w:u w:val="single"/>
        </w:rPr>
        <w:t>Paris</w:t>
      </w:r>
      <w:r>
        <w:rPr>
          <w:b w:val="0"/>
          <w:i w:val="0"/>
          <w:smallCaps w:val="0"/>
          <w:strike w:val="0"/>
          <w:color w:val="000000"/>
          <w:sz w:val="16"/>
          <w:u w:val="none"/>
        </w:rPr>
        <w:t xml:space="preserve"> climate agreement. Consider it a key lesson for the future that </w:t>
      </w:r>
      <w:r>
        <w:rPr>
          <w:b w:val="0"/>
          <w:i w:val="0"/>
          <w:smallCaps w:val="0"/>
          <w:strike w:val="0"/>
          <w:color w:val="000000"/>
          <w:u w:val="single"/>
        </w:rPr>
        <w:t>cooperation between</w:t>
      </w:r>
      <w:r>
        <w:rPr>
          <w:b w:val="0"/>
          <w:i w:val="0"/>
          <w:smallCaps w:val="0"/>
          <w:strike w:val="0"/>
          <w:color w:val="000000"/>
          <w:sz w:val="16"/>
          <w:u w:val="none"/>
        </w:rPr>
        <w:t xml:space="preserve"> President Barack </w:t>
      </w:r>
      <w:r>
        <w:rPr>
          <w:b w:val="0"/>
          <w:i w:val="0"/>
          <w:smallCaps w:val="0"/>
          <w:strike w:val="0"/>
          <w:color w:val="000000"/>
          <w:u w:val="single"/>
        </w:rPr>
        <w:t>Obama and Xi</w:t>
      </w:r>
      <w:r>
        <w:rPr>
          <w:b w:val="0"/>
          <w:i w:val="0"/>
          <w:smallCaps w:val="0"/>
          <w:strike w:val="0"/>
          <w:color w:val="000000"/>
          <w:sz w:val="16"/>
          <w:u w:val="none"/>
        </w:rPr>
        <w:t xml:space="preserve"> Jinping </w:t>
      </w:r>
      <w:r>
        <w:rPr>
          <w:b w:val="0"/>
          <w:i w:val="0"/>
          <w:smallCaps w:val="0"/>
          <w:strike w:val="0"/>
          <w:color w:val="000000"/>
          <w:u w:val="single"/>
        </w:rPr>
        <w:t>made the agreement possible in the first place</w:t>
      </w:r>
      <w:r>
        <w:rPr>
          <w:b w:val="0"/>
          <w:i w:val="0"/>
          <w:smallCaps w:val="0"/>
          <w:strike w:val="0"/>
          <w:color w:val="000000"/>
          <w:sz w:val="16"/>
          <w:u w:val="none"/>
        </w:rPr>
        <w:t xml:space="preserve">, creating pressure on reluctant but vital powers like India and Russia to join as well.[12] Once President Trump pulled the U.S. out of the agreement, that space evaporated and global adherence withered. </w:t>
      </w:r>
      <w:r>
        <w:rPr>
          <w:b/>
          <w:i w:val="0"/>
          <w:smallCaps w:val="0"/>
          <w:strike w:val="0"/>
          <w:color w:val="000000"/>
          <w:u w:val="single"/>
        </w:rPr>
        <w:t>Only</w:t>
      </w:r>
      <w:r>
        <w:rPr>
          <w:b w:val="0"/>
          <w:i w:val="0"/>
          <w:smallCaps w:val="0"/>
          <w:strike w:val="0"/>
          <w:color w:val="000000"/>
          <w:sz w:val="16"/>
          <w:u w:val="none"/>
        </w:rPr>
        <w:t xml:space="preserve"> </w:t>
      </w:r>
      <w:r>
        <w:rPr>
          <w:b w:val="0"/>
          <w:i w:val="0"/>
          <w:smallCaps w:val="0"/>
          <w:strike w:val="0"/>
          <w:color w:val="000000"/>
          <w:u w:val="single"/>
        </w:rPr>
        <w:t>by recreating such a U.S.-China climate alliance will it be possible to corral other key players into full compliance</w:t>
      </w:r>
      <w:r>
        <w:rPr>
          <w:b w:val="0"/>
          <w:i w:val="0"/>
          <w:smallCaps w:val="0"/>
          <w:strike w:val="0"/>
          <w:color w:val="000000"/>
          <w:sz w:val="16"/>
          <w:u w:val="none"/>
        </w:rPr>
        <w:t>. As suggested recently by Todd Stern, the lead American negotiator at the 2015 Paris climate summit, “There is simply no way to contain climate change worldwide without full-throttle engagement by both countries</w:t>
      </w:r>
      <w:r>
        <w:rPr>
          <w:b w:val="0"/>
          <w:i w:val="0"/>
          <w:smallCaps w:val="0"/>
          <w:strike w:val="0"/>
          <w:color w:val="000000"/>
          <w:sz w:val="16"/>
          <w:u w:val="none"/>
        </w:rPr>
        <w:t>.”[</w:t>
      </w:r>
      <w:r>
        <w:rPr>
          <w:b w:val="0"/>
          <w:i w:val="0"/>
          <w:smallCaps w:val="0"/>
          <w:strike w:val="0"/>
          <w:color w:val="000000"/>
          <w:sz w:val="16"/>
          <w:u w:val="none"/>
        </w:rPr>
        <w:t>13] A cold war environment would make such cooperation a fantasy.</w:t>
      </w:r>
    </w:p>
    <w:p>
      <w:pPr>
        <w:spacing w:after="60"/>
      </w:pPr>
      <w:r>
        <w:rPr>
          <w:b w:val="0"/>
          <w:i w:val="0"/>
          <w:smallCaps w:val="0"/>
          <w:strike w:val="0"/>
          <w:color w:val="000000"/>
          <w:sz w:val="16"/>
          <w:u w:val="none"/>
        </w:rPr>
        <w:t xml:space="preserve">Third, </w:t>
      </w:r>
      <w:r>
        <w:rPr>
          <w:b w:val="0"/>
          <w:i w:val="0"/>
          <w:smallCaps w:val="0"/>
          <w:strike w:val="0"/>
          <w:color w:val="000000"/>
          <w:u w:val="single"/>
        </w:rPr>
        <w:t>such an atmosphere would ensure a massive increase in military expenditures</w:t>
      </w:r>
      <w:r>
        <w:rPr>
          <w:b w:val="0"/>
          <w:i w:val="0"/>
          <w:smallCaps w:val="0"/>
          <w:strike w:val="0"/>
          <w:color w:val="000000"/>
          <w:sz w:val="16"/>
          <w:u w:val="none"/>
        </w:rPr>
        <w:t xml:space="preserve"> on both sides, </w:t>
      </w:r>
      <w:r>
        <w:rPr>
          <w:b/>
          <w:i w:val="0"/>
          <w:smallCaps w:val="0"/>
          <w:strike w:val="0"/>
          <w:color w:val="000000"/>
          <w:u w:val="single"/>
        </w:rPr>
        <w:t>sopping up funds needed for the transition to a green-energy economy</w:t>
      </w:r>
      <w:r>
        <w:rPr>
          <w:b w:val="0"/>
          <w:i w:val="0"/>
          <w:smallCaps w:val="0"/>
          <w:strike w:val="0"/>
          <w:color w:val="000000"/>
          <w:sz w:val="16"/>
          <w:u w:val="none"/>
        </w:rPr>
        <w:t xml:space="preserve">. In addition, </w:t>
      </w:r>
      <w:r>
        <w:rPr>
          <w:b w:val="0"/>
          <w:i w:val="0"/>
          <w:smallCaps w:val="0"/>
          <w:strike w:val="0"/>
          <w:color w:val="000000"/>
          <w:u w:val="single"/>
        </w:rPr>
        <w:t>as the pace of militarization accelerated, fossil-fuel use would</w:t>
      </w:r>
      <w:r>
        <w:rPr>
          <w:b w:val="0"/>
          <w:i w:val="0"/>
          <w:smallCaps w:val="0"/>
          <w:strike w:val="0"/>
          <w:color w:val="000000"/>
          <w:sz w:val="16"/>
          <w:u w:val="none"/>
        </w:rPr>
        <w:t xml:space="preserve"> undoubtedly </w:t>
      </w:r>
      <w:r>
        <w:rPr>
          <w:b w:val="0"/>
          <w:i w:val="0"/>
          <w:smallCaps w:val="0"/>
          <w:strike w:val="0"/>
          <w:color w:val="000000"/>
          <w:u w:val="single"/>
        </w:rPr>
        <w:t>increase</w:t>
      </w:r>
      <w:r>
        <w:rPr>
          <w:b w:val="0"/>
          <w:i w:val="0"/>
          <w:smallCaps w:val="0"/>
          <w:strike w:val="0"/>
          <w:color w:val="000000"/>
          <w:sz w:val="16"/>
          <w:u w:val="none"/>
        </w:rPr>
        <w:t>, as the governments of both countries favored the mass production of gas-guzzling tanks, bombers, and warships.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