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US/China relations solve multiple scenarios for extinction</w:t>
      </w:r>
    </w:p>
    <w:p>
      <w:pPr>
        <w:spacing w:after="80"/>
      </w:pPr>
      <w:r>
        <w:rPr>
          <w:b/>
          <w:i w:val="0"/>
          <w:smallCaps w:val="0"/>
          <w:strike w:val="0"/>
          <w:sz w:val="22"/>
          <w:u w:val="none"/>
        </w:rPr>
        <w:t>Wenzhong</w:t>
      </w:r>
      <w:r>
        <w:rPr>
          <w:b/>
          <w:i w:val="0"/>
          <w:smallCaps w:val="0"/>
          <w:strike w:val="0"/>
          <w:sz w:val="22"/>
          <w:u w:val="none"/>
        </w:rPr>
        <w:t xml:space="preserve"> 4</w:t>
      </w:r>
      <w:r>
        <w:rPr>
          <w:b w:val="0"/>
          <w:i w:val="0"/>
          <w:smallCaps w:val="0"/>
          <w:strike w:val="0"/>
          <w:u w:val="none"/>
        </w:rPr>
        <w:t xml:space="preserve"> – </w:t>
      </w:r>
      <w:r>
        <w:rPr>
          <w:b w:val="0"/>
          <w:i w:val="0"/>
          <w:smallCaps w:val="0"/>
          <w:strike w:val="0"/>
          <w:u w:val="none"/>
        </w:rPr>
        <w:t>Wenzhong</w:t>
      </w:r>
      <w:r>
        <w:rPr>
          <w:b w:val="0"/>
          <w:i w:val="0"/>
          <w:smallCaps w:val="0"/>
          <w:strike w:val="0"/>
          <w:u w:val="none"/>
        </w:rPr>
        <w:t xml:space="preserve">, PRC Ministry of Foreign Affairs, 2-7-4 (Zhou, “Vigorously Pushing Forward the Constructive and Cooperative Relationship Between China and the United States,” </w:t>
      </w:r>
      <w:r>
        <w:rPr>
          <w:b w:val="0"/>
          <w:i w:val="0"/>
          <w:smallCaps w:val="0"/>
          <w:strike w:val="0"/>
          <w:u w:val="none"/>
        </w:rPr>
        <w:t>http://china-japan21.org/eng/zxxx/t64286.htm</w:t>
      </w:r>
      <w:r>
        <w:rPr>
          <w:b w:val="0"/>
          <w:i w:val="0"/>
          <w:smallCaps w:val="0"/>
          <w:strike w:val="0"/>
          <w:u w:val="none"/>
        </w:rPr>
        <w:t>)</w:t>
      </w:r>
      <w:r>
        <w:rPr>
          <w:b w:val="0"/>
          <w:i w:val="0"/>
          <w:smallCaps w:val="0"/>
          <w:strike w:val="0"/>
          <w:u w:val="none"/>
        </w:rPr>
        <w:t xml:space="preserve"> *Language Modified</w:t>
      </w:r>
    </w:p>
    <w:p>
      <w:pPr>
        <w:spacing w:after="60"/>
      </w:pPr>
      <w:r>
        <w:rPr>
          <w:b w:val="0"/>
          <w:i w:val="0"/>
          <w:smallCaps w:val="0"/>
          <w:strike w:val="0"/>
          <w:u w:val="none"/>
        </w:rPr>
        <w:t xml:space="preserve">China's development needs a peaceful international environment, particularly in its periphery. We will continue to play a constructive role in global and regional affairs and sincerely look forward to amicable coexistence and friendly cooperation with all other countries, the United States included. We will continue to push for good-neighborliness, friendship and partnership and dedicate ourselves to peace, stability and prosperity in the region. </w:t>
      </w:r>
      <w:r>
        <w:rPr>
          <w:b w:val="0"/>
          <w:i w:val="0"/>
          <w:smallCaps w:val="0"/>
          <w:strike w:val="0"/>
          <w:u w:val="none"/>
        </w:rPr>
        <w:t>Thus</w:t>
      </w:r>
      <w:r>
        <w:rPr>
          <w:b w:val="0"/>
          <w:i w:val="0"/>
          <w:smallCaps w:val="0"/>
          <w:strike w:val="0"/>
          <w:u w:val="none"/>
        </w:rPr>
        <w:t xml:space="preserve"> China's development will also mean stronger prospect of peace in the Asia-Pacific region and the world at large. </w:t>
      </w:r>
      <w:r>
        <w:rPr>
          <w:b w:val="0"/>
          <w:i w:val="0"/>
          <w:smallCaps w:val="0"/>
          <w:strike w:val="0"/>
          <w:sz w:val="22"/>
          <w:highlight w:val="cyan"/>
          <w:u w:val="single"/>
        </w:rPr>
        <w:t>China and</w:t>
      </w:r>
      <w:r>
        <w:rPr>
          <w:b w:val="0"/>
          <w:i w:val="0"/>
          <w:smallCaps w:val="0"/>
          <w:strike w:val="0"/>
          <w:sz w:val="22"/>
          <w:u w:val="single"/>
        </w:rPr>
        <w:t xml:space="preserve"> the </w:t>
      </w:r>
      <w:r>
        <w:rPr>
          <w:b w:val="0"/>
          <w:i w:val="0"/>
          <w:smallCaps w:val="0"/>
          <w:strike w:val="0"/>
          <w:sz w:val="22"/>
          <w:highlight w:val="cyan"/>
          <w:u w:val="single"/>
        </w:rPr>
        <w:t>US should</w:t>
      </w:r>
      <w:r>
        <w:rPr>
          <w:b w:val="0"/>
          <w:i w:val="0"/>
          <w:smallCaps w:val="0"/>
          <w:strike w:val="0"/>
          <w:u w:val="none"/>
        </w:rPr>
        <w:t xml:space="preserve">, and can, </w:t>
      </w:r>
      <w:r>
        <w:rPr>
          <w:b w:val="0"/>
          <w:i w:val="0"/>
          <w:smallCaps w:val="0"/>
          <w:strike w:val="0"/>
          <w:sz w:val="22"/>
          <w:highlight w:val="cyan"/>
          <w:u w:val="single"/>
        </w:rPr>
        <w:t xml:space="preserve">work together for </w:t>
      </w:r>
      <w:r>
        <w:rPr>
          <w:b w:val="0"/>
          <w:i w:val="0"/>
          <w:smallCaps w:val="0"/>
          <w:strike w:val="0"/>
          <w:sz w:val="22"/>
          <w:highlight w:val="cyan"/>
          <w:u w:val="single"/>
        </w:rPr>
        <w:t>peace</w:t>
      </w:r>
      <w:r>
        <w:rPr>
          <w:b w:val="0"/>
          <w:i w:val="0"/>
          <w:smallCaps w:val="0"/>
          <w:strike w:val="0"/>
          <w:sz w:val="22"/>
          <w:u w:val="single"/>
        </w:rPr>
        <w:t xml:space="preserve">  </w:t>
      </w:r>
      <w:r>
        <w:rPr>
          <w:b w:val="0"/>
          <w:i w:val="0"/>
          <w:smallCaps w:val="0"/>
          <w:strike w:val="0"/>
          <w:sz w:val="22"/>
          <w:u w:val="single"/>
        </w:rPr>
        <w:t>stability</w:t>
      </w:r>
      <w:r>
        <w:rPr>
          <w:b w:val="0"/>
          <w:i w:val="0"/>
          <w:smallCaps w:val="0"/>
          <w:strike w:val="0"/>
          <w:sz w:val="22"/>
          <w:u w:val="single"/>
        </w:rPr>
        <w:t xml:space="preserve"> and prosperity</w:t>
      </w:r>
      <w:r>
        <w:rPr>
          <w:b w:val="0"/>
          <w:i w:val="0"/>
          <w:smallCaps w:val="0"/>
          <w:strike w:val="0"/>
          <w:u w:val="none"/>
        </w:rPr>
        <w:t xml:space="preserve"> in the region.  Given the highly complementary nature of the two economies, China's reform, </w:t>
      </w:r>
      <w:r>
        <w:rPr>
          <w:b w:val="0"/>
          <w:i w:val="0"/>
          <w:smallCaps w:val="0"/>
          <w:strike w:val="0"/>
          <w:u w:val="none"/>
        </w:rPr>
        <w:t>opening up</w:t>
      </w:r>
      <w:r>
        <w:rPr>
          <w:b w:val="0"/>
          <w:i w:val="0"/>
          <w:smallCaps w:val="0"/>
          <w:strike w:val="0"/>
          <w:u w:val="none"/>
        </w:rPr>
        <w:t xml:space="preserve"> and rising economic size have opened broad horizon for sustained China-US trade and economic cooperation. </w:t>
      </w:r>
      <w:r>
        <w:rPr>
          <w:b w:val="0"/>
          <w:i w:val="0"/>
          <w:smallCaps w:val="0"/>
          <w:strike w:val="0"/>
          <w:sz w:val="22"/>
          <w:highlight w:val="cyan"/>
          <w:u w:val="single"/>
        </w:rPr>
        <w:t xml:space="preserve">By deepening </w:t>
      </w:r>
      <w:r>
        <w:rPr>
          <w:b w:val="0"/>
          <w:i w:val="0"/>
          <w:smallCaps w:val="0"/>
          <w:strike w:val="0"/>
          <w:sz w:val="22"/>
          <w:u w:val="single"/>
        </w:rPr>
        <w:t xml:space="preserve">our </w:t>
      </w:r>
      <w:r>
        <w:rPr>
          <w:b w:val="0"/>
          <w:i w:val="0"/>
          <w:smallCaps w:val="0"/>
          <w:strike w:val="0"/>
          <w:u w:val="none"/>
        </w:rPr>
        <w:t xml:space="preserve">commercial </w:t>
      </w:r>
      <w:r>
        <w:rPr>
          <w:b w:val="0"/>
          <w:i w:val="0"/>
          <w:smallCaps w:val="0"/>
          <w:strike w:val="0"/>
          <w:sz w:val="22"/>
          <w:highlight w:val="cyan"/>
          <w:u w:val="single"/>
        </w:rPr>
        <w:t>partnership</w:t>
      </w:r>
      <w:r>
        <w:rPr>
          <w:b w:val="0"/>
          <w:i w:val="0"/>
          <w:smallCaps w:val="0"/>
          <w:strike w:val="0"/>
          <w:u w:val="none"/>
        </w:rPr>
        <w:t xml:space="preserve">, which has already delivered tangible benefits to the two peoples, </w:t>
      </w:r>
      <w:r>
        <w:rPr>
          <w:b w:val="0"/>
          <w:i w:val="0"/>
          <w:smallCaps w:val="0"/>
          <w:strike w:val="0"/>
          <w:sz w:val="22"/>
          <w:highlight w:val="cyan"/>
          <w:u w:val="single"/>
        </w:rPr>
        <w:t>we can</w:t>
      </w:r>
      <w:r>
        <w:rPr>
          <w:b w:val="0"/>
          <w:i w:val="0"/>
          <w:smallCaps w:val="0"/>
          <w:strike w:val="0"/>
          <w:highlight w:val="cyan"/>
          <w:u w:val="none"/>
        </w:rPr>
        <w:t xml:space="preserve"> </w:t>
      </w:r>
      <w:r>
        <w:rPr>
          <w:b w:val="0"/>
          <w:i w:val="0"/>
          <w:smallCaps w:val="0"/>
          <w:strike w:val="0"/>
          <w:u w:val="none"/>
        </w:rPr>
        <w:t xml:space="preserve">do still more </w:t>
      </w:r>
      <w:r>
        <w:rPr>
          <w:b w:val="0"/>
          <w:i w:val="0"/>
          <w:smallCaps w:val="0"/>
          <w:strike w:val="0"/>
          <w:u w:val="none"/>
        </w:rPr>
        <w:t>and also</w:t>
      </w:r>
      <w:r>
        <w:rPr>
          <w:b w:val="0"/>
          <w:i w:val="0"/>
          <w:smallCaps w:val="0"/>
          <w:strike w:val="0"/>
          <w:u w:val="none"/>
        </w:rPr>
        <w:t xml:space="preserve"> </w:t>
      </w:r>
      <w:r>
        <w:rPr>
          <w:b w:val="0"/>
          <w:i w:val="0"/>
          <w:smallCaps w:val="0"/>
          <w:strike w:val="0"/>
          <w:sz w:val="22"/>
          <w:highlight w:val="cyan"/>
          <w:u w:val="single"/>
        </w:rPr>
        <w:t xml:space="preserve">make greater </w:t>
      </w:r>
      <w:r>
        <w:rPr>
          <w:b w:val="0"/>
          <w:i w:val="0"/>
          <w:smallCaps w:val="0"/>
          <w:strike w:val="0"/>
          <w:sz w:val="22"/>
          <w:highlight w:val="cyan"/>
          <w:u w:val="single"/>
        </w:rPr>
        <w:t>contribution</w:t>
      </w:r>
      <w:r>
        <w:rPr>
          <w:b w:val="0"/>
          <w:i w:val="0"/>
          <w:smallCaps w:val="0"/>
          <w:strike w:val="0"/>
          <w:sz w:val="22"/>
          <w:highlight w:val="cyan"/>
          <w:u w:val="single"/>
        </w:rPr>
        <w:t xml:space="preserve"> to </w:t>
      </w:r>
      <w:r>
        <w:rPr>
          <w:b/>
          <w:i w:val="0"/>
          <w:smallCaps w:val="0"/>
          <w:strike w:val="0"/>
          <w:sz w:val="22"/>
          <w:highlight w:val="cyan"/>
          <w:u w:val="single"/>
        </w:rPr>
        <w:t>global economic stability</w:t>
      </w:r>
      <w:r>
        <w:rPr>
          <w:b w:val="0"/>
          <w:i w:val="0"/>
          <w:smallCaps w:val="0"/>
          <w:strike w:val="0"/>
          <w:u w:val="none"/>
        </w:rPr>
        <w:t xml:space="preserve"> and prosperity.  </w:t>
      </w:r>
      <w:r>
        <w:rPr>
          <w:b/>
          <w:i w:val="0"/>
          <w:smallCaps w:val="0"/>
          <w:strike w:val="0"/>
          <w:sz w:val="22"/>
          <w:highlight w:val="cyan"/>
          <w:u w:val="single"/>
        </w:rPr>
        <w:t>Terrorism</w:t>
      </w:r>
      <w:r>
        <w:rPr>
          <w:b w:val="0"/>
          <w:i w:val="0"/>
          <w:smallCaps w:val="0"/>
          <w:strike w:val="0"/>
          <w:sz w:val="22"/>
          <w:highlight w:val="cyan"/>
          <w:u w:val="single"/>
        </w:rPr>
        <w:t xml:space="preserve">, </w:t>
      </w:r>
      <w:r>
        <w:rPr>
          <w:b/>
          <w:i w:val="0"/>
          <w:smallCaps w:val="0"/>
          <w:strike w:val="0"/>
          <w:sz w:val="22"/>
          <w:highlight w:val="cyan"/>
          <w:u w:val="single"/>
        </w:rPr>
        <w:t>cross-boundary crime</w:t>
      </w:r>
      <w:r>
        <w:rPr>
          <w:b w:val="0"/>
          <w:i w:val="0"/>
          <w:smallCaps w:val="0"/>
          <w:strike w:val="0"/>
          <w:sz w:val="22"/>
          <w:highlight w:val="cyan"/>
          <w:u w:val="single"/>
        </w:rPr>
        <w:t>,</w:t>
      </w:r>
      <w:r>
        <w:rPr>
          <w:b w:val="0"/>
          <w:i w:val="0"/>
          <w:smallCaps w:val="0"/>
          <w:strike w:val="0"/>
          <w:highlight w:val="cyan"/>
          <w:u w:val="single"/>
        </w:rPr>
        <w:t xml:space="preserve"> </w:t>
      </w:r>
      <w:r>
        <w:rPr>
          <w:b/>
          <w:i w:val="0"/>
          <w:smallCaps w:val="0"/>
          <w:strike w:val="0"/>
          <w:sz w:val="22"/>
          <w:highlight w:val="cyan"/>
          <w:u w:val="single"/>
        </w:rPr>
        <w:t>proliferation</w:t>
      </w:r>
      <w:r>
        <w:rPr>
          <w:b w:val="0"/>
          <w:i w:val="0"/>
          <w:smallCaps w:val="0"/>
          <w:strike w:val="0"/>
          <w:u w:val="none"/>
        </w:rPr>
        <w:t xml:space="preserve"> of advanced weapons</w:t>
      </w:r>
      <w:r>
        <w:rPr>
          <w:b w:val="0"/>
          <w:i w:val="0"/>
          <w:smallCaps w:val="0"/>
          <w:strike w:val="0"/>
          <w:sz w:val="22"/>
          <w:u w:val="single"/>
        </w:rPr>
        <w:t xml:space="preserve">, </w:t>
      </w:r>
      <w:r>
        <w:rPr>
          <w:b w:val="0"/>
          <w:i w:val="0"/>
          <w:smallCaps w:val="0"/>
          <w:strike w:val="0"/>
          <w:sz w:val="22"/>
          <w:highlight w:val="cyan"/>
          <w:u w:val="single"/>
        </w:rPr>
        <w:t xml:space="preserve">and spread of </w:t>
      </w:r>
      <w:r>
        <w:rPr>
          <w:b/>
          <w:i w:val="0"/>
          <w:smallCaps w:val="0"/>
          <w:strike w:val="0"/>
          <w:sz w:val="22"/>
          <w:highlight w:val="cyan"/>
          <w:u w:val="single"/>
        </w:rPr>
        <w:t>deadly diseases</w:t>
      </w:r>
      <w:r>
        <w:rPr>
          <w:b w:val="0"/>
          <w:i w:val="0"/>
          <w:smallCaps w:val="0"/>
          <w:strike w:val="0"/>
          <w:sz w:val="22"/>
          <w:highlight w:val="cyan"/>
          <w:u w:val="single"/>
        </w:rPr>
        <w:t xml:space="preserve"> pose a common threat to [hu]mankind</w:t>
      </w:r>
      <w:r>
        <w:rPr>
          <w:b w:val="0"/>
          <w:i w:val="0"/>
          <w:smallCaps w:val="0"/>
          <w:strike w:val="0"/>
          <w:sz w:val="22"/>
          <w:u w:val="single"/>
        </w:rPr>
        <w:t xml:space="preserve">. China and the US have </w:t>
      </w:r>
      <w:r>
        <w:rPr>
          <w:b w:val="0"/>
          <w:i w:val="0"/>
          <w:smallCaps w:val="0"/>
          <w:strike w:val="0"/>
          <w:u w:val="none"/>
        </w:rPr>
        <w:t xml:space="preserve">extensive shared stake and </w:t>
      </w:r>
      <w:r>
        <w:rPr>
          <w:b w:val="0"/>
          <w:i w:val="0"/>
          <w:smallCaps w:val="0"/>
          <w:strike w:val="0"/>
          <w:sz w:val="22"/>
          <w:u w:val="single"/>
        </w:rPr>
        <w:t xml:space="preserve">common responsibility for meeting these challenges, </w:t>
      </w:r>
      <w:r>
        <w:rPr>
          <w:b w:val="0"/>
          <w:i w:val="0"/>
          <w:smallCaps w:val="0"/>
          <w:strike w:val="0"/>
          <w:sz w:val="22"/>
          <w:highlight w:val="cyan"/>
          <w:u w:val="single"/>
        </w:rPr>
        <w:t>maintaining world peace</w:t>
      </w:r>
      <w:r>
        <w:rPr>
          <w:b w:val="0"/>
          <w:i w:val="0"/>
          <w:smallCaps w:val="0"/>
          <w:strike w:val="0"/>
          <w:u w:val="none"/>
        </w:rPr>
        <w:t xml:space="preserve"> and security </w:t>
      </w:r>
      <w:r>
        <w:rPr>
          <w:b w:val="0"/>
          <w:i w:val="0"/>
          <w:smallCaps w:val="0"/>
          <w:strike w:val="0"/>
          <w:sz w:val="22"/>
          <w:highlight w:val="cyan"/>
          <w:u w:val="single"/>
        </w:rPr>
        <w:t>and</w:t>
      </w:r>
      <w:r>
        <w:rPr>
          <w:b w:val="0"/>
          <w:i w:val="0"/>
          <w:smallCaps w:val="0"/>
          <w:strike w:val="0"/>
          <w:u w:val="none"/>
        </w:rPr>
        <w:t xml:space="preserve"> addressing </w:t>
      </w:r>
      <w:r>
        <w:rPr>
          <w:b w:val="0"/>
          <w:i w:val="0"/>
          <w:smallCaps w:val="0"/>
          <w:strike w:val="0"/>
          <w:sz w:val="22"/>
          <w:highlight w:val="cyan"/>
          <w:u w:val="single"/>
        </w:rPr>
        <w:t>other</w:t>
      </w:r>
      <w:r>
        <w:rPr>
          <w:b w:val="0"/>
          <w:i w:val="0"/>
          <w:smallCaps w:val="0"/>
          <w:strike w:val="0"/>
          <w:u w:val="none"/>
        </w:rPr>
        <w:t xml:space="preserve"> major </w:t>
      </w:r>
      <w:r>
        <w:rPr>
          <w:b w:val="0"/>
          <w:i w:val="0"/>
          <w:smallCaps w:val="0"/>
          <w:strike w:val="0"/>
          <w:sz w:val="22"/>
          <w:highlight w:val="cyan"/>
          <w:u w:val="single"/>
        </w:rPr>
        <w:t xml:space="preserve">issues </w:t>
      </w:r>
      <w:r>
        <w:rPr>
          <w:b/>
          <w:i w:val="0"/>
          <w:smallCaps w:val="0"/>
          <w:strike w:val="0"/>
          <w:sz w:val="22"/>
          <w:highlight w:val="cyan"/>
          <w:u w:val="single"/>
        </w:rPr>
        <w:t>bearing on human survival</w:t>
      </w:r>
      <w:r>
        <w:rPr>
          <w:b w:val="0"/>
          <w:i w:val="0"/>
          <w:smallCaps w:val="0"/>
          <w:strike w:val="0"/>
          <w:u w:val="none"/>
        </w:rPr>
        <w:t xml:space="preserve"> and development. </w:t>
      </w:r>
      <w:r>
        <w:rPr>
          <w:b w:val="0"/>
          <w:i w:val="0"/>
          <w:smallCaps w:val="0"/>
          <w:strike w:val="0"/>
          <w:sz w:val="22"/>
          <w:u w:val="single"/>
        </w:rPr>
        <w:t>China is ready to keep up its coordination and cooperation in these areas with the US</w:t>
      </w:r>
      <w:r>
        <w:rPr>
          <w:b w:val="0"/>
          <w:i w:val="0"/>
          <w:smallCaps w:val="0"/>
          <w:strike w:val="0"/>
          <w:u w:val="none"/>
        </w:rPr>
        <w:t xml:space="preserve"> and the rest of the international community.  During his visit to the US nearly 25 years ago, Deng Xiaoping said, "The interests of our two peoples and those of world peace require that we view our relations from the overall international situation and a long-term strategic perspective." Thirteen years </w:t>
      </w:r>
      <w:r>
        <w:rPr>
          <w:b w:val="0"/>
          <w:i w:val="0"/>
          <w:smallCaps w:val="0"/>
          <w:strike w:val="0"/>
          <w:u w:val="none"/>
        </w:rPr>
        <w:t>ago</w:t>
      </w:r>
      <w:r>
        <w:rPr>
          <w:b w:val="0"/>
          <w:i w:val="0"/>
          <w:smallCaps w:val="0"/>
          <w:strike w:val="0"/>
          <w:u w:val="none"/>
        </w:rPr>
        <w:t xml:space="preserve"> when China-US relations were at their lowest ebb, Mr. Deng said, "In the final analysis, China-US relations have got to get better." We are optimistic about the tomorrow of China-US relations. We have every reason to believe that so long as the two countries view and handle the relationship with a strategic perspective, adhere to the guiding principles of the three joint communiqués and firmly grasp the common interests of the two countries, we will see even greater accomplishments in China-US relations. </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