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STATS</w:t>
      </w:r>
      <w:r>
        <w:rPr>
          <w:b/>
          <w:i w:val="0"/>
          <w:smallCaps w:val="0"/>
          <w:strike w:val="0"/>
          <w:sz w:val="24"/>
          <w:u w:val="none"/>
        </w:rPr>
        <w:t xml:space="preserve"> don’t lie---trade is down </w:t>
      </w:r>
      <w:r>
        <w:rPr>
          <w:b/>
          <w:i w:val="0"/>
          <w:smallCaps w:val="0"/>
          <w:strike w:val="0"/>
          <w:sz w:val="24"/>
          <w:u w:val="single"/>
        </w:rPr>
        <w:t>20%</w:t>
      </w:r>
      <w:r>
        <w:rPr>
          <w:b/>
          <w:i w:val="0"/>
          <w:smallCaps w:val="0"/>
          <w:strike w:val="0"/>
          <w:sz w:val="24"/>
          <w:u w:val="none"/>
        </w:rPr>
        <w:t xml:space="preserve">. </w:t>
      </w:r>
    </w:p>
    <w:p>
      <w:pPr>
        <w:spacing w:after="80"/>
      </w:pPr>
      <w:r>
        <w:rPr>
          <w:b w:val="0"/>
          <w:i w:val="0"/>
          <w:smallCaps w:val="0"/>
          <w:strike w:val="0"/>
          <w:u w:val="none"/>
        </w:rPr>
        <w:t xml:space="preserve">Jonathan </w:t>
      </w:r>
      <w:r>
        <w:rPr>
          <w:b/>
          <w:i w:val="0"/>
          <w:smallCaps w:val="0"/>
          <w:strike w:val="0"/>
          <w:sz w:val="22"/>
          <w:u w:val="none"/>
        </w:rPr>
        <w:t>Josephs</w:t>
      </w:r>
      <w:r>
        <w:rPr>
          <w:b w:val="0"/>
          <w:i w:val="0"/>
          <w:smallCaps w:val="0"/>
          <w:strike w:val="0"/>
          <w:u w:val="none"/>
        </w:rPr>
        <w:t>*</w:t>
      </w:r>
      <w:r>
        <w:rPr>
          <w:b w:val="0"/>
          <w:i w:val="0"/>
          <w:smallCaps w:val="0"/>
          <w:strike w:val="0"/>
          <w:u w:val="none"/>
        </w:rPr>
        <w:t xml:space="preserve"> </w:t>
      </w:r>
      <w:r>
        <w:rPr>
          <w:b/>
          <w:i w:val="0"/>
          <w:smallCaps w:val="0"/>
          <w:strike w:val="0"/>
          <w:sz w:val="22"/>
          <w:u w:val="none"/>
        </w:rPr>
        <w:t>and</w:t>
      </w:r>
      <w:r>
        <w:rPr>
          <w:b w:val="0"/>
          <w:i w:val="0"/>
          <w:smallCaps w:val="0"/>
          <w:strike w:val="0"/>
          <w:u w:val="none"/>
        </w:rPr>
        <w:t xml:space="preserve"> Sameer </w:t>
      </w:r>
      <w:r>
        <w:rPr>
          <w:b/>
          <w:i w:val="0"/>
          <w:smallCaps w:val="0"/>
          <w:strike w:val="0"/>
          <w:sz w:val="22"/>
          <w:u w:val="none"/>
        </w:rPr>
        <w:t>Hashmi</w:t>
      </w:r>
      <w:r>
        <w:rPr>
          <w:b w:val="0"/>
          <w:i w:val="0"/>
          <w:smallCaps w:val="0"/>
          <w:strike w:val="0"/>
          <w:u w:val="none"/>
        </w:rPr>
        <w:t>**</w:t>
      </w:r>
      <w:r>
        <w:rPr>
          <w:b w:val="0"/>
          <w:i w:val="0"/>
          <w:smallCaps w:val="0"/>
          <w:strike w:val="0"/>
          <w:u w:val="none"/>
        </w:rPr>
        <w:t xml:space="preserve">, </w:t>
      </w:r>
      <w:r>
        <w:rPr>
          <w:b/>
          <w:i w:val="0"/>
          <w:smallCaps w:val="0"/>
          <w:strike w:val="0"/>
          <w:sz w:val="22"/>
          <w:u w:val="none"/>
        </w:rPr>
        <w:t>24</w:t>
      </w:r>
      <w:r>
        <w:rPr>
          <w:b w:val="0"/>
          <w:i w:val="0"/>
          <w:smallCaps w:val="0"/>
          <w:strike w:val="0"/>
          <w:u w:val="none"/>
        </w:rPr>
        <w:t xml:space="preserve">, </w:t>
      </w:r>
      <w:r>
        <w:rPr>
          <w:b w:val="0"/>
          <w:i w:val="0"/>
          <w:smallCaps w:val="0"/>
          <w:strike w:val="0"/>
          <w:u w:val="none"/>
        </w:rPr>
        <w:t xml:space="preserve">*senior BBC journalist covering the international economy and world affairs, B.A. @ University of Leeds in Journalism, **BBC journalist covering the Middle East for 15+ years, set up the Riyadh &amp; Dubai branches of the BBC,  focusing on technology, international trade and geopolitics, M.A. in Communication @ the Manipal Academy of Higher Education, </w:t>
      </w:r>
      <w:r>
        <w:rPr>
          <w:b w:val="0"/>
          <w:i w:val="0"/>
          <w:smallCaps w:val="0"/>
          <w:strike w:val="0"/>
          <w:u w:val="none"/>
        </w:rPr>
        <w:t xml:space="preserve">"US says falling trade with China could be positive", </w:t>
      </w:r>
      <w:r>
        <w:rPr>
          <w:b w:val="0"/>
          <w:i w:val="0"/>
          <w:smallCaps w:val="0"/>
          <w:strike w:val="0"/>
          <w:u w:val="none"/>
        </w:rPr>
        <w:t>BBC</w:t>
      </w:r>
      <w:r>
        <w:rPr>
          <w:b w:val="0"/>
          <w:i w:val="0"/>
          <w:smallCaps w:val="0"/>
          <w:strike w:val="0"/>
          <w:u w:val="none"/>
        </w:rPr>
        <w:t>, 2-29-2024, https://www.bbc.com/news/business-68441427. Accessed 7-8-2024 by NT-JJ.</w:t>
      </w:r>
    </w:p>
    <w:p>
      <w:pPr>
        <w:spacing w:after="60"/>
      </w:pPr>
      <w:r>
        <w:rPr>
          <w:b w:val="0"/>
          <w:i w:val="0"/>
          <w:smallCaps w:val="0"/>
          <w:strike w:val="0"/>
          <w:u w:val="none"/>
        </w:rPr>
        <w:t xml:space="preserve">The </w:t>
      </w:r>
      <w:r>
        <w:rPr>
          <w:b/>
          <w:i w:val="0"/>
          <w:smallCaps w:val="0"/>
          <w:strike w:val="0"/>
          <w:sz w:val="22"/>
          <w:highlight w:val="cyan"/>
          <w:u w:val="single"/>
        </w:rPr>
        <w:t>steep drop in trade</w:t>
      </w:r>
      <w:r>
        <w:rPr>
          <w:b w:val="0"/>
          <w:i w:val="0"/>
          <w:smallCaps w:val="0"/>
          <w:strike w:val="0"/>
          <w:sz w:val="22"/>
          <w:highlight w:val="cyan"/>
          <w:u w:val="single"/>
        </w:rPr>
        <w:t xml:space="preserve"> with China</w:t>
      </w:r>
      <w:r>
        <w:rPr>
          <w:b w:val="0"/>
          <w:i w:val="0"/>
          <w:smallCaps w:val="0"/>
          <w:strike w:val="0"/>
          <w:sz w:val="22"/>
          <w:u w:val="single"/>
        </w:rPr>
        <w:t xml:space="preserve"> </w:t>
      </w:r>
      <w:r>
        <w:rPr>
          <w:b w:val="0"/>
          <w:i w:val="0"/>
          <w:smallCaps w:val="0"/>
          <w:strike w:val="0"/>
          <w:u w:val="none"/>
        </w:rPr>
        <w:t>could be a positive development, the United States' top trade official has told the BBC.</w:t>
      </w:r>
    </w:p>
    <w:p>
      <w:pPr>
        <w:spacing w:after="60"/>
      </w:pPr>
      <w:r>
        <w:rPr>
          <w:b w:val="0"/>
          <w:i w:val="0"/>
          <w:smallCaps w:val="0"/>
          <w:strike w:val="0"/>
          <w:u w:val="none"/>
        </w:rPr>
        <w:t xml:space="preserve">Katherine Tai said it "isn't necessarily negative. It could be a positive indication of diversification on both sides." The </w:t>
      </w:r>
      <w:r>
        <w:rPr>
          <w:b w:val="0"/>
          <w:i w:val="0"/>
          <w:smallCaps w:val="0"/>
          <w:strike w:val="0"/>
          <w:sz w:val="22"/>
          <w:highlight w:val="cyan"/>
          <w:u w:val="single"/>
        </w:rPr>
        <w:t xml:space="preserve">amount of goods the world's two biggest economies sold to each other </w:t>
      </w:r>
      <w:r>
        <w:rPr>
          <w:b/>
          <w:i w:val="0"/>
          <w:smallCaps w:val="0"/>
          <w:strike w:val="0"/>
          <w:sz w:val="22"/>
          <w:highlight w:val="cyan"/>
          <w:u w:val="single"/>
        </w:rPr>
        <w:t>fell 17%</w:t>
      </w:r>
      <w:r>
        <w:rPr>
          <w:b w:val="0"/>
          <w:i w:val="0"/>
          <w:smallCaps w:val="0"/>
          <w:strike w:val="0"/>
          <w:sz w:val="22"/>
          <w:highlight w:val="cyan"/>
          <w:u w:val="single"/>
        </w:rPr>
        <w:t xml:space="preserve"> last year</w:t>
      </w:r>
      <w:r>
        <w:rPr>
          <w:b w:val="0"/>
          <w:i w:val="0"/>
          <w:smallCaps w:val="0"/>
          <w:strike w:val="0"/>
          <w:u w:val="none"/>
        </w:rPr>
        <w:t xml:space="preserve">. It comes amid </w:t>
      </w:r>
      <w:r>
        <w:rPr>
          <w:b/>
          <w:i w:val="0"/>
          <w:smallCaps w:val="0"/>
          <w:strike w:val="0"/>
          <w:sz w:val="22"/>
          <w:highlight w:val="cyan"/>
          <w:u w:val="single"/>
        </w:rPr>
        <w:t>deepening divisions</w:t>
      </w:r>
      <w:r>
        <w:rPr>
          <w:b w:val="0"/>
          <w:i w:val="0"/>
          <w:smallCaps w:val="0"/>
          <w:strike w:val="0"/>
          <w:sz w:val="22"/>
          <w:highlight w:val="cyan"/>
          <w:u w:val="single"/>
        </w:rPr>
        <w:t xml:space="preserve"> in the global economy</w:t>
      </w:r>
      <w:r>
        <w:rPr>
          <w:b w:val="0"/>
          <w:i w:val="0"/>
          <w:smallCaps w:val="0"/>
          <w:strike w:val="0"/>
          <w:u w:val="none"/>
        </w:rPr>
        <w:t>.</w:t>
      </w:r>
    </w:p>
    <w:p>
      <w:pPr>
        <w:spacing w:after="60"/>
      </w:pPr>
      <w:r>
        <w:rPr>
          <w:b w:val="0"/>
          <w:i w:val="0"/>
          <w:smallCaps w:val="0"/>
          <w:strike w:val="0"/>
          <w:u w:val="none"/>
        </w:rPr>
        <w:t xml:space="preserve">Those </w:t>
      </w:r>
      <w:r>
        <w:rPr>
          <w:b/>
          <w:i w:val="0"/>
          <w:smallCaps w:val="0"/>
          <w:strike w:val="0"/>
          <w:sz w:val="22"/>
          <w:highlight w:val="cyan"/>
          <w:u w:val="single"/>
        </w:rPr>
        <w:t>differences were exposed</w:t>
      </w:r>
      <w:r>
        <w:rPr>
          <w:b w:val="0"/>
          <w:i w:val="0"/>
          <w:smallCaps w:val="0"/>
          <w:strike w:val="0"/>
          <w:sz w:val="22"/>
          <w:u w:val="single"/>
        </w:rPr>
        <w:t xml:space="preserve"> again </w:t>
      </w:r>
      <w:r>
        <w:rPr>
          <w:b w:val="0"/>
          <w:i w:val="0"/>
          <w:smallCaps w:val="0"/>
          <w:strike w:val="0"/>
          <w:sz w:val="22"/>
          <w:highlight w:val="cyan"/>
          <w:u w:val="single"/>
        </w:rPr>
        <w:t>with the US</w:t>
      </w:r>
      <w:r>
        <w:rPr>
          <w:b w:val="0"/>
          <w:i w:val="0"/>
          <w:smallCaps w:val="0"/>
          <w:strike w:val="0"/>
          <w:sz w:val="22"/>
          <w:u w:val="single"/>
        </w:rPr>
        <w:t xml:space="preserve"> announcing an </w:t>
      </w:r>
      <w:r>
        <w:rPr>
          <w:b w:val="0"/>
          <w:i w:val="0"/>
          <w:smallCaps w:val="0"/>
          <w:strike w:val="0"/>
          <w:sz w:val="22"/>
          <w:highlight w:val="cyan"/>
          <w:u w:val="single"/>
        </w:rPr>
        <w:t xml:space="preserve">investigation </w:t>
      </w:r>
      <w:r>
        <w:rPr>
          <w:b w:val="0"/>
          <w:i w:val="0"/>
          <w:smallCaps w:val="0"/>
          <w:strike w:val="0"/>
          <w:sz w:val="22"/>
          <w:highlight w:val="cyan"/>
          <w:u w:val="single"/>
        </w:rPr>
        <w:t>in to</w:t>
      </w:r>
      <w:r>
        <w:rPr>
          <w:b w:val="0"/>
          <w:i w:val="0"/>
          <w:smallCaps w:val="0"/>
          <w:strike w:val="0"/>
          <w:sz w:val="22"/>
          <w:u w:val="single"/>
        </w:rPr>
        <w:t xml:space="preserve"> </w:t>
      </w:r>
      <w:r>
        <w:rPr>
          <w:b w:val="0"/>
          <w:i w:val="0"/>
          <w:smallCaps w:val="0"/>
          <w:strike w:val="0"/>
          <w:u w:val="none"/>
        </w:rPr>
        <w:t xml:space="preserve">what it said was </w:t>
      </w:r>
      <w:r>
        <w:rPr>
          <w:b w:val="0"/>
          <w:i w:val="0"/>
          <w:smallCaps w:val="0"/>
          <w:strike w:val="0"/>
          <w:sz w:val="22"/>
          <w:u w:val="single"/>
        </w:rPr>
        <w:t xml:space="preserve">a potential national </w:t>
      </w:r>
      <w:r>
        <w:rPr>
          <w:b w:val="0"/>
          <w:i w:val="0"/>
          <w:smallCaps w:val="0"/>
          <w:strike w:val="0"/>
          <w:sz w:val="22"/>
          <w:highlight w:val="cyan"/>
          <w:u w:val="single"/>
        </w:rPr>
        <w:t>security risk from cars</w:t>
      </w:r>
      <w:r>
        <w:rPr>
          <w:b w:val="0"/>
          <w:i w:val="0"/>
          <w:smallCaps w:val="0"/>
          <w:strike w:val="0"/>
          <w:u w:val="none"/>
        </w:rPr>
        <w:t xml:space="preserve"> made in China, citing fears that tech-connected cars could collect personal data or be controlled remotely. Chinese car companies have been expanding their presence in other parts of the world but have virtually no presence in the US, where they already face import duties of 25%. The White House described its action as "unprecedented" and a fair response to Chinese policies which impose restrictions on foreign car companies. Last year </w:t>
      </w:r>
      <w:r>
        <w:rPr>
          <w:b w:val="0"/>
          <w:i w:val="0"/>
          <w:smallCaps w:val="0"/>
          <w:strike w:val="0"/>
          <w:sz w:val="22"/>
          <w:highlight w:val="cyan"/>
          <w:u w:val="single"/>
        </w:rPr>
        <w:t>the amount of goods the US bought from China fell</w:t>
      </w:r>
      <w:r>
        <w:rPr>
          <w:b w:val="0"/>
          <w:i w:val="0"/>
          <w:smallCaps w:val="0"/>
          <w:strike w:val="0"/>
          <w:sz w:val="22"/>
          <w:u w:val="single"/>
        </w:rPr>
        <w:t xml:space="preserve"> </w:t>
      </w:r>
      <w:r>
        <w:rPr>
          <w:b w:val="0"/>
          <w:i w:val="0"/>
          <w:smallCaps w:val="0"/>
          <w:strike w:val="0"/>
          <w:u w:val="none"/>
        </w:rPr>
        <w:t xml:space="preserve">just over </w:t>
      </w:r>
      <w:r>
        <w:rPr>
          <w:b/>
          <w:i w:val="0"/>
          <w:smallCaps w:val="0"/>
          <w:strike w:val="0"/>
          <w:sz w:val="22"/>
          <w:highlight w:val="cyan"/>
          <w:u w:val="single"/>
        </w:rPr>
        <w:t>20%</w:t>
      </w:r>
      <w:r>
        <w:rPr>
          <w:b w:val="0"/>
          <w:i w:val="0"/>
          <w:smallCaps w:val="0"/>
          <w:strike w:val="0"/>
          <w:u w:val="none"/>
        </w:rPr>
        <w:t xml:space="preserve"> to $427bn, with a 4% fall the other way to just under $148bn (£117bn</w:t>
      </w:r>
      <w:r>
        <w:rPr>
          <w:b w:val="0"/>
          <w:i w:val="0"/>
          <w:smallCaps w:val="0"/>
          <w:strike w:val="0"/>
          <w:u w:val="none"/>
        </w:rPr>
        <w:t>).Chinese</w:t>
      </w:r>
      <w:r>
        <w:rPr>
          <w:b w:val="0"/>
          <w:i w:val="0"/>
          <w:smallCaps w:val="0"/>
          <w:strike w:val="0"/>
          <w:u w:val="none"/>
        </w:rPr>
        <w:t xml:space="preserve"> carmakers such as BYD have struggled in the US </w:t>
      </w:r>
      <w:r>
        <w:rPr>
          <w:b w:val="0"/>
          <w:i w:val="0"/>
          <w:smallCaps w:val="0"/>
          <w:strike w:val="0"/>
          <w:sz w:val="22"/>
          <w:highlight w:val="cyan"/>
          <w:u w:val="single"/>
        </w:rPr>
        <w:t xml:space="preserve">amid </w:t>
      </w:r>
      <w:r>
        <w:rPr>
          <w:b/>
          <w:i w:val="0"/>
          <w:smallCaps w:val="0"/>
          <w:strike w:val="0"/>
          <w:sz w:val="22"/>
          <w:highlight w:val="cyan"/>
          <w:u w:val="single"/>
        </w:rPr>
        <w:t>trade tensions</w:t>
      </w:r>
      <w:r>
        <w:rPr>
          <w:b w:val="0"/>
          <w:i w:val="0"/>
          <w:smallCaps w:val="0"/>
          <w:strike w:val="0"/>
          <w:u w:val="none"/>
        </w:rPr>
        <w: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